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D2A81" w14:textId="77777777" w:rsidR="005B297D" w:rsidRDefault="005B297D">
      <w:pPr>
        <w:autoSpaceDE w:val="0"/>
        <w:autoSpaceDN w:val="0"/>
        <w:spacing w:after="78" w:line="220" w:lineRule="exact"/>
      </w:pPr>
    </w:p>
    <w:p w14:paraId="233CDEDE" w14:textId="1B4578D6" w:rsidR="006E14B1" w:rsidRPr="006E14B1" w:rsidRDefault="00C7045B" w:rsidP="00C7045B">
      <w:pPr>
        <w:autoSpaceDE w:val="0"/>
        <w:autoSpaceDN w:val="0"/>
        <w:spacing w:after="0" w:line="240" w:lineRule="auto"/>
        <w:ind w:left="5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99F70D7" wp14:editId="51BD0B03">
            <wp:extent cx="6219825" cy="809371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82C2" w14:textId="77777777" w:rsidR="006E14B1" w:rsidRPr="006E14B1" w:rsidRDefault="006E14B1" w:rsidP="006E14B1">
      <w:pPr>
        <w:autoSpaceDE w:val="0"/>
        <w:autoSpaceDN w:val="0"/>
        <w:spacing w:before="72" w:after="0" w:line="240" w:lineRule="auto"/>
        <w:ind w:right="3610"/>
        <w:jc w:val="right"/>
        <w:rPr>
          <w:lang w:val="ru-RU"/>
        </w:rPr>
      </w:pPr>
    </w:p>
    <w:p w14:paraId="73F933BA" w14:textId="77777777" w:rsidR="006E14B1" w:rsidRDefault="006E14B1" w:rsidP="006E14B1">
      <w:pPr>
        <w:autoSpaceDE w:val="0"/>
        <w:autoSpaceDN w:val="0"/>
        <w:spacing w:after="0" w:line="240" w:lineRule="auto"/>
        <w:ind w:right="57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A424BF3" w14:textId="77777777" w:rsidR="001A2BC1" w:rsidRDefault="001A2BC1" w:rsidP="006E14B1">
      <w:pPr>
        <w:autoSpaceDE w:val="0"/>
        <w:autoSpaceDN w:val="0"/>
        <w:spacing w:after="0" w:line="240" w:lineRule="auto"/>
        <w:ind w:right="57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C6879FA" w14:textId="77777777" w:rsidR="001A2BC1" w:rsidRDefault="001A2BC1" w:rsidP="006E14B1">
      <w:pPr>
        <w:autoSpaceDE w:val="0"/>
        <w:autoSpaceDN w:val="0"/>
        <w:spacing w:after="0" w:line="240" w:lineRule="auto"/>
        <w:ind w:right="57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F1C3758" w14:textId="77777777" w:rsidR="006E14B1" w:rsidRDefault="006E14B1" w:rsidP="006E14B1">
      <w:pPr>
        <w:autoSpaceDE w:val="0"/>
        <w:autoSpaceDN w:val="0"/>
        <w:spacing w:after="0" w:line="240" w:lineRule="auto"/>
        <w:ind w:right="57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B76962E" w14:textId="77777777" w:rsidR="005B297D" w:rsidRPr="006E14B1" w:rsidRDefault="005B297D" w:rsidP="006E14B1">
      <w:pPr>
        <w:spacing w:after="0" w:line="360" w:lineRule="auto"/>
        <w:ind w:right="57"/>
        <w:jc w:val="center"/>
        <w:rPr>
          <w:lang w:val="ru-RU"/>
        </w:rPr>
        <w:sectPr w:rsidR="005B297D" w:rsidRPr="006E14B1">
          <w:pgSz w:w="11900" w:h="16840"/>
          <w:pgMar w:top="83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1F6C3549" w14:textId="77777777" w:rsidR="005B297D" w:rsidRPr="006E14B1" w:rsidRDefault="005B297D">
      <w:pPr>
        <w:autoSpaceDE w:val="0"/>
        <w:autoSpaceDN w:val="0"/>
        <w:spacing w:after="78" w:line="220" w:lineRule="exact"/>
        <w:rPr>
          <w:lang w:val="ru-RU"/>
        </w:rPr>
      </w:pPr>
    </w:p>
    <w:p w14:paraId="1544F9D4" w14:textId="77777777" w:rsidR="006E14B1" w:rsidRDefault="006E14B1" w:rsidP="006E14B1">
      <w:pPr>
        <w:autoSpaceDE w:val="0"/>
        <w:autoSpaceDN w:val="0"/>
        <w:spacing w:after="0" w:line="230" w:lineRule="auto"/>
        <w:ind w:left="567" w:right="471" w:firstLine="567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1230F85C" w14:textId="77777777" w:rsidR="005B297D" w:rsidRPr="006E14B1" w:rsidRDefault="006E14B1" w:rsidP="006E14B1">
      <w:pPr>
        <w:autoSpaceDE w:val="0"/>
        <w:autoSpaceDN w:val="0"/>
        <w:spacing w:after="0" w:line="230" w:lineRule="auto"/>
        <w:ind w:left="567" w:right="471" w:firstLine="567"/>
        <w:jc w:val="center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7BB499B1" w14:textId="77777777" w:rsidR="005B297D" w:rsidRPr="006E14B1" w:rsidRDefault="006E14B1" w:rsidP="006E14B1">
      <w:pPr>
        <w:autoSpaceDE w:val="0"/>
        <w:autoSpaceDN w:val="0"/>
        <w:spacing w:before="346" w:after="0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4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5A7904F3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6FBFBC9C" w14:textId="77777777" w:rsidR="005B297D" w:rsidRPr="006E14B1" w:rsidRDefault="006E14B1" w:rsidP="006E14B1">
      <w:pPr>
        <w:autoSpaceDE w:val="0"/>
        <w:autoSpaceDN w:val="0"/>
        <w:spacing w:before="70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29B3A0D0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before="192" w:after="0" w:line="262" w:lineRule="auto"/>
        <w:ind w:left="567" w:right="200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6B2D1404" w14:textId="77777777" w:rsidR="005B297D" w:rsidRPr="006E14B1" w:rsidRDefault="006E14B1" w:rsidP="006E14B1">
      <w:pPr>
        <w:autoSpaceDE w:val="0"/>
        <w:autoSpaceDN w:val="0"/>
        <w:spacing w:before="178" w:after="0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3B65D018" w14:textId="77777777" w:rsidR="005B297D" w:rsidRPr="006E14B1" w:rsidRDefault="006E14B1" w:rsidP="006E14B1">
      <w:pPr>
        <w:autoSpaceDE w:val="0"/>
        <w:autoSpaceDN w:val="0"/>
        <w:spacing w:before="190" w:after="0" w:line="28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«больше-меньше», «равно-неравно», «порядок»), смысла арифметических действий,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4BECFF43" w14:textId="77777777" w:rsidR="005B297D" w:rsidRPr="006E14B1" w:rsidRDefault="006E14B1" w:rsidP="006E14B1">
      <w:pPr>
        <w:autoSpaceDE w:val="0"/>
        <w:autoSpaceDN w:val="0"/>
        <w:spacing w:before="190" w:after="0" w:line="28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5E097F4F" w14:textId="77777777" w:rsidR="005B297D" w:rsidRPr="006E14B1" w:rsidRDefault="006E14B1" w:rsidP="006E14B1">
      <w:pPr>
        <w:autoSpaceDE w:val="0"/>
        <w:autoSpaceDN w:val="0"/>
        <w:spacing w:before="190" w:after="0" w:line="28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2D65EEF7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before="180" w:after="0" w:line="262" w:lineRule="auto"/>
        <w:ind w:left="567" w:right="200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3A8D3779" w14:textId="77777777" w:rsidR="006E14B1" w:rsidRDefault="006E14B1" w:rsidP="006E14B1">
      <w:pPr>
        <w:autoSpaceDE w:val="0"/>
        <w:autoSpaceDN w:val="0"/>
        <w:spacing w:before="178" w:after="0"/>
        <w:ind w:left="567" w:right="20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и явлений, </w:t>
      </w:r>
    </w:p>
    <w:p w14:paraId="5695EA35" w14:textId="77777777" w:rsidR="006E14B1" w:rsidRDefault="006E14B1" w:rsidP="006E14B1">
      <w:pPr>
        <w:autoSpaceDE w:val="0"/>
        <w:autoSpaceDN w:val="0"/>
        <w:spacing w:before="178" w:after="0"/>
        <w:ind w:left="567" w:right="20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5046D782" w14:textId="77777777" w:rsidR="006E14B1" w:rsidRDefault="006E14B1" w:rsidP="006E14B1">
      <w:pPr>
        <w:autoSpaceDE w:val="0"/>
        <w:autoSpaceDN w:val="0"/>
        <w:spacing w:before="178" w:after="0"/>
        <w:ind w:left="567" w:right="20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8C6716A" w14:textId="77777777" w:rsidR="005B297D" w:rsidRDefault="006E14B1" w:rsidP="006E14B1">
      <w:pPr>
        <w:autoSpaceDE w:val="0"/>
        <w:autoSpaceDN w:val="0"/>
        <w:spacing w:before="178" w:after="0"/>
        <w:ind w:left="567" w:right="200"/>
        <w:rPr>
          <w:rFonts w:ascii="Times New Roman" w:eastAsia="Times New Roman" w:hAnsi="Times New Roman"/>
          <w:color w:val="000000"/>
          <w:sz w:val="24"/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происходящих в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7FF9CB84" w14:textId="77777777" w:rsidR="005B297D" w:rsidRPr="006E14B1" w:rsidRDefault="006E14B1" w:rsidP="006E14B1">
      <w:pPr>
        <w:autoSpaceDE w:val="0"/>
        <w:autoSpaceDN w:val="0"/>
        <w:spacing w:before="190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2D018941" w14:textId="77777777" w:rsidR="005B297D" w:rsidRPr="006E14B1" w:rsidRDefault="006E14B1" w:rsidP="006E14B1">
      <w:pPr>
        <w:autoSpaceDE w:val="0"/>
        <w:autoSpaceDN w:val="0"/>
        <w:spacing w:before="190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2EFB57A9" w14:textId="77777777" w:rsidR="005B297D" w:rsidRPr="006E14B1" w:rsidRDefault="006E14B1" w:rsidP="006E14B1">
      <w:pPr>
        <w:autoSpaceDE w:val="0"/>
        <w:autoSpaceDN w:val="0"/>
        <w:spacing w:before="178" w:after="0" w:line="28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числе и графическими (таблица, диаграмма, схема).</w:t>
      </w:r>
    </w:p>
    <w:p w14:paraId="7B5EA816" w14:textId="77777777" w:rsidR="005B297D" w:rsidRPr="006E14B1" w:rsidRDefault="006E14B1" w:rsidP="006E14B1">
      <w:pPr>
        <w:autoSpaceDE w:val="0"/>
        <w:autoSpaceDN w:val="0"/>
        <w:spacing w:before="70" w:after="0" w:line="286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79634EF2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4 классе отводится 4 часа в неделю, всего 136 часов.</w:t>
      </w:r>
    </w:p>
    <w:p w14:paraId="71D89CF6" w14:textId="77777777" w:rsidR="005B297D" w:rsidRPr="006E14B1" w:rsidRDefault="005B297D" w:rsidP="006E14B1">
      <w:pPr>
        <w:autoSpaceDE w:val="0"/>
        <w:autoSpaceDN w:val="0"/>
        <w:spacing w:after="78" w:line="220" w:lineRule="exact"/>
        <w:ind w:left="567" w:right="200" w:firstLine="567"/>
        <w:rPr>
          <w:lang w:val="ru-RU"/>
        </w:rPr>
      </w:pPr>
    </w:p>
    <w:p w14:paraId="1E0A7DBC" w14:textId="77777777" w:rsidR="005B297D" w:rsidRPr="006E14B1" w:rsidRDefault="006E14B1" w:rsidP="006E14B1">
      <w:pPr>
        <w:autoSpaceDE w:val="0"/>
        <w:autoSpaceDN w:val="0"/>
        <w:spacing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3864C39" w14:textId="77777777" w:rsidR="005B297D" w:rsidRPr="006E14B1" w:rsidRDefault="006E14B1" w:rsidP="006E14B1">
      <w:pPr>
        <w:autoSpaceDE w:val="0"/>
        <w:autoSpaceDN w:val="0"/>
        <w:spacing w:before="346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Основное содержание обучения в программе представлено разделами: «Числа и величины»,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2226DFA8" w14:textId="77777777" w:rsidR="005B297D" w:rsidRPr="006E14B1" w:rsidRDefault="006E14B1" w:rsidP="006E14B1">
      <w:pPr>
        <w:autoSpaceDE w:val="0"/>
        <w:autoSpaceDN w:val="0"/>
        <w:spacing w:before="262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14:paraId="485EE54E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before="118" w:after="0" w:line="262" w:lineRule="auto"/>
        <w:ind w:left="567" w:right="200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14:paraId="7B8FC0CB" w14:textId="77777777" w:rsidR="005B297D" w:rsidRPr="006E14B1" w:rsidRDefault="006E14B1" w:rsidP="006E14B1">
      <w:pPr>
        <w:autoSpaceDE w:val="0"/>
        <w:autoSpaceDN w:val="0"/>
        <w:spacing w:before="70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объектов по массе, длине, площади, вместимости.</w:t>
      </w:r>
    </w:p>
    <w:p w14:paraId="54E41552" w14:textId="77777777" w:rsidR="005B297D" w:rsidRPr="006E14B1" w:rsidRDefault="006E14B1" w:rsidP="006E14B1">
      <w:pPr>
        <w:autoSpaceDE w:val="0"/>
        <w:autoSpaceDN w:val="0"/>
        <w:spacing w:before="72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Единицы массы — центнер, тонна; соотношения между единицами массы.</w:t>
      </w:r>
    </w:p>
    <w:p w14:paraId="4D12C214" w14:textId="77777777" w:rsidR="005B297D" w:rsidRPr="006E14B1" w:rsidRDefault="006E14B1" w:rsidP="006E14B1">
      <w:pPr>
        <w:autoSpaceDE w:val="0"/>
        <w:autoSpaceDN w:val="0"/>
        <w:spacing w:before="72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Единицы времени (сутки, неделя, месяц, год, век), соотношение между ними.</w:t>
      </w:r>
    </w:p>
    <w:p w14:paraId="63AC6A8E" w14:textId="77777777" w:rsidR="006E14B1" w:rsidRDefault="006E14B1" w:rsidP="006E14B1">
      <w:pPr>
        <w:autoSpaceDE w:val="0"/>
        <w:autoSpaceDN w:val="0"/>
        <w:spacing w:before="72" w:after="0" w:line="271" w:lineRule="auto"/>
        <w:ind w:left="567" w:right="20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880BC00" w14:textId="77777777" w:rsidR="006E14B1" w:rsidRDefault="006E14B1" w:rsidP="006E14B1">
      <w:pPr>
        <w:autoSpaceDE w:val="0"/>
        <w:autoSpaceDN w:val="0"/>
        <w:spacing w:before="72" w:after="0" w:line="271" w:lineRule="auto"/>
        <w:ind w:left="567" w:right="20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DB933DA" w14:textId="77777777" w:rsidR="005B297D" w:rsidRPr="006E14B1" w:rsidRDefault="006E14B1" w:rsidP="006E14B1">
      <w:pPr>
        <w:autoSpaceDE w:val="0"/>
        <w:autoSpaceDN w:val="0"/>
        <w:spacing w:before="72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секунду); соотношение между единицами в пределах 100 000.</w:t>
      </w:r>
    </w:p>
    <w:p w14:paraId="35070298" w14:textId="77777777" w:rsidR="005B297D" w:rsidRPr="006E14B1" w:rsidRDefault="006E14B1" w:rsidP="006E14B1">
      <w:pPr>
        <w:autoSpaceDE w:val="0"/>
        <w:autoSpaceDN w:val="0"/>
        <w:spacing w:before="70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Доля величины времени, массы, длины.</w:t>
      </w:r>
    </w:p>
    <w:p w14:paraId="68FB573C" w14:textId="77777777" w:rsidR="005B297D" w:rsidRPr="006E14B1" w:rsidRDefault="006E14B1" w:rsidP="006E14B1">
      <w:pPr>
        <w:autoSpaceDE w:val="0"/>
        <w:autoSpaceDN w:val="0"/>
        <w:spacing w:before="262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14:paraId="0D4E86B8" w14:textId="77777777" w:rsidR="005B297D" w:rsidRPr="006E14B1" w:rsidRDefault="006E14B1" w:rsidP="006E14B1">
      <w:pPr>
        <w:autoSpaceDE w:val="0"/>
        <w:autoSpaceDN w:val="0"/>
        <w:spacing w:before="118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 100 000; деление с остатком. Умножение/деление на 10, 100, 1000.</w:t>
      </w:r>
    </w:p>
    <w:p w14:paraId="1893063B" w14:textId="77777777" w:rsidR="005B297D" w:rsidRPr="006E14B1" w:rsidRDefault="006E14B1" w:rsidP="006E14B1">
      <w:pPr>
        <w:autoSpaceDE w:val="0"/>
        <w:autoSpaceDN w:val="0"/>
        <w:spacing w:before="70" w:after="0" w:line="271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14:paraId="5B62C08D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200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14:paraId="7681C71F" w14:textId="77777777" w:rsidR="005B297D" w:rsidRPr="006E14B1" w:rsidRDefault="006E14B1" w:rsidP="006E14B1">
      <w:pPr>
        <w:autoSpaceDE w:val="0"/>
        <w:autoSpaceDN w:val="0"/>
        <w:spacing w:before="70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Умножение и деление величины на однозначное число.</w:t>
      </w:r>
    </w:p>
    <w:p w14:paraId="6BC0F1A9" w14:textId="77777777" w:rsidR="005B297D" w:rsidRPr="006E14B1" w:rsidRDefault="006E14B1" w:rsidP="006E14B1">
      <w:pPr>
        <w:autoSpaceDE w:val="0"/>
        <w:autoSpaceDN w:val="0"/>
        <w:spacing w:before="262" w:after="0" w:line="230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14:paraId="6403D4E8" w14:textId="77777777" w:rsidR="005B297D" w:rsidRPr="006E14B1" w:rsidRDefault="006E14B1" w:rsidP="006E14B1">
      <w:pPr>
        <w:autoSpaceDE w:val="0"/>
        <w:autoSpaceDN w:val="0"/>
        <w:spacing w:before="118" w:after="0" w:line="286" w:lineRule="auto"/>
        <w:ind w:left="567" w:right="200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 с текстовой задачей, решение которой содержит 2—3 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(производительность, время, объём работы), купли 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14:paraId="020BB382" w14:textId="77777777" w:rsidR="005B297D" w:rsidRPr="006E14B1" w:rsidRDefault="006E14B1" w:rsidP="006E14B1">
      <w:pPr>
        <w:autoSpaceDE w:val="0"/>
        <w:autoSpaceDN w:val="0"/>
        <w:spacing w:before="262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14:paraId="15F232EF" w14:textId="77777777" w:rsidR="005B297D" w:rsidRPr="006E14B1" w:rsidRDefault="006E14B1" w:rsidP="006E14B1">
      <w:pPr>
        <w:autoSpaceDE w:val="0"/>
        <w:autoSpaceDN w:val="0"/>
        <w:spacing w:before="118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Наглядные представления о симметрии.</w:t>
      </w:r>
    </w:p>
    <w:p w14:paraId="0798B0DB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242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</w:t>
      </w:r>
    </w:p>
    <w:p w14:paraId="07C56441" w14:textId="77777777" w:rsidR="005B297D" w:rsidRPr="006E14B1" w:rsidRDefault="006E14B1" w:rsidP="006E14B1">
      <w:pPr>
        <w:autoSpaceDE w:val="0"/>
        <w:autoSpaceDN w:val="0"/>
        <w:spacing w:before="70" w:after="0" w:line="262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Пространственные геометрические фигуры (тела): шар, куб, цилиндр, конус, пирамида; различение, называние.</w:t>
      </w:r>
    </w:p>
    <w:p w14:paraId="3AA3C8E9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before="70" w:after="0" w:line="262" w:lineRule="auto"/>
        <w:ind w:left="567" w:right="471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Конструирование: разбиение фигуры на прямоугольники (квадраты), составление фигур из прямоугольников/квадратов.</w:t>
      </w:r>
    </w:p>
    <w:p w14:paraId="385F6E6F" w14:textId="77777777" w:rsidR="005B297D" w:rsidRPr="006E14B1" w:rsidRDefault="006E14B1" w:rsidP="006E14B1">
      <w:pPr>
        <w:autoSpaceDE w:val="0"/>
        <w:autoSpaceDN w:val="0"/>
        <w:spacing w:before="70" w:after="0" w:line="230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Периметр, площадь фигуры, составленной из двух, трёх прямоугольников (квадратов).</w:t>
      </w:r>
    </w:p>
    <w:p w14:paraId="401C5F5B" w14:textId="77777777" w:rsidR="005B297D" w:rsidRDefault="005B297D" w:rsidP="006E14B1">
      <w:pPr>
        <w:autoSpaceDE w:val="0"/>
        <w:autoSpaceDN w:val="0"/>
        <w:spacing w:after="0" w:line="360" w:lineRule="auto"/>
        <w:ind w:left="567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1B830765" w14:textId="77777777" w:rsidR="005B297D" w:rsidRPr="006E14B1" w:rsidRDefault="006E14B1" w:rsidP="006E14B1">
      <w:pPr>
        <w:autoSpaceDE w:val="0"/>
        <w:autoSpaceDN w:val="0"/>
        <w:spacing w:after="0" w:line="360" w:lineRule="auto"/>
        <w:ind w:left="567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14:paraId="0CBF5F4C" w14:textId="77777777" w:rsidR="006E14B1" w:rsidRDefault="006E14B1" w:rsidP="006E14B1">
      <w:pPr>
        <w:tabs>
          <w:tab w:val="left" w:pos="180"/>
        </w:tabs>
        <w:autoSpaceDE w:val="0"/>
        <w:autoSpaceDN w:val="0"/>
        <w:spacing w:after="0" w:line="360" w:lineRule="auto"/>
        <w:ind w:left="567" w:right="242" w:firstLine="567"/>
        <w:rPr>
          <w:lang w:val="ru-RU"/>
        </w:rPr>
      </w:pPr>
      <w:r w:rsidRPr="006E14B1">
        <w:rPr>
          <w:lang w:val="ru-RU"/>
        </w:rPr>
        <w:tab/>
      </w:r>
    </w:p>
    <w:p w14:paraId="24B7A387" w14:textId="77777777" w:rsidR="006E14B1" w:rsidRDefault="006E14B1" w:rsidP="006E14B1">
      <w:pPr>
        <w:tabs>
          <w:tab w:val="left" w:pos="180"/>
        </w:tabs>
        <w:autoSpaceDE w:val="0"/>
        <w:autoSpaceDN w:val="0"/>
        <w:spacing w:after="0" w:line="360" w:lineRule="auto"/>
        <w:ind w:left="567" w:right="242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4093F5F" w14:textId="77777777" w:rsidR="006E14B1" w:rsidRDefault="006E14B1" w:rsidP="006E14B1">
      <w:pPr>
        <w:tabs>
          <w:tab w:val="left" w:pos="180"/>
        </w:tabs>
        <w:autoSpaceDE w:val="0"/>
        <w:autoSpaceDN w:val="0"/>
        <w:spacing w:after="0" w:line="360" w:lineRule="auto"/>
        <w:ind w:left="567" w:right="242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1D0E45E" w14:textId="77777777" w:rsidR="005B297D" w:rsidRPr="006E14B1" w:rsidRDefault="006E14B1" w:rsidP="006E14B1">
      <w:pPr>
        <w:tabs>
          <w:tab w:val="left" w:pos="180"/>
        </w:tabs>
        <w:autoSpaceDE w:val="0"/>
        <w:autoSpaceDN w:val="0"/>
        <w:spacing w:after="0" w:line="36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Работа с утверждениями: конструирование, проверка истинности; составление и проверка логических рассуждений при решении задач.</w:t>
      </w:r>
    </w:p>
    <w:p w14:paraId="25D5E795" w14:textId="77777777" w:rsidR="005B297D" w:rsidRPr="006E14B1" w:rsidRDefault="006E14B1" w:rsidP="006E14B1">
      <w:pPr>
        <w:autoSpaceDE w:val="0"/>
        <w:autoSpaceDN w:val="0"/>
        <w:spacing w:after="0" w:line="36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14:paraId="1A21F528" w14:textId="77777777" w:rsidR="006E14B1" w:rsidRDefault="006E14B1" w:rsidP="006E14B1">
      <w:pPr>
        <w:autoSpaceDE w:val="0"/>
        <w:autoSpaceDN w:val="0"/>
        <w:spacing w:after="0" w:line="360" w:lineRule="auto"/>
        <w:ind w:left="567" w:right="242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Доступные электронные средства обучения, пособия, тренажёры, их использование под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</w:t>
      </w:r>
    </w:p>
    <w:p w14:paraId="23C6B196" w14:textId="77777777" w:rsidR="005B297D" w:rsidRPr="006E14B1" w:rsidRDefault="006E14B1" w:rsidP="006E14B1">
      <w:pPr>
        <w:autoSpaceDE w:val="0"/>
        <w:autoSpaceDN w:val="0"/>
        <w:spacing w:after="0" w:line="360" w:lineRule="auto"/>
        <w:ind w:left="567" w:right="242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образовательные сайты, ориентированные на детей младшего школьного возраста).</w:t>
      </w:r>
    </w:p>
    <w:p w14:paraId="189787DC" w14:textId="77777777" w:rsidR="005B297D" w:rsidRPr="006E14B1" w:rsidRDefault="006E14B1" w:rsidP="006E14B1">
      <w:pPr>
        <w:autoSpaceDE w:val="0"/>
        <w:autoSpaceDN w:val="0"/>
        <w:spacing w:before="72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Алгоритмы решения учебных и практических задач.</w:t>
      </w:r>
    </w:p>
    <w:p w14:paraId="0843B786" w14:textId="77777777" w:rsidR="005B297D" w:rsidRPr="006E14B1" w:rsidRDefault="006E14B1" w:rsidP="006E14B1">
      <w:pPr>
        <w:autoSpaceDE w:val="0"/>
        <w:autoSpaceDN w:val="0"/>
        <w:spacing w:before="264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14:paraId="28E456CA" w14:textId="77777777" w:rsidR="005B297D" w:rsidRPr="006E14B1" w:rsidRDefault="006E14B1" w:rsidP="006E14B1">
      <w:pPr>
        <w:autoSpaceDE w:val="0"/>
        <w:autoSpaceDN w:val="0"/>
        <w:spacing w:before="166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5AE24552" w14:textId="77777777" w:rsidR="005B297D" w:rsidRPr="006E14B1" w:rsidRDefault="006E14B1" w:rsidP="006E14B1">
      <w:pPr>
        <w:autoSpaceDE w:val="0"/>
        <w:autoSpaceDN w:val="0"/>
        <w:spacing w:before="178" w:after="0" w:line="262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изученной математической терминологии, использовать её в высказываниях и рассуждениях;</w:t>
      </w:r>
    </w:p>
    <w:p w14:paraId="358A2EA3" w14:textId="77777777" w:rsidR="005B297D" w:rsidRPr="006E14B1" w:rsidRDefault="006E14B1" w:rsidP="006E14B1">
      <w:pPr>
        <w:autoSpaceDE w:val="0"/>
        <w:autoSpaceDN w:val="0"/>
        <w:spacing w:before="190" w:after="0" w:line="271" w:lineRule="auto"/>
        <w:ind w:left="567" w:right="242" w:firstLine="567"/>
        <w:jc w:val="both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математические объекты (числа, величины, геометрические фигуры), записывать признак сравнения; выбирать метод решения математической задачи (алгоритм действия, приём вычисления, способ решения, моделирование ситуации, перебор вариантов); </w:t>
      </w:r>
    </w:p>
    <w:p w14:paraId="112BE082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изученных геометрических фигур в окружающем мире; </w:t>
      </w:r>
    </w:p>
    <w:p w14:paraId="5B50A508" w14:textId="77777777" w:rsidR="005B297D" w:rsidRPr="006E14B1" w:rsidRDefault="006E14B1" w:rsidP="006E14B1">
      <w:pPr>
        <w:autoSpaceDE w:val="0"/>
        <w:autoSpaceDN w:val="0"/>
        <w:spacing w:before="190" w:after="0" w:line="262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 </w:t>
      </w:r>
    </w:p>
    <w:p w14:paraId="3FD7FA86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объекты по 1 - 2 выбранным признакам; </w:t>
      </w:r>
    </w:p>
    <w:p w14:paraId="5BB2BF9E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модель математической задачи, проверять её соответствие условиям задачи; </w:t>
      </w:r>
    </w:p>
    <w:p w14:paraId="736E018A" w14:textId="77777777" w:rsidR="005B297D" w:rsidRPr="006E14B1" w:rsidRDefault="006E14B1" w:rsidP="006E14B1">
      <w:pPr>
        <w:autoSpaceDE w:val="0"/>
        <w:autoSpaceDN w:val="0"/>
        <w:spacing w:before="190" w:after="0" w:line="271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14:paraId="5E3DEF9C" w14:textId="77777777" w:rsidR="005B297D" w:rsidRPr="006E14B1" w:rsidRDefault="006E14B1" w:rsidP="006E14B1">
      <w:pPr>
        <w:autoSpaceDE w:val="0"/>
        <w:autoSpaceDN w:val="0"/>
        <w:spacing w:before="178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091E23D8" w14:textId="77777777" w:rsidR="005B297D" w:rsidRPr="006E14B1" w:rsidRDefault="006E14B1" w:rsidP="006E14B1">
      <w:pPr>
        <w:autoSpaceDE w:val="0"/>
        <w:autoSpaceDN w:val="0"/>
        <w:spacing w:before="18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разных формах; </w:t>
      </w:r>
    </w:p>
    <w:p w14:paraId="6451C5B8" w14:textId="77777777" w:rsidR="003905B9" w:rsidRDefault="003905B9" w:rsidP="006E14B1">
      <w:pPr>
        <w:autoSpaceDE w:val="0"/>
        <w:autoSpaceDN w:val="0"/>
        <w:spacing w:before="192" w:after="0" w:line="271" w:lineRule="auto"/>
        <w:ind w:left="567" w:right="242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01B2326" w14:textId="77777777" w:rsidR="003905B9" w:rsidRDefault="003905B9" w:rsidP="006E14B1">
      <w:pPr>
        <w:autoSpaceDE w:val="0"/>
        <w:autoSpaceDN w:val="0"/>
        <w:spacing w:before="192" w:after="0" w:line="271" w:lineRule="auto"/>
        <w:ind w:left="567" w:right="242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C203396" w14:textId="77777777" w:rsidR="003905B9" w:rsidRDefault="003905B9" w:rsidP="006E14B1">
      <w:pPr>
        <w:autoSpaceDE w:val="0"/>
        <w:autoSpaceDN w:val="0"/>
        <w:spacing w:before="192" w:after="0" w:line="271" w:lineRule="auto"/>
        <w:ind w:left="567" w:right="242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A67BF9C" w14:textId="77777777" w:rsidR="005B297D" w:rsidRPr="006E14B1" w:rsidRDefault="006E14B1" w:rsidP="006E14B1">
      <w:pPr>
        <w:autoSpaceDE w:val="0"/>
        <w:autoSpaceDN w:val="0"/>
        <w:spacing w:before="192" w:after="0" w:line="271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извлекать и интерпретировать информацию, представленную в таблице, на диаграмме; использовать справочную литературу для поиска информации, в том числе Интернет (в условиях контролируемого выхода).</w:t>
      </w:r>
    </w:p>
    <w:p w14:paraId="192E8D67" w14:textId="77777777" w:rsidR="005B297D" w:rsidRPr="006E14B1" w:rsidRDefault="006E14B1" w:rsidP="006E14B1">
      <w:pPr>
        <w:autoSpaceDE w:val="0"/>
        <w:autoSpaceDN w:val="0"/>
        <w:spacing w:before="178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14:paraId="29F37812" w14:textId="77777777" w:rsidR="005B297D" w:rsidRPr="006E14B1" w:rsidRDefault="006E14B1" w:rsidP="006E14B1">
      <w:pPr>
        <w:autoSpaceDE w:val="0"/>
        <w:autoSpaceDN w:val="0"/>
        <w:spacing w:before="178" w:after="0" w:line="262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математическую терминологию для записи решения предметной или практической задачи; </w:t>
      </w:r>
    </w:p>
    <w:p w14:paraId="7C52013C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 контрпримеры для подтверждения/опровержения вывода, гипотезы; </w:t>
      </w:r>
    </w:p>
    <w:p w14:paraId="71064B90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конструировать, читать числовое выражение; </w:t>
      </w:r>
    </w:p>
    <w:p w14:paraId="198DBB64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практическую ситуацию с использованием изученной терминологии; </w:t>
      </w:r>
    </w:p>
    <w:p w14:paraId="6D5AAA57" w14:textId="77777777" w:rsidR="005B297D" w:rsidRPr="006E14B1" w:rsidRDefault="006E14B1" w:rsidP="006E14B1">
      <w:pPr>
        <w:autoSpaceDE w:val="0"/>
        <w:autoSpaceDN w:val="0"/>
        <w:spacing w:before="190" w:after="0" w:line="262" w:lineRule="auto"/>
        <w:ind w:left="567" w:right="242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математические объекты, явления и события с помощью изученных величин; </w:t>
      </w:r>
    </w:p>
    <w:p w14:paraId="4A45C297" w14:textId="77777777" w:rsidR="003905B9" w:rsidRDefault="003905B9" w:rsidP="006E14B1">
      <w:pPr>
        <w:autoSpaceDE w:val="0"/>
        <w:autoSpaceDN w:val="0"/>
        <w:spacing w:after="0" w:line="230" w:lineRule="auto"/>
        <w:ind w:left="567" w:right="471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14705C7" w14:textId="77777777" w:rsidR="005B297D" w:rsidRPr="006E14B1" w:rsidRDefault="006E14B1" w:rsidP="006E14B1">
      <w:pPr>
        <w:autoSpaceDE w:val="0"/>
        <w:autoSpaceDN w:val="0"/>
        <w:spacing w:after="0" w:line="230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инструкцию, записывать рассуждение; </w:t>
      </w:r>
    </w:p>
    <w:p w14:paraId="4CB584D9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инициировать обсуждение разных способов выполнения задания, поиск ошибок в решении.</w:t>
      </w:r>
    </w:p>
    <w:p w14:paraId="6AB665DA" w14:textId="77777777" w:rsidR="005B297D" w:rsidRPr="006E14B1" w:rsidRDefault="006E14B1" w:rsidP="006E14B1">
      <w:pPr>
        <w:autoSpaceDE w:val="0"/>
        <w:autoSpaceDN w:val="0"/>
        <w:spacing w:before="178" w:after="0" w:line="230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14:paraId="726E410C" w14:textId="77777777" w:rsidR="005B297D" w:rsidRPr="006E14B1" w:rsidRDefault="006E14B1" w:rsidP="006E14B1">
      <w:pPr>
        <w:autoSpaceDE w:val="0"/>
        <w:autoSpaceDN w:val="0"/>
        <w:spacing w:before="178" w:after="0" w:line="262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 </w:t>
      </w:r>
    </w:p>
    <w:p w14:paraId="0AC255EF" w14:textId="77777777" w:rsidR="005B297D" w:rsidRPr="006E14B1" w:rsidRDefault="006E14B1" w:rsidP="006E14B1">
      <w:pPr>
        <w:autoSpaceDE w:val="0"/>
        <w:autoSpaceDN w:val="0"/>
        <w:spacing w:before="190" w:after="0" w:line="230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выполнять прикидку и оценку результата измерений; </w:t>
      </w:r>
    </w:p>
    <w:p w14:paraId="5C676CF1" w14:textId="77777777" w:rsidR="005B297D" w:rsidRPr="006E14B1" w:rsidRDefault="006E14B1" w:rsidP="006E14B1">
      <w:pPr>
        <w:autoSpaceDE w:val="0"/>
        <w:autoSpaceDN w:val="0"/>
        <w:spacing w:before="190" w:after="0" w:line="262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находить, исправлять, прогнозировать трудности и </w:t>
      </w:r>
      <w:r w:rsidR="003905B9" w:rsidRPr="006E14B1">
        <w:rPr>
          <w:rFonts w:ascii="Times New Roman" w:eastAsia="Times New Roman" w:hAnsi="Times New Roman"/>
          <w:color w:val="000000"/>
          <w:sz w:val="24"/>
          <w:lang w:val="ru-RU"/>
        </w:rPr>
        <w:t>ошибки,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 и трудности в решении учебной задачи.</w:t>
      </w:r>
    </w:p>
    <w:p w14:paraId="06CB3F75" w14:textId="77777777" w:rsidR="005B297D" w:rsidRPr="006E14B1" w:rsidRDefault="006E14B1" w:rsidP="006E14B1">
      <w:pPr>
        <w:autoSpaceDE w:val="0"/>
        <w:autoSpaceDN w:val="0"/>
        <w:spacing w:before="180" w:after="0" w:line="230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3E4E202E" w14:textId="77777777" w:rsidR="005B297D" w:rsidRPr="006E14B1" w:rsidRDefault="006E14B1" w:rsidP="006E14B1">
      <w:pPr>
        <w:autoSpaceDE w:val="0"/>
        <w:autoSpaceDN w:val="0"/>
        <w:spacing w:before="180" w:after="0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 </w:t>
      </w:r>
    </w:p>
    <w:p w14:paraId="563552C9" w14:textId="77777777" w:rsidR="005B297D" w:rsidRPr="006E14B1" w:rsidRDefault="006E14B1" w:rsidP="006E14B1">
      <w:pPr>
        <w:autoSpaceDE w:val="0"/>
        <w:autoSpaceDN w:val="0"/>
        <w:spacing w:before="190" w:after="0" w:line="281" w:lineRule="auto"/>
        <w:ind w:left="567" w:right="471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 интервалов; взвешивание; измерение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14:paraId="56B5CD33" w14:textId="77777777" w:rsidR="005B297D" w:rsidRPr="006E14B1" w:rsidRDefault="005B297D">
      <w:pPr>
        <w:rPr>
          <w:lang w:val="ru-RU"/>
        </w:rPr>
        <w:sectPr w:rsidR="005B297D" w:rsidRPr="006E14B1">
          <w:pgSz w:w="11900" w:h="16840"/>
          <w:pgMar w:top="328" w:right="944" w:bottom="1440" w:left="846" w:header="720" w:footer="720" w:gutter="0"/>
          <w:cols w:space="720" w:equalWidth="0">
            <w:col w:w="10109" w:space="0"/>
          </w:cols>
          <w:docGrid w:linePitch="360"/>
        </w:sectPr>
      </w:pPr>
    </w:p>
    <w:p w14:paraId="178DF1C0" w14:textId="77777777" w:rsidR="005B297D" w:rsidRDefault="005B297D" w:rsidP="003905B9">
      <w:pPr>
        <w:autoSpaceDE w:val="0"/>
        <w:autoSpaceDN w:val="0"/>
        <w:spacing w:after="78" w:line="220" w:lineRule="exact"/>
        <w:jc w:val="center"/>
        <w:rPr>
          <w:lang w:val="ru-RU"/>
        </w:rPr>
      </w:pPr>
    </w:p>
    <w:p w14:paraId="3B800C85" w14:textId="77777777" w:rsidR="003905B9" w:rsidRPr="006E14B1" w:rsidRDefault="003905B9" w:rsidP="003905B9">
      <w:pPr>
        <w:autoSpaceDE w:val="0"/>
        <w:autoSpaceDN w:val="0"/>
        <w:spacing w:after="78" w:line="220" w:lineRule="exact"/>
        <w:jc w:val="center"/>
        <w:rPr>
          <w:lang w:val="ru-RU"/>
        </w:rPr>
      </w:pPr>
    </w:p>
    <w:p w14:paraId="3A6D25E1" w14:textId="77777777" w:rsidR="005B297D" w:rsidRPr="006E14B1" w:rsidRDefault="006E14B1" w:rsidP="003905B9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0853013B" w14:textId="77777777" w:rsidR="005B297D" w:rsidRPr="006E14B1" w:rsidRDefault="006E14B1" w:rsidP="003905B9">
      <w:pPr>
        <w:tabs>
          <w:tab w:val="left" w:pos="180"/>
        </w:tabs>
        <w:autoSpaceDE w:val="0"/>
        <w:autoSpaceDN w:val="0"/>
        <w:spacing w:before="346" w:after="0" w:line="262" w:lineRule="auto"/>
        <w:ind w:left="567" w:right="126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362FBC3" w14:textId="77777777" w:rsidR="005B297D" w:rsidRPr="006E14B1" w:rsidRDefault="006E14B1" w:rsidP="003905B9">
      <w:pPr>
        <w:autoSpaceDE w:val="0"/>
        <w:autoSpaceDN w:val="0"/>
        <w:spacing w:before="262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РЕЗУЛЬТАТЫ.</w:t>
      </w:r>
    </w:p>
    <w:p w14:paraId="3761650C" w14:textId="77777777" w:rsidR="005B297D" w:rsidRPr="006E14B1" w:rsidRDefault="006E14B1" w:rsidP="003905B9">
      <w:pPr>
        <w:tabs>
          <w:tab w:val="left" w:pos="180"/>
        </w:tabs>
        <w:autoSpaceDE w:val="0"/>
        <w:autoSpaceDN w:val="0"/>
        <w:spacing w:before="166" w:after="0" w:line="262" w:lineRule="auto"/>
        <w:ind w:left="567" w:right="126" w:firstLine="567"/>
        <w:rPr>
          <w:lang w:val="ru-RU"/>
        </w:rPr>
      </w:pPr>
      <w:r w:rsidRPr="006E14B1">
        <w:rPr>
          <w:lang w:val="ru-RU"/>
        </w:rPr>
        <w:tab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2E6E44EB" w14:textId="77777777" w:rsidR="005B297D" w:rsidRPr="006E14B1" w:rsidRDefault="006E14B1" w:rsidP="003905B9">
      <w:pPr>
        <w:autoSpaceDE w:val="0"/>
        <w:autoSpaceDN w:val="0"/>
        <w:spacing w:before="178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5756B0C1" w14:textId="77777777" w:rsidR="005B297D" w:rsidRPr="006E14B1" w:rsidRDefault="006E14B1" w:rsidP="003905B9">
      <w:pPr>
        <w:autoSpaceDE w:val="0"/>
        <w:autoSpaceDN w:val="0"/>
        <w:spacing w:before="192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33C7BD99" w14:textId="77777777" w:rsidR="005B297D" w:rsidRPr="006E14B1" w:rsidRDefault="006E14B1" w:rsidP="00A956C3">
      <w:pPr>
        <w:autoSpaceDE w:val="0"/>
        <w:autoSpaceDN w:val="0"/>
        <w:spacing w:before="190" w:after="0" w:line="271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10C15620" w14:textId="77777777" w:rsidR="005B297D" w:rsidRPr="006E14B1" w:rsidRDefault="006E14B1" w:rsidP="00A956C3">
      <w:pPr>
        <w:autoSpaceDE w:val="0"/>
        <w:autoSpaceDN w:val="0"/>
        <w:spacing w:before="190" w:after="0" w:line="230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6411BE4C" w14:textId="77777777" w:rsidR="005B297D" w:rsidRPr="006E14B1" w:rsidRDefault="006E14B1" w:rsidP="00A956C3">
      <w:pPr>
        <w:autoSpaceDE w:val="0"/>
        <w:autoSpaceDN w:val="0"/>
        <w:spacing w:before="190" w:after="0" w:line="262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17BE5E0D" w14:textId="77777777" w:rsidR="005B297D" w:rsidRPr="006E14B1" w:rsidRDefault="006E14B1" w:rsidP="00A956C3">
      <w:pPr>
        <w:autoSpaceDE w:val="0"/>
        <w:autoSpaceDN w:val="0"/>
        <w:spacing w:before="190" w:after="0" w:line="271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7D2AD689" w14:textId="77777777" w:rsidR="005B297D" w:rsidRPr="006E14B1" w:rsidRDefault="006E14B1" w:rsidP="00A956C3">
      <w:pPr>
        <w:autoSpaceDE w:val="0"/>
        <w:autoSpaceDN w:val="0"/>
        <w:spacing w:before="190" w:after="0" w:line="262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6F75405A" w14:textId="77777777" w:rsidR="005B297D" w:rsidRPr="006E14B1" w:rsidRDefault="006E14B1" w:rsidP="00A956C3">
      <w:pPr>
        <w:autoSpaceDE w:val="0"/>
        <w:autoSpaceDN w:val="0"/>
        <w:spacing w:before="190" w:after="0" w:line="230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00329CD5" w14:textId="77777777" w:rsidR="005B297D" w:rsidRPr="006E14B1" w:rsidRDefault="006E14B1" w:rsidP="00A956C3">
      <w:pPr>
        <w:autoSpaceDE w:val="0"/>
        <w:autoSpaceDN w:val="0"/>
        <w:spacing w:before="190" w:after="0" w:line="271" w:lineRule="auto"/>
        <w:ind w:left="567" w:right="9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30B74CA7" w14:textId="77777777" w:rsidR="005B297D" w:rsidRPr="006E14B1" w:rsidRDefault="006E14B1" w:rsidP="003905B9">
      <w:pPr>
        <w:autoSpaceDE w:val="0"/>
        <w:autoSpaceDN w:val="0"/>
        <w:spacing w:before="324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03048222" w14:textId="77777777" w:rsidR="005B297D" w:rsidRPr="006E14B1" w:rsidRDefault="006E14B1" w:rsidP="003905B9">
      <w:pPr>
        <w:autoSpaceDE w:val="0"/>
        <w:autoSpaceDN w:val="0"/>
        <w:spacing w:before="168" w:after="0" w:line="271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у обучающегося формируются следующие универсальные учебные действия. </w:t>
      </w:r>
      <w:r w:rsidR="003905B9"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познавательные</w:t>
      </w: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1</w:t>
      </w:r>
      <w:r w:rsidR="003905B9"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) Базовые</w:t>
      </w: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логические действия:</w:t>
      </w:r>
    </w:p>
    <w:p w14:paraId="5F00FD95" w14:textId="77777777" w:rsidR="005B297D" w:rsidRPr="006E14B1" w:rsidRDefault="006E14B1" w:rsidP="003905B9">
      <w:pPr>
        <w:autoSpaceDE w:val="0"/>
        <w:autoSpaceDN w:val="0"/>
        <w:spacing w:before="178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440D35EA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49DA3B5B" w14:textId="77777777" w:rsidR="003905B9" w:rsidRDefault="003905B9" w:rsidP="003905B9">
      <w:pPr>
        <w:autoSpaceDE w:val="0"/>
        <w:autoSpaceDN w:val="0"/>
        <w:spacing w:before="190" w:after="0" w:line="262" w:lineRule="auto"/>
        <w:ind w:left="567" w:right="126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5423FABC" w14:textId="77777777" w:rsidR="003905B9" w:rsidRDefault="003905B9" w:rsidP="003905B9">
      <w:pPr>
        <w:autoSpaceDE w:val="0"/>
        <w:autoSpaceDN w:val="0"/>
        <w:spacing w:before="190" w:after="0" w:line="262" w:lineRule="auto"/>
        <w:ind w:left="567" w:right="126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356CEA0" w14:textId="77777777" w:rsidR="005B297D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344178D0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4EC48F3D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65B80288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проявлять способность ориентироваться в учебном материале разных разделов курса</w:t>
      </w:r>
    </w:p>
    <w:p w14:paraId="5F460068" w14:textId="77777777" w:rsidR="005B297D" w:rsidRPr="006E14B1" w:rsidRDefault="005B297D" w:rsidP="003905B9">
      <w:pPr>
        <w:autoSpaceDE w:val="0"/>
        <w:autoSpaceDN w:val="0"/>
        <w:spacing w:after="0" w:line="166" w:lineRule="exact"/>
        <w:ind w:left="567" w:right="126" w:firstLine="567"/>
        <w:rPr>
          <w:lang w:val="ru-RU"/>
        </w:rPr>
      </w:pPr>
    </w:p>
    <w:p w14:paraId="1B8A904B" w14:textId="77777777" w:rsidR="005B297D" w:rsidRPr="006E14B1" w:rsidRDefault="006E14B1" w:rsidP="003905B9">
      <w:pPr>
        <w:autoSpaceDE w:val="0"/>
        <w:autoSpaceDN w:val="0"/>
        <w:spacing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2DCE400D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5C7BEC0B" w14:textId="77777777" w:rsidR="005B297D" w:rsidRPr="006E14B1" w:rsidRDefault="006E14B1" w:rsidP="003905B9">
      <w:pPr>
        <w:autoSpaceDE w:val="0"/>
        <w:autoSpaceDN w:val="0"/>
        <w:spacing w:before="190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вариантов).</w:t>
      </w:r>
    </w:p>
    <w:p w14:paraId="191B3A1D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44913563" w14:textId="77777777" w:rsidR="005B297D" w:rsidRPr="006E14B1" w:rsidRDefault="006E14B1" w:rsidP="003905B9">
      <w:pPr>
        <w:autoSpaceDE w:val="0"/>
        <w:autoSpaceDN w:val="0"/>
        <w:spacing w:before="178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11BA026A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27FB621E" w14:textId="77777777" w:rsidR="005B297D" w:rsidRPr="006E14B1" w:rsidRDefault="006E14B1" w:rsidP="003905B9">
      <w:pPr>
        <w:autoSpaceDE w:val="0"/>
        <w:autoSpaceDN w:val="0"/>
        <w:spacing w:before="192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71EFE8EB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1BC77F47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4F6A7CAA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утверждения, проверять их истинность; строить логическое рассуждение; </w:t>
      </w:r>
    </w:p>
    <w:p w14:paraId="433D769A" w14:textId="77777777" w:rsidR="005B297D" w:rsidRPr="006E14B1" w:rsidRDefault="006E14B1" w:rsidP="003905B9">
      <w:pPr>
        <w:autoSpaceDE w:val="0"/>
        <w:autoSpaceDN w:val="0"/>
        <w:spacing w:before="190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текст задания для объяснения способа и хода решения математической задачи; </w:t>
      </w:r>
    </w:p>
    <w:p w14:paraId="27FBBA8D" w14:textId="77777777" w:rsidR="005B297D" w:rsidRPr="006E14B1" w:rsidRDefault="006E14B1" w:rsidP="003905B9">
      <w:pPr>
        <w:autoSpaceDE w:val="0"/>
        <w:autoSpaceDN w:val="0"/>
        <w:spacing w:before="190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ответ; </w:t>
      </w:r>
    </w:p>
    <w:p w14:paraId="7F308D6F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процесс вычисления, построения, решения; объяснять полученный ответ с использованием изученной терминологии; </w:t>
      </w:r>
    </w:p>
    <w:p w14:paraId="04AECFD7" w14:textId="77777777" w:rsidR="005B297D" w:rsidRPr="006E14B1" w:rsidRDefault="006E14B1" w:rsidP="003905B9">
      <w:pPr>
        <w:autoSpaceDE w:val="0"/>
        <w:autoSpaceDN w:val="0"/>
        <w:spacing w:before="190" w:after="0" w:line="271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 </w:t>
      </w:r>
    </w:p>
    <w:p w14:paraId="41682FF7" w14:textId="77777777" w:rsidR="005B297D" w:rsidRPr="006E14B1" w:rsidRDefault="006E14B1" w:rsidP="003905B9">
      <w:pPr>
        <w:autoSpaceDE w:val="0"/>
        <w:autoSpaceDN w:val="0"/>
        <w:spacing w:before="190" w:after="0" w:line="271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 </w:t>
      </w:r>
    </w:p>
    <w:p w14:paraId="5504EDCC" w14:textId="77777777" w:rsidR="003905B9" w:rsidRDefault="003905B9" w:rsidP="003905B9">
      <w:pPr>
        <w:autoSpaceDE w:val="0"/>
        <w:autoSpaceDN w:val="0"/>
        <w:spacing w:before="190" w:after="0" w:line="230" w:lineRule="auto"/>
        <w:ind w:left="567" w:right="126" w:firstLine="56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923877F" w14:textId="77777777" w:rsidR="003905B9" w:rsidRDefault="003905B9" w:rsidP="003905B9">
      <w:pPr>
        <w:autoSpaceDE w:val="0"/>
        <w:autoSpaceDN w:val="0"/>
        <w:spacing w:before="190" w:after="0" w:line="230" w:lineRule="auto"/>
        <w:ind w:left="567" w:right="126" w:firstLine="56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311EB8E" w14:textId="77777777" w:rsidR="005B297D" w:rsidRPr="006E14B1" w:rsidRDefault="006E14B1" w:rsidP="003905B9">
      <w:pPr>
        <w:autoSpaceDE w:val="0"/>
        <w:autoSpaceDN w:val="0"/>
        <w:spacing w:before="190" w:after="0" w:line="230" w:lineRule="auto"/>
        <w:ind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алгоритмах: воспроизводить, дополнять, исправлять деформированные; </w:t>
      </w:r>
    </w:p>
    <w:p w14:paraId="018666F4" w14:textId="77777777" w:rsidR="005B297D" w:rsidRPr="006E14B1" w:rsidRDefault="006E14B1" w:rsidP="003905B9">
      <w:pPr>
        <w:autoSpaceDE w:val="0"/>
        <w:autoSpaceDN w:val="0"/>
        <w:spacing w:before="192" w:after="0" w:line="230" w:lineRule="auto"/>
        <w:ind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по аналогии; </w:t>
      </w:r>
    </w:p>
    <w:p w14:paraId="1C28533E" w14:textId="77777777" w:rsidR="005B297D" w:rsidRPr="006E14B1" w:rsidRDefault="006E14B1" w:rsidP="003905B9">
      <w:pPr>
        <w:autoSpaceDE w:val="0"/>
        <w:autoSpaceDN w:val="0"/>
        <w:spacing w:before="192" w:after="0" w:line="230" w:lineRule="auto"/>
        <w:ind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тексты заданий, аналогичные типовым изученным.</w:t>
      </w:r>
    </w:p>
    <w:p w14:paraId="520E38A1" w14:textId="77777777" w:rsidR="003905B9" w:rsidRDefault="006E14B1" w:rsidP="003905B9">
      <w:pPr>
        <w:autoSpaceDE w:val="0"/>
        <w:autoSpaceDN w:val="0"/>
        <w:spacing w:before="178" w:after="0" w:line="262" w:lineRule="auto"/>
        <w:ind w:left="567" w:right="126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регулятивные учебные действия: </w:t>
      </w:r>
    </w:p>
    <w:p w14:paraId="069F6C4B" w14:textId="77777777" w:rsidR="005B297D" w:rsidRPr="006E14B1" w:rsidRDefault="006E14B1" w:rsidP="003905B9">
      <w:pPr>
        <w:autoSpaceDE w:val="0"/>
        <w:autoSpaceDN w:val="0"/>
        <w:spacing w:before="178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2D0A3557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7BAD1801" w14:textId="77777777" w:rsidR="005B297D" w:rsidRPr="006E14B1" w:rsidRDefault="006E14B1" w:rsidP="003905B9">
      <w:pPr>
        <w:autoSpaceDE w:val="0"/>
        <w:autoSpaceDN w:val="0"/>
        <w:spacing w:before="190" w:after="0" w:line="262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3A7ED08E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2E13AA88" w14:textId="77777777" w:rsidR="005B297D" w:rsidRPr="006E14B1" w:rsidRDefault="006E14B1" w:rsidP="003905B9">
      <w:pPr>
        <w:autoSpaceDE w:val="0"/>
        <w:autoSpaceDN w:val="0"/>
        <w:spacing w:before="178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4382002B" w14:textId="77777777" w:rsidR="005B297D" w:rsidRPr="006E14B1" w:rsidRDefault="006E14B1" w:rsidP="003905B9">
      <w:pPr>
        <w:autoSpaceDE w:val="0"/>
        <w:autoSpaceDN w:val="0"/>
        <w:spacing w:before="190" w:after="0" w:line="230" w:lineRule="auto"/>
        <w:ind w:left="567" w:right="12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6D4D4683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48970813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651D9DBD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3C393786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7A13DDAD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72C396B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26A3BC94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="003905B9" w:rsidRPr="006E14B1">
        <w:rPr>
          <w:rFonts w:ascii="Times New Roman" w:eastAsia="Times New Roman" w:hAnsi="Times New Roman"/>
          <w:color w:val="000000"/>
          <w:sz w:val="24"/>
          <w:lang w:val="ru-RU"/>
        </w:rPr>
        <w:t>согласовывать мнения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 в ходе поиска доказательств, выбора рационального способа, анализа информации;</w:t>
      </w:r>
    </w:p>
    <w:p w14:paraId="72863328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21658AFB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4F9185FD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6E14B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классе 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1CCE2DB4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многозначные числа; </w:t>
      </w:r>
    </w:p>
    <w:p w14:paraId="2CBC105C" w14:textId="77777777" w:rsidR="003905B9" w:rsidRDefault="003905B9" w:rsidP="003905B9">
      <w:pPr>
        <w:autoSpaceDE w:val="0"/>
        <w:autoSpaceDN w:val="0"/>
        <w:spacing w:after="0" w:line="360" w:lineRule="auto"/>
        <w:ind w:right="57" w:firstLine="56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5CC5537" w14:textId="77777777" w:rsidR="003905B9" w:rsidRDefault="003905B9" w:rsidP="003905B9">
      <w:pPr>
        <w:autoSpaceDE w:val="0"/>
        <w:autoSpaceDN w:val="0"/>
        <w:spacing w:after="0" w:line="360" w:lineRule="auto"/>
        <w:ind w:right="57" w:firstLine="56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AEDF6DF" w14:textId="77777777" w:rsidR="003905B9" w:rsidRDefault="003905B9" w:rsidP="003905B9">
      <w:pPr>
        <w:autoSpaceDE w:val="0"/>
        <w:autoSpaceDN w:val="0"/>
        <w:spacing w:after="0" w:line="360" w:lineRule="auto"/>
        <w:ind w:right="57" w:firstLine="567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624A553" w14:textId="77777777" w:rsidR="005B297D" w:rsidRPr="006E14B1" w:rsidRDefault="006E14B1" w:rsidP="003905B9">
      <w:pPr>
        <w:autoSpaceDE w:val="0"/>
        <w:autoSpaceDN w:val="0"/>
        <w:spacing w:after="0" w:line="360" w:lineRule="auto"/>
        <w:ind w:right="57" w:firstLine="993"/>
        <w:jc w:val="center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число, в заданное число раз; </w:t>
      </w:r>
    </w:p>
    <w:p w14:paraId="66E73299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 с многозначными числами письменно (в пределах 100 - устно); </w:t>
      </w:r>
    </w:p>
    <w:p w14:paraId="4E8D026E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умножение и деление многозначного числа на однозначное, двузначное число письменно (в пределах 100 - устно); </w:t>
      </w:r>
    </w:p>
    <w:p w14:paraId="12A3108D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деление с остатком — письменно (в пределах 1000); вычислять значение числового выражения (со скобками/без скобок), содержащего действия сложения, вычитания, умножения, деления с многозначными числами; </w:t>
      </w:r>
    </w:p>
    <w:p w14:paraId="14BEBBDB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вычислениях изученные свойства арифметических действий; </w:t>
      </w:r>
    </w:p>
    <w:p w14:paraId="743970BC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результата вычислений; </w:t>
      </w:r>
    </w:p>
    <w:p w14:paraId="5AA6D4A1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проверку полученного результата по критериям: достоверность (реальность), соответствие правилу/алгоритму, а также с помощью калькулятора; </w:t>
      </w:r>
    </w:p>
    <w:p w14:paraId="4D3819E7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долю величины, величину по ее доле; находить неизвестный компонент </w:t>
      </w:r>
      <w:r w:rsidRPr="006E14B1">
        <w:rPr>
          <w:lang w:val="ru-RU"/>
        </w:rPr>
        <w:br/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арифметического действия; использовать единицы величин для при решении задач (длина, масса, время, вместимость, стоимость, площадь, скорость); </w:t>
      </w:r>
    </w:p>
    <w:p w14:paraId="7C467E98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 метр в секунду); </w:t>
      </w:r>
    </w:p>
    <w:p w14:paraId="37737898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 работы; 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 </w:t>
      </w:r>
    </w:p>
    <w:p w14:paraId="63E61DEF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сосудов вместимость; выполнять прикидку и оценку результата измерений; </w:t>
      </w:r>
    </w:p>
    <w:p w14:paraId="0E1734F1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1—3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 </w:t>
      </w:r>
    </w:p>
    <w:p w14:paraId="2B56B03C" w14:textId="77777777" w:rsidR="003905B9" w:rsidRDefault="003905B9" w:rsidP="003905B9">
      <w:pPr>
        <w:autoSpaceDE w:val="0"/>
        <w:autoSpaceDN w:val="0"/>
        <w:spacing w:after="0" w:line="360" w:lineRule="auto"/>
        <w:ind w:left="567" w:right="57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7B3A77E" w14:textId="77777777" w:rsidR="003905B9" w:rsidRDefault="003905B9" w:rsidP="003905B9">
      <w:pPr>
        <w:autoSpaceDE w:val="0"/>
        <w:autoSpaceDN w:val="0"/>
        <w:spacing w:after="0" w:line="360" w:lineRule="auto"/>
        <w:ind w:left="567" w:right="57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22D615F" w14:textId="77777777" w:rsidR="003905B9" w:rsidRDefault="003905B9" w:rsidP="003905B9">
      <w:pPr>
        <w:autoSpaceDE w:val="0"/>
        <w:autoSpaceDN w:val="0"/>
        <w:spacing w:after="0" w:line="360" w:lineRule="auto"/>
        <w:ind w:left="567" w:right="57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1FD2FC3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проверки; </w:t>
      </w:r>
    </w:p>
    <w:p w14:paraId="091E12CE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различать, называть геометрические фигуры: окружность, круг; изображать с помощью циркуля и линейки окружность заданного радиуса; </w:t>
      </w:r>
    </w:p>
    <w:p w14:paraId="61C40D79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изображения простейших пространственных фигур: шара, куба, цилиндра, конуса, пирамиды; </w:t>
      </w:r>
    </w:p>
    <w:p w14:paraId="3945D457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 простейших случаях проекции предметов окружающего мира на плоскость (пол, стену); </w:t>
      </w:r>
    </w:p>
    <w:p w14:paraId="46EFF156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 трех прямоугольников (квадратов); </w:t>
      </w:r>
    </w:p>
    <w:p w14:paraId="7E0A4103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утверждения; приводить пример, контрпример; </w:t>
      </w:r>
    </w:p>
    <w:p w14:paraId="6A6D08F2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утверждение (вывод), строить логические рассуждения (одно/</w:t>
      </w:r>
      <w:r w:rsidR="003905B9" w:rsidRPr="006E14B1">
        <w:rPr>
          <w:rFonts w:ascii="Times New Roman" w:eastAsia="Times New Roman" w:hAnsi="Times New Roman"/>
          <w:color w:val="000000"/>
          <w:sz w:val="24"/>
          <w:lang w:val="ru-RU"/>
        </w:rPr>
        <w:t>двухшаговые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) с использованием изученных связок; классифицировать объекты по заданным/самостоятельно установленным одному, двум признакам; </w:t>
      </w:r>
    </w:p>
    <w:p w14:paraId="73FD2BAA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</w:t>
      </w:r>
      <w:r w:rsidR="003905B9" w:rsidRPr="006E14B1">
        <w:rPr>
          <w:rFonts w:ascii="Times New Roman" w:eastAsia="Times New Roman" w:hAnsi="Times New Roman"/>
          <w:color w:val="000000"/>
          <w:sz w:val="24"/>
          <w:lang w:val="ru-RU"/>
        </w:rPr>
        <w:t>прайс-лист</w:t>
      </w: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, объявление); </w:t>
      </w:r>
    </w:p>
    <w:p w14:paraId="52810D58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заполнять данными предложенную таблицу, столбчатую диаграмму; использовать формализованные описания последовательности действий (алгоритм, план, схема) в практических и учебных ситуациях; </w:t>
      </w:r>
    </w:p>
    <w:p w14:paraId="3BE9DB16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дополнять алгоритм, упорядочивать шаги алгоритма; выбирать рациональное решение; составлять модель текстовой задачи, числовое выражение; </w:t>
      </w:r>
    </w:p>
    <w:p w14:paraId="1586A6F9" w14:textId="77777777" w:rsidR="005B297D" w:rsidRPr="006E14B1" w:rsidRDefault="006E14B1" w:rsidP="003905B9">
      <w:pPr>
        <w:autoSpaceDE w:val="0"/>
        <w:autoSpaceDN w:val="0"/>
        <w:spacing w:after="0" w:line="360" w:lineRule="auto"/>
        <w:ind w:left="567" w:right="57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ход решения математической задачи; </w:t>
      </w:r>
    </w:p>
    <w:p w14:paraId="69C058F9" w14:textId="77777777" w:rsidR="005B297D" w:rsidRPr="006E14B1" w:rsidRDefault="006E14B1" w:rsidP="003905B9">
      <w:pPr>
        <w:autoSpaceDE w:val="0"/>
        <w:autoSpaceDN w:val="0"/>
        <w:spacing w:before="190" w:after="0" w:line="230" w:lineRule="auto"/>
        <w:ind w:left="567" w:right="-186" w:firstLine="567"/>
        <w:rPr>
          <w:lang w:val="ru-RU"/>
        </w:rPr>
      </w:pPr>
      <w:r w:rsidRPr="006E14B1">
        <w:rPr>
          <w:rFonts w:ascii="Times New Roman" w:eastAsia="Times New Roman" w:hAnsi="Times New Roman"/>
          <w:color w:val="000000"/>
          <w:sz w:val="24"/>
          <w:lang w:val="ru-RU"/>
        </w:rPr>
        <w:t>—  находить все верные решения задачи из предложенных.</w:t>
      </w:r>
    </w:p>
    <w:p w14:paraId="13224358" w14:textId="77777777" w:rsidR="005B297D" w:rsidRPr="006E14B1" w:rsidRDefault="005B297D">
      <w:pPr>
        <w:rPr>
          <w:lang w:val="ru-RU"/>
        </w:rPr>
        <w:sectPr w:rsidR="005B297D" w:rsidRPr="006E14B1">
          <w:pgSz w:w="11900" w:h="16840"/>
          <w:pgMar w:top="328" w:right="794" w:bottom="1440" w:left="1086" w:header="720" w:footer="720" w:gutter="0"/>
          <w:cols w:space="720" w:equalWidth="0">
            <w:col w:w="10019" w:space="0"/>
          </w:cols>
          <w:docGrid w:linePitch="360"/>
        </w:sectPr>
      </w:pPr>
    </w:p>
    <w:p w14:paraId="247E3640" w14:textId="77777777" w:rsidR="005B297D" w:rsidRPr="006E14B1" w:rsidRDefault="005B297D">
      <w:pPr>
        <w:autoSpaceDE w:val="0"/>
        <w:autoSpaceDN w:val="0"/>
        <w:spacing w:after="64" w:line="220" w:lineRule="exact"/>
        <w:rPr>
          <w:lang w:val="ru-RU"/>
        </w:rPr>
      </w:pPr>
    </w:p>
    <w:p w14:paraId="18F40055" w14:textId="77777777" w:rsidR="005B297D" w:rsidRDefault="006E14B1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032"/>
        <w:gridCol w:w="528"/>
        <w:gridCol w:w="1104"/>
        <w:gridCol w:w="1140"/>
        <w:gridCol w:w="866"/>
        <w:gridCol w:w="3542"/>
        <w:gridCol w:w="1236"/>
        <w:gridCol w:w="1658"/>
      </w:tblGrid>
      <w:tr w:rsidR="005B297D" w14:paraId="5EB2FB49" w14:textId="7777777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D7081" w14:textId="77777777" w:rsidR="005B297D" w:rsidRDefault="006E14B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1E478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6C71A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125DC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634A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F9CD3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02B89" w14:textId="77777777" w:rsidR="005B297D" w:rsidRDefault="006E14B1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5B297D" w14:paraId="259D8FCB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35F1B87" w14:textId="77777777" w:rsidR="005B297D" w:rsidRDefault="005B29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2AFD51F" w14:textId="77777777" w:rsidR="005B297D" w:rsidRDefault="005B297D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FE040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AD6DC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18711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A178C83" w14:textId="77777777" w:rsidR="005B297D" w:rsidRDefault="005B29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47668D0" w14:textId="77777777" w:rsidR="005B297D" w:rsidRDefault="005B29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D9FCAA1" w14:textId="77777777" w:rsidR="005B297D" w:rsidRDefault="005B29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62D5EE0" w14:textId="77777777" w:rsidR="005B297D" w:rsidRDefault="005B297D"/>
        </w:tc>
      </w:tr>
      <w:tr w:rsidR="005B297D" w14:paraId="6E905022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A21F1C" w14:textId="77777777" w:rsidR="005B297D" w:rsidRDefault="006E14B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Числа</w:t>
            </w:r>
          </w:p>
        </w:tc>
      </w:tr>
      <w:tr w:rsidR="005B297D" w:rsidRPr="00C7045B" w14:paraId="3488A7E6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F15D3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501AA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в пределах миллиона: чтение, запись, поразрядное сравнение, упорядочение.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DB192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20D92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F8A94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4495F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07.09.2022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FBA39" w14:textId="77777777" w:rsidR="005B297D" w:rsidRPr="006E14B1" w:rsidRDefault="006E14B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устная и письменная работа с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числами: запись многозначного числа, его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представление в виде суммы разрядных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слагаемых; классы и разряды; выбор чисел с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заданными свойствами (число разрядных единиц, чётность и т. д.);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7E816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F637F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22EDF5F1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DF533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48CC7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Число, большее или меньшее данного числа </w:t>
            </w:r>
            <w:r w:rsidR="001A2BC1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 заданное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число разрядных единиц, в заданное число раз.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993D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8BDDA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81084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E53E6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09.09.2022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55E04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формулирование и проверка истинности утверждения о числе. Запись числа, обладающего заданным свойством. Называние и объяснение свойств числа: чётное/нечётное, круглое, трёх- (четырёх-, пяти-, шести-) значное; ведение математических записей;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4B9E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C0BD1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Поурочные планы: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методическая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копилка,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информационные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технологии в школе. –Режим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uroki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5FAF49B5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0EE0D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937D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Свойства многозначного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0527A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8F992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B3B92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89083D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DC87B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установление правила, по которому составлен ряд чисел, продолжение ряда, заполнение пропусков в ряду чисел; описание положения числа в ряду чисел;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0D2A0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3905B9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D29F5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Информационные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технологии в школе. –Режим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uroki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60BA3C0E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B9D50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BEF840" w14:textId="77777777" w:rsidR="005B297D" w:rsidRPr="006E14B1" w:rsidRDefault="006E14B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Дополнение числа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 заданного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круглого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46A88E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BD52C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DC4F5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19BFF9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68C8B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установление правила, по которому составлен ряд чисел, продолжение ряда, заполнение пропусков в ряду чисел; описание положения числа в ряду чисел;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AAF94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3905B9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1E76A4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14:paraId="68D77768" w14:textId="77777777">
        <w:trPr>
          <w:trHeight w:hRule="exact" w:val="34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ED40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9F74C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1131F" w14:textId="77777777" w:rsidR="005B297D" w:rsidRDefault="005B297D"/>
        </w:tc>
      </w:tr>
      <w:tr w:rsidR="005B297D" w14:paraId="5E447608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0CC73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Величины</w:t>
            </w:r>
          </w:p>
        </w:tc>
      </w:tr>
      <w:tr w:rsidR="005B297D" w:rsidRPr="00C7045B" w14:paraId="325E8808" w14:textId="77777777">
        <w:trPr>
          <w:trHeight w:hRule="exact" w:val="18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70E8F3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A5762A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Величины: сравнение объектов по массе, длине, площади, вместимости.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2F276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C8477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29CC6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54613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14.03.2023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E2130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практических ситуаций.</w:t>
            </w:r>
          </w:p>
          <w:p w14:paraId="67AC29EB" w14:textId="77777777" w:rsidR="005B297D" w:rsidRDefault="006E14B1">
            <w:pPr>
              <w:autoSpaceDE w:val="0"/>
              <w:autoSpaceDN w:val="0"/>
              <w:spacing w:before="20" w:after="0" w:line="252" w:lineRule="auto"/>
              <w:ind w:left="72"/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Распознавание величин, характеризующих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процесс движения (скорость, время, расстояние), работы (производительность труда, время работы, объём работ).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Установление зависимостей между величинами. Упорядочение по скорости, времени, массе;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10366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C3087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</w:tbl>
    <w:p w14:paraId="6F955E57" w14:textId="77777777" w:rsidR="005B297D" w:rsidRPr="006E14B1" w:rsidRDefault="005B297D">
      <w:pPr>
        <w:autoSpaceDE w:val="0"/>
        <w:autoSpaceDN w:val="0"/>
        <w:spacing w:after="0" w:line="14" w:lineRule="exact"/>
        <w:rPr>
          <w:lang w:val="ru-RU"/>
        </w:rPr>
      </w:pPr>
    </w:p>
    <w:p w14:paraId="50511BBA" w14:textId="77777777" w:rsidR="005B297D" w:rsidRPr="006E14B1" w:rsidRDefault="005B297D">
      <w:pPr>
        <w:rPr>
          <w:lang w:val="ru-RU"/>
        </w:rPr>
        <w:sectPr w:rsidR="005B297D" w:rsidRPr="006E14B1">
          <w:pgSz w:w="16840" w:h="11900"/>
          <w:pgMar w:top="282" w:right="640" w:bottom="38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2A18C9B" w14:textId="77777777" w:rsidR="005B297D" w:rsidRPr="006E14B1" w:rsidRDefault="005B297D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032"/>
        <w:gridCol w:w="528"/>
        <w:gridCol w:w="1104"/>
        <w:gridCol w:w="1140"/>
        <w:gridCol w:w="866"/>
        <w:gridCol w:w="3542"/>
        <w:gridCol w:w="1236"/>
        <w:gridCol w:w="1658"/>
      </w:tblGrid>
      <w:tr w:rsidR="005B297D" w:rsidRPr="00C7045B" w14:paraId="35F6411E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9BEE94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C5631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Единицы массы — центнер, тонна; соотношения между единицами массы.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3790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60816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0FCF9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5B325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21.03.2023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3698B6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Комментирование. Представление значения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величины в разных единицах, пошаговый переход от более крупных единиц к более мелким;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D6B24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402A4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Федеральный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Информационно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коммуникационные технологии в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образовании»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ict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105847D5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CF92F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05F62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Единицы времени (сутки, неделя, месяц, год, век), соотношение между ними.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Календарь.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380E3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7199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EEABFA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846AD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23.03.2023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CC1ECF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сравнение величин и выполнение действий (увеличение/уменьшение на/в) с величинами;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C6BB5F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3905B9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F12FD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библиотека,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медиатека,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олимпиады, задачи, научные школы,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математики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221660FF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C87AA4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5AB44" w14:textId="77777777" w:rsidR="005B297D" w:rsidRPr="006E14B1" w:rsidRDefault="006E14B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Единицы длины (миллиметр, сантиметр, дециметр, метр,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километр), площади (квадратный метр, квадратный дециметр, квадратный сантиметр), вместимости (литр), скорости (километры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час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метры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минуту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метры в секунду); соотношение между единицами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пределах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100 000.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80055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1924D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264A26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753CB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6713B" w14:textId="77777777" w:rsidR="005B297D" w:rsidRPr="006E14B1" w:rsidRDefault="006E14B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Дифференцированное задание: оформление математической записи: запись в виде равенства (неравенства) результата разностного, кратного сравнения величин, увеличения/уменьшения значения величины в несколько раз;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2C038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511BD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="001A2BC1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Ресурсов. -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625BA5F3" w14:textId="77777777">
        <w:trPr>
          <w:trHeight w:hRule="exact" w:val="15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3C850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788F4F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Доля величины времени, массы, длины.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EB944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B6515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5CAA76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461EE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06.12.2022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DEB6A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сравнение величин и выполнение действий (увеличение/уменьшение на/в) с величинами;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CF00A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3905B9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181C0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библиотека,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медиатека,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олимпиады, задачи, научные школы,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математики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14:paraId="10A83A9C" w14:textId="77777777">
        <w:trPr>
          <w:trHeight w:hRule="exact" w:val="34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A3736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50DF3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4FC85" w14:textId="77777777" w:rsidR="005B297D" w:rsidRDefault="005B297D"/>
        </w:tc>
      </w:tr>
      <w:tr w:rsidR="005B297D" w14:paraId="5E2D1B90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D204E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Арифметические действия</w:t>
            </w:r>
          </w:p>
        </w:tc>
      </w:tr>
      <w:tr w:rsidR="005B297D" w:rsidRPr="00C7045B" w14:paraId="30E24240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74B3E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E3A86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Письменное сложение, вычитание многозначных чисел в пределах миллиона.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81EF0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7CB8F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D8F5C8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9C26A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28.09.2022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41E4C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Алгоритмы письменных вычислений;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B0F84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F26D9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73D7703A" w14:textId="77777777">
        <w:trPr>
          <w:trHeight w:hRule="exact" w:val="18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46EE8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FBC6E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720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Письменное умножение, деление многозначных чисел на однозначное/ двузначное число; деление с остатком (запись уголком) в пределах 100 000.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1CB56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92557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A2F0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7C0B9E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30.09.2022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69CF2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Умножение и деление круглых чисел (в том числе на 10, 100, 1000);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F9CA6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950A4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</w:tbl>
    <w:p w14:paraId="2AF95A4E" w14:textId="77777777" w:rsidR="005B297D" w:rsidRPr="006E14B1" w:rsidRDefault="005B297D">
      <w:pPr>
        <w:autoSpaceDE w:val="0"/>
        <w:autoSpaceDN w:val="0"/>
        <w:spacing w:after="0" w:line="14" w:lineRule="exact"/>
        <w:rPr>
          <w:lang w:val="ru-RU"/>
        </w:rPr>
      </w:pPr>
    </w:p>
    <w:p w14:paraId="3B0A3848" w14:textId="77777777" w:rsidR="005B297D" w:rsidRPr="006E14B1" w:rsidRDefault="005B297D">
      <w:pPr>
        <w:rPr>
          <w:lang w:val="ru-RU"/>
        </w:rPr>
        <w:sectPr w:rsidR="005B297D" w:rsidRPr="006E14B1">
          <w:pgSz w:w="16840" w:h="11900"/>
          <w:pgMar w:top="284" w:right="640" w:bottom="67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21DE2BF" w14:textId="77777777" w:rsidR="005B297D" w:rsidRPr="006E14B1" w:rsidRDefault="005B297D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032"/>
        <w:gridCol w:w="528"/>
        <w:gridCol w:w="1104"/>
        <w:gridCol w:w="1140"/>
        <w:gridCol w:w="866"/>
        <w:gridCol w:w="3542"/>
        <w:gridCol w:w="1236"/>
        <w:gridCol w:w="1658"/>
      </w:tblGrid>
      <w:tr w:rsidR="005B297D" w:rsidRPr="00C7045B" w14:paraId="1FBF0E2C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082E5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A45F0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Умножение/деление на 10, 100, 1000.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9CB3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71F88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170C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F9FD6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3BB04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Упражнения: устные вычисления в пределах ста и случаях, сводимых к вычислениям в пределах ста;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A8656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04AB6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уроков«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Начальная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школа».-Режим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</w:t>
            </w:r>
          </w:p>
        </w:tc>
      </w:tr>
      <w:tr w:rsidR="005B297D" w:rsidRPr="00C7045B" w14:paraId="73005366" w14:textId="77777777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F7098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DF636A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Свойства арифметических действий и их применение для вычислений.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5BE6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79BD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34A93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0A25A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10BF8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допустимого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результата выполнения действия на основе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зависимости между компонентами и результатом действия (сложения, вычитания, умножения, деления);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5088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C5F2CD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Федеральный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Информационно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коммуникационные технологии в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образовании»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ict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6B530BA6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C6158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7F5F63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Поиск значения числового выражения, содержащего несколько действий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пределах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100 000.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B1A87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5846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A5820C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AA7EE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91753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Проверка хода (соответствие алгоритму, частные случаи выполнения действий) и результата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действия;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0AF08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57A49F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2CF074CD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2DFBB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DEFA9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Проверка результата вычислений,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том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числе </w:t>
            </w:r>
            <w:r w:rsidR="00A956C3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 помощью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калькулятора.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0016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3CD66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BA66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ADFC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6ED5F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выполнение сложения и вычитания по алгоритму в пределах 100 000; выполнение умножения и деления.;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D0B89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05F30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4D50D4DE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DB770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30ACB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Равенство, содержащее неизвестный компонент арифметического действия: запись, нахождение неизвестного компонента.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1F60B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B8FE34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CF48C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3E68AB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21861" w14:textId="77777777" w:rsidR="005B297D" w:rsidRPr="006E14B1" w:rsidRDefault="006E14B1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Задания на проведение контроля и самоконтроля;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ADF3D0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F63B4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5361D36C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0338D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7808B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Умножение и деление величины на однозначное число.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B2D70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AEC77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1E75B5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690D8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FA47B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 значения числового выражения,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содержащего 3—4 действия (со скобками, без скобок);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5DFD1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84CA9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библиотека,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медиатека,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олимпиады, задачи, научные школы,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математики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14:paraId="761606BC" w14:textId="77777777">
        <w:trPr>
          <w:trHeight w:hRule="exact" w:val="34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F8C2E1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91A1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37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BA56C" w14:textId="77777777" w:rsidR="005B297D" w:rsidRDefault="005B297D"/>
        </w:tc>
      </w:tr>
      <w:tr w:rsidR="005B297D" w14:paraId="065ED465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0D46B8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Текстовые задачи</w:t>
            </w:r>
          </w:p>
        </w:tc>
      </w:tr>
    </w:tbl>
    <w:p w14:paraId="7F06C81B" w14:textId="77777777" w:rsidR="005B297D" w:rsidRDefault="005B297D">
      <w:pPr>
        <w:autoSpaceDE w:val="0"/>
        <w:autoSpaceDN w:val="0"/>
        <w:spacing w:after="0" w:line="14" w:lineRule="exact"/>
      </w:pPr>
    </w:p>
    <w:p w14:paraId="4237B476" w14:textId="77777777" w:rsidR="005B297D" w:rsidRDefault="005B297D">
      <w:pPr>
        <w:sectPr w:rsidR="005B297D">
          <w:pgSz w:w="16840" w:h="11900"/>
          <w:pgMar w:top="284" w:right="640" w:bottom="100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E12E80F" w14:textId="77777777" w:rsidR="005B297D" w:rsidRDefault="005B29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032"/>
        <w:gridCol w:w="528"/>
        <w:gridCol w:w="1104"/>
        <w:gridCol w:w="1140"/>
        <w:gridCol w:w="866"/>
        <w:gridCol w:w="3542"/>
        <w:gridCol w:w="1236"/>
        <w:gridCol w:w="1658"/>
      </w:tblGrid>
      <w:tr w:rsidR="005B297D" w:rsidRPr="00C7045B" w14:paraId="6C6AF1F8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D757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F62C5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Работа с текстовой задачей, решение которой содержит 2—3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действия: анализ, представление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 модели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; планирование и запись решения; проверка решения и ответа.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CD691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03896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7D05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1AC59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D9218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Моделирование текста задачи;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A92A9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94578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0D02B650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1AE14" w14:textId="77777777" w:rsidR="005B297D" w:rsidRDefault="006E14B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02030" w14:textId="77777777" w:rsidR="005B297D" w:rsidRPr="006E14B1" w:rsidRDefault="006E14B1">
            <w:pPr>
              <w:autoSpaceDE w:val="0"/>
              <w:autoSpaceDN w:val="0"/>
              <w:spacing w:before="80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FB2FF" w14:textId="77777777" w:rsidR="005B297D" w:rsidRDefault="006E14B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2A726" w14:textId="77777777" w:rsidR="005B297D" w:rsidRDefault="006E14B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30D5C" w14:textId="77777777" w:rsidR="005B297D" w:rsidRDefault="006E14B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450DF" w14:textId="77777777" w:rsidR="005B297D" w:rsidRDefault="006E14B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F5BAB" w14:textId="77777777" w:rsidR="005B297D" w:rsidRPr="006E14B1" w:rsidRDefault="006E14B1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Разные записи решения одной и той же задачи;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C951A" w14:textId="77777777" w:rsidR="005B297D" w:rsidRDefault="006E14B1">
            <w:pPr>
              <w:autoSpaceDE w:val="0"/>
              <w:autoSpaceDN w:val="0"/>
              <w:spacing w:before="8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0C217" w14:textId="77777777" w:rsidR="005B297D" w:rsidRPr="006E14B1" w:rsidRDefault="006E14B1">
            <w:pPr>
              <w:autoSpaceDE w:val="0"/>
              <w:autoSpaceDN w:val="0"/>
              <w:spacing w:before="80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575404C7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8D941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36350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Задачи на установление времени (начало, продолжительность и окончание события), расчёта количества, расхода, изменения.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15BF97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3E14A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6C120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EBE289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5E698D" w14:textId="77777777" w:rsidR="005B297D" w:rsidRPr="006E14B1" w:rsidRDefault="006E14B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основания и сравнение задач;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42084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3905B9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6016B5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7FA65168" w14:textId="77777777">
        <w:trPr>
          <w:trHeight w:hRule="exact" w:val="16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83D2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DF7F9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Задачи на нахождение доли величины, величины по её доле.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EF54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3AABC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89CC43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6DD146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28.10.2022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024758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Оформление математической записи: полная запись решения текстовой задачи (модель;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решение по действиям, по вопросам или с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помощью числового выражения; формулировка ответа);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77B76F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C50D92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64ADDA18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E0BE7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B76E9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Разные способы решения некоторых видов изученных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D81E5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CD8FA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8CBDCC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9FFD2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08.11.2022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7E46B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парах/группах. Решение арифметическим способом задач в 2—3 действия.</w:t>
            </w:r>
          </w:p>
          <w:p w14:paraId="7DC2C17F" w14:textId="77777777" w:rsidR="005B297D" w:rsidRDefault="006E14B1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Комментирование этапов решения задачи;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6232B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FF02E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библиотека,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медиатека,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олимпиады, задачи, научные школы,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математики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5D74CF25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4AC32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9F066D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Оформление решения по действиям с пояснением, по вопросам, с помощью числового выражения.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684F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91F27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CDFF5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863BD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09.11.2022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72A2C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геометрических, графических образов в ходе решения задачи;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498BAA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FBCA5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14:paraId="504DB510" w14:textId="77777777">
        <w:trPr>
          <w:trHeight w:hRule="exact" w:val="32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BAA0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7152E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44D7D" w14:textId="77777777" w:rsidR="005B297D" w:rsidRDefault="005B297D"/>
        </w:tc>
      </w:tr>
    </w:tbl>
    <w:p w14:paraId="5027FC01" w14:textId="77777777" w:rsidR="005B297D" w:rsidRDefault="005B297D">
      <w:pPr>
        <w:autoSpaceDE w:val="0"/>
        <w:autoSpaceDN w:val="0"/>
        <w:spacing w:after="0" w:line="14" w:lineRule="exact"/>
      </w:pPr>
    </w:p>
    <w:p w14:paraId="28FBA05C" w14:textId="77777777" w:rsidR="005B297D" w:rsidRDefault="005B297D">
      <w:pPr>
        <w:sectPr w:rsidR="005B297D">
          <w:pgSz w:w="16840" w:h="11900"/>
          <w:pgMar w:top="284" w:right="640" w:bottom="33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843B5C6" w14:textId="77777777" w:rsidR="005B297D" w:rsidRDefault="005B29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032"/>
        <w:gridCol w:w="528"/>
        <w:gridCol w:w="1104"/>
        <w:gridCol w:w="1140"/>
        <w:gridCol w:w="866"/>
        <w:gridCol w:w="3542"/>
        <w:gridCol w:w="1236"/>
        <w:gridCol w:w="1658"/>
      </w:tblGrid>
      <w:tr w:rsidR="005B297D" w:rsidRPr="00C7045B" w14:paraId="1EABDF2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14A4B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5.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Пространственные отношения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геометрические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фигуры</w:t>
            </w:r>
          </w:p>
        </w:tc>
      </w:tr>
      <w:tr w:rsidR="005B297D" w:rsidRPr="00C7045B" w14:paraId="2ED2DE85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CFF69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F3EFB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Наглядные представления о симметрии. Ось симметрии фигуры.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Фигуры, имеющие ось симметрии.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FE2E0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4F6DF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B48B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6285F3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22.11.2022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B9AED2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Конструирование, изображение фигур, имеющих ось симметрии; построение окружности заданного радиуса с помощью циркуля;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4655D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167AB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614BAF13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F4E29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65D6C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Окружность, круг: распознавание и изображение; построение окружности заданного радиуса.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AF2F8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7DBC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81ACB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8B6FC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0C832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Изображение геометрических фигур с заданными свойствами;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D2087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57FFC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4EED6741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86583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B24DD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изученных геометрических фигур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 помощью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линейки, угольника, циркуля.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1F6B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1DE49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96545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EDE3D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0794B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различение, называние фигур (прямой угол); геометрических величин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(периметр, площадь);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9EF63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1A2BC1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19992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Федеральный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Информационно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коммуникационные технологии в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образовании»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ict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09F81B0B" w14:textId="77777777">
        <w:trPr>
          <w:trHeight w:hRule="exact" w:val="10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F1410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16F6B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Пространственные геометрические фигуры (тела): шар, куб, цилиндр, конус, пирамида; их различение, называние.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AC524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DC8785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7AF1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5D568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18.01.2023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8E9E0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Конструирование, изображение фигур, имеющих ось симметрии; построение окружности заданного радиуса с помощью циркуля;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20E9DB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821DE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уроков«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Начальная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школа».-Режим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</w:t>
            </w:r>
          </w:p>
        </w:tc>
      </w:tr>
      <w:tr w:rsidR="005B297D" w:rsidRPr="00C7045B" w14:paraId="3EB0F86D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233DD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C67F9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Конструирование: разбиение фигуры на прямоугольники (квадраты), составление фигур из прямоугольников/квадратов.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D8843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12CC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FE891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A02CE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A63B0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 на классификацию геометрических фигур по одному-двум основаниям;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F4263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29593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2FE78477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374724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0E5E1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Периметр, площадь фигуры, составленной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 двух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-трёх прямоугольников (квадратов)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FAC3F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FDFFA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B053A9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64C1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24.01.2023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210191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нахождение площади фигуры, составленной из прямоугольников (квадратов), сравнение однородных величин, использование свойств прямоугольника и квадрата для решения задач;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45E5E8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19AAC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14:paraId="59E68632" w14:textId="77777777">
        <w:trPr>
          <w:trHeight w:hRule="exact" w:val="34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183BF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83146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6F9B6" w14:textId="77777777" w:rsidR="005B297D" w:rsidRDefault="005B297D"/>
        </w:tc>
      </w:tr>
      <w:tr w:rsidR="005B297D" w14:paraId="3773E5C7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70626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Математическая информация</w:t>
            </w:r>
          </w:p>
        </w:tc>
      </w:tr>
    </w:tbl>
    <w:p w14:paraId="7442D470" w14:textId="77777777" w:rsidR="005B297D" w:rsidRDefault="005B297D">
      <w:pPr>
        <w:autoSpaceDE w:val="0"/>
        <w:autoSpaceDN w:val="0"/>
        <w:spacing w:after="0" w:line="14" w:lineRule="exact"/>
      </w:pPr>
    </w:p>
    <w:p w14:paraId="42DCC206" w14:textId="77777777" w:rsidR="005B297D" w:rsidRDefault="005B297D">
      <w:pPr>
        <w:sectPr w:rsidR="005B297D">
          <w:pgSz w:w="16840" w:h="11900"/>
          <w:pgMar w:top="284" w:right="640" w:bottom="78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A0C4B67" w14:textId="77777777" w:rsidR="005B297D" w:rsidRDefault="005B29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032"/>
        <w:gridCol w:w="528"/>
        <w:gridCol w:w="1104"/>
        <w:gridCol w:w="1140"/>
        <w:gridCol w:w="866"/>
        <w:gridCol w:w="3542"/>
        <w:gridCol w:w="1236"/>
        <w:gridCol w:w="1658"/>
      </w:tblGrid>
      <w:tr w:rsidR="005B297D" w:rsidRPr="00C7045B" w14:paraId="433A7F50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5857C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EC26F" w14:textId="77777777" w:rsidR="005B297D" w:rsidRDefault="006E14B1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Работа с утверждениями: конструирование, проверка истинности; составление и проверка логических рассуждений при решении задач.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Примеры и контрпримеры.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5F4B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ADD64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BF9E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FE69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D30F9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Формулирование вопросов для поиска числовых характеристик, математических отношений и зависимостей (последовательность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продолжительность событий, положение в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пространстве, формы и размеры);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CBAAB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1EF6A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4BAC444D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2F6AE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2E4A26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Данные о реальных процессах и явлениях окружающего мира, представленные на столбчатых диаграммах, схемах,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таблицах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текстах.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F84F2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C1C64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A1880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EA96D4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08.02.2023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922ED" w14:textId="77777777" w:rsidR="005B297D" w:rsidRPr="006E14B1" w:rsidRDefault="006E14B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работы: учебные задачи с точными и приближёнными данными, доступными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электронными средствами обучения, пособиями;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ADA4C1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664F7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Каталог учебных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изданий,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электронного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оборудования и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ресурсов для общего образования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ndce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6E262141" w14:textId="77777777">
        <w:trPr>
          <w:trHeight w:hRule="exact" w:val="16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51F62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1AB2C" w14:textId="77777777" w:rsidR="005B297D" w:rsidRDefault="006E14B1">
            <w:pPr>
              <w:autoSpaceDE w:val="0"/>
              <w:autoSpaceDN w:val="0"/>
              <w:spacing w:before="76" w:after="0" w:line="250" w:lineRule="auto"/>
              <w:ind w:left="72"/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Сбор математических данных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 заданном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объекте (числе, величине, геометрической фигуре).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Поиск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информации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 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справочной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литературе, сети Интернет.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09625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2CD724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667C7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8261E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15.02.2023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B2B29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обсуждение ситуаций использования примеров и контрпримеров;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38AB5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CE7D2" w14:textId="77777777" w:rsidR="005B297D" w:rsidRPr="006E14B1" w:rsidRDefault="006E14B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библиотека,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медиатека,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олимпиады, задачи, научные школы,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история математики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math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43E9A051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D69CC5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49099C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Запись информации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предложенной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таблице,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 столбчатой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диаграмме.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26990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85C27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42FC5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953AF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C467B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информацией: чтение, представление, формулирование вывода относительно данных, представленных в табличной форме (на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диаграмме, схеме, другой модели);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8915B" w14:textId="77777777" w:rsidR="005B297D" w:rsidRDefault="006E14B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D447F" w14:textId="77777777" w:rsidR="005B297D" w:rsidRPr="006E14B1" w:rsidRDefault="006E14B1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1FFBC426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817A4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FF513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Доступные электронные средства обучения, пособия, их использование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 руководством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педагога и самостоятельно.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9B58A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564E97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1E06E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BB32E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5AFAD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информацией: чтение, представление, формулирование вывода относительно данных, представленных в табличной форме (на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диаграмме, схеме, другой модели);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129A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7F981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уроков«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Начальная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школа».-Режим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</w:t>
            </w:r>
          </w:p>
        </w:tc>
      </w:tr>
      <w:tr w:rsidR="005B297D" w:rsidRPr="00C7045B" w14:paraId="723D4136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0AA11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913DB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Правила безопасной работы </w:t>
            </w:r>
            <w:r w:rsidR="003905B9"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 электронными</w:t>
            </w: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источниками информации.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BB5E9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EA76D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D9DD23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0547B4" w14:textId="77777777" w:rsidR="005B297D" w:rsidRDefault="006E14B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04.04.2023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CA2E0" w14:textId="77777777" w:rsidR="005B297D" w:rsidRPr="006E14B1" w:rsidRDefault="006E14B1">
            <w:pPr>
              <w:autoSpaceDE w:val="0"/>
              <w:autoSpaceDN w:val="0"/>
              <w:spacing w:before="78" w:after="0" w:line="245" w:lineRule="auto"/>
              <w:ind w:right="576"/>
              <w:jc w:val="center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 правил безопасной работы с электронными источниками информации;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14729" w14:textId="77777777" w:rsidR="005B297D" w:rsidRPr="006E14B1" w:rsidRDefault="006E14B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E14B1">
              <w:rPr>
                <w:lang w:val="ru-RU"/>
              </w:rPr>
              <w:br/>
            </w:r>
            <w:r w:rsidR="003905B9"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3DD4A" w14:textId="77777777" w:rsidR="005B297D" w:rsidRPr="006E14B1" w:rsidRDefault="006E14B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</w:t>
            </w:r>
            <w:r w:rsidRPr="006E14B1">
              <w:rPr>
                <w:lang w:val="ru-RU"/>
              </w:rPr>
              <w:br/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Ресурсов.- 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sckool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5B297D" w:rsidRPr="00C7045B" w14:paraId="08042FFB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BB2F3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CD157" w14:textId="77777777" w:rsidR="005B297D" w:rsidRPr="006E14B1" w:rsidRDefault="006E14B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Алгоритмы для решения учебных и практических задач.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C7F83B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AD290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BCC425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D6D25" w14:textId="77777777" w:rsidR="005B297D" w:rsidRDefault="006E14B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18.04.2023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11D00" w14:textId="77777777" w:rsidR="005B297D" w:rsidRPr="006E14B1" w:rsidRDefault="006E14B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Пропедевтика исследовательской работы: решение комбинаторных и логических задач;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26CE0" w14:textId="77777777" w:rsidR="005B297D" w:rsidRDefault="006E14B1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7D285" w14:textId="77777777" w:rsidR="005B297D" w:rsidRPr="006E14B1" w:rsidRDefault="006E14B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</w:t>
            </w:r>
            <w:proofErr w:type="spellStart"/>
            <w:proofErr w:type="gramStart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уроков«</w:t>
            </w:r>
            <w:proofErr w:type="gram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Начальная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школа».-Режим доступа: </w:t>
            </w:r>
            <w:r w:rsidRPr="006E14B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</w:t>
            </w:r>
          </w:p>
        </w:tc>
      </w:tr>
      <w:tr w:rsidR="005B297D" w14:paraId="39505E6B" w14:textId="77777777">
        <w:trPr>
          <w:trHeight w:hRule="exact" w:val="34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166CF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C1D6A2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3F0FA" w14:textId="77777777" w:rsidR="005B297D" w:rsidRDefault="005B297D"/>
        </w:tc>
      </w:tr>
      <w:tr w:rsidR="005B297D" w14:paraId="3B50E00A" w14:textId="77777777">
        <w:trPr>
          <w:trHeight w:hRule="exact" w:val="328"/>
        </w:trPr>
        <w:tc>
          <w:tcPr>
            <w:tcW w:w="5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3002B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A4E89" w14:textId="77777777" w:rsidR="005B297D" w:rsidRDefault="006E14B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95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39A3C" w14:textId="77777777" w:rsidR="005B297D" w:rsidRDefault="005B297D"/>
        </w:tc>
      </w:tr>
    </w:tbl>
    <w:p w14:paraId="28AFBD5F" w14:textId="77777777" w:rsidR="005B297D" w:rsidRDefault="005B297D">
      <w:pPr>
        <w:autoSpaceDE w:val="0"/>
        <w:autoSpaceDN w:val="0"/>
        <w:spacing w:after="0" w:line="14" w:lineRule="exact"/>
      </w:pPr>
    </w:p>
    <w:p w14:paraId="7900A1E7" w14:textId="77777777" w:rsidR="005B297D" w:rsidRDefault="005B297D">
      <w:pPr>
        <w:sectPr w:rsidR="005B297D">
          <w:pgSz w:w="16840" w:h="11900"/>
          <w:pgMar w:top="284" w:right="640" w:bottom="37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8500432" w14:textId="77777777" w:rsidR="005B297D" w:rsidRDefault="005B29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28"/>
        <w:gridCol w:w="528"/>
        <w:gridCol w:w="1104"/>
        <w:gridCol w:w="1140"/>
        <w:gridCol w:w="7302"/>
      </w:tblGrid>
      <w:tr w:rsidR="005B297D" w14:paraId="26627D62" w14:textId="77777777">
        <w:trPr>
          <w:trHeight w:hRule="exact" w:val="328"/>
        </w:trPr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DAD96" w14:textId="77777777" w:rsidR="005B297D" w:rsidRPr="006E14B1" w:rsidRDefault="006E14B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E14B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9088B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89870E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ECD4C" w14:textId="77777777" w:rsidR="005B297D" w:rsidRDefault="006E14B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</w:t>
            </w:r>
          </w:p>
        </w:tc>
        <w:tc>
          <w:tcPr>
            <w:tcW w:w="7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E6B2B4" w14:textId="77777777" w:rsidR="005B297D" w:rsidRDefault="005B297D"/>
        </w:tc>
      </w:tr>
    </w:tbl>
    <w:p w14:paraId="2B70D1D9" w14:textId="77777777" w:rsidR="005B297D" w:rsidRDefault="005B297D">
      <w:pPr>
        <w:autoSpaceDE w:val="0"/>
        <w:autoSpaceDN w:val="0"/>
        <w:spacing w:after="0" w:line="14" w:lineRule="exact"/>
      </w:pPr>
    </w:p>
    <w:p w14:paraId="222F42FB" w14:textId="77777777" w:rsidR="005B297D" w:rsidRDefault="005B297D">
      <w:pPr>
        <w:sectPr w:rsidR="005B297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A296629" w14:textId="77777777" w:rsidR="005B297D" w:rsidRDefault="005B297D">
      <w:pPr>
        <w:autoSpaceDE w:val="0"/>
        <w:autoSpaceDN w:val="0"/>
        <w:spacing w:after="78" w:line="220" w:lineRule="exact"/>
      </w:pPr>
    </w:p>
    <w:p w14:paraId="7140F79A" w14:textId="77777777" w:rsidR="00A956C3" w:rsidRDefault="00A956C3" w:rsidP="00A956C3">
      <w:pPr>
        <w:autoSpaceDE w:val="0"/>
        <w:autoSpaceDN w:val="0"/>
        <w:spacing w:after="0" w:line="230" w:lineRule="auto"/>
        <w:ind w:left="567" w:right="378"/>
        <w:rPr>
          <w:rFonts w:ascii="Times New Roman" w:eastAsia="Times New Roman" w:hAnsi="Times New Roman"/>
          <w:b/>
          <w:color w:val="000000"/>
        </w:rPr>
      </w:pPr>
    </w:p>
    <w:p w14:paraId="6467BE70" w14:textId="77777777" w:rsidR="00A956C3" w:rsidRDefault="00A956C3" w:rsidP="00A956C3">
      <w:pPr>
        <w:autoSpaceDE w:val="0"/>
        <w:autoSpaceDN w:val="0"/>
        <w:spacing w:after="0" w:line="230" w:lineRule="auto"/>
        <w:ind w:left="567" w:right="378"/>
        <w:rPr>
          <w:rFonts w:ascii="Times New Roman" w:eastAsia="Times New Roman" w:hAnsi="Times New Roman"/>
          <w:b/>
          <w:color w:val="000000"/>
        </w:rPr>
      </w:pPr>
    </w:p>
    <w:p w14:paraId="7B01B350" w14:textId="77777777" w:rsidR="005B297D" w:rsidRPr="00A956C3" w:rsidRDefault="006E14B1" w:rsidP="00A956C3">
      <w:pPr>
        <w:autoSpaceDE w:val="0"/>
        <w:autoSpaceDN w:val="0"/>
        <w:spacing w:after="0" w:line="230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b/>
          <w:color w:val="000000"/>
          <w:lang w:val="ru-RU"/>
        </w:rPr>
        <w:t xml:space="preserve">УЧЕБНО-МЕТОДИЧЕСКОЕ ОБЕСПЕЧЕНИЕ ОБРАЗОВАТЕЛЬНОГО ПРОЦЕССА </w:t>
      </w:r>
    </w:p>
    <w:p w14:paraId="0B490218" w14:textId="77777777" w:rsidR="005B297D" w:rsidRPr="00A956C3" w:rsidRDefault="006E14B1" w:rsidP="00A956C3">
      <w:pPr>
        <w:autoSpaceDE w:val="0"/>
        <w:autoSpaceDN w:val="0"/>
        <w:spacing w:before="346" w:after="0" w:line="230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14:paraId="0AE21A47" w14:textId="77777777" w:rsidR="005B297D" w:rsidRPr="00A956C3" w:rsidRDefault="006E14B1" w:rsidP="00A956C3">
      <w:pPr>
        <w:autoSpaceDE w:val="0"/>
        <w:autoSpaceDN w:val="0"/>
        <w:spacing w:before="166" w:after="0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>Математика (в 3 частях), 4 класс /Петерсон Л.Г., ООО «БИНОМ. Лаборатория знаний»; АО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«Издательство Просвещение»;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>1. Петерсон, Л.Г. Математика «Учусь учиться». 4 класс: учеб. для общеобразовательных учреждений: в 3 ч./Л.Г. Петерсон. – М.: Ювента, 2019.</w:t>
      </w:r>
    </w:p>
    <w:p w14:paraId="1F16DB2E" w14:textId="77777777" w:rsidR="005B297D" w:rsidRPr="00A956C3" w:rsidRDefault="006E14B1" w:rsidP="00A956C3">
      <w:pPr>
        <w:autoSpaceDE w:val="0"/>
        <w:autoSpaceDN w:val="0"/>
        <w:spacing w:before="70" w:after="0" w:line="262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>2. Петерсон, Л.Г. Самостоятельные и контрольные работы для начальной школы. Выпуск 4: варианты 1,2./Л.Г. Петерсон и др. – М.: Ювента, 2019</w:t>
      </w:r>
    </w:p>
    <w:p w14:paraId="4AE32ED4" w14:textId="77777777" w:rsidR="005B297D" w:rsidRPr="00A956C3" w:rsidRDefault="006E14B1" w:rsidP="00A956C3">
      <w:pPr>
        <w:autoSpaceDE w:val="0"/>
        <w:autoSpaceDN w:val="0"/>
        <w:spacing w:before="264" w:after="0" w:line="230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b/>
          <w:color w:val="000000"/>
          <w:lang w:val="ru-RU"/>
        </w:rPr>
        <w:t>МЕТОДИЧЕСКИЕ МАТЕРИАЛЫ ДЛЯ УЧИТЕЛЯ</w:t>
      </w:r>
    </w:p>
    <w:p w14:paraId="088860EC" w14:textId="77777777" w:rsidR="005B297D" w:rsidRPr="00A956C3" w:rsidRDefault="006E14B1" w:rsidP="00A956C3">
      <w:pPr>
        <w:autoSpaceDE w:val="0"/>
        <w:autoSpaceDN w:val="0"/>
        <w:spacing w:before="168" w:after="0" w:line="262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 xml:space="preserve">1. Петерсон, Л.Г. Математика. 4 класс: Методические рекомендации. Пособие для учителей. – изд. 2-е, </w:t>
      </w:r>
      <w:proofErr w:type="spellStart"/>
      <w:r w:rsidRPr="00A956C3">
        <w:rPr>
          <w:rFonts w:ascii="Times New Roman" w:eastAsia="Times New Roman" w:hAnsi="Times New Roman"/>
          <w:color w:val="000000"/>
          <w:lang w:val="ru-RU"/>
        </w:rPr>
        <w:t>перераб</w:t>
      </w:r>
      <w:proofErr w:type="spellEnd"/>
      <w:proofErr w:type="gramStart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gram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и доп./Л.Г. Петерсон. – М.: Ювента, 2018.</w:t>
      </w:r>
    </w:p>
    <w:p w14:paraId="72FAF268" w14:textId="77777777" w:rsidR="005B297D" w:rsidRPr="00A956C3" w:rsidRDefault="006E14B1" w:rsidP="00A956C3">
      <w:pPr>
        <w:autoSpaceDE w:val="0"/>
        <w:autoSpaceDN w:val="0"/>
        <w:spacing w:before="70" w:after="0" w:line="271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>2. Петерсон, Л.Г. Математика: программа начальной школы 1–4 «Учусь учиться» по образовательной системе деятельностного метода обучения «Школа 2000…»/Л.Г. Петерсон. – М.: «Школа 2000…», 2018.</w:t>
      </w:r>
    </w:p>
    <w:p w14:paraId="20327439" w14:textId="77777777" w:rsidR="005B297D" w:rsidRPr="00A956C3" w:rsidRDefault="006E14B1" w:rsidP="00A956C3">
      <w:pPr>
        <w:autoSpaceDE w:val="0"/>
        <w:autoSpaceDN w:val="0"/>
        <w:spacing w:before="70" w:after="0" w:line="262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>3. Петерсон, Л.Г., Кубышева М.А. Построй свою математику. 4 класс: Блок-тетрадь эталонов/Л.Г. Петерсон, М.А. Кубышева. – М.: Ювента, 2007.</w:t>
      </w:r>
    </w:p>
    <w:p w14:paraId="4AA16CAC" w14:textId="77777777" w:rsidR="005B297D" w:rsidRPr="00A956C3" w:rsidRDefault="006E14B1" w:rsidP="00A956C3">
      <w:pPr>
        <w:autoSpaceDE w:val="0"/>
        <w:autoSpaceDN w:val="0"/>
        <w:spacing w:before="70" w:after="0" w:line="262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>4. Петерсон, Л.Г. Математика. 4 класс: Сценарии уроков по технологии деятельностного метода</w:t>
      </w:r>
      <w:r w:rsidR="001A2BC1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rFonts w:ascii="Times New Roman" w:eastAsia="Times New Roman" w:hAnsi="Times New Roman"/>
          <w:color w:val="000000"/>
          <w:lang w:val="ru-RU"/>
        </w:rPr>
        <w:t>«Школа 2000...»/ Л.Г. Петерсон. – М.: «Школа 2000…», 2013.</w:t>
      </w:r>
    </w:p>
    <w:p w14:paraId="2DD2E4A4" w14:textId="77777777" w:rsidR="005B297D" w:rsidRPr="00A956C3" w:rsidRDefault="006E14B1" w:rsidP="00A956C3">
      <w:pPr>
        <w:autoSpaceDE w:val="0"/>
        <w:autoSpaceDN w:val="0"/>
        <w:spacing w:before="70" w:after="0" w:line="262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 xml:space="preserve">5. Петерсон, Л.Г., Липатникова, И.Г. Устные упражнения на уроках математики. 4 </w:t>
      </w:r>
      <w:r w:rsidR="001A2BC1" w:rsidRPr="00A956C3">
        <w:rPr>
          <w:rFonts w:ascii="Times New Roman" w:eastAsia="Times New Roman" w:hAnsi="Times New Roman"/>
          <w:color w:val="000000"/>
          <w:lang w:val="ru-RU"/>
        </w:rPr>
        <w:t>класс. /</w:t>
      </w:r>
      <w:r w:rsidRPr="00A956C3">
        <w:rPr>
          <w:rFonts w:ascii="Times New Roman" w:eastAsia="Times New Roman" w:hAnsi="Times New Roman"/>
          <w:color w:val="000000"/>
          <w:lang w:val="ru-RU"/>
        </w:rPr>
        <w:t>Л.Г. Петерсон, И.Г. Липатникова. – М.: «Школа 2000...», 20013.</w:t>
      </w:r>
    </w:p>
    <w:p w14:paraId="0E9A3F79" w14:textId="77777777" w:rsidR="005B297D" w:rsidRPr="00A956C3" w:rsidRDefault="006E14B1" w:rsidP="00A956C3">
      <w:pPr>
        <w:autoSpaceDE w:val="0"/>
        <w:autoSpaceDN w:val="0"/>
        <w:spacing w:before="262" w:after="0" w:line="230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14:paraId="4E81BAE8" w14:textId="77777777" w:rsidR="005B297D" w:rsidRPr="00A956C3" w:rsidRDefault="006E14B1" w:rsidP="00A956C3">
      <w:pPr>
        <w:autoSpaceDE w:val="0"/>
        <w:autoSpaceDN w:val="0"/>
        <w:spacing w:before="166" w:after="0" w:line="288" w:lineRule="auto"/>
        <w:ind w:left="567" w:right="378"/>
        <w:rPr>
          <w:lang w:val="ru-RU"/>
        </w:rPr>
      </w:pPr>
      <w:r w:rsidRPr="00A956C3">
        <w:rPr>
          <w:rFonts w:ascii="Times New Roman" w:eastAsia="Times New Roman" w:hAnsi="Times New Roman"/>
          <w:color w:val="000000"/>
          <w:lang w:val="ru-RU"/>
        </w:rPr>
        <w:t xml:space="preserve">1. Архив учебных программ и презентаций. Режим доступа: </w:t>
      </w:r>
      <w:r w:rsidRPr="00A956C3">
        <w:rPr>
          <w:rFonts w:ascii="Times New Roman" w:eastAsia="Times New Roman" w:hAnsi="Times New Roman"/>
          <w:color w:val="000000"/>
        </w:rPr>
        <w:t>http</w:t>
      </w:r>
      <w:r w:rsidRPr="00A956C3">
        <w:rPr>
          <w:rFonts w:ascii="Times New Roman" w:eastAsia="Times New Roman" w:hAnsi="Times New Roman"/>
          <w:color w:val="000000"/>
          <w:lang w:val="ru-RU"/>
        </w:rPr>
        <w:t>://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rusedu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2. Газета «1 сентября» 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.1</w:t>
      </w:r>
      <w:proofErr w:type="spellStart"/>
      <w:r w:rsidRPr="00A956C3">
        <w:rPr>
          <w:rFonts w:ascii="Times New Roman" w:eastAsia="Times New Roman" w:hAnsi="Times New Roman"/>
          <w:color w:val="000000"/>
        </w:rPr>
        <w:t>september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3. Единая коллекция Цифровых Образовательных Ресурсов.- Режим доступа: </w:t>
      </w:r>
      <w:r w:rsidRPr="00A956C3">
        <w:rPr>
          <w:rFonts w:ascii="Times New Roman" w:eastAsia="Times New Roman" w:hAnsi="Times New Roman"/>
          <w:color w:val="000000"/>
        </w:rPr>
        <w:t>http</w:t>
      </w:r>
      <w:r w:rsidRPr="00A956C3">
        <w:rPr>
          <w:rFonts w:ascii="Times New Roman" w:eastAsia="Times New Roman" w:hAnsi="Times New Roman"/>
          <w:color w:val="000000"/>
          <w:lang w:val="ru-RU"/>
        </w:rPr>
        <w:t>://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sckool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-</w:t>
      </w:r>
      <w:r w:rsidRPr="00A956C3">
        <w:rPr>
          <w:rFonts w:ascii="Times New Roman" w:eastAsia="Times New Roman" w:hAnsi="Times New Roman"/>
          <w:color w:val="000000"/>
        </w:rPr>
        <w:t>collection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edu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4. Журнал «Наука и образование» 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edu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rin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5. Журнал «Начальная школа» 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openworld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/</w:t>
      </w:r>
      <w:r w:rsidRPr="00A956C3">
        <w:rPr>
          <w:rFonts w:ascii="Times New Roman" w:eastAsia="Times New Roman" w:hAnsi="Times New Roman"/>
          <w:color w:val="000000"/>
        </w:rPr>
        <w:t>school</w:t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6. Каталог учебных изданий, электронного оборудования и электронных образовательных ресурсов для общего образования </w:t>
      </w:r>
      <w:r w:rsidRPr="00A956C3">
        <w:rPr>
          <w:rFonts w:ascii="Times New Roman" w:eastAsia="Times New Roman" w:hAnsi="Times New Roman"/>
          <w:color w:val="000000"/>
        </w:rPr>
        <w:t>http</w:t>
      </w:r>
      <w:r w:rsidRPr="00A956C3">
        <w:rPr>
          <w:rFonts w:ascii="Times New Roman" w:eastAsia="Times New Roman" w:hAnsi="Times New Roman"/>
          <w:color w:val="000000"/>
          <w:lang w:val="ru-RU"/>
        </w:rPr>
        <w:t>://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ndce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edu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7. Коллекция «Мировая художественная культура» </w:t>
      </w:r>
      <w:r w:rsidRPr="00A956C3">
        <w:rPr>
          <w:rFonts w:ascii="Times New Roman" w:eastAsia="Times New Roman" w:hAnsi="Times New Roman"/>
          <w:color w:val="000000"/>
        </w:rPr>
        <w:t>http</w:t>
      </w:r>
      <w:r w:rsidRPr="00A956C3">
        <w:rPr>
          <w:rFonts w:ascii="Times New Roman" w:eastAsia="Times New Roman" w:hAnsi="Times New Roman"/>
          <w:color w:val="000000"/>
          <w:lang w:val="ru-RU"/>
        </w:rPr>
        <w:t>://</w:t>
      </w:r>
      <w:r w:rsidRPr="00A956C3">
        <w:rPr>
          <w:rFonts w:ascii="Times New Roman" w:eastAsia="Times New Roman" w:hAnsi="Times New Roman"/>
          <w:color w:val="000000"/>
        </w:rPr>
        <w:t>www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r w:rsidRPr="00A956C3">
        <w:rPr>
          <w:rFonts w:ascii="Times New Roman" w:eastAsia="Times New Roman" w:hAnsi="Times New Roman"/>
          <w:color w:val="000000"/>
        </w:rPr>
        <w:t>art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september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>8. Методический центр - Режим доступа:</w:t>
      </w:r>
      <w:r w:rsidRPr="00A956C3">
        <w:rPr>
          <w:rFonts w:ascii="Times New Roman" w:eastAsia="Times New Roman" w:hAnsi="Times New Roman"/>
          <w:color w:val="000000"/>
        </w:rPr>
        <w:t>http</w:t>
      </w:r>
      <w:r w:rsidRPr="00A956C3">
        <w:rPr>
          <w:rFonts w:ascii="Times New Roman" w:eastAsia="Times New Roman" w:hAnsi="Times New Roman"/>
          <w:color w:val="000000"/>
          <w:lang w:val="ru-RU"/>
        </w:rPr>
        <w:t>://</w:t>
      </w:r>
      <w:proofErr w:type="spellStart"/>
      <w:r w:rsidRPr="00A956C3">
        <w:rPr>
          <w:rFonts w:ascii="Times New Roman" w:eastAsia="Times New Roman" w:hAnsi="Times New Roman"/>
          <w:color w:val="000000"/>
        </w:rPr>
        <w:t>numi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/</w:t>
      </w:r>
      <w:r w:rsidRPr="00A956C3">
        <w:rPr>
          <w:rFonts w:ascii="Times New Roman" w:eastAsia="Times New Roman" w:hAnsi="Times New Roman"/>
          <w:color w:val="000000"/>
        </w:rPr>
        <w:t>register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r w:rsidRPr="00A956C3">
        <w:rPr>
          <w:rFonts w:ascii="Times New Roman" w:eastAsia="Times New Roman" w:hAnsi="Times New Roman"/>
          <w:color w:val="000000"/>
        </w:rPr>
        <w:t>php</w:t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  <w:lang w:val="ru-RU"/>
        </w:rPr>
        <w:t xml:space="preserve">9. </w:t>
      </w:r>
      <w:proofErr w:type="spellStart"/>
      <w:r w:rsidRPr="00A956C3">
        <w:rPr>
          <w:rFonts w:ascii="Times New Roman" w:eastAsia="Times New Roman" w:hAnsi="Times New Roman"/>
          <w:color w:val="000000"/>
          <w:lang w:val="ru-RU"/>
        </w:rPr>
        <w:t>МОиН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 xml:space="preserve"> РФ. Итоговые проверочные работы: дидактические и раздаточные материалы. –</w:t>
      </w:r>
      <w:r w:rsidRPr="00A956C3">
        <w:rPr>
          <w:lang w:val="ru-RU"/>
        </w:rPr>
        <w:br/>
      </w:r>
      <w:r w:rsidRPr="00A956C3">
        <w:rPr>
          <w:rFonts w:ascii="Times New Roman" w:eastAsia="Times New Roman" w:hAnsi="Times New Roman"/>
          <w:color w:val="000000"/>
        </w:rPr>
        <w:t>http</w:t>
      </w:r>
      <w:r w:rsidRPr="00A956C3">
        <w:rPr>
          <w:rFonts w:ascii="Times New Roman" w:eastAsia="Times New Roman" w:hAnsi="Times New Roman"/>
          <w:color w:val="000000"/>
          <w:lang w:val="ru-RU"/>
        </w:rPr>
        <w:t>://</w:t>
      </w:r>
      <w:proofErr w:type="spellStart"/>
      <w:r w:rsidRPr="00A956C3">
        <w:rPr>
          <w:rFonts w:ascii="Times New Roman" w:eastAsia="Times New Roman" w:hAnsi="Times New Roman"/>
          <w:color w:val="000000"/>
        </w:rPr>
        <w:t>standart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edu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ru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/</w:t>
      </w:r>
      <w:r w:rsidRPr="00A956C3">
        <w:rPr>
          <w:rFonts w:ascii="Times New Roman" w:eastAsia="Times New Roman" w:hAnsi="Times New Roman"/>
          <w:color w:val="000000"/>
        </w:rPr>
        <w:t>catalog</w:t>
      </w:r>
      <w:r w:rsidRPr="00A956C3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A956C3">
        <w:rPr>
          <w:rFonts w:ascii="Times New Roman" w:eastAsia="Times New Roman" w:hAnsi="Times New Roman"/>
          <w:color w:val="000000"/>
        </w:rPr>
        <w:t>aspx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?</w:t>
      </w:r>
      <w:proofErr w:type="spellStart"/>
      <w:r w:rsidRPr="00A956C3">
        <w:rPr>
          <w:rFonts w:ascii="Times New Roman" w:eastAsia="Times New Roman" w:hAnsi="Times New Roman"/>
          <w:color w:val="000000"/>
        </w:rPr>
        <w:t>CatalogId</w:t>
      </w:r>
      <w:proofErr w:type="spellEnd"/>
      <w:r w:rsidRPr="00A956C3">
        <w:rPr>
          <w:rFonts w:ascii="Times New Roman" w:eastAsia="Times New Roman" w:hAnsi="Times New Roman"/>
          <w:color w:val="000000"/>
          <w:lang w:val="ru-RU"/>
        </w:rPr>
        <w:t>=443</w:t>
      </w:r>
    </w:p>
    <w:p w14:paraId="61EC27BA" w14:textId="77777777" w:rsidR="005B297D" w:rsidRPr="006E14B1" w:rsidRDefault="005B297D">
      <w:pPr>
        <w:rPr>
          <w:lang w:val="ru-RU"/>
        </w:rPr>
        <w:sectPr w:rsidR="005B297D" w:rsidRPr="006E14B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BBCF56B" w14:textId="77777777" w:rsidR="005B297D" w:rsidRPr="006E14B1" w:rsidRDefault="005B297D">
      <w:pPr>
        <w:autoSpaceDE w:val="0"/>
        <w:autoSpaceDN w:val="0"/>
        <w:spacing w:after="78" w:line="220" w:lineRule="exact"/>
        <w:rPr>
          <w:lang w:val="ru-RU"/>
        </w:rPr>
      </w:pPr>
    </w:p>
    <w:p w14:paraId="5B1FE475" w14:textId="77777777" w:rsidR="001E6FD5" w:rsidRPr="001E6FD5" w:rsidRDefault="001E6FD5" w:rsidP="001E6FD5">
      <w:pPr>
        <w:autoSpaceDE w:val="0"/>
        <w:autoSpaceDN w:val="0"/>
        <w:spacing w:after="0" w:line="379" w:lineRule="auto"/>
        <w:ind w:left="567" w:right="432"/>
        <w:rPr>
          <w:rFonts w:ascii="Times New Roman" w:eastAsia="Times New Roman" w:hAnsi="Times New Roman"/>
          <w:b/>
          <w:color w:val="000000"/>
          <w:lang w:val="ru-RU"/>
        </w:rPr>
      </w:pPr>
    </w:p>
    <w:p w14:paraId="718C4D7E" w14:textId="77777777" w:rsidR="005B297D" w:rsidRPr="001E6FD5" w:rsidRDefault="006E14B1" w:rsidP="001E6FD5">
      <w:pPr>
        <w:autoSpaceDE w:val="0"/>
        <w:autoSpaceDN w:val="0"/>
        <w:spacing w:after="0" w:line="379" w:lineRule="auto"/>
        <w:ind w:left="567" w:right="432"/>
        <w:rPr>
          <w:lang w:val="ru-RU"/>
        </w:rPr>
      </w:pPr>
      <w:r w:rsidRPr="001E6FD5">
        <w:rPr>
          <w:rFonts w:ascii="Times New Roman" w:eastAsia="Times New Roman" w:hAnsi="Times New Roman"/>
          <w:b/>
          <w:color w:val="000000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E6FD5">
        <w:rPr>
          <w:lang w:val="ru-RU"/>
        </w:rPr>
        <w:br/>
      </w:r>
      <w:r w:rsidRPr="001E6FD5">
        <w:rPr>
          <w:rFonts w:ascii="Times New Roman" w:eastAsia="Times New Roman" w:hAnsi="Times New Roman"/>
          <w:b/>
          <w:color w:val="000000"/>
          <w:lang w:val="ru-RU"/>
        </w:rPr>
        <w:t>ОБОРУДОВАНИЕ ДЛЯ ПРОВЕДЕНИЯ ЛАБОРАТОРНЫХ, ПРАКТИЧЕСКИХ РАБОТ, ДЕМОНСТРАЦИЙ</w:t>
      </w:r>
    </w:p>
    <w:sectPr w:rsidR="005B297D" w:rsidRPr="001E6FD5" w:rsidSect="001A2BC1">
      <w:pgSz w:w="11900" w:h="16840"/>
      <w:pgMar w:top="298" w:right="650" w:bottom="1440" w:left="666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28E1"/>
    <w:rsid w:val="0015074B"/>
    <w:rsid w:val="001A2BC1"/>
    <w:rsid w:val="001E6FD5"/>
    <w:rsid w:val="00217D16"/>
    <w:rsid w:val="0029639D"/>
    <w:rsid w:val="00326F90"/>
    <w:rsid w:val="003905B9"/>
    <w:rsid w:val="005B297D"/>
    <w:rsid w:val="006E14B1"/>
    <w:rsid w:val="00A956C3"/>
    <w:rsid w:val="00AA1D8D"/>
    <w:rsid w:val="00B47730"/>
    <w:rsid w:val="00B56C6C"/>
    <w:rsid w:val="00BF1222"/>
    <w:rsid w:val="00C7045B"/>
    <w:rsid w:val="00CB0664"/>
    <w:rsid w:val="00DE5CE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B00041"/>
  <w14:defaultImageDpi w14:val="300"/>
  <w15:docId w15:val="{F28F342D-4E9B-40CC-BDE0-27DBFFA8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860866-1E1F-4D48-86BD-74C7D988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5612</Words>
  <Characters>31992</Characters>
  <Application>Microsoft Office Word</Application>
  <DocSecurity>0</DocSecurity>
  <Lines>266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37529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15</cp:revision>
  <dcterms:created xsi:type="dcterms:W3CDTF">2013-12-23T23:15:00Z</dcterms:created>
  <dcterms:modified xsi:type="dcterms:W3CDTF">2022-06-28T00:37:00Z</dcterms:modified>
  <cp:category/>
</cp:coreProperties>
</file>