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CEF2F" w14:textId="3DAD8789" w:rsidR="009E7419" w:rsidRPr="00DE7C4E" w:rsidRDefault="00CC123A" w:rsidP="00CC123A">
      <w:pPr>
        <w:autoSpaceDE w:val="0"/>
        <w:autoSpaceDN w:val="0"/>
        <w:spacing w:after="0" w:line="230" w:lineRule="auto"/>
        <w:ind w:left="426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70152B2" wp14:editId="4BD2459E">
            <wp:extent cx="5981700" cy="809371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1217" w14:textId="77777777" w:rsidR="00DE7C4E" w:rsidRPr="00DE7C4E" w:rsidRDefault="00DE7C4E" w:rsidP="00DE7C4E">
      <w:pPr>
        <w:autoSpaceDE w:val="0"/>
        <w:autoSpaceDN w:val="0"/>
        <w:spacing w:after="0" w:line="360" w:lineRule="auto"/>
        <w:ind w:left="57" w:right="57"/>
        <w:jc w:val="center"/>
        <w:rPr>
          <w:lang w:val="ru-RU"/>
        </w:rPr>
      </w:pPr>
    </w:p>
    <w:p w14:paraId="443ED5F8" w14:textId="77777777" w:rsidR="00E45E6A" w:rsidRDefault="00E45E6A" w:rsidP="00DE7C4E">
      <w:pPr>
        <w:autoSpaceDE w:val="0"/>
        <w:autoSpaceDN w:val="0"/>
        <w:spacing w:after="0" w:line="360" w:lineRule="auto"/>
        <w:ind w:left="57" w:right="5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9A36E39" w14:textId="77777777" w:rsidR="00E45E6A" w:rsidRDefault="00E45E6A" w:rsidP="00DE7C4E">
      <w:pPr>
        <w:autoSpaceDE w:val="0"/>
        <w:autoSpaceDN w:val="0"/>
        <w:spacing w:after="0" w:line="360" w:lineRule="auto"/>
        <w:ind w:left="57" w:right="5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DC86676" w14:textId="77777777" w:rsidR="00E45E6A" w:rsidRDefault="00E45E6A" w:rsidP="00DE7C4E">
      <w:pPr>
        <w:autoSpaceDE w:val="0"/>
        <w:autoSpaceDN w:val="0"/>
        <w:spacing w:after="0" w:line="360" w:lineRule="auto"/>
        <w:ind w:left="57" w:right="5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B2CC56A" w14:textId="77777777" w:rsidR="009E7419" w:rsidRPr="00DE7C4E" w:rsidRDefault="009E7419">
      <w:pPr>
        <w:rPr>
          <w:lang w:val="ru-RU"/>
        </w:rPr>
        <w:sectPr w:rsidR="009E7419" w:rsidRPr="00DE7C4E">
          <w:pgSz w:w="11900" w:h="16840"/>
          <w:pgMar w:top="83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F9E3094" w14:textId="77777777" w:rsidR="009E7419" w:rsidRPr="00DE7C4E" w:rsidRDefault="009E7419">
      <w:pPr>
        <w:autoSpaceDE w:val="0"/>
        <w:autoSpaceDN w:val="0"/>
        <w:spacing w:after="78" w:line="220" w:lineRule="exact"/>
        <w:rPr>
          <w:lang w:val="ru-RU"/>
        </w:rPr>
      </w:pPr>
    </w:p>
    <w:p w14:paraId="12BA52AB" w14:textId="77777777" w:rsidR="00294A54" w:rsidRDefault="00294A54" w:rsidP="00DE7C4E">
      <w:pPr>
        <w:autoSpaceDE w:val="0"/>
        <w:autoSpaceDN w:val="0"/>
        <w:spacing w:after="0" w:line="230" w:lineRule="auto"/>
        <w:ind w:left="567" w:right="83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10226BE" w14:textId="77777777" w:rsidR="009E7419" w:rsidRPr="00DE7C4E" w:rsidRDefault="00DE7C4E" w:rsidP="00DE7C4E">
      <w:pPr>
        <w:autoSpaceDE w:val="0"/>
        <w:autoSpaceDN w:val="0"/>
        <w:spacing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1A94F87B" w14:textId="77777777" w:rsidR="009E7419" w:rsidRPr="00DE7C4E" w:rsidRDefault="00DE7C4E" w:rsidP="00DE7C4E">
      <w:pPr>
        <w:autoSpaceDE w:val="0"/>
        <w:autoSpaceDN w:val="0"/>
        <w:spacing w:before="346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600D35A9" w14:textId="77777777" w:rsidR="009E7419" w:rsidRPr="00DE7C4E" w:rsidRDefault="00DE7C4E" w:rsidP="00DE7C4E">
      <w:pPr>
        <w:autoSpaceDE w:val="0"/>
        <w:autoSpaceDN w:val="0"/>
        <w:spacing w:before="70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14:paraId="75D09053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содержательные линии для обязательного изучения в 4 классе начальной школы.</w:t>
      </w:r>
    </w:p>
    <w:p w14:paraId="5D3DAAA0" w14:textId="77777777" w:rsidR="009E7419" w:rsidRPr="00DE7C4E" w:rsidRDefault="00DE7C4E" w:rsidP="00DE7C4E">
      <w:pPr>
        <w:autoSpaceDE w:val="0"/>
        <w:autoSpaceDN w:val="0"/>
        <w:spacing w:before="72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в 4 классе завершается перечнем универсальных учебных действий —познавательных, коммуникативных и регулятивных, которые возможно формировать средствами учебного предмета «Окружающий мир» с   учётом   возрастных   особенностей   младших школьников.</w:t>
      </w:r>
    </w:p>
    <w:p w14:paraId="21C79A50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70" w:after="0" w:line="281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четвертый год обучения в начальной школе. В тематическом планировании описывается программное содержание по всем разделам содержания обучения 4 класса, а также раскрываются методы и формы организации обучения, и характеристика деятельностей, которые целесообразно использовать при изучении той или иной программной темы. </w:t>
      </w: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0177AEE8" w14:textId="77777777" w:rsidR="009E7419" w:rsidRPr="00DE7C4E" w:rsidRDefault="00DE7C4E" w:rsidP="00DE7C4E">
      <w:pPr>
        <w:autoSpaceDE w:val="0"/>
        <w:autoSpaceDN w:val="0"/>
        <w:spacing w:before="70" w:after="0" w:line="28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4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 w14:paraId="677DA477" w14:textId="77777777" w:rsidR="009E7419" w:rsidRPr="00DE7C4E" w:rsidRDefault="00DE7C4E" w:rsidP="00DE7C4E">
      <w:pPr>
        <w:autoSpaceDE w:val="0"/>
        <w:autoSpaceDN w:val="0"/>
        <w:spacing w:before="7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5A1B4D2F" w14:textId="77777777" w:rsidR="009E7419" w:rsidRPr="00DE7C4E" w:rsidRDefault="00DE7C4E" w:rsidP="00DE7C4E">
      <w:pPr>
        <w:autoSpaceDE w:val="0"/>
        <w:autoSpaceDN w:val="0"/>
        <w:spacing w:before="178" w:after="0" w:line="278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14:paraId="646CF537" w14:textId="77777777" w:rsidR="009E7419" w:rsidRDefault="00DE7C4E" w:rsidP="00DE7C4E">
      <w:pPr>
        <w:autoSpaceDE w:val="0"/>
        <w:autoSpaceDN w:val="0"/>
        <w:spacing w:before="190" w:after="0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14:paraId="43082376" w14:textId="77777777" w:rsidR="00294A54" w:rsidRPr="00DE7C4E" w:rsidRDefault="00294A54" w:rsidP="00DE7C4E">
      <w:pPr>
        <w:autoSpaceDE w:val="0"/>
        <w:autoSpaceDN w:val="0"/>
        <w:spacing w:before="190" w:after="0"/>
        <w:ind w:left="567" w:right="83" w:firstLine="567"/>
        <w:rPr>
          <w:lang w:val="ru-RU"/>
        </w:rPr>
      </w:pPr>
    </w:p>
    <w:p w14:paraId="2A452F99" w14:textId="77777777" w:rsidR="009E7419" w:rsidRDefault="00DE7C4E" w:rsidP="00DE7C4E">
      <w:pPr>
        <w:autoSpaceDE w:val="0"/>
        <w:autoSpaceDN w:val="0"/>
        <w:spacing w:before="190" w:after="0" w:line="281" w:lineRule="auto"/>
        <w:ind w:left="567" w:right="38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14:paraId="3B3FD03B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14:paraId="1A24447F" w14:textId="77777777" w:rsidR="009E7419" w:rsidRPr="00DE7C4E" w:rsidRDefault="00DE7C4E" w:rsidP="00DE7C4E">
      <w:pPr>
        <w:autoSpaceDE w:val="0"/>
        <w:autoSpaceDN w:val="0"/>
        <w:spacing w:before="178" w:after="0" w:line="286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«Окружающий мир» осуществлён на основе следующих ведущих идей:</w:t>
      </w:r>
    </w:p>
    <w:p w14:paraId="7C64868A" w14:textId="77777777" w:rsidR="009E7419" w:rsidRPr="00DE7C4E" w:rsidRDefault="00DE7C4E" w:rsidP="00DE7C4E">
      <w:pPr>
        <w:autoSpaceDE w:val="0"/>
        <w:autoSpaceDN w:val="0"/>
        <w:spacing w:before="18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378A4422" w14:textId="77777777" w:rsidR="009E7419" w:rsidRPr="00DE7C4E" w:rsidRDefault="00DE7C4E" w:rsidP="00DE7C4E">
      <w:pPr>
        <w:autoSpaceDE w:val="0"/>
        <w:autoSpaceDN w:val="0"/>
        <w:spacing w:before="192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природа»,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«Человек и общество», «Человек и другие люди», «Человек и его самость», «Человек и познание».</w:t>
      </w:r>
    </w:p>
    <w:p w14:paraId="4E64AAB0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4 классе, составляет 68 часов (два часа в неделю).</w:t>
      </w:r>
    </w:p>
    <w:p w14:paraId="06F4EFB8" w14:textId="77777777" w:rsidR="009E7419" w:rsidRDefault="009E7419" w:rsidP="00DE7C4E">
      <w:pPr>
        <w:ind w:left="567" w:right="83" w:firstLine="567"/>
        <w:rPr>
          <w:lang w:val="ru-RU"/>
        </w:rPr>
      </w:pPr>
    </w:p>
    <w:p w14:paraId="7D9D07C8" w14:textId="77777777" w:rsidR="009E7419" w:rsidRPr="00DE7C4E" w:rsidRDefault="00DE7C4E" w:rsidP="00DE7C4E">
      <w:pPr>
        <w:autoSpaceDE w:val="0"/>
        <w:autoSpaceDN w:val="0"/>
        <w:spacing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0C408EBA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346" w:after="0" w:line="281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DE7C4E">
        <w:rPr>
          <w:lang w:val="ru-RU"/>
        </w:rPr>
        <w:br/>
      </w: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Конституция — Основной закон Российской Федерации. Права и обязанности гражданина Российской Федерации. Президент Российской Федерации — глава государства. Политико-административная карта России. Общая характеристика родного края, важнейшие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достопримечательности, знаменитые соотечественники.</w:t>
      </w:r>
    </w:p>
    <w:p w14:paraId="23B02DD8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38DB7AC1" w14:textId="77777777" w:rsidR="00294A54" w:rsidRDefault="00DE7C4E" w:rsidP="00DE7C4E">
      <w:pPr>
        <w:autoSpaceDE w:val="0"/>
        <w:autoSpaceDN w:val="0"/>
        <w:spacing w:before="70" w:after="0" w:line="281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Международный женский день, День весны и труда, День Победы, День России, День </w:t>
      </w:r>
    </w:p>
    <w:p w14:paraId="57011C4C" w14:textId="77777777" w:rsidR="00294A54" w:rsidRDefault="00294A54" w:rsidP="00DE7C4E">
      <w:pPr>
        <w:autoSpaceDE w:val="0"/>
        <w:autoSpaceDN w:val="0"/>
        <w:spacing w:before="70" w:after="0" w:line="281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0A775CF" w14:textId="77777777" w:rsidR="009E7419" w:rsidRPr="00DE7C4E" w:rsidRDefault="00DE7C4E" w:rsidP="00294A54">
      <w:pPr>
        <w:autoSpaceDE w:val="0"/>
        <w:autoSpaceDN w:val="0"/>
        <w:spacing w:before="70" w:after="0" w:line="281" w:lineRule="auto"/>
        <w:ind w:left="567" w:right="83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135F7D1D" w14:textId="77777777" w:rsidR="00294A54" w:rsidRDefault="00DE7C4E" w:rsidP="00DE7C4E">
      <w:pPr>
        <w:autoSpaceDE w:val="0"/>
        <w:autoSpaceDN w:val="0"/>
        <w:spacing w:before="70" w:after="0" w:line="286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История Отечества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14:paraId="514F7F20" w14:textId="77777777" w:rsidR="009E7419" w:rsidRPr="00DE7C4E" w:rsidRDefault="00DE7C4E" w:rsidP="00294A54">
      <w:pPr>
        <w:autoSpaceDE w:val="0"/>
        <w:autoSpaceDN w:val="0"/>
        <w:spacing w:before="70" w:after="0" w:line="286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71CCD44D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59F97A78" w14:textId="77777777" w:rsidR="00294A54" w:rsidRDefault="00DE7C4E" w:rsidP="00294A54">
      <w:pPr>
        <w:autoSpaceDE w:val="0"/>
        <w:autoSpaceDN w:val="0"/>
        <w:spacing w:before="190" w:after="0" w:line="283" w:lineRule="auto"/>
        <w:ind w:left="567" w:right="38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Методы познания окружающей природы: </w:t>
      </w:r>
    </w:p>
    <w:p w14:paraId="52DC2808" w14:textId="77777777" w:rsidR="009E7419" w:rsidRPr="00DE7C4E" w:rsidRDefault="00DE7C4E" w:rsidP="00294A54">
      <w:pPr>
        <w:autoSpaceDE w:val="0"/>
        <w:autoSpaceDN w:val="0"/>
        <w:spacing w:before="190" w:after="0" w:line="283" w:lineRule="auto"/>
        <w:ind w:left="567" w:right="380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наблюдения, сравнения, измерения, опыты по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исследованию природных объектов и явлений. Солнце —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</w:t>
      </w:r>
    </w:p>
    <w:p w14:paraId="62F89DF6" w14:textId="77777777" w:rsidR="009E7419" w:rsidRPr="00DE7C4E" w:rsidRDefault="00DE7C4E" w:rsidP="00DE7C4E">
      <w:pPr>
        <w:autoSpaceDE w:val="0"/>
        <w:autoSpaceDN w:val="0"/>
        <w:spacing w:before="72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Особенности поверхности родного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76D0C526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Наиболее значимые природные объекты списка Всемирного наследия в России и за рубежом (2—3 объекта).</w:t>
      </w:r>
    </w:p>
    <w:p w14:paraId="42283A64" w14:textId="77777777" w:rsidR="009E7419" w:rsidRPr="00DE7C4E" w:rsidRDefault="00DE7C4E" w:rsidP="00DE7C4E">
      <w:pPr>
        <w:autoSpaceDE w:val="0"/>
        <w:autoSpaceDN w:val="0"/>
        <w:spacing w:before="7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1C54E446" w14:textId="77777777" w:rsidR="009E7419" w:rsidRPr="00DE7C4E" w:rsidRDefault="00DE7C4E" w:rsidP="00DE7C4E">
      <w:pPr>
        <w:autoSpaceDE w:val="0"/>
        <w:autoSpaceDN w:val="0"/>
        <w:spacing w:before="70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 Правила нравственного поведения в природе. Международная Красная книга (отдельные примеры).</w:t>
      </w:r>
    </w:p>
    <w:p w14:paraId="7FC61204" w14:textId="77777777" w:rsidR="00DE7C4E" w:rsidRDefault="00DE7C4E" w:rsidP="00DE7C4E">
      <w:pPr>
        <w:autoSpaceDE w:val="0"/>
        <w:autoSpaceDN w:val="0"/>
        <w:spacing w:before="190" w:after="0" w:line="262" w:lineRule="auto"/>
        <w:ind w:left="1134" w:right="83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Здоровый образ жизни: профилактика вредных привычек. </w:t>
      </w:r>
    </w:p>
    <w:p w14:paraId="6CAE1352" w14:textId="77777777" w:rsidR="00294A54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Безопасность в городе (планирование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маршрутов с учётом транспортной инфраструктуры города; правила безопасного по ведения в общественных местах, зонах </w:t>
      </w:r>
    </w:p>
    <w:p w14:paraId="6D2811F8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5464790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4342B83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</w:t>
      </w:r>
    </w:p>
    <w:p w14:paraId="40763661" w14:textId="77777777" w:rsidR="009E7419" w:rsidRPr="00DE7C4E" w:rsidRDefault="00DE7C4E" w:rsidP="00DE7C4E">
      <w:pPr>
        <w:autoSpaceDE w:val="0"/>
        <w:autoSpaceDN w:val="0"/>
        <w:spacing w:before="7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14:paraId="1210EF66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действия.)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2EBCCC76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последовательность этапов возрастного развития человека; </w:t>
      </w:r>
    </w:p>
    <w:p w14:paraId="1BFC8B62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в учебных и игровых ситуациях правила безопасного поведения в среде обитания; </w:t>
      </w:r>
    </w:p>
    <w:p w14:paraId="427BF123" w14:textId="77777777" w:rsidR="009E7419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моделировать схемы природных объектов (строение почвы; движение реки, форма поверхности); </w:t>
      </w:r>
    </w:p>
    <w:p w14:paraId="27DEB0F2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объекты природы с принадлежностью к определённой природной зоне; </w:t>
      </w:r>
    </w:p>
    <w:p w14:paraId="2536F69A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природные объекты по принадлежности к природной зоне; </w:t>
      </w:r>
    </w:p>
    <w:p w14:paraId="489F3EBF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учителем вопросов.</w:t>
      </w:r>
    </w:p>
    <w:p w14:paraId="20370632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79F579B6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ресурсов школы; </w:t>
      </w:r>
    </w:p>
    <w:p w14:paraId="594B3B3E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 </w:t>
      </w:r>
    </w:p>
    <w:p w14:paraId="362CAABE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на основе дополнительной информации делать сообщения (доклады) на предложенную тему, подготавливать презентацию, включая в неё иллюстрации, таблицы, диаграммы.</w:t>
      </w:r>
    </w:p>
    <w:p w14:paraId="6A9F001B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14:paraId="70D3F7C7" w14:textId="77777777" w:rsidR="009E7419" w:rsidRPr="00DE7C4E" w:rsidRDefault="00DE7C4E" w:rsidP="00DE7C4E">
      <w:pPr>
        <w:autoSpaceDE w:val="0"/>
        <w:autoSpaceDN w:val="0"/>
        <w:spacing w:before="178" w:after="0" w:line="274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0ED583AF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302983C0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текст-рассуждение: объяснять вред для здоровья и самочувствия организма вредных привычек; </w:t>
      </w:r>
    </w:p>
    <w:p w14:paraId="43B038E9" w14:textId="77777777" w:rsidR="009E7419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ситуации проявления нравственных качеств — отзывчивости, доброты, справедливости и др.; </w:t>
      </w:r>
    </w:p>
    <w:p w14:paraId="5A842C84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</w:p>
    <w:p w14:paraId="1BACB70C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BF6FAD6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5D01B56A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небольшие тексты «Права и обязанности гражданина РФ»; </w:t>
      </w:r>
    </w:p>
    <w:p w14:paraId="25997CE6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создавать небольшие тексты о знаменательных страницах истории нашей страны (в рамках изученного).</w:t>
      </w:r>
    </w:p>
    <w:p w14:paraId="0C5951C9" w14:textId="77777777" w:rsidR="009E7419" w:rsidRPr="00DE7C4E" w:rsidRDefault="009E7419" w:rsidP="00DE7C4E">
      <w:pPr>
        <w:autoSpaceDE w:val="0"/>
        <w:autoSpaceDN w:val="0"/>
        <w:spacing w:after="78" w:line="220" w:lineRule="exact"/>
        <w:ind w:left="567" w:right="83" w:firstLine="567"/>
        <w:rPr>
          <w:lang w:val="ru-RU"/>
        </w:rPr>
      </w:pPr>
    </w:p>
    <w:p w14:paraId="59A33168" w14:textId="77777777" w:rsidR="00294A54" w:rsidRDefault="00DE7C4E" w:rsidP="00DE7C4E">
      <w:pPr>
        <w:autoSpaceDE w:val="0"/>
        <w:autoSpaceDN w:val="0"/>
        <w:spacing w:after="0" w:line="341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самостоятельно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планировать алгоритм решения учебной задачи; предвидеть трудности и возможные ошибки; 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контролировать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 и результат выполнения задания, корректировать учебные действия при необходимости; 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адекватно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принимать оценку своей работы; планировать работу над ошибками; </w:t>
      </w:r>
    </w:p>
    <w:p w14:paraId="64AB551F" w14:textId="77777777" w:rsidR="009E7419" w:rsidRPr="00DE7C4E" w:rsidRDefault="00DE7C4E" w:rsidP="00294A54">
      <w:pPr>
        <w:autoSpaceDE w:val="0"/>
        <w:autoSpaceDN w:val="0"/>
        <w:spacing w:after="0" w:line="341" w:lineRule="auto"/>
        <w:ind w:left="567" w:right="83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и чужих работах, устанавливать их причины.</w:t>
      </w:r>
    </w:p>
    <w:p w14:paraId="1BED6726" w14:textId="77777777" w:rsidR="00294A54" w:rsidRDefault="00DE7C4E" w:rsidP="00DE7C4E">
      <w:pPr>
        <w:autoSpaceDE w:val="0"/>
        <w:autoSpaceDN w:val="0"/>
        <w:spacing w:before="178" w:after="0" w:line="326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выполнять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совместной деятельности при выполнении разных ролей — руководитель, подчинённый, напарник, член большого коллектива; 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ответственно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относиться к своим обязанностям в процессе совместной деятельности, </w:t>
      </w:r>
    </w:p>
    <w:p w14:paraId="7D9ACAF5" w14:textId="77777777" w:rsidR="009E7419" w:rsidRPr="00DE7C4E" w:rsidRDefault="00DE7C4E" w:rsidP="00294A54">
      <w:pPr>
        <w:autoSpaceDE w:val="0"/>
        <w:autoSpaceDN w:val="0"/>
        <w:spacing w:before="178" w:after="0" w:line="326" w:lineRule="auto"/>
        <w:ind w:left="567" w:right="83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объективно оценивать свой вклад в общее дело; </w:t>
      </w:r>
      <w:r w:rsidRPr="00DE7C4E">
        <w:rPr>
          <w:lang w:val="ru-RU"/>
        </w:rPr>
        <w:br/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— анализировать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14:paraId="36691503" w14:textId="77777777" w:rsidR="009E7419" w:rsidRPr="00DE7C4E" w:rsidRDefault="009E7419" w:rsidP="00DE7C4E">
      <w:pPr>
        <w:autoSpaceDE w:val="0"/>
        <w:autoSpaceDN w:val="0"/>
        <w:spacing w:after="78" w:line="220" w:lineRule="exact"/>
        <w:ind w:left="567" w:right="83" w:firstLine="567"/>
        <w:rPr>
          <w:lang w:val="ru-RU"/>
        </w:rPr>
      </w:pPr>
    </w:p>
    <w:p w14:paraId="7857DF3D" w14:textId="77777777" w:rsidR="009E7419" w:rsidRPr="00DE7C4E" w:rsidRDefault="00DE7C4E" w:rsidP="00DE7C4E">
      <w:pPr>
        <w:autoSpaceDE w:val="0"/>
        <w:autoSpaceDN w:val="0"/>
        <w:spacing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5E1C2E7B" w14:textId="77777777" w:rsidR="009E7419" w:rsidRPr="00DE7C4E" w:rsidRDefault="00DE7C4E" w:rsidP="00DE7C4E">
      <w:pPr>
        <w:tabs>
          <w:tab w:val="left" w:pos="180"/>
        </w:tabs>
        <w:autoSpaceDE w:val="0"/>
        <w:autoSpaceDN w:val="0"/>
        <w:spacing w:before="346" w:after="0" w:line="262" w:lineRule="auto"/>
        <w:ind w:left="567" w:right="83" w:firstLine="567"/>
        <w:rPr>
          <w:lang w:val="ru-RU"/>
        </w:rPr>
      </w:pPr>
      <w:r w:rsidRPr="00DE7C4E">
        <w:rPr>
          <w:lang w:val="ru-RU"/>
        </w:rPr>
        <w:tab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A300051" w14:textId="77777777" w:rsidR="009E7419" w:rsidRPr="00DE7C4E" w:rsidRDefault="00DE7C4E" w:rsidP="00DE7C4E">
      <w:pPr>
        <w:autoSpaceDE w:val="0"/>
        <w:autoSpaceDN w:val="0"/>
        <w:spacing w:before="226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1E892940" w14:textId="77777777" w:rsidR="009E7419" w:rsidRPr="00DE7C4E" w:rsidRDefault="00DE7C4E" w:rsidP="00DE7C4E">
      <w:pPr>
        <w:autoSpaceDE w:val="0"/>
        <w:autoSpaceDN w:val="0"/>
        <w:spacing w:before="346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F003F9D" w14:textId="77777777" w:rsidR="009E7419" w:rsidRPr="00DE7C4E" w:rsidRDefault="00DE7C4E" w:rsidP="00DE7C4E">
      <w:pPr>
        <w:autoSpaceDE w:val="0"/>
        <w:autoSpaceDN w:val="0"/>
        <w:spacing w:before="192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179528D4" w14:textId="77777777" w:rsidR="009E7419" w:rsidRDefault="00DE7C4E" w:rsidP="00DE7C4E">
      <w:pPr>
        <w:autoSpaceDE w:val="0"/>
        <w:autoSpaceDN w:val="0"/>
        <w:spacing w:before="18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504C08BC" w14:textId="77777777" w:rsidR="00294A54" w:rsidRDefault="00294A54" w:rsidP="00DE7C4E">
      <w:pPr>
        <w:autoSpaceDE w:val="0"/>
        <w:autoSpaceDN w:val="0"/>
        <w:spacing w:before="180" w:after="0" w:line="262" w:lineRule="auto"/>
        <w:ind w:left="567" w:right="83" w:firstLine="567"/>
        <w:rPr>
          <w:lang w:val="ru-RU"/>
        </w:rPr>
      </w:pPr>
    </w:p>
    <w:p w14:paraId="0FF7E539" w14:textId="77777777" w:rsidR="00294A54" w:rsidRPr="00DE7C4E" w:rsidRDefault="00294A54" w:rsidP="00DE7C4E">
      <w:pPr>
        <w:autoSpaceDE w:val="0"/>
        <w:autoSpaceDN w:val="0"/>
        <w:spacing w:before="180" w:after="0" w:line="262" w:lineRule="auto"/>
        <w:ind w:left="567" w:right="83" w:firstLine="567"/>
        <w:rPr>
          <w:lang w:val="ru-RU"/>
        </w:rPr>
      </w:pPr>
    </w:p>
    <w:p w14:paraId="342175C7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02B0245F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3A6FF228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73A9B15C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50061C8B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1581DFBC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3270DD9B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2EF24087" w14:textId="77777777" w:rsidR="009E7419" w:rsidRPr="00DE7C4E" w:rsidRDefault="00DE7C4E" w:rsidP="00DE7C4E">
      <w:pPr>
        <w:autoSpaceDE w:val="0"/>
        <w:autoSpaceDN w:val="0"/>
        <w:spacing w:before="18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1EA23DE2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512CBB7A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3C210FE3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B6B45C3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 формационной); </w:t>
      </w:r>
    </w:p>
    <w:p w14:paraId="3D6042ED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30F445F5" w14:textId="77777777" w:rsidR="009E7419" w:rsidRPr="00DE7C4E" w:rsidRDefault="009E7419" w:rsidP="00DE7C4E">
      <w:pPr>
        <w:autoSpaceDE w:val="0"/>
        <w:autoSpaceDN w:val="0"/>
        <w:spacing w:after="78" w:line="220" w:lineRule="exact"/>
        <w:ind w:left="567" w:right="83" w:firstLine="567"/>
        <w:rPr>
          <w:lang w:val="ru-RU"/>
        </w:rPr>
      </w:pPr>
    </w:p>
    <w:p w14:paraId="262C82E6" w14:textId="77777777" w:rsidR="009E7419" w:rsidRPr="00DE7C4E" w:rsidRDefault="00DE7C4E" w:rsidP="00DE7C4E">
      <w:pPr>
        <w:autoSpaceDE w:val="0"/>
        <w:autoSpaceDN w:val="0"/>
        <w:spacing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14A6828E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52EB429F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2667C114" w14:textId="77777777" w:rsidR="009E7419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7566E4A5" w14:textId="77777777" w:rsidR="00294A54" w:rsidRDefault="00294A54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</w:p>
    <w:p w14:paraId="075E799E" w14:textId="77777777" w:rsidR="00294A54" w:rsidRPr="00DE7C4E" w:rsidRDefault="00294A54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</w:p>
    <w:p w14:paraId="4E6C569F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2D4402C1" w14:textId="77777777" w:rsidR="009E7419" w:rsidRPr="00DE7C4E" w:rsidRDefault="00DE7C4E" w:rsidP="00DE7C4E">
      <w:pPr>
        <w:autoSpaceDE w:val="0"/>
        <w:autoSpaceDN w:val="0"/>
        <w:spacing w:before="18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252A7CA8" w14:textId="77777777" w:rsidR="009E7419" w:rsidRPr="00DE7C4E" w:rsidRDefault="00DE7C4E" w:rsidP="00DE7C4E">
      <w:pPr>
        <w:autoSpaceDE w:val="0"/>
        <w:autoSpaceDN w:val="0"/>
        <w:spacing w:before="192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69FD0B00" w14:textId="77777777" w:rsidR="009E7419" w:rsidRPr="00DE7C4E" w:rsidRDefault="00DE7C4E" w:rsidP="00DE7C4E">
      <w:pPr>
        <w:autoSpaceDE w:val="0"/>
        <w:autoSpaceDN w:val="0"/>
        <w:spacing w:before="286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2B9BF444" w14:textId="77777777" w:rsidR="00294A54" w:rsidRDefault="00DE7C4E" w:rsidP="00DE7C4E">
      <w:pPr>
        <w:autoSpaceDE w:val="0"/>
        <w:autoSpaceDN w:val="0"/>
        <w:spacing w:before="346" w:after="0" w:line="262" w:lineRule="auto"/>
        <w:ind w:left="567" w:right="83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</w:t>
      </w:r>
      <w:r w:rsidR="00294A5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действия: </w:t>
      </w:r>
    </w:p>
    <w:p w14:paraId="18F69272" w14:textId="77777777" w:rsidR="009E7419" w:rsidRPr="00DE7C4E" w:rsidRDefault="00DE7C4E" w:rsidP="00DE7C4E">
      <w:pPr>
        <w:autoSpaceDE w:val="0"/>
        <w:autoSpaceDN w:val="0"/>
        <w:spacing w:before="346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465CECAA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75F01A02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1722C048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2B373FE2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019A7DA6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1ED2F3CB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1DDF65DA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14:paraId="1E531688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74940F52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6F1CAFEA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3A9594A0" w14:textId="77777777" w:rsidR="009E7419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17739844" w14:textId="77777777" w:rsidR="00294A54" w:rsidRDefault="00294A54" w:rsidP="00294A54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8A52FE3" w14:textId="77777777" w:rsidR="00294A54" w:rsidRDefault="00294A54" w:rsidP="00294A54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42AE060" w14:textId="77777777" w:rsidR="00294A54" w:rsidRDefault="00294A54" w:rsidP="00294A54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BEE6C3B" w14:textId="77777777" w:rsidR="009E7419" w:rsidRPr="00DE7C4E" w:rsidRDefault="00DE7C4E" w:rsidP="00294A54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  <w:r w:rsidR="00294A5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др.); </w:t>
      </w:r>
    </w:p>
    <w:p w14:paraId="04BB1DD5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</w:p>
    <w:p w14:paraId="19741460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153E6FDC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1755FB41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5894A628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59B7398D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527BB13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4040B479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0D58675E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138239B9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05ED2702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75FE1F10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30FA9084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1786DA6B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2B75F2C5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66EF365F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0205CD4E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33A1E74D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5335721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DA27BE1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D776058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47B808AE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др.) к тексту выступления.</w:t>
      </w:r>
    </w:p>
    <w:p w14:paraId="7A31C696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 универсальные учебные действия:</w:t>
      </w:r>
    </w:p>
    <w:p w14:paraId="629C5E5A" w14:textId="77777777" w:rsidR="009E7419" w:rsidRPr="00DE7C4E" w:rsidRDefault="009E7419" w:rsidP="00DE7C4E">
      <w:pPr>
        <w:autoSpaceDE w:val="0"/>
        <w:autoSpaceDN w:val="0"/>
        <w:spacing w:after="78" w:line="220" w:lineRule="exact"/>
        <w:ind w:left="567" w:right="83" w:firstLine="567"/>
        <w:rPr>
          <w:lang w:val="ru-RU"/>
        </w:rPr>
      </w:pPr>
    </w:p>
    <w:p w14:paraId="23DC9843" w14:textId="77777777" w:rsidR="009E7419" w:rsidRPr="00DE7C4E" w:rsidRDefault="00DE7C4E" w:rsidP="00DE7C4E">
      <w:pPr>
        <w:autoSpaceDE w:val="0"/>
        <w:autoSpaceDN w:val="0"/>
        <w:spacing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60C9F597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3EDF84FC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1FFD9D4D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5F886013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0DDA8F39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 большой помощью учителя); </w:t>
      </w:r>
    </w:p>
    <w:p w14:paraId="14B53AC7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079C9932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1DADCFC9" w14:textId="77777777" w:rsidR="009E7419" w:rsidRPr="00DE7C4E" w:rsidRDefault="00DE7C4E" w:rsidP="00DE7C4E">
      <w:pPr>
        <w:autoSpaceDE w:val="0"/>
        <w:autoSpaceDN w:val="0"/>
        <w:spacing w:before="178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30090379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64D70E4C" w14:textId="77777777" w:rsidR="009E7419" w:rsidRPr="00DE7C4E" w:rsidRDefault="00DE7C4E" w:rsidP="00DE7C4E">
      <w:pPr>
        <w:autoSpaceDE w:val="0"/>
        <w:autoSpaceDN w:val="0"/>
        <w:spacing w:before="17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294C758B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7546199A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1D512D6C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4E48411B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</w:t>
      </w:r>
      <w:r w:rsidR="00294A54" w:rsidRPr="00DE7C4E">
        <w:rPr>
          <w:rFonts w:ascii="Times New Roman" w:eastAsia="Times New Roman" w:hAnsi="Times New Roman"/>
          <w:color w:val="000000"/>
          <w:sz w:val="24"/>
          <w:lang w:val="ru-RU"/>
        </w:rPr>
        <w:t>допускать конфликтов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, при их возникновении мирно разрешать без участия взрослого; </w:t>
      </w:r>
    </w:p>
    <w:p w14:paraId="44F67D7A" w14:textId="77777777" w:rsidR="009E7419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3F3894E6" w14:textId="77777777" w:rsidR="00294A54" w:rsidRDefault="00294A54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</w:p>
    <w:p w14:paraId="78B524C0" w14:textId="77777777" w:rsidR="00294A54" w:rsidRPr="00DE7C4E" w:rsidRDefault="00294A54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</w:p>
    <w:p w14:paraId="584FDADA" w14:textId="77777777" w:rsidR="009E7419" w:rsidRPr="00DE7C4E" w:rsidRDefault="00DE7C4E" w:rsidP="00DE7C4E">
      <w:pPr>
        <w:autoSpaceDE w:val="0"/>
        <w:autoSpaceDN w:val="0"/>
        <w:spacing w:before="28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0A8BB5D7" w14:textId="77777777" w:rsidR="009E7419" w:rsidRPr="00DE7C4E" w:rsidRDefault="00DE7C4E" w:rsidP="00DE7C4E">
      <w:pPr>
        <w:autoSpaceDE w:val="0"/>
        <w:autoSpaceDN w:val="0"/>
        <w:spacing w:before="348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DE7C4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2CCBA803" w14:textId="77777777" w:rsidR="009E7419" w:rsidRPr="00DE7C4E" w:rsidRDefault="00DE7C4E" w:rsidP="00DE7C4E">
      <w:pPr>
        <w:autoSpaceDE w:val="0"/>
        <w:autoSpaceDN w:val="0"/>
        <w:spacing w:before="178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социуме; </w:t>
      </w:r>
    </w:p>
    <w:p w14:paraId="1BF949B1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14:paraId="458CD388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исторической карте места изученных исторических событий; </w:t>
      </w:r>
    </w:p>
    <w:p w14:paraId="469BE624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место изученных событий на «ленте времени»; </w:t>
      </w:r>
    </w:p>
    <w:p w14:paraId="65D8D5D5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основные права и обязанности гражданина Российской Федерации; </w:t>
      </w:r>
    </w:p>
    <w:p w14:paraId="4A9035A7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изученные исторические события и исторических деятелей с веками и периодами истории России; </w:t>
      </w:r>
    </w:p>
    <w:p w14:paraId="19672961" w14:textId="77777777" w:rsidR="009E7419" w:rsidRPr="00DE7C4E" w:rsidRDefault="009E7419" w:rsidP="00DE7C4E">
      <w:pPr>
        <w:autoSpaceDE w:val="0"/>
        <w:autoSpaceDN w:val="0"/>
        <w:spacing w:after="132" w:line="220" w:lineRule="exact"/>
        <w:ind w:left="567" w:right="83" w:firstLine="567"/>
        <w:rPr>
          <w:lang w:val="ru-RU"/>
        </w:rPr>
      </w:pPr>
    </w:p>
    <w:p w14:paraId="25AB1C52" w14:textId="77777777" w:rsidR="009E7419" w:rsidRPr="00DE7C4E" w:rsidRDefault="00DE7C4E" w:rsidP="00DE7C4E">
      <w:pPr>
        <w:autoSpaceDE w:val="0"/>
        <w:autoSpaceDN w:val="0"/>
        <w:spacing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</w:t>
      </w:r>
      <w:r w:rsidRPr="00DE7C4E">
        <w:rPr>
          <w:lang w:val="ru-RU"/>
        </w:rPr>
        <w:br/>
      </w: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достопримечательностях столицы России и родного края; </w:t>
      </w:r>
    </w:p>
    <w:p w14:paraId="306A4477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77D1586D" w14:textId="77777777" w:rsidR="009E7419" w:rsidRPr="00DE7C4E" w:rsidRDefault="00DE7C4E" w:rsidP="00DE7C4E">
      <w:pPr>
        <w:autoSpaceDE w:val="0"/>
        <w:autoSpaceDN w:val="0"/>
        <w:spacing w:before="190" w:after="0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353A4D93" w14:textId="77777777" w:rsidR="009E7419" w:rsidRPr="00DE7C4E" w:rsidRDefault="00DE7C4E" w:rsidP="00DE7C4E">
      <w:pPr>
        <w:autoSpaceDE w:val="0"/>
        <w:autoSpaceDN w:val="0"/>
        <w:spacing w:before="192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18BEE389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6E2BBE28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живой и неживой природы на основе их внешних признаков и известных характерных свойств; </w:t>
      </w:r>
    </w:p>
    <w:p w14:paraId="1F2AF800" w14:textId="77777777" w:rsidR="009E7419" w:rsidRPr="00DE7C4E" w:rsidRDefault="00DE7C4E" w:rsidP="00DE7C4E">
      <w:pPr>
        <w:autoSpaceDE w:val="0"/>
        <w:autoSpaceDN w:val="0"/>
        <w:spacing w:before="190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4E78C807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называть наиболее значимые природные объекты Всемирного наследия в России и за рубежом (в пределах изученного);</w:t>
      </w:r>
    </w:p>
    <w:p w14:paraId="0A9E9EF2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экологические проблемы и определять пути их решения; </w:t>
      </w:r>
    </w:p>
    <w:p w14:paraId="02445AB2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3581BA9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629D054" w14:textId="77777777" w:rsidR="00294A54" w:rsidRDefault="00294A54" w:rsidP="00DE7C4E">
      <w:pPr>
        <w:autoSpaceDE w:val="0"/>
        <w:autoSpaceDN w:val="0"/>
        <w:spacing w:before="190" w:after="0" w:line="262" w:lineRule="auto"/>
        <w:ind w:left="567" w:right="83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D29FE41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по заданному плану собственные развёрнутые высказывания о природе и обществе; </w:t>
      </w:r>
    </w:p>
    <w:p w14:paraId="4F0BF85A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информации для поиска и извлечения информации, ответов на вопросы; </w:t>
      </w:r>
    </w:p>
    <w:p w14:paraId="19436E89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на природе; </w:t>
      </w:r>
    </w:p>
    <w:p w14:paraId="4AF44F71" w14:textId="77777777" w:rsidR="009E7419" w:rsidRPr="00DE7C4E" w:rsidRDefault="00DE7C4E" w:rsidP="00DE7C4E">
      <w:pPr>
        <w:autoSpaceDE w:val="0"/>
        <w:autoSpaceDN w:val="0"/>
        <w:spacing w:before="192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возможные последствия вредных привычек для здоровья и жизни человека; </w:t>
      </w:r>
    </w:p>
    <w:p w14:paraId="19987B71" w14:textId="77777777" w:rsidR="009E7419" w:rsidRPr="00DE7C4E" w:rsidRDefault="00DE7C4E" w:rsidP="00DE7C4E">
      <w:pPr>
        <w:autoSpaceDE w:val="0"/>
        <w:autoSpaceDN w:val="0"/>
        <w:spacing w:before="192" w:after="0" w:line="271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09C46C48" w14:textId="77777777" w:rsidR="009E7419" w:rsidRPr="00DE7C4E" w:rsidRDefault="00DE7C4E" w:rsidP="00DE7C4E">
      <w:pPr>
        <w:autoSpaceDE w:val="0"/>
        <w:autoSpaceDN w:val="0"/>
        <w:spacing w:before="190" w:after="0" w:line="230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езде на велосипеде, самокате; </w:t>
      </w:r>
    </w:p>
    <w:p w14:paraId="4F7AAB8B" w14:textId="77777777" w:rsidR="009E7419" w:rsidRPr="00DE7C4E" w:rsidRDefault="00DE7C4E" w:rsidP="00DE7C4E">
      <w:pPr>
        <w:autoSpaceDE w:val="0"/>
        <w:autoSpaceDN w:val="0"/>
        <w:spacing w:before="190" w:after="0" w:line="262" w:lineRule="auto"/>
        <w:ind w:left="567" w:right="83" w:firstLine="567"/>
        <w:rPr>
          <w:lang w:val="ru-RU"/>
        </w:rPr>
      </w:pPr>
      <w:r w:rsidRPr="00DE7C4E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безопасный поиск образовательных ресурсов и достоверной информации в Интернете.</w:t>
      </w:r>
    </w:p>
    <w:p w14:paraId="3013E5D7" w14:textId="77777777" w:rsidR="009E7419" w:rsidRPr="00DE7C4E" w:rsidRDefault="009E7419">
      <w:pPr>
        <w:rPr>
          <w:lang w:val="ru-RU"/>
        </w:rPr>
        <w:sectPr w:rsidR="009E7419" w:rsidRPr="00DE7C4E">
          <w:pgSz w:w="11900" w:h="16840"/>
          <w:pgMar w:top="352" w:right="808" w:bottom="1440" w:left="1086" w:header="720" w:footer="720" w:gutter="0"/>
          <w:cols w:space="720" w:equalWidth="0">
            <w:col w:w="10006" w:space="0"/>
          </w:cols>
          <w:docGrid w:linePitch="360"/>
        </w:sectPr>
      </w:pPr>
    </w:p>
    <w:p w14:paraId="066523A1" w14:textId="77777777" w:rsidR="009E7419" w:rsidRPr="00DE7C4E" w:rsidRDefault="009E7419">
      <w:pPr>
        <w:autoSpaceDE w:val="0"/>
        <w:autoSpaceDN w:val="0"/>
        <w:spacing w:after="64" w:line="220" w:lineRule="exact"/>
        <w:rPr>
          <w:lang w:val="ru-RU"/>
        </w:rPr>
      </w:pPr>
    </w:p>
    <w:p w14:paraId="711485A4" w14:textId="77777777" w:rsidR="009E7419" w:rsidRDefault="00DE7C4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22"/>
        <w:gridCol w:w="530"/>
        <w:gridCol w:w="1104"/>
        <w:gridCol w:w="1140"/>
        <w:gridCol w:w="864"/>
        <w:gridCol w:w="3784"/>
        <w:gridCol w:w="1236"/>
        <w:gridCol w:w="2054"/>
      </w:tblGrid>
      <w:tr w:rsidR="009E7419" w14:paraId="53669646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57E096" w14:textId="77777777" w:rsidR="009E7419" w:rsidRDefault="00DE7C4E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FA5A5" w14:textId="77777777" w:rsidR="009E7419" w:rsidRPr="00DE7C4E" w:rsidRDefault="00DE7C4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28BE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DD20B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FC185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FD6C5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F1A08" w14:textId="77777777" w:rsidR="009E7419" w:rsidRDefault="00DE7C4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9E7419" w14:paraId="70081264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CE87" w14:textId="77777777" w:rsidR="009E7419" w:rsidRDefault="009E741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D562" w14:textId="77777777" w:rsidR="009E7419" w:rsidRDefault="009E7419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0B6E3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51BB3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477F8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4C0B" w14:textId="77777777" w:rsidR="009E7419" w:rsidRDefault="009E741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31DD" w14:textId="77777777" w:rsidR="009E7419" w:rsidRDefault="009E741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CC64" w14:textId="77777777" w:rsidR="009E7419" w:rsidRDefault="009E741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01C0" w14:textId="77777777" w:rsidR="009E7419" w:rsidRDefault="009E7419"/>
        </w:tc>
      </w:tr>
      <w:tr w:rsidR="009E7419" w14:paraId="734E786E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6790C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9E7419" w14:paraId="57D8198D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F0136" w14:textId="77777777" w:rsidR="009E7419" w:rsidRDefault="00DE7C4E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E2D30" w14:textId="77777777" w:rsidR="009E7419" w:rsidRPr="00DE7C4E" w:rsidRDefault="00DE7C4E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Государственное устройство РФ (общее представление).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86998" w14:textId="77777777" w:rsidR="009E7419" w:rsidRDefault="00DE7C4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A7E047" w14:textId="77777777" w:rsidR="009E7419" w:rsidRDefault="00DE7C4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411DC" w14:textId="77777777" w:rsidR="009E7419" w:rsidRDefault="00DE7C4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DE761" w14:textId="77777777" w:rsidR="009E7419" w:rsidRDefault="00DE7C4E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14.03.2023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278DC" w14:textId="77777777" w:rsidR="009E7419" w:rsidRPr="00DE7C4E" w:rsidRDefault="00DE7C4E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политико-административной картой РФ: определение местонахождения республик РФ, краёв, крупнейших областей и городов России;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37D3E" w14:textId="77777777" w:rsidR="009E7419" w:rsidRDefault="00DE7C4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88DE3" w14:textId="77777777" w:rsidR="009E7419" w:rsidRDefault="00DE7C4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6A445DDA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91921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5D7D6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Конституция — основной закон Российской Федерации. Права и обязанности гражданина РФ.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6063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8F472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6A76A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13380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17.03.2023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16C80" w14:textId="77777777" w:rsidR="009E7419" w:rsidRPr="00DE7C4E" w:rsidRDefault="00DE7C4E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статей Конституции РФ о правах граждан РФ;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C4169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64650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36440385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15886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DEED7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720"/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Президент РФ — глава государства. Политико-административная карта России.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Города  России.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05FA3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1A62A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06AB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A663C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21.03.2023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10CC0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о важнейших страницах истории родного края;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42EC73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5FBA7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5C614C0B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7D497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38570" w14:textId="77777777" w:rsidR="009E7419" w:rsidRPr="00DE7C4E" w:rsidRDefault="00DE7C4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Общая характеристика родного края: природа, главный город, важнейшие достопримечательности, знаменитые соотечественники.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2F8B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BAAC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3F753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A41339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24.03.2023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27D5F" w14:textId="77777777" w:rsidR="009E7419" w:rsidRPr="00DE7C4E" w:rsidRDefault="00DE7C4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докладов и презентаций учащихся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(дифференцированное задание) по теме «Мой родной край»;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10958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54B2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0F0C7BF7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F2E6B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49258" w14:textId="77777777" w:rsidR="009E7419" w:rsidRPr="00DE7C4E" w:rsidRDefault="00DE7C4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Государственные праздники в жизни российского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общества: Новый год, День защитника Отечества,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Международный женский день, День весны и труда, День Победы, День России, День народного единства, День Конституции.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EFAC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7A911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0DC5EC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EB2EA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07.04.2023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2C673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«Государственные праздники России»;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1404F8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F53BE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5BFBB1D8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C6155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EF955" w14:textId="77777777" w:rsidR="009E7419" w:rsidRPr="00DE7C4E" w:rsidRDefault="00DE7C4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Праздники и памятные даты своего региона.</w:t>
            </w:r>
          </w:p>
          <w:p w14:paraId="0A200AAC" w14:textId="77777777" w:rsidR="009E7419" w:rsidRPr="00DE7C4E" w:rsidRDefault="00DE7C4E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Характеристика отдельных исторических событий, связанных с ним.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6255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2CDE0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0D35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920BF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04.04.2023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A45A8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Игра-соревнование по теме «Знаем ли мы свой родной край?»;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F2B0E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376A7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mir/2013/01/30/prezentatsiya</w:t>
            </w:r>
          </w:p>
        </w:tc>
      </w:tr>
      <w:tr w:rsidR="009E7419" w14:paraId="3A768A6B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288C1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A5336C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История Отечества «Лента времени» и историческая карта.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291DF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2F778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CA02C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968D7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11.04.2023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7C411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видеофрагментов, иллюстраций, чтение текстов учебников (по выбору) на тему «Объекты Всемирного культурного наследия в России и за рубежом»;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9905B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3A4CF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529FF625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8EFF4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A4F9D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D0A2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A9AD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3C1F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4E4B0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14.04.2023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62A79" w14:textId="77777777" w:rsidR="009E7419" w:rsidRPr="00DE7C4E" w:rsidRDefault="00DE7C4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Экскурсия в художественный музей, просмотр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видеофрагментов, иллюстраций и других материалов на темы «Искусство Древней Руси», «Ремёсла в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Древней Руси», «Образование от Древней Руси до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века», «Московское государство», «Искусство Х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 века», «Искусство ХХ века» (по выбору);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84B6F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2B53F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7E15865A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2D57D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4F367" w14:textId="77777777" w:rsidR="009E7419" w:rsidRPr="00DE7C4E" w:rsidRDefault="00DE7C4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Картины быта, труда; духовно-нравственные и культурные традиции людей в разные исторические времена.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A8BD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36D4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4232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520EE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CFFD0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рассказов учителя, текста учебника о быте, традициях, культуре Древней Руси;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E8EA1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27593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</w:t>
            </w:r>
          </w:p>
        </w:tc>
      </w:tr>
      <w:tr w:rsidR="009E7419" w14:paraId="11629760" w14:textId="77777777">
        <w:trPr>
          <w:trHeight w:hRule="exact" w:val="11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037F0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EB4CD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Выдающиеся люди разных эпох как носители базовых национальных ценностей.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AE24F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8AF44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890E2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AE506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0F67C" w14:textId="77777777" w:rsidR="009E7419" w:rsidRPr="00DE7C4E" w:rsidRDefault="00DE7C4E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выполняли свой долг защиты Отечества в разные исторические времена граждане России (на примере Отечественной войны 1812 г., Великой Отечественной войны (1941—1945 гг. )»;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CF50D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1ACE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</w:tbl>
    <w:p w14:paraId="0E55EA9C" w14:textId="77777777" w:rsidR="009E7419" w:rsidRDefault="009E7419">
      <w:pPr>
        <w:autoSpaceDE w:val="0"/>
        <w:autoSpaceDN w:val="0"/>
        <w:spacing w:after="0" w:line="14" w:lineRule="exact"/>
      </w:pPr>
    </w:p>
    <w:p w14:paraId="11162702" w14:textId="77777777" w:rsidR="009E7419" w:rsidRDefault="009E7419">
      <w:pPr>
        <w:sectPr w:rsidR="009E7419">
          <w:pgSz w:w="16840" w:h="11900"/>
          <w:pgMar w:top="282" w:right="640" w:bottom="55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9E34461" w14:textId="77777777" w:rsidR="009E7419" w:rsidRDefault="009E741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22"/>
        <w:gridCol w:w="530"/>
        <w:gridCol w:w="1104"/>
        <w:gridCol w:w="1140"/>
        <w:gridCol w:w="864"/>
        <w:gridCol w:w="3784"/>
        <w:gridCol w:w="1236"/>
        <w:gridCol w:w="2054"/>
      </w:tblGrid>
      <w:tr w:rsidR="009E7419" w:rsidRPr="00CC123A" w14:paraId="6317313A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3101C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4DD7F7" w14:textId="77777777" w:rsidR="009E7419" w:rsidRDefault="00DE7C4E">
            <w:pPr>
              <w:autoSpaceDE w:val="0"/>
              <w:autoSpaceDN w:val="0"/>
              <w:spacing w:before="78" w:after="0" w:line="247" w:lineRule="auto"/>
              <w:ind w:left="72" w:right="576"/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Наиболее значимые объекты списка Всемирного культурного наследия в России и </w:t>
            </w:r>
            <w:r w:rsidR="009263E1"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 рубежом</w:t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(3—4 объекта).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Охрана памятников истории и культуры.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2F7BF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72C2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4F4B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CB439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ABAD7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видеофрагментов, иллюстраций, чтение текстов учебников (по выбору) на тему «Объекты Всемирного культурного наследия в России и за рубежом»;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E6C33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9ACCF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nachalnaya</w:t>
            </w:r>
            <w:proofErr w:type="spellEnd"/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9E7419" w14:paraId="6EA61E82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86879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C9ABD" w14:textId="77777777" w:rsidR="009E7419" w:rsidRPr="00DE7C4E" w:rsidRDefault="00DE7C4E">
            <w:pPr>
              <w:autoSpaceDE w:val="0"/>
              <w:autoSpaceDN w:val="0"/>
              <w:spacing w:before="66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Посильное участие в охране памятников </w:t>
            </w:r>
            <w:r w:rsidR="009263E1"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истории и</w:t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культуры своего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901A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137F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CBF78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A3609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17.02.2023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7D023" w14:textId="77777777" w:rsidR="009E7419" w:rsidRPr="00DE7C4E" w:rsidRDefault="00DE7C4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 о памятниках Всемирного наследия (например, в России — Московский Кремль,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памятники Новгорода, Кижи, в мире — Великая Китайская стена, Колизей в Риме, Акрополь в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Греции);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88928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A0748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mir/2013/01/30/prezentatsiya</w:t>
            </w:r>
          </w:p>
        </w:tc>
      </w:tr>
      <w:tr w:rsidR="009E7419" w14:paraId="79799997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D5AC2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FB64B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нравственного поведения, культурные традиции людей в разные исторические времена.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131CA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FE45B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845F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0AC1B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07.03.2023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877B6D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рассказов учителя, текста учебника о быте, традициях, культуре Древней Руси;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6C27D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01099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2A843176" w14:textId="77777777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63828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52B94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58675" w14:textId="77777777" w:rsidR="009E7419" w:rsidRDefault="009E7419"/>
        </w:tc>
      </w:tr>
      <w:tr w:rsidR="009E7419" w14:paraId="06D40D84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A588E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  <w:tr w:rsidR="009E7419" w14:paraId="2F3087F9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730D6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937D7" w14:textId="77777777" w:rsidR="009E7419" w:rsidRPr="00DE7C4E" w:rsidRDefault="00DE7C4E">
            <w:pPr>
              <w:autoSpaceDE w:val="0"/>
              <w:autoSpaceDN w:val="0"/>
              <w:spacing w:before="64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Солнце — ближайшая к нам звезда, источник света и тепла для всего живого на Земле.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0127E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2280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5FCCA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FBB55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27FB9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Игра-соревнование по теме «Клуб астрономов»: зададим друг другу вопросы о Солнечной системе;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ABFDD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F4B16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2FDC3F01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DD3465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FF7D6" w14:textId="77777777" w:rsidR="009E7419" w:rsidRPr="00DE7C4E" w:rsidRDefault="00DE7C4E">
            <w:pPr>
              <w:autoSpaceDE w:val="0"/>
              <w:autoSpaceDN w:val="0"/>
              <w:spacing w:before="66" w:after="0" w:line="245" w:lineRule="auto"/>
              <w:ind w:left="72" w:right="100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Характеристика планет Солнечной системы. Естественные спутники планет.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38B0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8A365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E1211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F99E5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FA98D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выступлений учащихся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(дифференцированное задание) </w:t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планетах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86B5F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C23F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3F40678D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9CA7A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97E3E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Смена дня и ночи на Земле. Вращение Земли как причина смены дня и ночи.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CD4C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BE8B3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B186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33D18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BA53A" w14:textId="77777777" w:rsidR="009E7419" w:rsidRPr="00DE7C4E" w:rsidRDefault="00DE7C4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и обсуждение схемы: вращение Земли вокруг своей </w:t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оси —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причина смены дня и ночи;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E5DF1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F69F0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22A40019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15E1F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149332" w14:textId="77777777" w:rsidR="009E7419" w:rsidRPr="00DE7C4E" w:rsidRDefault="00DE7C4E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Обращение Земли вокруг Солнца и смена времён года.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5FA707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97846C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FE4A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37DBC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B6F70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выступлений учащихся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(дифференцированное задание) </w:t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планетах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EE2E0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24DEB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2A1717F9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48841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BD42F" w14:textId="77777777" w:rsidR="009E7419" w:rsidRDefault="00DE7C4E">
            <w:pPr>
              <w:autoSpaceDE w:val="0"/>
              <w:autoSpaceDN w:val="0"/>
              <w:spacing w:before="64" w:after="0" w:line="250" w:lineRule="auto"/>
              <w:ind w:left="72" w:right="432"/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Равнины и горы России.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7D17F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CE319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0EBCE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9320BE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BE9E0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картой: равнины и горы на территории РФ, крупнейшие реки и озёра; моря, омывающие Россию;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7E979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34C284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5DCCA6C9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F7303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C25D7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Особенности поверхности родного края (краткая характеристика на основе наблюдений).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46438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5C49C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46FB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E6731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9A6FA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картой: равнины и горы на территории РФ, крупнейшие реки и озёра; моря, омывающие Россию;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7BF6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6B28E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0872EDB3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74583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279EB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Водоёмы, их разнообразие (океан, море, озеро, пруд); река как водный поток.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C299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3DA5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B678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FD441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E8128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Описание объектов родного края: название, место расположения, общая характеристика;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D9035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20F5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38C48ADA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599F5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0331B" w14:textId="77777777" w:rsidR="009E7419" w:rsidRDefault="00DE7C4E">
            <w:pPr>
              <w:autoSpaceDE w:val="0"/>
              <w:autoSpaceDN w:val="0"/>
              <w:spacing w:before="78" w:after="0" w:line="250" w:lineRule="auto"/>
              <w:ind w:left="72" w:right="288"/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Крупнейшие реки и озёра России, моря, омывающие её берега, океаны.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  человеком водоёмов и рек.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56A41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9F21D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A2CB5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2046E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0C049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выступлений учащихся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(дифференцированное задание) </w:t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планетах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2D7F92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3CFB9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36276D58" w14:textId="77777777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FB233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342E22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Водоёмы и реки родного края: названия, краткая характеристика.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AC5DD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57E42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29950D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7DCEE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35BB2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результатов проектной деятельности по теме «Объекты Всемирного наследия в России и в мире»;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18F36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FD266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</w:tbl>
    <w:p w14:paraId="219A9E17" w14:textId="77777777" w:rsidR="009E7419" w:rsidRDefault="009E7419">
      <w:pPr>
        <w:autoSpaceDE w:val="0"/>
        <w:autoSpaceDN w:val="0"/>
        <w:spacing w:after="0" w:line="14" w:lineRule="exact"/>
      </w:pPr>
    </w:p>
    <w:p w14:paraId="43AF9905" w14:textId="77777777" w:rsidR="009E7419" w:rsidRDefault="009E7419">
      <w:pPr>
        <w:sectPr w:rsidR="009E7419">
          <w:pgSz w:w="16840" w:h="11900"/>
          <w:pgMar w:top="284" w:right="640" w:bottom="6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28E254A" w14:textId="77777777" w:rsidR="009E7419" w:rsidRDefault="009E741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322"/>
        <w:gridCol w:w="530"/>
        <w:gridCol w:w="1104"/>
        <w:gridCol w:w="1140"/>
        <w:gridCol w:w="864"/>
        <w:gridCol w:w="3784"/>
        <w:gridCol w:w="1236"/>
        <w:gridCol w:w="2054"/>
      </w:tblGrid>
      <w:tr w:rsidR="009E7419" w14:paraId="57B7F5DD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964DE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F8272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Наиболее значимые природные объекты списка Всемирного наследия в России и </w:t>
            </w:r>
            <w:r w:rsidR="009263E1"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 рубежом</w:t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9C3B88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4D4BA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1DB61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A0316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25.11.2022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53D95" w14:textId="77777777" w:rsidR="009E7419" w:rsidRPr="00DE7C4E" w:rsidRDefault="00DE7C4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результатов проектной деятельности по теме «Объекты Всемирного наследия в России и в мире»;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847C1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5B40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43C4A441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FF527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CB927" w14:textId="77777777" w:rsidR="009E7419" w:rsidRDefault="00DE7C4E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Охрана природных богатств: воды, воздуха, полезных ископаемых, растительного и животного мира. </w:t>
            </w:r>
            <w:r w:rsidRPr="00DE7C4E">
              <w:rPr>
                <w:lang w:val="ru-RU"/>
              </w:rPr>
              <w:br/>
            </w:r>
            <w:r w:rsidR="009263E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Международная Красная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книга (3—</w:t>
            </w:r>
            <w:r w:rsidR="009263E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4 примера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7DAC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417E7A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DFB4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D3D96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06.12.2022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09430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люди используют водоёмы и реки для хозяйственной деятельности»;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1B01A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DDE4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71D2F00B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E2B60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32F2F2" w14:textId="77777777" w:rsidR="009E7419" w:rsidRPr="00DE7C4E" w:rsidRDefault="00DE7C4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нравственного поведения в природе.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EE510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664AA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09D0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51C7D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09.12.2022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2C67F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выступлений учащихся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(дифференцированное задание) </w:t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планетах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5BCDF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B7C78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27376950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FB7ED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FE886" w14:textId="77777777" w:rsidR="009E7419" w:rsidRPr="00DE7C4E" w:rsidRDefault="00DE7C4E">
            <w:pPr>
              <w:autoSpaceDE w:val="0"/>
              <w:autoSpaceDN w:val="0"/>
              <w:spacing w:before="76" w:after="0" w:line="247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Природные зоны России: общее представление об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основных природных зонах России: климат,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растительный и животный мир, особенности труда и быта людей, охрана природы.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825F6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51A92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92277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BF764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CE67BC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формулирование вывода: причиной смены природных зон является разная освещённость Солнцем поверхности Земли;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E57CF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B8919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3F1F8D70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FE4C0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87668E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Связи в природной зоне.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61008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1D07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6F245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90BC4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16.12.2022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56213" w14:textId="77777777" w:rsidR="009E7419" w:rsidRPr="00DE7C4E" w:rsidRDefault="00DE7C4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учебника: особенности разных природных зон;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0671F" w14:textId="77777777" w:rsidR="009E7419" w:rsidRDefault="00DE7C4E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0B940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</w:t>
            </w:r>
          </w:p>
        </w:tc>
      </w:tr>
      <w:tr w:rsidR="009E7419" w14:paraId="4B2CB347" w14:textId="77777777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81E813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B0E815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45CE6" w14:textId="77777777" w:rsidR="009E7419" w:rsidRDefault="009E7419"/>
        </w:tc>
      </w:tr>
      <w:tr w:rsidR="009E7419" w14:paraId="0401FAF0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68ED3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9E7419" w14:paraId="1D955E33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48B33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CFE57" w14:textId="77777777" w:rsidR="009E7419" w:rsidRPr="00DE7C4E" w:rsidRDefault="00DE7C4E">
            <w:pPr>
              <w:autoSpaceDE w:val="0"/>
              <w:autoSpaceDN w:val="0"/>
              <w:spacing w:before="66" w:after="0" w:line="245" w:lineRule="auto"/>
              <w:ind w:left="72" w:right="720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образ жизни: профилактика вредных привычек.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962F25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B424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9B11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B013E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B6B1C" w14:textId="77777777" w:rsidR="009E7419" w:rsidRPr="00DE7C4E" w:rsidRDefault="00DE7C4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«Послушаем друг друга: как я выполняю правила безопасной жизни»;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8E4DD" w14:textId="77777777" w:rsidR="009E7419" w:rsidRDefault="00DE7C4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0EE5E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4B151DF8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B7A09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564E4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городе. Планирование безопасных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маршрутов с учётом транспортной инфраструктуры города; правила безопасного поведения велосипедиста (дорожные знаки, </w:t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102"/>
                <w:sz w:val="14"/>
                <w:lang w:val="ru-RU"/>
              </w:rPr>
              <w:t xml:space="preserve">дорожная разметка, сигналы </w:t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средства защиты велосипедиста).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C4C7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DDEE0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BFDF6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A7DE5" w14:textId="77777777" w:rsidR="009E7419" w:rsidRDefault="00DE7C4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CC5E28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 w:right="104"/>
              <w:jc w:val="both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составление текста по теме, «Какие опасности можно встретить на улице, в зонах отдыха, в общественных местах»;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50590" w14:textId="77777777" w:rsidR="009E7419" w:rsidRPr="00DE7C4E" w:rsidRDefault="00DE7C4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E7C4E">
              <w:rPr>
                <w:lang w:val="ru-RU"/>
              </w:rPr>
              <w:br/>
            </w:r>
            <w:r w:rsidR="009263E1"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347C4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http://bigslide.ru/</w:t>
            </w:r>
          </w:p>
        </w:tc>
      </w:tr>
      <w:tr w:rsidR="009E7419" w14:paraId="0EAF02C4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B7F00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3D68E" w14:textId="77777777" w:rsidR="009E7419" w:rsidRPr="00DE7C4E" w:rsidRDefault="00DE7C4E">
            <w:pPr>
              <w:autoSpaceDE w:val="0"/>
              <w:autoSpaceDN w:val="0"/>
              <w:spacing w:before="64" w:after="0" w:line="254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Интернете (поиск достоверной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информации опознание государственных </w:t>
            </w:r>
            <w:r w:rsidRPr="00DE7C4E">
              <w:rPr>
                <w:lang w:val="ru-RU"/>
              </w:rPr>
              <w:br/>
            </w:r>
            <w:r w:rsidRPr="00DE7C4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образовательных ресурсов и детских развлекательных порталов) в условиях контролируемого доступа в Интернет.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AB7DC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C6E8D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1A0C56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8156A" w14:textId="77777777" w:rsidR="009E7419" w:rsidRDefault="00DE7C4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A32A4" w14:textId="77777777" w:rsidR="009E7419" w:rsidRPr="00DE7C4E" w:rsidRDefault="00DE7C4E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«Чем может быть опасен Интернет. Как правильно искать информацию в Интернете»;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57AB8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1C714" w14:textId="77777777" w:rsidR="009E7419" w:rsidRDefault="00DE7C4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9E7419" w14:paraId="2821469D" w14:textId="77777777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9CB07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EC3BA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79DE6" w14:textId="77777777" w:rsidR="009E7419" w:rsidRDefault="009E7419"/>
        </w:tc>
      </w:tr>
      <w:tr w:rsidR="009E7419" w14:paraId="702FA4BD" w14:textId="77777777">
        <w:trPr>
          <w:trHeight w:hRule="exact" w:val="34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EC882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EE40B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1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F320C" w14:textId="77777777" w:rsidR="009E7419" w:rsidRDefault="009E7419"/>
        </w:tc>
      </w:tr>
      <w:tr w:rsidR="009E7419" w14:paraId="7DB17294" w14:textId="77777777">
        <w:trPr>
          <w:trHeight w:hRule="exact" w:val="328"/>
        </w:trPr>
        <w:tc>
          <w:tcPr>
            <w:tcW w:w="4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FD135" w14:textId="77777777" w:rsidR="009E7419" w:rsidRPr="00DE7C4E" w:rsidRDefault="00DE7C4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7C4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9C37C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D2ECE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98EF8" w14:textId="77777777" w:rsidR="009E7419" w:rsidRDefault="00DE7C4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</w:t>
            </w:r>
          </w:p>
        </w:tc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E9CC8" w14:textId="77777777" w:rsidR="009E7419" w:rsidRDefault="009E7419"/>
        </w:tc>
      </w:tr>
    </w:tbl>
    <w:p w14:paraId="1B859460" w14:textId="77777777" w:rsidR="009E7419" w:rsidRDefault="009E7419">
      <w:pPr>
        <w:autoSpaceDE w:val="0"/>
        <w:autoSpaceDN w:val="0"/>
        <w:spacing w:after="0" w:line="14" w:lineRule="exact"/>
      </w:pPr>
    </w:p>
    <w:p w14:paraId="6E99DD0C" w14:textId="77777777" w:rsidR="009E7419" w:rsidRDefault="009E7419">
      <w:pPr>
        <w:sectPr w:rsidR="009E741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FC1FBB7" w14:textId="77777777" w:rsidR="009E7419" w:rsidRDefault="009E7419">
      <w:pPr>
        <w:autoSpaceDE w:val="0"/>
        <w:autoSpaceDN w:val="0"/>
        <w:spacing w:after="78" w:line="220" w:lineRule="exact"/>
      </w:pPr>
    </w:p>
    <w:p w14:paraId="6FE253C0" w14:textId="77777777" w:rsidR="008F4F5B" w:rsidRDefault="008F4F5B">
      <w:pPr>
        <w:autoSpaceDE w:val="0"/>
        <w:autoSpaceDN w:val="0"/>
        <w:spacing w:after="0" w:line="230" w:lineRule="auto"/>
        <w:ind w:left="567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14:paraId="58B3D666" w14:textId="77777777" w:rsidR="008F4F5B" w:rsidRDefault="008F4F5B">
      <w:pPr>
        <w:autoSpaceDE w:val="0"/>
        <w:autoSpaceDN w:val="0"/>
        <w:spacing w:after="0" w:line="230" w:lineRule="auto"/>
        <w:ind w:left="567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14:paraId="0634E565" w14:textId="77777777" w:rsidR="009E7419" w:rsidRPr="008F4F5B" w:rsidRDefault="00DE7C4E">
      <w:pPr>
        <w:autoSpaceDE w:val="0"/>
        <w:autoSpaceDN w:val="0"/>
        <w:spacing w:after="0" w:line="230" w:lineRule="auto"/>
        <w:ind w:left="567"/>
        <w:rPr>
          <w:b/>
          <w:sz w:val="20"/>
          <w:szCs w:val="20"/>
          <w:lang w:val="ru-RU"/>
        </w:rPr>
      </w:pPr>
      <w:r w:rsidRPr="008F4F5B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 xml:space="preserve">УЧЕБНО-МЕТОДИЧЕСКОЕ ОБЕСПЕЧЕНИЕ ОБРАЗОВАТЕЛЬНОГО ПРОЦЕССА </w:t>
      </w:r>
    </w:p>
    <w:p w14:paraId="3650FB1B" w14:textId="77777777" w:rsidR="009E7419" w:rsidRPr="009263E1" w:rsidRDefault="00DE7C4E">
      <w:pPr>
        <w:autoSpaceDE w:val="0"/>
        <w:autoSpaceDN w:val="0"/>
        <w:spacing w:before="346" w:after="0" w:line="382" w:lineRule="auto"/>
        <w:ind w:left="567" w:right="1440"/>
        <w:rPr>
          <w:b/>
          <w:sz w:val="20"/>
          <w:szCs w:val="20"/>
          <w:lang w:val="ru-RU"/>
        </w:rPr>
      </w:pPr>
      <w:r w:rsidRPr="009263E1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 xml:space="preserve">ОБЯЗАТЕЛЬНЫЕ УЧЕБНЫЕ МАТЕРИАЛЫ ДЛЯ УЧЕНИКА </w:t>
      </w:r>
      <w:r w:rsidRPr="009263E1">
        <w:rPr>
          <w:b/>
          <w:sz w:val="20"/>
          <w:szCs w:val="20"/>
          <w:lang w:val="ru-RU"/>
        </w:rPr>
        <w:br/>
      </w:r>
      <w:r w:rsidRPr="009263E1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 xml:space="preserve">Введите свой вариант: </w:t>
      </w:r>
      <w:r w:rsidRPr="009263E1">
        <w:rPr>
          <w:b/>
          <w:sz w:val="20"/>
          <w:szCs w:val="20"/>
          <w:lang w:val="ru-RU"/>
        </w:rPr>
        <w:br/>
      </w:r>
      <w:r w:rsidRPr="009263E1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 xml:space="preserve">МЕТОДИЧЕСКИЕ МАТЕРИАЛЫ ДЛЯ УЧИТЕЛЯ </w:t>
      </w:r>
      <w:r w:rsidRPr="009263E1">
        <w:rPr>
          <w:b/>
          <w:sz w:val="20"/>
          <w:szCs w:val="20"/>
          <w:lang w:val="ru-RU"/>
        </w:rPr>
        <w:br/>
      </w:r>
      <w:r w:rsidRPr="009263E1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p w14:paraId="5BBE031D" w14:textId="77777777" w:rsidR="009E7419" w:rsidRDefault="009E7419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238A543E" w14:textId="77777777" w:rsid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0CCE86CC" w14:textId="77777777" w:rsid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6A160365" w14:textId="77777777" w:rsid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698D17E0" w14:textId="77777777" w:rsid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64D9D293" w14:textId="77777777" w:rsid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13704851" w14:textId="77777777" w:rsidR="008F4F5B" w:rsidRPr="008F4F5B" w:rsidRDefault="008F4F5B">
      <w:pPr>
        <w:autoSpaceDE w:val="0"/>
        <w:autoSpaceDN w:val="0"/>
        <w:spacing w:after="78" w:line="220" w:lineRule="exact"/>
        <w:rPr>
          <w:b/>
          <w:sz w:val="20"/>
          <w:szCs w:val="20"/>
          <w:lang w:val="ru-RU"/>
        </w:rPr>
      </w:pPr>
    </w:p>
    <w:p w14:paraId="55930904" w14:textId="77777777" w:rsidR="008F4F5B" w:rsidRDefault="008F4F5B" w:rsidP="008F4F5B">
      <w:pPr>
        <w:autoSpaceDE w:val="0"/>
        <w:autoSpaceDN w:val="0"/>
        <w:spacing w:after="0" w:line="379" w:lineRule="auto"/>
        <w:ind w:left="567" w:right="432"/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</w:pPr>
    </w:p>
    <w:p w14:paraId="04CDC422" w14:textId="77777777" w:rsidR="009E7419" w:rsidRPr="008F4F5B" w:rsidRDefault="00DE7C4E" w:rsidP="008F4F5B">
      <w:pPr>
        <w:autoSpaceDE w:val="0"/>
        <w:autoSpaceDN w:val="0"/>
        <w:spacing w:after="0" w:line="379" w:lineRule="auto"/>
        <w:ind w:left="567" w:right="432"/>
        <w:rPr>
          <w:b/>
          <w:sz w:val="20"/>
          <w:szCs w:val="20"/>
          <w:lang w:val="ru-RU"/>
        </w:rPr>
      </w:pPr>
      <w:r w:rsidRPr="008F4F5B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8F4F5B">
        <w:rPr>
          <w:b/>
          <w:sz w:val="20"/>
          <w:szCs w:val="20"/>
          <w:lang w:val="ru-RU"/>
        </w:rPr>
        <w:br/>
      </w:r>
      <w:r w:rsidRPr="008F4F5B">
        <w:rPr>
          <w:rFonts w:ascii="Times New Roman" w:eastAsia="Times New Roman" w:hAnsi="Times New Roman"/>
          <w:b/>
          <w:color w:val="000000"/>
          <w:sz w:val="20"/>
          <w:szCs w:val="20"/>
          <w:lang w:val="ru-RU"/>
        </w:rPr>
        <w:t>ОБОРУДОВАНИЕ ДЛЯ ПРОВЕДЕНИЯ ЛАБОРАТОРНЫХ, ПРАКТИЧЕСКИХ РАБОТ, ДЕМОНСТРАЦИЙ</w:t>
      </w:r>
    </w:p>
    <w:sectPr w:rsidR="009E7419" w:rsidRPr="008F4F5B" w:rsidSect="008F4F5B">
      <w:pgSz w:w="11900" w:h="16840"/>
      <w:pgMar w:top="298" w:right="650" w:bottom="1440" w:left="666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4A54"/>
    <w:rsid w:val="0029639D"/>
    <w:rsid w:val="002B0112"/>
    <w:rsid w:val="00326F90"/>
    <w:rsid w:val="008F4F5B"/>
    <w:rsid w:val="009048EE"/>
    <w:rsid w:val="009263E1"/>
    <w:rsid w:val="009E7419"/>
    <w:rsid w:val="00AA1D8D"/>
    <w:rsid w:val="00B47730"/>
    <w:rsid w:val="00CB0664"/>
    <w:rsid w:val="00CC123A"/>
    <w:rsid w:val="00DE7C4E"/>
    <w:rsid w:val="00E12F24"/>
    <w:rsid w:val="00E34A51"/>
    <w:rsid w:val="00E45E6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D3F97D"/>
  <w14:defaultImageDpi w14:val="300"/>
  <w15:docId w15:val="{B7869FC9-0842-4833-8B18-71FFC4F3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2250CD-358D-4DC8-9B74-50E83BB3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4843</Words>
  <Characters>27611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12</cp:revision>
  <dcterms:created xsi:type="dcterms:W3CDTF">2013-12-23T23:15:00Z</dcterms:created>
  <dcterms:modified xsi:type="dcterms:W3CDTF">2022-06-28T00:39:00Z</dcterms:modified>
  <cp:category/>
</cp:coreProperties>
</file>