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113D" w14:textId="77777777" w:rsidR="00C76685" w:rsidRDefault="00C76685" w:rsidP="002927EC">
      <w:pPr>
        <w:autoSpaceDE w:val="0"/>
        <w:autoSpaceDN w:val="0"/>
        <w:spacing w:after="0" w:line="240" w:lineRule="auto"/>
        <w:ind w:right="57"/>
        <w:jc w:val="center"/>
      </w:pPr>
    </w:p>
    <w:p w14:paraId="723007C8" w14:textId="77777777" w:rsidR="002927EC" w:rsidRDefault="002927EC" w:rsidP="002927EC">
      <w:pPr>
        <w:autoSpaceDE w:val="0"/>
        <w:autoSpaceDN w:val="0"/>
        <w:spacing w:after="0" w:line="240" w:lineRule="auto"/>
        <w:ind w:right="57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25B6F25A" w14:textId="5BB9A65F" w:rsidR="00C76685" w:rsidRPr="002927EC" w:rsidRDefault="00173123" w:rsidP="00173123">
      <w:pPr>
        <w:autoSpaceDE w:val="0"/>
        <w:autoSpaceDN w:val="0"/>
        <w:spacing w:after="0" w:line="240" w:lineRule="auto"/>
        <w:ind w:right="5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6595E3F" wp14:editId="1B0079B3">
            <wp:extent cx="6153150" cy="8093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C2D6D" w14:textId="77777777" w:rsidR="00C76685" w:rsidRPr="002927EC" w:rsidRDefault="00C76685">
      <w:pPr>
        <w:rPr>
          <w:lang w:val="ru-RU"/>
        </w:rPr>
        <w:sectPr w:rsidR="00C76685" w:rsidRPr="002927EC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4E7B16D" w14:textId="77777777" w:rsidR="00C76685" w:rsidRPr="002927EC" w:rsidRDefault="00C76685">
      <w:pPr>
        <w:autoSpaceDE w:val="0"/>
        <w:autoSpaceDN w:val="0"/>
        <w:spacing w:after="216" w:line="220" w:lineRule="exact"/>
        <w:rPr>
          <w:lang w:val="ru-RU"/>
        </w:rPr>
      </w:pPr>
    </w:p>
    <w:p w14:paraId="178E5BC5" w14:textId="77777777" w:rsidR="00C76685" w:rsidRPr="002927EC" w:rsidRDefault="002927EC" w:rsidP="002927EC">
      <w:pPr>
        <w:autoSpaceDE w:val="0"/>
        <w:autoSpaceDN w:val="0"/>
        <w:spacing w:after="0" w:line="230" w:lineRule="auto"/>
        <w:ind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4B635EBF" w14:textId="77777777" w:rsidR="00C76685" w:rsidRPr="002927EC" w:rsidRDefault="002927EC" w:rsidP="002927EC">
      <w:pPr>
        <w:autoSpaceDE w:val="0"/>
        <w:autoSpaceDN w:val="0"/>
        <w:spacing w:before="346" w:after="0" w:line="278" w:lineRule="auto"/>
        <w:ind w:left="426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«Русский язык» для обучающихся 4 классов на уровне начального общего образования составлена на основе Требований к результатам освоения программы началь​ного общего образования Федерального государственного образовательного стандарта начального общего образования (да​лее — ФГОС НОО), а также ориентирована на целевые приоритеты, сформулированные в Примерной программе воспитания.</w:t>
      </w:r>
    </w:p>
    <w:p w14:paraId="3E36987C" w14:textId="77777777" w:rsidR="00C76685" w:rsidRPr="002927EC" w:rsidRDefault="002927EC" w:rsidP="002927EC">
      <w:pPr>
        <w:autoSpaceDE w:val="0"/>
        <w:autoSpaceDN w:val="0"/>
        <w:spacing w:before="190" w:after="0" w:line="230" w:lineRule="auto"/>
        <w:ind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4F849161" w14:textId="77777777" w:rsidR="00C76685" w:rsidRPr="002927EC" w:rsidRDefault="002927EC" w:rsidP="002927EC">
      <w:pPr>
        <w:autoSpaceDE w:val="0"/>
        <w:autoSpaceDN w:val="0"/>
        <w:spacing w:before="192" w:after="0" w:line="290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значительным потенциа​лом в развитии функциональной грамотности младших школь​ников, особенно таких её компонентов, как языковая, комму​никативная, читательская, общекультурная и социальная гра​мотность.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различ​ных сферах и ситуациях общения способствуют успешной социализации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фор​мировании самосознания и мировоззрения личности, является важнейшим средством хранения и передачи информации, куль​турных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</w:t>
      </w:r>
      <w:r w:rsidR="004676B6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​нрав​ственных ценностей, принятых в обществе,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14:paraId="2BCA2941" w14:textId="77777777" w:rsidR="004676B6" w:rsidRDefault="002927EC" w:rsidP="002927EC">
      <w:pPr>
        <w:autoSpaceDE w:val="0"/>
        <w:autoSpaceDN w:val="0"/>
        <w:spacing w:before="70" w:after="0" w:line="286" w:lineRule="auto"/>
        <w:ind w:left="567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совершенствованию речи младших школьников. Языковой материал призван сформировать первоначальные 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</w:t>
      </w:r>
    </w:p>
    <w:p w14:paraId="059D757D" w14:textId="77777777" w:rsidR="004676B6" w:rsidRDefault="004676B6" w:rsidP="002927EC">
      <w:pPr>
        <w:autoSpaceDE w:val="0"/>
        <w:autoSpaceDN w:val="0"/>
        <w:spacing w:before="70" w:after="0" w:line="286" w:lineRule="auto"/>
        <w:ind w:left="567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4B0EBD8" w14:textId="77777777" w:rsidR="004676B6" w:rsidRDefault="004676B6" w:rsidP="004676B6">
      <w:pPr>
        <w:autoSpaceDE w:val="0"/>
        <w:autoSpaceDN w:val="0"/>
        <w:spacing w:before="70" w:after="0" w:line="286" w:lineRule="auto"/>
        <w:ind w:left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2547020" w14:textId="77777777" w:rsidR="00C76685" w:rsidRPr="002927EC" w:rsidRDefault="002927EC" w:rsidP="004676B6">
      <w:pPr>
        <w:autoSpaceDE w:val="0"/>
        <w:autoSpaceDN w:val="0"/>
        <w:spacing w:before="70" w:after="0" w:line="286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дея​тельности решаются совместно с учебным предметом «Литера​турное чтение».</w:t>
      </w:r>
    </w:p>
    <w:p w14:paraId="4C5E2702" w14:textId="77777777" w:rsidR="00C76685" w:rsidRPr="002927EC" w:rsidRDefault="002927EC" w:rsidP="002927EC">
      <w:pPr>
        <w:autoSpaceDE w:val="0"/>
        <w:autoSpaceDN w:val="0"/>
        <w:spacing w:before="70" w:after="0" w:line="230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​ка», в 4 классе — 170 ч.</w:t>
      </w:r>
    </w:p>
    <w:p w14:paraId="530B5815" w14:textId="77777777" w:rsidR="00C76685" w:rsidRDefault="002927EC" w:rsidP="002927EC">
      <w:pPr>
        <w:autoSpaceDE w:val="0"/>
        <w:autoSpaceDN w:val="0"/>
        <w:spacing w:before="190" w:after="0" w:line="230" w:lineRule="auto"/>
        <w:ind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753F0E18" w14:textId="77777777" w:rsidR="00C76685" w:rsidRPr="002927EC" w:rsidRDefault="00C76685" w:rsidP="002927EC">
      <w:pPr>
        <w:autoSpaceDE w:val="0"/>
        <w:autoSpaceDN w:val="0"/>
        <w:spacing w:after="78" w:line="220" w:lineRule="exact"/>
        <w:ind w:firstLine="567"/>
        <w:rPr>
          <w:lang w:val="ru-RU"/>
        </w:rPr>
      </w:pPr>
    </w:p>
    <w:p w14:paraId="0F0CA136" w14:textId="77777777" w:rsidR="00C76685" w:rsidRPr="002927EC" w:rsidRDefault="002927EC" w:rsidP="002927EC">
      <w:pPr>
        <w:autoSpaceDE w:val="0"/>
        <w:autoSpaceDN w:val="0"/>
        <w:spacing w:after="0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72915D12" w14:textId="77777777" w:rsidR="00C76685" w:rsidRPr="002927EC" w:rsidRDefault="002927EC" w:rsidP="002927EC">
      <w:pPr>
        <w:autoSpaceDE w:val="0"/>
        <w:autoSpaceDN w:val="0"/>
        <w:spacing w:before="70" w:after="0" w:line="230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4DAC6E2E" w14:textId="77777777" w:rsidR="00C76685" w:rsidRPr="002927EC" w:rsidRDefault="002927EC" w:rsidP="002927EC">
      <w:pPr>
        <w:autoSpaceDE w:val="0"/>
        <w:autoSpaceDN w:val="0"/>
        <w:spacing w:before="178" w:after="0" w:line="281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2927EC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2927EC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14:paraId="6B0BB140" w14:textId="77777777" w:rsidR="00C76685" w:rsidRPr="002927EC" w:rsidRDefault="002927EC" w:rsidP="002927EC">
      <w:pPr>
        <w:autoSpaceDE w:val="0"/>
        <w:autoSpaceDN w:val="0"/>
        <w:spacing w:before="192" w:after="0" w:line="271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аудированием, говорением,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14:paraId="3A9BDC96" w14:textId="77777777" w:rsidR="00C76685" w:rsidRPr="002927EC" w:rsidRDefault="002927EC" w:rsidP="002927EC">
      <w:pPr>
        <w:autoSpaceDE w:val="0"/>
        <w:autoSpaceDN w:val="0"/>
        <w:spacing w:before="190" w:after="0" w:line="281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086A358C" w14:textId="77777777" w:rsidR="00C76685" w:rsidRPr="002927EC" w:rsidRDefault="002927EC" w:rsidP="002927EC">
      <w:pPr>
        <w:autoSpaceDE w:val="0"/>
        <w:autoSpaceDN w:val="0"/>
        <w:spacing w:before="190" w:after="0" w:line="262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6D94E12C" w14:textId="77777777" w:rsidR="00C76685" w:rsidRPr="002927EC" w:rsidRDefault="00C76685" w:rsidP="002927EC">
      <w:pPr>
        <w:autoSpaceDE w:val="0"/>
        <w:autoSpaceDN w:val="0"/>
        <w:spacing w:after="78" w:line="220" w:lineRule="exact"/>
        <w:ind w:firstLine="567"/>
        <w:rPr>
          <w:lang w:val="ru-RU"/>
        </w:rPr>
      </w:pPr>
    </w:p>
    <w:p w14:paraId="038F405C" w14:textId="77777777" w:rsidR="00C76685" w:rsidRPr="002927EC" w:rsidRDefault="002927EC" w:rsidP="002927EC">
      <w:pPr>
        <w:autoSpaceDE w:val="0"/>
        <w:autoSpaceDN w:val="0"/>
        <w:spacing w:after="0" w:line="230" w:lineRule="auto"/>
        <w:ind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9A4C823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346" w:after="0" w:line="271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Сведения о русском языке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Русский язык как язык межнационального общения. Раз​личные методы познания языка: наблюдение, анализ, лингвистический эксперимент, мини-​исследование, проект.</w:t>
      </w:r>
    </w:p>
    <w:p w14:paraId="319EC1D4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71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Характеристика, сравнение, классификация звуков вне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в слове по заданным параметрам. Звуко​буквенный разбор слова.</w:t>
      </w:r>
    </w:p>
    <w:p w14:paraId="327EB70F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190" w:after="0" w:line="281" w:lineRule="auto"/>
        <w:ind w:left="567" w:firstLine="567"/>
        <w:rPr>
          <w:lang w:val="ru-RU"/>
        </w:rPr>
      </w:pPr>
      <w:r w:rsidRPr="002927EC">
        <w:rPr>
          <w:lang w:val="ru-RU"/>
        </w:rPr>
        <w:lastRenderedPageBreak/>
        <w:tab/>
      </w:r>
    </w:p>
    <w:p w14:paraId="42419A82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1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Правильная интонация в процессе говорения и чтения. Нор​мы произношения звуков и сочетаний звуков; ударение в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​вах в соответствии с нормами современного русского литератур​ного языка (на ограниченном перечне слов, отрабатываемом в учебнике). Использование орфоэпических словарей русского языка при определении правильного произношения слов.</w:t>
      </w:r>
    </w:p>
    <w:p w14:paraId="69D141D2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Повторение и продолжение работы: наблюдение за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ванием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речи синонимов, антонимов, устаревших слов (про​стые случаи). Наблюдение за использованием в речи фразеологизмов (про​стые случаи).</w:t>
      </w:r>
    </w:p>
    <w:p w14:paraId="1BD6F1E7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1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 изменяемых слов, выделение в словах с однозначно выделяемыми морфемами окончания, корня, приставки, суффикса (повторение изученного). Основа слова. Состав неизменяемых слов (ознакомление). Значение наиболее употребляемых суффиксов изученных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стей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(ознакомление).</w:t>
      </w:r>
    </w:p>
    <w:p w14:paraId="200AF1E1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8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Части речи самостоятельные и служебные. Имя существительное. Склонение имён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существительных (кроме существительных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ья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типа гостья, на 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ье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типа ожерелье во множественном числе);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соб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имён существительных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ов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-ин,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 имена суще​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ствительные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1, 2, 3-​го склонения (повторение изученного). Не​ склоняемые имена существительные (ознакомление). Имя прилагательное. Зависимость формы имени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прилага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​тельного от формы имени существительного (повторение). Склонение имён прилагательных во множественном числе. Местоимение. Личные местоимения (повторение). Личные местоимения 1-​го и 3​-го лица единственного и множественного числа; склонение личных местоимений. Глагол.  Изменение глаголов по лицам и числам в настоящем и будущем времени (спряжение) І и ІІ спряжение глаголов. Способы определения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спряжения глаголов. Наречие (общее представление). Значение, вопросы,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употреб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ление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речи. Предлог. Отличие предлогов от приставок (повторение). Союз; союзы и, а, но в простых и сложных предложениях. Частица не, её значение (повторение).</w:t>
      </w:r>
    </w:p>
    <w:p w14:paraId="5EEDF8BD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6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Слово, сочетание слов (словосочетание) и предложение,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осоз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нание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их сходства и различий; виды предложений по цели высказывания (повествовательные, вопросительные и побуди​тельные);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вопро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​сов); распространённые и нераспространённые предложения (повторение изученного). Предложения с однородными членами: без союзов, с союзами а, но, с одиночным союзом и. Интонация перечисления в пред​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ложениях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с однородными членами. 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6A6C46BF" w14:textId="77777777" w:rsidR="004676B6" w:rsidRDefault="004676B6" w:rsidP="002927EC">
      <w:pPr>
        <w:tabs>
          <w:tab w:val="left" w:pos="180"/>
        </w:tabs>
        <w:autoSpaceDE w:val="0"/>
        <w:autoSpaceDN w:val="0"/>
        <w:spacing w:after="0" w:line="281" w:lineRule="auto"/>
        <w:ind w:left="567" w:firstLine="567"/>
        <w:rPr>
          <w:lang w:val="ru-RU"/>
        </w:rPr>
      </w:pPr>
    </w:p>
    <w:p w14:paraId="56E2F04A" w14:textId="77777777" w:rsidR="004676B6" w:rsidRDefault="002927EC" w:rsidP="002927EC">
      <w:pPr>
        <w:tabs>
          <w:tab w:val="left" w:pos="180"/>
        </w:tabs>
        <w:autoSpaceDE w:val="0"/>
        <w:autoSpaceDN w:val="0"/>
        <w:spacing w:after="0" w:line="281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</w:p>
    <w:p w14:paraId="5B293E18" w14:textId="77777777" w:rsidR="004676B6" w:rsidRDefault="004676B6" w:rsidP="002927EC">
      <w:pPr>
        <w:tabs>
          <w:tab w:val="left" w:pos="180"/>
        </w:tabs>
        <w:autoSpaceDE w:val="0"/>
        <w:autoSpaceDN w:val="0"/>
        <w:spacing w:after="0" w:line="281" w:lineRule="auto"/>
        <w:ind w:left="567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583FF82F" w14:textId="77777777" w:rsidR="004676B6" w:rsidRDefault="004676B6" w:rsidP="002927EC">
      <w:pPr>
        <w:tabs>
          <w:tab w:val="left" w:pos="180"/>
        </w:tabs>
        <w:autoSpaceDE w:val="0"/>
        <w:autoSpaceDN w:val="0"/>
        <w:spacing w:after="0" w:line="281" w:lineRule="auto"/>
        <w:ind w:left="567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2920F845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after="0" w:line="281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​граммы в слове; контроль при проверке собственных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предло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женных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 (повторение и применение на новом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орфогра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фическом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материале). Использование орфографического словаря для определения (уточнения) написания слова.</w:t>
      </w:r>
    </w:p>
    <w:p w14:paraId="70E136B2" w14:textId="77777777" w:rsidR="00C76685" w:rsidRPr="002927EC" w:rsidRDefault="002927EC" w:rsidP="002927EC">
      <w:pPr>
        <w:autoSpaceDE w:val="0"/>
        <w:autoSpaceDN w:val="0"/>
        <w:spacing w:before="70" w:after="0" w:line="230" w:lineRule="auto"/>
        <w:ind w:left="567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14:paraId="0AFC3D62" w14:textId="77777777" w:rsidR="00C76685" w:rsidRPr="002927EC" w:rsidRDefault="002927EC" w:rsidP="004676B6">
      <w:pPr>
        <w:autoSpaceDE w:val="0"/>
        <w:autoSpaceDN w:val="0"/>
        <w:spacing w:before="178" w:after="0" w:line="262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безударные падежные окончания имён существительных (кроме существительных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а также кроме собственных имён существительных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ов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-ин,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);</w:t>
      </w:r>
    </w:p>
    <w:p w14:paraId="09CB8FAD" w14:textId="77777777" w:rsidR="00C76685" w:rsidRPr="002927EC" w:rsidRDefault="002927EC" w:rsidP="004676B6">
      <w:pPr>
        <w:autoSpaceDE w:val="0"/>
        <w:autoSpaceDN w:val="0"/>
        <w:spacing w:before="192" w:after="0" w:line="230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безударные падежные окончания имён прилагательных;</w:t>
      </w:r>
    </w:p>
    <w:p w14:paraId="6153A6BA" w14:textId="77777777" w:rsidR="00C76685" w:rsidRPr="002927EC" w:rsidRDefault="002927EC" w:rsidP="004676B6">
      <w:pPr>
        <w:autoSpaceDE w:val="0"/>
        <w:autoSpaceDN w:val="0"/>
        <w:spacing w:before="192" w:after="0" w:line="230" w:lineRule="auto"/>
        <w:ind w:left="567"/>
        <w:jc w:val="center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мягкий знак после </w:t>
      </w:r>
      <w:r w:rsidR="004676B6" w:rsidRPr="002927EC">
        <w:rPr>
          <w:rFonts w:ascii="Times New Roman" w:eastAsia="Times New Roman" w:hAnsi="Times New Roman"/>
          <w:color w:val="000000"/>
          <w:sz w:val="24"/>
          <w:lang w:val="ru-RU"/>
        </w:rPr>
        <w:t>шипящих на конце глаголов в форме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2-​го лица единственного числа;</w:t>
      </w:r>
    </w:p>
    <w:p w14:paraId="61302754" w14:textId="77777777" w:rsidR="00C76685" w:rsidRPr="002927EC" w:rsidRDefault="002927EC" w:rsidP="004676B6">
      <w:pPr>
        <w:autoSpaceDE w:val="0"/>
        <w:autoSpaceDN w:val="0"/>
        <w:spacing w:before="190" w:after="0" w:line="230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наличие </w:t>
      </w:r>
      <w:r w:rsidR="004676B6" w:rsidRPr="002927EC">
        <w:rPr>
          <w:rFonts w:ascii="Times New Roman" w:eastAsia="Times New Roman" w:hAnsi="Times New Roman"/>
          <w:color w:val="000000"/>
          <w:sz w:val="24"/>
          <w:lang w:val="ru-RU"/>
        </w:rPr>
        <w:t>или отсутствие мягкого знака в глаголах на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ться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0F61A1BA" w14:textId="77777777" w:rsidR="00C76685" w:rsidRPr="002927EC" w:rsidRDefault="002927EC" w:rsidP="004676B6">
      <w:pPr>
        <w:autoSpaceDE w:val="0"/>
        <w:autoSpaceDN w:val="0"/>
        <w:spacing w:before="238" w:after="0" w:line="230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безударные личные окончания глаголов;</w:t>
      </w:r>
    </w:p>
    <w:p w14:paraId="2F8618BD" w14:textId="77777777" w:rsidR="00C76685" w:rsidRPr="002927EC" w:rsidRDefault="002927EC" w:rsidP="004676B6">
      <w:pPr>
        <w:autoSpaceDE w:val="0"/>
        <w:autoSpaceDN w:val="0"/>
        <w:spacing w:before="190" w:after="0" w:line="262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знаки препинания в предложениях с однородными членами, соединёнными союзами и, а, но и без союзов.</w:t>
      </w:r>
    </w:p>
    <w:p w14:paraId="466FDF08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78" w:after="0" w:line="262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Знаки препинания в сложном предложении, состоящем из двух простых (наблюдение). Знаки препинания в предложении с прямой речью после слов автора (наблюдение).</w:t>
      </w:r>
    </w:p>
    <w:p w14:paraId="4CCBFD9D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1" w:lineRule="auto"/>
        <w:ind w:left="567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Повторение и продолжение работы, начатой в предыдущих классах: ситуации устного и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письменного общения (письмо, поздравительная открытка, объявление и др.); диалог; монолог; отражение темы текста или основной мысли в заголовке. Корректирование текстов (заданных и собственных) с учётом точности, правильности, богатства и выразительности письмен​ной речи. Изложение (подробный устный и письменный пересказ тек​ста; выборочный устный пересказ текста).</w:t>
      </w:r>
    </w:p>
    <w:p w14:paraId="48CD435B" w14:textId="77777777" w:rsidR="00C76685" w:rsidRDefault="002927EC" w:rsidP="002927EC">
      <w:pPr>
        <w:autoSpaceDE w:val="0"/>
        <w:autoSpaceDN w:val="0"/>
        <w:spacing w:before="70" w:after="0" w:line="271" w:lineRule="auto"/>
        <w:ind w:left="567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Сочинение как вид письменной работы. Изучающее, ознакомительное чтение. Поиск информации, заданной в тексте в явном виде. Формулирование простых вы​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водов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информации, содержащейся в тексте. Интер​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претация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обобщение содержащейся в тексте информации.</w:t>
      </w:r>
    </w:p>
    <w:p w14:paraId="059DD34D" w14:textId="77777777" w:rsidR="00C76685" w:rsidRDefault="00C76685" w:rsidP="002927EC">
      <w:pPr>
        <w:ind w:firstLine="567"/>
        <w:rPr>
          <w:lang w:val="ru-RU"/>
        </w:rPr>
      </w:pPr>
    </w:p>
    <w:p w14:paraId="12BFF144" w14:textId="77777777" w:rsidR="00C76685" w:rsidRPr="002927EC" w:rsidRDefault="002927EC" w:rsidP="002927EC">
      <w:pPr>
        <w:autoSpaceDE w:val="0"/>
        <w:autoSpaceDN w:val="0"/>
        <w:spacing w:after="0" w:line="230" w:lineRule="auto"/>
        <w:ind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8976B55" w14:textId="77777777" w:rsidR="00C76685" w:rsidRPr="002927EC" w:rsidRDefault="002927EC" w:rsidP="004676B6">
      <w:pPr>
        <w:tabs>
          <w:tab w:val="left" w:pos="180"/>
        </w:tabs>
        <w:autoSpaceDE w:val="0"/>
        <w:autoSpaceDN w:val="0"/>
        <w:spacing w:before="346" w:after="0" w:line="262" w:lineRule="auto"/>
        <w:ind w:left="567" w:right="30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3FD8D79" w14:textId="77777777" w:rsidR="00C76685" w:rsidRPr="002927EC" w:rsidRDefault="002927EC" w:rsidP="002927EC">
      <w:pPr>
        <w:autoSpaceDE w:val="0"/>
        <w:autoSpaceDN w:val="0"/>
        <w:spacing w:before="382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01291C86" w14:textId="77777777" w:rsidR="004676B6" w:rsidRDefault="002927EC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2137F1AF" w14:textId="77777777" w:rsidR="004676B6" w:rsidRDefault="004676B6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lang w:val="ru-RU"/>
        </w:rPr>
      </w:pPr>
    </w:p>
    <w:p w14:paraId="7A3F9878" w14:textId="77777777" w:rsidR="004676B6" w:rsidRDefault="002927EC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lang w:val="ru-RU"/>
        </w:rPr>
      </w:pP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человеке как члене об​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межличностных отношений, в том числе отражённых в художественных произведениях;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доброжелатель​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2927EC">
        <w:rPr>
          <w:lang w:val="ru-RU"/>
        </w:rPr>
        <w:tab/>
      </w:r>
    </w:p>
    <w:p w14:paraId="74C92D63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927EC">
        <w:rPr>
          <w:lang w:val="ru-RU"/>
        </w:rPr>
        <w:tab/>
      </w:r>
    </w:p>
    <w:p w14:paraId="64DF25E0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2927EC">
        <w:rPr>
          <w:lang w:val="ru-RU"/>
        </w:rPr>
        <w:tab/>
      </w:r>
    </w:p>
    <w:p w14:paraId="5FBCE667" w14:textId="77777777" w:rsidR="004676B6" w:rsidRDefault="002927EC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rFonts w:ascii="Times New Roman" w:eastAsia="Times New Roman" w:hAnsi="Times New Roman"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​вой деятельности, интерес к различным профессиям,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</w:t>
      </w:r>
    </w:p>
    <w:p w14:paraId="6CDFEA10" w14:textId="77777777" w:rsidR="004676B6" w:rsidRDefault="004676B6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5235030" w14:textId="77777777" w:rsidR="004676B6" w:rsidRDefault="004676B6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6C81C54" w14:textId="77777777" w:rsidR="00C76685" w:rsidRPr="002927EC" w:rsidRDefault="002927EC" w:rsidP="004676B6">
      <w:pPr>
        <w:tabs>
          <w:tab w:val="left" w:pos="180"/>
        </w:tabs>
        <w:autoSpaceDE w:val="0"/>
        <w:autoSpaceDN w:val="0"/>
        <w:spacing w:before="166" w:after="0" w:line="290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художественных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15F382A8" w14:textId="77777777" w:rsidR="004676B6" w:rsidRDefault="002927EC" w:rsidP="004676B6">
      <w:pPr>
        <w:tabs>
          <w:tab w:val="left" w:pos="180"/>
        </w:tabs>
        <w:autoSpaceDE w:val="0"/>
        <w:autoSpaceDN w:val="0"/>
        <w:spacing w:after="0" w:line="286" w:lineRule="auto"/>
        <w:ind w:left="567" w:right="30" w:firstLine="142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2927EC">
        <w:rPr>
          <w:lang w:val="ru-RU"/>
        </w:rPr>
        <w:tab/>
      </w:r>
    </w:p>
    <w:p w14:paraId="39E82D17" w14:textId="77777777" w:rsidR="00C76685" w:rsidRPr="002927EC" w:rsidRDefault="002927EC" w:rsidP="004676B6">
      <w:pPr>
        <w:tabs>
          <w:tab w:val="left" w:pos="180"/>
        </w:tabs>
        <w:autoSpaceDE w:val="0"/>
        <w:autoSpaceDN w:val="0"/>
        <w:spacing w:after="0" w:line="286" w:lineRule="auto"/>
        <w:ind w:left="567" w:right="30" w:firstLine="142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самостоятельность в его познании.</w:t>
      </w:r>
    </w:p>
    <w:p w14:paraId="1B169ED4" w14:textId="77777777" w:rsidR="00C76685" w:rsidRPr="002927EC" w:rsidRDefault="002927EC" w:rsidP="002927EC">
      <w:pPr>
        <w:autoSpaceDE w:val="0"/>
        <w:autoSpaceDN w:val="0"/>
        <w:spacing w:before="262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DD7EBD4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68" w:after="0" w:line="262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6F7F026C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70" w:after="0" w:line="288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</w:t>
      </w:r>
      <w:r w:rsidR="0036054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​следственные связи в ситуациях наблюдения за языковым материалом, делать выводы.</w:t>
      </w:r>
    </w:p>
    <w:p w14:paraId="768CE457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70" w:after="0" w:line="288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мини​-исследование,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1620C83B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lang w:val="ru-RU"/>
        </w:rPr>
      </w:pPr>
      <w:r w:rsidRPr="002927EC">
        <w:rPr>
          <w:lang w:val="ru-RU"/>
        </w:rPr>
        <w:lastRenderedPageBreak/>
        <w:tab/>
      </w:r>
    </w:p>
    <w:p w14:paraId="02AE4532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​скую, звуковую информацию в соответствии с учебной зада​чей;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14:paraId="72A146C2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88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мини​-исследования, проектного задания;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30247824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90" w:after="0" w:line="262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0221CAA2" w14:textId="77777777" w:rsidR="00C76685" w:rsidRPr="002927EC" w:rsidRDefault="002927EC" w:rsidP="002927EC">
      <w:pPr>
        <w:autoSpaceDE w:val="0"/>
        <w:autoSpaceDN w:val="0"/>
        <w:spacing w:before="70" w:after="0" w:line="271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планировать действия по решению учебной задачи для по​лучения </w:t>
      </w:r>
      <w:r w:rsidR="004676B6" w:rsidRPr="002927EC">
        <w:rPr>
          <w:rFonts w:ascii="Times New Roman" w:eastAsia="Times New Roman" w:hAnsi="Times New Roman"/>
          <w:color w:val="000000"/>
          <w:sz w:val="24"/>
          <w:lang w:val="ru-RU"/>
        </w:rPr>
        <w:t>результата; —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   выстраивать последовательность выбранных действий.</w:t>
      </w:r>
    </w:p>
    <w:p w14:paraId="65675C40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2927EC">
        <w:rPr>
          <w:lang w:val="ru-RU"/>
        </w:rPr>
        <w:tab/>
      </w:r>
    </w:p>
    <w:p w14:paraId="494AF452" w14:textId="77777777" w:rsidR="004676B6" w:rsidRDefault="002927EC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</w:p>
    <w:p w14:paraId="5B8BBBF0" w14:textId="77777777" w:rsidR="004676B6" w:rsidRDefault="004676B6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lang w:val="ru-RU"/>
        </w:rPr>
      </w:pPr>
    </w:p>
    <w:p w14:paraId="1AB5D156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70" w:after="0" w:line="286" w:lineRule="auto"/>
        <w:ind w:left="567" w:right="30" w:firstLine="567"/>
        <w:rPr>
          <w:lang w:val="ru-RU"/>
        </w:rPr>
      </w:pP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14:paraId="4C2CA057" w14:textId="77777777" w:rsidR="00C76685" w:rsidRPr="002927EC" w:rsidRDefault="002927EC" w:rsidP="002927EC">
      <w:pPr>
        <w:autoSpaceDE w:val="0"/>
        <w:autoSpaceDN w:val="0"/>
        <w:spacing w:before="262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7100A1C" w14:textId="77777777" w:rsidR="00C76685" w:rsidRPr="002927EC" w:rsidRDefault="002927EC" w:rsidP="002927EC">
      <w:pPr>
        <w:tabs>
          <w:tab w:val="left" w:pos="180"/>
        </w:tabs>
        <w:autoSpaceDE w:val="0"/>
        <w:autoSpaceDN w:val="0"/>
        <w:spacing w:before="118" w:after="0" w:line="286" w:lineRule="auto"/>
        <w:ind w:left="567" w:right="30" w:firstLine="567"/>
        <w:rPr>
          <w:lang w:val="ru-RU"/>
        </w:rPr>
      </w:pP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2927EC">
        <w:rPr>
          <w:lang w:val="ru-RU"/>
        </w:rPr>
        <w:br/>
      </w:r>
      <w:r w:rsidRPr="002927EC">
        <w:rPr>
          <w:lang w:val="ru-RU"/>
        </w:rPr>
        <w:tab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6D60D293" w14:textId="77777777" w:rsidR="00C76685" w:rsidRPr="002927EC" w:rsidRDefault="00C76685" w:rsidP="002927EC">
      <w:pPr>
        <w:autoSpaceDE w:val="0"/>
        <w:autoSpaceDN w:val="0"/>
        <w:spacing w:after="78" w:line="220" w:lineRule="exact"/>
        <w:ind w:left="567" w:right="30" w:firstLine="567"/>
        <w:rPr>
          <w:lang w:val="ru-RU"/>
        </w:rPr>
      </w:pPr>
    </w:p>
    <w:p w14:paraId="367B3BA7" w14:textId="77777777" w:rsidR="00C76685" w:rsidRPr="002927EC" w:rsidRDefault="002927EC" w:rsidP="004676B6">
      <w:pPr>
        <w:autoSpaceDE w:val="0"/>
        <w:autoSpaceDN w:val="0"/>
        <w:spacing w:after="0" w:line="262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30AC3F06" w14:textId="77777777" w:rsidR="00C76685" w:rsidRPr="002927EC" w:rsidRDefault="002927EC" w:rsidP="002927EC">
      <w:pPr>
        <w:autoSpaceDE w:val="0"/>
        <w:autoSpaceDN w:val="0"/>
        <w:spacing w:before="262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AFA9C59" w14:textId="77777777" w:rsidR="00C76685" w:rsidRPr="002927EC" w:rsidRDefault="002927EC" w:rsidP="002927EC">
      <w:pPr>
        <w:autoSpaceDE w:val="0"/>
        <w:autoSpaceDN w:val="0"/>
        <w:spacing w:before="166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2927EC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классе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5B4CF3FF" w14:textId="77777777" w:rsidR="00C76685" w:rsidRPr="002927EC" w:rsidRDefault="002927EC" w:rsidP="002927EC">
      <w:pPr>
        <w:autoSpaceDE w:val="0"/>
        <w:autoSpaceDN w:val="0"/>
        <w:spacing w:before="178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осознавать многообразие языков и культур на территории Российской Федерации, осознавать язык как одну из главных духовно​нравственных ценностей народа;</w:t>
      </w:r>
    </w:p>
    <w:p w14:paraId="32396C88" w14:textId="77777777" w:rsidR="00C76685" w:rsidRPr="002927EC" w:rsidRDefault="002927EC" w:rsidP="00EF354D">
      <w:pPr>
        <w:autoSpaceDE w:val="0"/>
        <w:autoSpaceDN w:val="0"/>
        <w:spacing w:before="190" w:after="0" w:line="262" w:lineRule="auto"/>
        <w:ind w:left="567" w:right="28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14:paraId="600570A6" w14:textId="77777777" w:rsidR="00C76685" w:rsidRPr="002927EC" w:rsidRDefault="002927EC" w:rsidP="002927EC">
      <w:pPr>
        <w:autoSpaceDE w:val="0"/>
        <w:autoSpaceDN w:val="0"/>
        <w:spacing w:before="192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осознавать правильную устную и письменную речь как показатель общей культуры человека;</w:t>
      </w:r>
    </w:p>
    <w:p w14:paraId="4BBF88F0" w14:textId="77777777" w:rsidR="00C76685" w:rsidRPr="002927EC" w:rsidRDefault="002927EC" w:rsidP="002927EC">
      <w:pPr>
        <w:autoSpaceDE w:val="0"/>
        <w:autoSpaceDN w:val="0"/>
        <w:spacing w:before="240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проводить звуко​буквенный разбор слов (в соответствии с предложенным в учебнике алгоритмом);</w:t>
      </w:r>
    </w:p>
    <w:p w14:paraId="0DF549F7" w14:textId="77777777" w:rsidR="00C76685" w:rsidRPr="002927EC" w:rsidRDefault="002927EC" w:rsidP="002927EC">
      <w:pPr>
        <w:autoSpaceDE w:val="0"/>
        <w:autoSpaceDN w:val="0"/>
        <w:spacing w:before="190" w:after="0" w:line="230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подбирать к предложенным словам синонимы; подбирать к предложенным словам антонимы;</w:t>
      </w:r>
    </w:p>
    <w:p w14:paraId="162335FD" w14:textId="77777777" w:rsidR="00C76685" w:rsidRPr="002927EC" w:rsidRDefault="002927EC" w:rsidP="002927EC">
      <w:pPr>
        <w:autoSpaceDE w:val="0"/>
        <w:autoSpaceDN w:val="0"/>
        <w:spacing w:before="190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в речи слова, значение которых требует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уточне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определять значение слова по контексту;</w:t>
      </w:r>
    </w:p>
    <w:p w14:paraId="5FDAF9A8" w14:textId="77777777" w:rsidR="00C76685" w:rsidRPr="002927EC" w:rsidRDefault="002927EC" w:rsidP="002927EC">
      <w:pPr>
        <w:autoSpaceDE w:val="0"/>
        <w:autoSpaceDN w:val="0"/>
        <w:spacing w:before="190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разбор по составу слов с однозначно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выделяе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мыми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морфемами; составлять схему состава слова; соотносить состав слова с представленной схемой;</w:t>
      </w:r>
    </w:p>
    <w:p w14:paraId="6EA89E8F" w14:textId="77777777" w:rsidR="00C76685" w:rsidRPr="002927EC" w:rsidRDefault="002927EC" w:rsidP="002927EC">
      <w:pPr>
        <w:autoSpaceDE w:val="0"/>
        <w:autoSpaceDN w:val="0"/>
        <w:spacing w:before="190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принадлежность слова к определённой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(в объёме изученного) по комплексу освоенных грамматических признаков;</w:t>
      </w:r>
    </w:p>
    <w:p w14:paraId="55D7CFCE" w14:textId="77777777" w:rsidR="00C76685" w:rsidRPr="002927EC" w:rsidRDefault="002927EC" w:rsidP="002927EC">
      <w:pPr>
        <w:autoSpaceDE w:val="0"/>
        <w:autoSpaceDN w:val="0"/>
        <w:spacing w:before="190" w:after="0" w:line="262" w:lineRule="auto"/>
        <w:ind w:left="567" w:right="30" w:firstLine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грамматические признаки имён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существи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​тельных: склонение, род, число, падеж; проводить разбор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име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​ни существительного как части речи;</w:t>
      </w:r>
    </w:p>
    <w:p w14:paraId="534BF56A" w14:textId="77777777" w:rsidR="004676B6" w:rsidRDefault="004676B6" w:rsidP="002927EC">
      <w:pPr>
        <w:autoSpaceDE w:val="0"/>
        <w:autoSpaceDN w:val="0"/>
        <w:spacing w:before="190" w:after="0" w:line="262" w:lineRule="auto"/>
        <w:ind w:left="567" w:right="3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412CCB6" w14:textId="77777777" w:rsidR="00C76685" w:rsidRPr="002927EC" w:rsidRDefault="002927EC" w:rsidP="004676B6">
      <w:pPr>
        <w:autoSpaceDE w:val="0"/>
        <w:autoSpaceDN w:val="0"/>
        <w:spacing w:before="190" w:after="0" w:line="262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определять грамматические признаки имён прилагатель​ных: род (в единственном числе), число, падеж; проводить разбор имени прилагательного как части речи;</w:t>
      </w:r>
    </w:p>
    <w:p w14:paraId="0044167F" w14:textId="77777777" w:rsidR="00C76685" w:rsidRPr="002927EC" w:rsidRDefault="002927EC" w:rsidP="004676B6">
      <w:pPr>
        <w:autoSpaceDE w:val="0"/>
        <w:autoSpaceDN w:val="0"/>
        <w:spacing w:before="190" w:after="0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глаго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лы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настоящем и будущем времени по лицам и числам (спря​гать); проводить разбор глагола как части речи;</w:t>
      </w:r>
    </w:p>
    <w:p w14:paraId="4F1FB857" w14:textId="77777777" w:rsidR="00C76685" w:rsidRPr="002927EC" w:rsidRDefault="002927EC" w:rsidP="004676B6">
      <w:pPr>
        <w:autoSpaceDE w:val="0"/>
        <w:autoSpaceDN w:val="0"/>
        <w:spacing w:before="192" w:after="0" w:line="271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грамматические признаки личного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местоиме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r w:rsidR="004676B6" w:rsidRPr="002927EC">
        <w:rPr>
          <w:rFonts w:ascii="Times New Roman" w:eastAsia="Times New Roman" w:hAnsi="Times New Roman"/>
          <w:color w:val="000000"/>
          <w:sz w:val="24"/>
          <w:lang w:val="ru-RU"/>
        </w:rPr>
        <w:t>начальной форме: лицо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="004676B6" w:rsidRPr="002927EC">
        <w:rPr>
          <w:rFonts w:ascii="Times New Roman" w:eastAsia="Times New Roman" w:hAnsi="Times New Roman"/>
          <w:color w:val="000000"/>
          <w:sz w:val="24"/>
          <w:lang w:val="ru-RU"/>
        </w:rPr>
        <w:t>число, род (у местоимений</w:t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3-го лица в единственном числе); использовать личные место​имения для устранения неоправданных повторов в тексте;</w:t>
      </w:r>
    </w:p>
    <w:p w14:paraId="0EEFAFE9" w14:textId="77777777" w:rsidR="00C76685" w:rsidRPr="002927EC" w:rsidRDefault="002927EC" w:rsidP="004676B6">
      <w:pPr>
        <w:autoSpaceDE w:val="0"/>
        <w:autoSpaceDN w:val="0"/>
        <w:spacing w:before="190" w:after="0" w:line="230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предложение, словосочетание и слово;</w:t>
      </w:r>
    </w:p>
    <w:p w14:paraId="1C3C3864" w14:textId="77777777" w:rsidR="00C76685" w:rsidRPr="002927EC" w:rsidRDefault="002927EC" w:rsidP="004676B6">
      <w:pPr>
        <w:autoSpaceDE w:val="0"/>
        <w:autoSpaceDN w:val="0"/>
        <w:spacing w:before="190" w:after="0" w:line="230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классифицировать предложения по цели высказывания и по эмоциональной окраске;</w:t>
      </w:r>
    </w:p>
    <w:p w14:paraId="4D4C1763" w14:textId="77777777" w:rsidR="00C76685" w:rsidRPr="002927EC" w:rsidRDefault="002927EC" w:rsidP="004676B6">
      <w:pPr>
        <w:autoSpaceDE w:val="0"/>
        <w:autoSpaceDN w:val="0"/>
        <w:spacing w:before="190" w:after="0" w:line="230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различать распространённые и нераспространённые пред​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7B2A209B" w14:textId="77777777" w:rsidR="00C76685" w:rsidRPr="002927EC" w:rsidRDefault="002927EC" w:rsidP="004676B6">
      <w:pPr>
        <w:autoSpaceDE w:val="0"/>
        <w:autoSpaceDN w:val="0"/>
        <w:spacing w:before="190" w:after="0" w:line="262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предложения с однородными членами; со​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ставлять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предложения с однородными членами; использовать предложения с однородными членами в речи;</w:t>
      </w:r>
    </w:p>
    <w:p w14:paraId="1A31CCE0" w14:textId="77777777" w:rsidR="00C76685" w:rsidRPr="002927EC" w:rsidRDefault="002927EC" w:rsidP="004676B6">
      <w:pPr>
        <w:autoSpaceDE w:val="0"/>
        <w:autoSpaceDN w:val="0"/>
        <w:spacing w:before="190" w:after="0" w:line="278" w:lineRule="auto"/>
        <w:ind w:left="567" w:right="30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предложе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без называния терминов);​</w:t>
      </w:r>
    </w:p>
    <w:p w14:paraId="038D7CE1" w14:textId="77777777" w:rsidR="00C76685" w:rsidRPr="002927EC" w:rsidRDefault="00C76685" w:rsidP="002927EC">
      <w:pPr>
        <w:autoSpaceDE w:val="0"/>
        <w:autoSpaceDN w:val="0"/>
        <w:spacing w:after="108" w:line="220" w:lineRule="exact"/>
        <w:ind w:firstLine="567"/>
        <w:rPr>
          <w:lang w:val="ru-RU"/>
        </w:rPr>
      </w:pPr>
    </w:p>
    <w:p w14:paraId="65FC6C7F" w14:textId="77777777" w:rsidR="00C76685" w:rsidRPr="002927EC" w:rsidRDefault="002927EC" w:rsidP="004676B6">
      <w:pPr>
        <w:autoSpaceDE w:val="0"/>
        <w:autoSpaceDN w:val="0"/>
        <w:spacing w:after="0" w:line="307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производить синтаксический разбор простого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предложе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находить место орфограммы в слове и между словами на изученные правила;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изученные правила правописания, в том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чис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ле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: непроверяемые гласные и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, а также кроме собственных имён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существитель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ов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, -ин,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ий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); безударные падежные окончания имён прилагательных; мягкий знак после шипящих на конце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глаго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​лов в форме 2-​го лица единственного числа; наличие или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отсут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ствие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мягкого знака в глаголах на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ться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и -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тся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; безударные личные окончания глаголов; знаки препинания в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предложени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ях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с однородными членами, соединёнными союзами и, а, но и без союзов;</w:t>
      </w:r>
    </w:p>
    <w:p w14:paraId="1FDB3D26" w14:textId="77777777" w:rsidR="004676B6" w:rsidRDefault="002927EC" w:rsidP="004676B6">
      <w:pPr>
        <w:autoSpaceDE w:val="0"/>
        <w:autoSpaceDN w:val="0"/>
        <w:spacing w:before="240" w:after="0" w:line="353" w:lineRule="auto"/>
        <w:ind w:left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правильно списывать тексты объёмом не более 85 слов;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писать под диктовку тексты объёмом не более 80 слов с учётом изученных правил 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правописания;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исправлять орфографические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пунктуацион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ошибки на изученные правила, описки;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осознавать ситуацию общения (с какой целью, с кем, где происходит общение); выбирать адекватные языковые средства в ситуации общения;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устное диалогическое и монологическое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высказы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вание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 (4—6 предложений), </w:t>
      </w:r>
    </w:p>
    <w:p w14:paraId="38C59BB1" w14:textId="77777777" w:rsidR="004676B6" w:rsidRDefault="004676B6" w:rsidP="004676B6">
      <w:pPr>
        <w:autoSpaceDE w:val="0"/>
        <w:autoSpaceDN w:val="0"/>
        <w:spacing w:before="240" w:after="0" w:line="353" w:lineRule="auto"/>
        <w:ind w:left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FF2BAAF" w14:textId="77777777" w:rsidR="00C76685" w:rsidRPr="002927EC" w:rsidRDefault="002927EC" w:rsidP="004676B6">
      <w:pPr>
        <w:autoSpaceDE w:val="0"/>
        <w:autoSpaceDN w:val="0"/>
        <w:spacing w:before="240" w:after="0" w:line="353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соблюдая орфоэпические нормы, правильную интонацию, нормы речевого взаимодействия;—  создавать небольшие устные и письменные тексты (3— 5 предложений) для конкретной ситуации письменного общения (письма, поздравительные открытки, объявления и др.);—  определять тему и основную мысль текста;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самостоятель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​но озаглавливать текст с опорой на тему или основную мысль;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порядок предложений и частей текста;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к заданным текстам;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подробный пересказ текста (устно и 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менно</w:t>
      </w:r>
      <w:proofErr w:type="spellEnd"/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);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выборочный пересказ текста (устно);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писать (после предварительной подготовки) сочинения по заданным темам;</w:t>
      </w:r>
    </w:p>
    <w:p w14:paraId="6DF075D5" w14:textId="77777777" w:rsidR="00C76685" w:rsidRPr="002927EC" w:rsidRDefault="002927EC" w:rsidP="004676B6">
      <w:pPr>
        <w:autoSpaceDE w:val="0"/>
        <w:autoSpaceDN w:val="0"/>
        <w:spacing w:before="238" w:after="0" w:line="317" w:lineRule="auto"/>
        <w:ind w:left="567"/>
        <w:rPr>
          <w:lang w:val="ru-RU"/>
        </w:rPr>
      </w:pP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ознакомительное, изучающее чтение, по​иск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</w:t>
      </w:r>
      <w:r w:rsidRPr="002927EC">
        <w:rPr>
          <w:lang w:val="ru-RU"/>
        </w:rPr>
        <w:br/>
      </w:r>
      <w:r w:rsidRPr="002927EC">
        <w:rPr>
          <w:rFonts w:ascii="Times New Roman" w:eastAsia="Times New Roman" w:hAnsi="Times New Roman"/>
          <w:color w:val="000000"/>
          <w:sz w:val="24"/>
          <w:lang w:val="ru-RU"/>
        </w:rPr>
        <w:t>—  объяснять своими словами значение изученных понятий; использовать изученные понятия;—  уточнять значение слова с помощью толкового словаря (на бумажном и электронном носителе), в Интернете в условиях контролируемого входа.</w:t>
      </w:r>
    </w:p>
    <w:p w14:paraId="3CE5574D" w14:textId="77777777" w:rsidR="00C76685" w:rsidRPr="002927EC" w:rsidRDefault="00C76685">
      <w:pPr>
        <w:rPr>
          <w:lang w:val="ru-RU"/>
        </w:rPr>
        <w:sectPr w:rsidR="00C76685" w:rsidRPr="002927EC">
          <w:pgSz w:w="11900" w:h="16840"/>
          <w:pgMar w:top="328" w:right="690" w:bottom="1344" w:left="1086" w:header="720" w:footer="720" w:gutter="0"/>
          <w:cols w:space="720" w:equalWidth="0">
            <w:col w:w="10124" w:space="0"/>
          </w:cols>
          <w:docGrid w:linePitch="360"/>
        </w:sectPr>
      </w:pPr>
    </w:p>
    <w:p w14:paraId="4553069B" w14:textId="77777777" w:rsidR="00C76685" w:rsidRPr="002927EC" w:rsidRDefault="00C76685">
      <w:pPr>
        <w:autoSpaceDE w:val="0"/>
        <w:autoSpaceDN w:val="0"/>
        <w:spacing w:after="64" w:line="220" w:lineRule="exact"/>
        <w:rPr>
          <w:lang w:val="ru-RU"/>
        </w:rPr>
      </w:pPr>
    </w:p>
    <w:p w14:paraId="1D3135C9" w14:textId="77777777" w:rsidR="00C76685" w:rsidRDefault="002927EC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14:paraId="3F2B68AF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932D2" w14:textId="77777777" w:rsidR="00C76685" w:rsidRDefault="002927EC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4F4AC1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384E4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DC9D6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4FAA0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F8478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9E037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C76685" w14:paraId="216E3598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DF15" w14:textId="77777777" w:rsidR="00C76685" w:rsidRDefault="00C7668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1CD9" w14:textId="77777777" w:rsidR="00C76685" w:rsidRDefault="00C76685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159D2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F8E7C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9D033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2912" w14:textId="77777777" w:rsidR="00C76685" w:rsidRDefault="00C7668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63BD" w14:textId="77777777" w:rsidR="00C76685" w:rsidRDefault="00C7668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3F73" w14:textId="77777777" w:rsidR="00C76685" w:rsidRDefault="00C7668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E6EE" w14:textId="77777777" w:rsidR="00C76685" w:rsidRDefault="00C76685"/>
        </w:tc>
      </w:tr>
      <w:tr w:rsidR="00C76685" w:rsidRPr="00173123" w14:paraId="64C396D5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AC8BC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1. </w:t>
            </w:r>
            <w:r w:rsidRPr="002927E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Сведения о русском языке</w:t>
            </w:r>
          </w:p>
        </w:tc>
      </w:tr>
      <w:tr w:rsidR="00C76685" w:rsidRPr="00173123" w14:paraId="3997CF48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E4E9C" w14:textId="77777777" w:rsidR="00C76685" w:rsidRDefault="002927EC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A795D" w14:textId="77777777" w:rsidR="00C76685" w:rsidRPr="002927EC" w:rsidRDefault="002927EC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Русский язык как язык межнационального общения.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E8B39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FEA84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49782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6509A0" w14:textId="77777777" w:rsidR="00C76685" w:rsidRDefault="002927EC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F3030" w14:textId="77777777" w:rsidR="00C76685" w:rsidRPr="002927EC" w:rsidRDefault="002927EC">
            <w:pPr>
              <w:autoSpaceDE w:val="0"/>
              <w:autoSpaceDN w:val="0"/>
              <w:spacing w:before="80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«Почему каждому народу важно сохранять свой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язык? Как общаться разным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народам, проживающим в одной стране?», в ходе диалога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формулируются суждения 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многообразии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языково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​го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пространства России и о значении русского языка как языка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межнационального общения;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8A550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ABBE9" w14:textId="77777777" w:rsidR="00C76685" w:rsidRPr="002927EC" w:rsidRDefault="002927EC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Уроки Кирилла и Мефодия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</w:p>
        </w:tc>
      </w:tr>
      <w:tr w:rsidR="00C76685" w:rsidRPr="00173123" w14:paraId="29A24F42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7DDBE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27AAC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различными методами познания языка: наблюдение, анализ, лингвистический эксперимент, мини-исследование, проект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8D84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CD8D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7251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F6D428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6013C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возможности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использования лингвистического мини​-исследования, проектного задания как методов изучения языка;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A3AA0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8188B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Информационные таблицы; 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в 4 классе</w:t>
            </w:r>
          </w:p>
        </w:tc>
      </w:tr>
      <w:tr w:rsidR="00C76685" w14:paraId="01535743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76AB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6FE1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42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DECD3" w14:textId="77777777" w:rsidR="00C76685" w:rsidRDefault="00C76685"/>
        </w:tc>
      </w:tr>
      <w:tr w:rsidR="00C76685" w14:paraId="4D8E96F1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75B8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 и графика</w:t>
            </w:r>
          </w:p>
        </w:tc>
      </w:tr>
      <w:tr w:rsidR="00C76685" w:rsidRPr="00173123" w14:paraId="241C4096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18592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E3311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Характеристика, сравнение, классификация звуков вне слова и в слове по заданным параметрам.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E9E4EB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01217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2ECF8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9E69A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E042D6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предложенного алгоритма звуко​буквен​ного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разбора;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101FA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правильность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выполнения работы; находить ошибки;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исправлять их;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причину ошибок.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5D153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в 4 классе</w:t>
            </w:r>
          </w:p>
        </w:tc>
      </w:tr>
      <w:tr w:rsidR="00C76685" w:rsidRPr="00173123" w14:paraId="3FA56E12" w14:textId="77777777">
        <w:trPr>
          <w:trHeight w:hRule="exact" w:val="25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66F77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F122E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Звуко-буквенный разбор слова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9428E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B253D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0855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7BE34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8D73D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720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устная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 звуков по заданным признакам;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60CDC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выбор буквы.</w:t>
            </w:r>
          </w:p>
          <w:p w14:paraId="27F83BA0" w14:textId="77777777" w:rsidR="00C76685" w:rsidRPr="002927EC" w:rsidRDefault="002927EC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слова на основании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определения места орфограммы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слове.</w:t>
            </w:r>
          </w:p>
          <w:p w14:paraId="79142B95" w14:textId="77777777" w:rsidR="00C76685" w:rsidRPr="002927EC" w:rsidRDefault="002927EC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Преобразовывать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транскрипцию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буквенную запись.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D8F7C1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ресурс для работы в 4 классе</w:t>
            </w:r>
          </w:p>
        </w:tc>
      </w:tr>
      <w:tr w:rsidR="00C76685" w14:paraId="1F80C0EB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C82E7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6B401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46D44" w14:textId="77777777" w:rsidR="00C76685" w:rsidRDefault="00C76685"/>
        </w:tc>
      </w:tr>
      <w:tr w:rsidR="00C76685" w14:paraId="2219B927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5AA79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Лексика</w:t>
            </w:r>
          </w:p>
        </w:tc>
      </w:tr>
    </w:tbl>
    <w:p w14:paraId="4FE0D4CC" w14:textId="77777777" w:rsidR="00C76685" w:rsidRDefault="00C76685">
      <w:pPr>
        <w:autoSpaceDE w:val="0"/>
        <w:autoSpaceDN w:val="0"/>
        <w:spacing w:after="0" w:line="14" w:lineRule="exact"/>
      </w:pPr>
    </w:p>
    <w:p w14:paraId="7F5088D2" w14:textId="77777777" w:rsidR="00C76685" w:rsidRDefault="00C76685">
      <w:pPr>
        <w:sectPr w:rsidR="00C76685">
          <w:pgSz w:w="16840" w:h="11900"/>
          <w:pgMar w:top="282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F9DE403" w14:textId="77777777" w:rsidR="00C76685" w:rsidRDefault="00C7668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14:paraId="2BD2D1C5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12D84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C0669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E9B8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1320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A1CC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EC207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20.12.2022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67F2D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ряда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синони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мов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слова, которое подходит для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заполнения пропуска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предложении текста, объяснение своего выбора;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9CC46" w14:textId="77777777" w:rsidR="00C76685" w:rsidRDefault="002927EC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Диагностическая работа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(промежуточная аттестация);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E549F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Русский язык.</w:t>
            </w:r>
          </w:p>
          <w:p w14:paraId="1EA144A3" w14:textId="77777777" w:rsidR="00C76685" w:rsidRDefault="002927EC">
            <w:pPr>
              <w:autoSpaceDE w:val="0"/>
              <w:autoSpaceDN w:val="0"/>
              <w:spacing w:before="20" w:after="0" w:line="247" w:lineRule="auto"/>
              <w:ind w:left="72" w:right="144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образовательный ресурс для работы в классе.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</w:tr>
      <w:tr w:rsidR="00C76685" w14:paraId="4366B2A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64104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9171C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использованием в речи фразеологизмов (простые случаи)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8732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65AD0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6A78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0562F9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22.11.2022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2B323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со словарём фразеоло​</w:t>
            </w:r>
            <w:r w:rsidRPr="002927EC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гизмов, выписывание значений 2—3 фразеологизмов;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F26E5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40F95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Уроки Кирилла и Мефодия. Русский язык.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(СD).</w:t>
            </w:r>
          </w:p>
        </w:tc>
      </w:tr>
      <w:tr w:rsidR="00C76685" w14:paraId="69280C3F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07D3E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1A5CB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2104C" w14:textId="77777777" w:rsidR="00C76685" w:rsidRDefault="00C76685"/>
        </w:tc>
      </w:tr>
      <w:tr w:rsidR="00C76685" w14:paraId="5B9B64E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AC885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Состав слова (морфемика)</w:t>
            </w:r>
          </w:p>
        </w:tc>
      </w:tr>
      <w:tr w:rsidR="00C76685" w:rsidRPr="00173123" w14:paraId="718DFA5B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B5399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318AE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Повторение: состав изменяемых слов, выделение в словах с однозначно выделяемыми морфемами окончания, корня, приставки, суффикса.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6AE0A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FA5E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B601C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2F500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DF13E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проведение по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предложенному алгоритму разбора слова по составу;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морфологический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разбор слова;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правильность его проведения;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CB541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диктант с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грамматическим заданием;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287BC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Образовательных Ресурсов: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C76685" w:rsidRPr="00173123" w14:paraId="71652936" w14:textId="77777777">
        <w:trPr>
          <w:trHeight w:hRule="exact" w:val="18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A64B3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619BE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Основа слова. Состав неизменяемых слов (ознакомление).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66B7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554B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11D2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7F4B9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446B5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поиск ошибок в разборе слова по составу;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Словарный диктант;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895E01" w14:textId="77777777" w:rsidR="00C76685" w:rsidRPr="002927EC" w:rsidRDefault="002927EC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Интерес 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предметно-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исследовательской деятельности;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учебнике и учебных пособиях.;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81471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Единая коллекция Цифровых Образовательных Ресурсов: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C76685" w:rsidRPr="00173123" w14:paraId="4CC0BD86" w14:textId="77777777">
        <w:trPr>
          <w:trHeight w:hRule="exact" w:val="20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AE79D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45A8F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D308B3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19252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71EB8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244E5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9ED0B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 суффиксами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глаголов в начальной форме и в форме прошедшего времени.;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78F8C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Классифицировать глаголы по разным основаниям.</w:t>
            </w:r>
          </w:p>
          <w:p w14:paraId="7B7AAB72" w14:textId="77777777" w:rsidR="00C76685" w:rsidRPr="002927EC" w:rsidRDefault="002927EC">
            <w:pPr>
              <w:autoSpaceDE w:val="0"/>
              <w:autoSpaceDN w:val="0"/>
              <w:spacing w:before="20" w:after="0" w:line="250" w:lineRule="auto"/>
              <w:ind w:left="72" w:right="43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Редактировать текст;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изменяя время глагола.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104075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Русский язык.</w:t>
            </w:r>
          </w:p>
          <w:p w14:paraId="06858EB7" w14:textId="77777777" w:rsidR="00C76685" w:rsidRPr="002927EC" w:rsidRDefault="002927EC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классе.4класс.</w:t>
            </w:r>
          </w:p>
        </w:tc>
      </w:tr>
      <w:tr w:rsidR="00C76685" w14:paraId="21736710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39C9E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0C123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2D5DE" w14:textId="77777777" w:rsidR="00C76685" w:rsidRDefault="00C76685"/>
        </w:tc>
      </w:tr>
      <w:tr w:rsidR="00C76685" w14:paraId="003B16AB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59A3E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Морфология</w:t>
            </w:r>
          </w:p>
        </w:tc>
      </w:tr>
      <w:tr w:rsidR="00C76685" w14:paraId="00F0803E" w14:textId="77777777">
        <w:trPr>
          <w:trHeight w:hRule="exact" w:val="14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13EF0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86C75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Части речи самостоятельные и служебные.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5A2B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F2023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0D5A1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03F14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B0C7F1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соотнесение слов и наборов их грамматических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доказывать правильность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написания слова с изученными орфограммами.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3550B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ошибки; недочёты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исправлять их.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287CD" w14:textId="77777777" w:rsidR="00C76685" w:rsidRDefault="002927EC">
            <w:pPr>
              <w:autoSpaceDE w:val="0"/>
              <w:autoSpaceDN w:val="0"/>
              <w:spacing w:before="76" w:after="0" w:line="245" w:lineRule="auto"/>
              <w:ind w:left="72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Уроки Кирилла и Мефодия. Русский язык.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(СD).</w:t>
            </w:r>
          </w:p>
        </w:tc>
      </w:tr>
    </w:tbl>
    <w:p w14:paraId="257489EA" w14:textId="77777777" w:rsidR="00C76685" w:rsidRDefault="00C76685">
      <w:pPr>
        <w:autoSpaceDE w:val="0"/>
        <w:autoSpaceDN w:val="0"/>
        <w:spacing w:after="0" w:line="14" w:lineRule="exact"/>
      </w:pPr>
    </w:p>
    <w:p w14:paraId="02DBA31D" w14:textId="77777777" w:rsidR="00C76685" w:rsidRDefault="00C76685">
      <w:pPr>
        <w:sectPr w:rsidR="00C76685">
          <w:pgSz w:w="16840" w:h="11900"/>
          <w:pgMar w:top="284" w:right="640" w:bottom="40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F0D4AFE" w14:textId="77777777" w:rsidR="00C76685" w:rsidRDefault="00C7668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:rsidRPr="00173123" w14:paraId="54583236" w14:textId="7777777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02BDFD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F858E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Имя существительное. Повторение: склонение имён существительных; имена существительные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1, 2, 3-го склонения.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348C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B592C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8E26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22EBB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7A775" w14:textId="77777777" w:rsidR="00C76685" w:rsidRPr="002927EC" w:rsidRDefault="002927EC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задания, связанного с выбором основания для сравнения слов, относящихся к одной части речи, но различающихся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грамматическими признаками</w:t>
            </w:r>
            <w:r w:rsidR="00EF354D"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находить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слова по заданному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основанию.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00029" w14:textId="77777777" w:rsidR="00C76685" w:rsidRDefault="002927EC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Словарная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2D167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7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уроков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«Начальная школа»: </w:t>
            </w:r>
            <w:r w:rsidRPr="002927E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about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/19356</w:t>
            </w:r>
          </w:p>
        </w:tc>
      </w:tr>
      <w:tr w:rsidR="00C76685" w14:paraId="50AD6B93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B1AA2" w14:textId="77777777" w:rsidR="00C76685" w:rsidRDefault="002927E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98A99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Несклоняемые имена существительные (ознакомление).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6EFF2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7FBAA8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88B29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F6C59" w14:textId="77777777" w:rsidR="00C76685" w:rsidRDefault="002927E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C84F9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соотнесение слов и наборов их грамматических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61ADA" w14:textId="77777777" w:rsidR="00C76685" w:rsidRDefault="002927EC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0E13A" w14:textId="77777777" w:rsidR="00C76685" w:rsidRDefault="002927EC">
            <w:pPr>
              <w:autoSpaceDE w:val="0"/>
              <w:autoSpaceDN w:val="0"/>
              <w:spacing w:before="76" w:after="0" w:line="245" w:lineRule="auto"/>
              <w:ind w:left="72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Уроки Кирилла и Мефодия. Русский язык.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(СD).</w:t>
            </w:r>
          </w:p>
        </w:tc>
      </w:tr>
      <w:tr w:rsidR="00C76685" w:rsidRPr="00173123" w14:paraId="38FAFD91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4C9C2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CEBC5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Имя прилагательное. Повторение: зависимость формы имени прилагательного от формы имени существительного.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DCBAC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B369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90B2D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EA786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D81FE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«Части речи», анализ содержания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табли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цы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основания для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сравнения слов, относящих​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ся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разным частям речи;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написание падежных окончаний имён прилагательных.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0BD98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Диктант;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Списывание с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грамматическим заданием;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665A1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Русский язык.</w:t>
            </w:r>
          </w:p>
          <w:p w14:paraId="1715C388" w14:textId="77777777" w:rsidR="00C76685" w:rsidRPr="002927EC" w:rsidRDefault="002927EC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классе.4класс.</w:t>
            </w:r>
          </w:p>
        </w:tc>
      </w:tr>
      <w:tr w:rsidR="00C76685" w:rsidRPr="00173123" w14:paraId="28FB9DFC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DE7041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53984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Склонение имён прилагательных во множественном числе.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C56D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D5B4A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3FB2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6D5C5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3AECC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определение грамматических призна​ков имён прилагательных;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собственные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действия при работе по образцу;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15A5D8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синтаксическую функцию имён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прилагательных.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83239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7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уроков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«Начальная школа»: </w:t>
            </w:r>
            <w:r w:rsidRPr="002927E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about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/19356</w:t>
            </w:r>
          </w:p>
        </w:tc>
      </w:tr>
      <w:tr w:rsidR="00C76685" w:rsidRPr="00173123" w14:paraId="6C6B6AD5" w14:textId="77777777">
        <w:trPr>
          <w:trHeight w:hRule="exact" w:val="188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887E4" w14:textId="77777777" w:rsidR="00C76685" w:rsidRDefault="002927E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51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20A47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8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Местоимение. Личные местоимения. Повторение: личные местоимения 1-го и 3-го лица единственного и множественного числа; склонение личных местоимений.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40EE1A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B5102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F9357" w14:textId="77777777" w:rsidR="00C76685" w:rsidRDefault="002927E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453BC" w14:textId="77777777" w:rsidR="00C76685" w:rsidRDefault="002927E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</w:t>
            </w:r>
          </w:p>
        </w:tc>
        <w:tc>
          <w:tcPr>
            <w:tcW w:w="25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D390C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поиск ошибок в проведении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разбора слова как части речи;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местоимения-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существительные и местоимения-прилагательные;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группировать слова по данному основанию;</w:t>
            </w:r>
          </w:p>
        </w:tc>
        <w:tc>
          <w:tcPr>
            <w:tcW w:w="15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274D4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местоимения-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существительные и местоимения-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прилагательные;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слова по данному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основанию. ;</w:t>
            </w:r>
          </w:p>
        </w:tc>
        <w:tc>
          <w:tcPr>
            <w:tcW w:w="21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8990C" w14:textId="77777777" w:rsidR="00C76685" w:rsidRPr="002927EC" w:rsidRDefault="002927EC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Русский язык.</w:t>
            </w:r>
          </w:p>
          <w:p w14:paraId="36942565" w14:textId="77777777" w:rsidR="00C76685" w:rsidRPr="002927EC" w:rsidRDefault="002927EC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классе.4класс.</w:t>
            </w:r>
          </w:p>
        </w:tc>
      </w:tr>
      <w:tr w:rsidR="00C76685" w14:paraId="4997ACF0" w14:textId="77777777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E50BB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5.7.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C10BE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спряжения глаголов.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B17C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BDD1A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DDD9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A33E9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02.11.2022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63B25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Комментированное выполнение задания: соотнесение глаголов и их грамматических характеристик</w:t>
            </w:r>
            <w:r w:rsidR="00EF354D"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задавать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вопросы к глаголам.</w:t>
            </w:r>
          </w:p>
          <w:p w14:paraId="21D801EA" w14:textId="77777777" w:rsidR="00C76685" w:rsidRPr="002927EC" w:rsidRDefault="002927EC">
            <w:pPr>
              <w:autoSpaceDE w:val="0"/>
              <w:autoSpaceDN w:val="0"/>
              <w:spacing w:before="20" w:after="0" w:line="230" w:lineRule="auto"/>
              <w:jc w:val="center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за значением глаголов.</w:t>
            </w:r>
          </w:p>
          <w:p w14:paraId="76CE3111" w14:textId="77777777" w:rsidR="00C76685" w:rsidRPr="002927EC" w:rsidRDefault="002927EC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Распределять слова по группам.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D48D1" w14:textId="77777777" w:rsidR="00C76685" w:rsidRPr="002927EC" w:rsidRDefault="002927EC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собственные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действия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соответствии с алгоритмом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написания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изложений.;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F6CA4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Детский энциклопедический словарь (CD).</w:t>
            </w:r>
          </w:p>
        </w:tc>
      </w:tr>
    </w:tbl>
    <w:p w14:paraId="5AD25977" w14:textId="77777777" w:rsidR="00C76685" w:rsidRDefault="00C76685">
      <w:pPr>
        <w:autoSpaceDE w:val="0"/>
        <w:autoSpaceDN w:val="0"/>
        <w:spacing w:after="0" w:line="14" w:lineRule="exact"/>
      </w:pPr>
    </w:p>
    <w:p w14:paraId="52BF01BF" w14:textId="77777777" w:rsidR="00C76685" w:rsidRDefault="00C76685">
      <w:pPr>
        <w:sectPr w:rsidR="00C76685">
          <w:pgSz w:w="16840" w:h="11900"/>
          <w:pgMar w:top="284" w:right="640" w:bottom="115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4B2DC39" w14:textId="77777777" w:rsidR="00C76685" w:rsidRDefault="00C7668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:rsidRPr="00173123" w14:paraId="4F18904B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73665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5.8.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EA9AA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Наречие (общее представление). Значение, вопросы, употребление в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FCAF4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9D79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FC94B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A0022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419E8" w14:textId="77777777" w:rsidR="00C76685" w:rsidRDefault="002927EC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наречиями: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значения и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2927EC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ностей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употребления наречий в речи;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морфологические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признаки и синтаксическую </w:t>
            </w:r>
            <w:r w:rsidRPr="002927EC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функцию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наречий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C29A64" w14:textId="77777777" w:rsidR="00C76685" w:rsidRPr="002927EC" w:rsidRDefault="002927EC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«Оценочного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функционированием наречий в составе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словосочетаний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предложений.;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9E89D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Русский язык.</w:t>
            </w:r>
          </w:p>
          <w:p w14:paraId="244D934C" w14:textId="77777777" w:rsidR="00C76685" w:rsidRPr="002927EC" w:rsidRDefault="002927EC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классе.4класс.</w:t>
            </w:r>
          </w:p>
        </w:tc>
      </w:tr>
      <w:tr w:rsidR="00C76685" w:rsidRPr="00173123" w14:paraId="5A2B606D" w14:textId="7777777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4643C" w14:textId="77777777" w:rsidR="00C76685" w:rsidRDefault="002927EC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5.9.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64D94" w14:textId="77777777" w:rsidR="00C76685" w:rsidRPr="002927EC" w:rsidRDefault="002927EC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Предлог. Повторение: отличие предлогов от приставок.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B034E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A8753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659A4" w14:textId="77777777" w:rsidR="00C76685" w:rsidRDefault="002927E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99DEE" w14:textId="77777777" w:rsidR="00C76685" w:rsidRDefault="002927EC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C7387" w14:textId="77777777" w:rsidR="00C76685" w:rsidRPr="002927EC" w:rsidRDefault="002927EC">
            <w:pPr>
              <w:autoSpaceDE w:val="0"/>
              <w:autoSpaceDN w:val="0"/>
              <w:spacing w:before="80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группировка слов на основании того, какой частью речи они являются;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необходимый информации в орфографическом словаре учебника.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8C121" w14:textId="77777777" w:rsidR="00C76685" w:rsidRPr="002927EC" w:rsidRDefault="002927EC">
            <w:pPr>
              <w:autoSpaceDE w:val="0"/>
              <w:autoSpaceDN w:val="0"/>
              <w:spacing w:before="80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Интерес 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предметно-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исследовательской деятельности;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учебнике и учебных пособиях.;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60CF1" w14:textId="77777777" w:rsidR="00C76685" w:rsidRPr="002927EC" w:rsidRDefault="002927EC">
            <w:pPr>
              <w:autoSpaceDE w:val="0"/>
              <w:autoSpaceDN w:val="0"/>
              <w:spacing w:before="80" w:after="0" w:line="250" w:lineRule="auto"/>
              <w:ind w:left="72" w:right="7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уроков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«Начальная школа»: </w:t>
            </w:r>
            <w:r w:rsidRPr="002927E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about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/19356</w:t>
            </w:r>
          </w:p>
        </w:tc>
      </w:tr>
      <w:tr w:rsidR="00C76685" w:rsidRPr="00173123" w14:paraId="20233A20" w14:textId="77777777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F1E7F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5.10.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1D35E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Союз; союзы и, а, но в простых и сложных предложениях.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67FD6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13018C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F124D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E07E3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E1694D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Дифференцированное задание: классификация частей речи по признаку (самостоятельные и служебные части речи);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1A702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2927EC">
              <w:rPr>
                <w:lang w:val="ru-RU"/>
              </w:rPr>
              <w:br/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использованием«Оценочного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листа»;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собственные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действия при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списывании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предложений с пропущенными знаками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препинания.;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0D11E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7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уроков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«Начальная школа»: </w:t>
            </w:r>
            <w:r w:rsidRPr="002927E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about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/19356</w:t>
            </w:r>
          </w:p>
        </w:tc>
      </w:tr>
      <w:tr w:rsidR="00C76685" w14:paraId="6750D7D2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9A962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3BA38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Частица не, её значение (повторение)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BB0DD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ECF9CE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846C7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00C33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E0B415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Комментированное выполнение задания: соотнесение глаголов и их грамматических характеристик</w:t>
            </w:r>
            <w:r w:rsidR="00EF354D"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наблюдать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за языковым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материалом;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формулировать вывод о написании частицы не с глаголами. 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93BE8" w14:textId="77777777" w:rsidR="00C76685" w:rsidRPr="002927EC" w:rsidRDefault="002927EC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за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языковым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материалом;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вывод о написании частицы не с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глаголами. 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C088D" w14:textId="77777777" w:rsidR="00C76685" w:rsidRDefault="002927EC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Детский энциклопедический словарь (CD).</w:t>
            </w:r>
          </w:p>
        </w:tc>
      </w:tr>
      <w:tr w:rsidR="00C76685" w14:paraId="0C7AED6A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481E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798D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36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F2C80" w14:textId="77777777" w:rsidR="00C76685" w:rsidRDefault="00C76685"/>
        </w:tc>
      </w:tr>
      <w:tr w:rsidR="00C76685" w14:paraId="145D9DA4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F2B6D9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Синтаксис</w:t>
            </w:r>
          </w:p>
        </w:tc>
      </w:tr>
      <w:tr w:rsidR="00C76685" w:rsidRPr="00173123" w14:paraId="4EB3AC16" w14:textId="77777777">
        <w:trPr>
          <w:trHeight w:hRule="exact" w:val="14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56B40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06BD0" w14:textId="77777777" w:rsidR="00C76685" w:rsidRPr="002927EC" w:rsidRDefault="002927EC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Повторение: слово, сочетание слов (словосочетание) и предложение, осознание их сходства и различий; виды предложений по цели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предложении (при помощи смысловых вопросов); распространённые и нераспространённые предложения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4E42D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2757A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1AF1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63900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5B1AE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классификация предложений по цели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высказывания и эмоциональной окраске;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E43A4" w14:textId="77777777" w:rsidR="00C76685" w:rsidRDefault="002927EC">
            <w:pPr>
              <w:autoSpaceDE w:val="0"/>
              <w:autoSpaceDN w:val="0"/>
              <w:spacing w:before="78" w:after="0" w:line="247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5C5D7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</w:tbl>
    <w:p w14:paraId="5DDD9FE2" w14:textId="77777777" w:rsidR="00C76685" w:rsidRPr="002927EC" w:rsidRDefault="00C76685">
      <w:pPr>
        <w:autoSpaceDE w:val="0"/>
        <w:autoSpaceDN w:val="0"/>
        <w:spacing w:after="0" w:line="14" w:lineRule="exact"/>
        <w:rPr>
          <w:lang w:val="ru-RU"/>
        </w:rPr>
      </w:pPr>
    </w:p>
    <w:p w14:paraId="1A4B7D6A" w14:textId="77777777" w:rsidR="00C76685" w:rsidRPr="002927EC" w:rsidRDefault="00C76685">
      <w:pPr>
        <w:rPr>
          <w:lang w:val="ru-RU"/>
        </w:rPr>
        <w:sectPr w:rsidR="00C76685" w:rsidRPr="002927EC">
          <w:pgSz w:w="16840" w:h="11900"/>
          <w:pgMar w:top="284" w:right="640" w:bottom="69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D171CF4" w14:textId="77777777" w:rsidR="00C76685" w:rsidRPr="002927EC" w:rsidRDefault="00C76685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:rsidRPr="00173123" w14:paraId="28F626A8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EA77D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C40FF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514"/>
              <w:jc w:val="both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с однородными членами: без союзов, с союзами </w:t>
            </w:r>
            <w:r w:rsidRPr="002927EC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а, но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 одиночным союзом </w:t>
            </w:r>
            <w:r w:rsidRPr="002927EC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и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Интонация перечисления в предложениях с однородными членами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667A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826208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79EE0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6ECA4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10.04.2023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10D52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соотнесение изученных понятий (однородные члены предложения, сложное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предложение) с примерами;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68D00B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работа;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алгоритмом;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1F3E4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:rsidRPr="00173123" w14:paraId="78EDE3F0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5B0AF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7DF26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Простое и сложное предложение (ознакомление). Сложные предложения: сложносочинённые с союзами </w:t>
            </w:r>
            <w:r w:rsidRPr="002927EC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и, а, но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бессоюзные сложные предложения (без называния терминов)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889C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A4A0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67A88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78FA4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E776C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классификация предложений по цели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высказывания и эмоциональной окраске;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F832D8" w14:textId="77777777" w:rsidR="00C76685" w:rsidRDefault="002927EC">
            <w:pPr>
              <w:autoSpaceDE w:val="0"/>
              <w:autoSpaceDN w:val="0"/>
              <w:spacing w:before="78" w:after="0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 Практическое занятие;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33C52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14:paraId="4F7DD37D" w14:textId="77777777">
        <w:trPr>
          <w:trHeight w:hRule="exact" w:val="350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E64CC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7DD4A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2FB42" w14:textId="77777777" w:rsidR="00C76685" w:rsidRDefault="00C76685"/>
        </w:tc>
      </w:tr>
      <w:tr w:rsidR="00C76685" w14:paraId="6380FAED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74B5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Орфография и пунктуация</w:t>
            </w:r>
          </w:p>
        </w:tc>
      </w:tr>
      <w:tr w:rsidR="00C76685" w:rsidRPr="00173123" w14:paraId="74C35DC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73F25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E619C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3581D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84473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6C98C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EA434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E160A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группировка слов по типу орфограммы;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0627D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2927EC">
              <w:rPr>
                <w:lang w:val="ru-RU"/>
              </w:rPr>
              <w:br/>
            </w:r>
            <w:r w:rsidR="00EF354D"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F1B9E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:rsidRPr="00173123" w14:paraId="52E096EC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286C6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912CD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Формирование орфографической зоркости: осознание места возможного возникновения орфографической ошибки, использование различных способов решения орфографической задачи в зависимости от места орфограммы в слове.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3172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BA3A9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24D4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C8B0B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EF970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Самоконтроль правильности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записи текста, нахождение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неправильно записанных слов и исправление собственных ошибок;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432BA" w14:textId="77777777" w:rsidR="00C76685" w:rsidRDefault="002927EC">
            <w:pPr>
              <w:autoSpaceDE w:val="0"/>
              <w:autoSpaceDN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Контрольное списывание;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AD8EC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14:paraId="0FD33444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AB6A0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CD843" w14:textId="77777777" w:rsidR="00C76685" w:rsidRDefault="002927EC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орфографического словаря для определения (уточнения) написания слова.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Формирование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действия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проверке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собственных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16EC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3026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F57BF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614AC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405F7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Создание ситуации для оценки своих возможностей: вы​бор упражнений на закрепление орфографического мате​риала;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5BBC2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0D1F3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CD Детский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энциклопедический словарь</w:t>
            </w:r>
          </w:p>
        </w:tc>
      </w:tr>
      <w:tr w:rsidR="00C76685" w:rsidRPr="00173123" w14:paraId="78A884BB" w14:textId="77777777">
        <w:trPr>
          <w:trHeight w:hRule="exact" w:val="226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8D824" w14:textId="77777777" w:rsidR="00C76685" w:rsidRDefault="002927E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51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8A2D7" w14:textId="77777777" w:rsidR="00C76685" w:rsidRPr="002927EC" w:rsidRDefault="002927EC">
            <w:pPr>
              <w:autoSpaceDE w:val="0"/>
              <w:autoSpaceDN w:val="0"/>
              <w:spacing w:before="74" w:after="0" w:line="254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Ознакомление с правилами правописания и их применение: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безударные падежные окончания имён существительных (кроме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 на </w:t>
            </w:r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мя</w:t>
            </w:r>
            <w:proofErr w:type="spellEnd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ий</w:t>
            </w:r>
            <w:proofErr w:type="spellEnd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ие</w:t>
            </w:r>
            <w:proofErr w:type="spellEnd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ия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а также кроме собственных имён существительных на 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ов</w:t>
            </w:r>
            <w:proofErr w:type="spellEnd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-ин, 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ий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безударные падежные окончания имён прилагательных;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мягкий знак после шипящих на конце глаголов в форме 2-го лица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единственного числа;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наличие или отсутствие мягкого знака в глаголах на </w:t>
            </w:r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ться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 w:rsidRPr="002927EC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тся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;- безударные личные окончания глаголов; знаки препинания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предложениях с однородными членами, соединёнными союзами </w:t>
            </w:r>
            <w:r w:rsidRPr="002927E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и, а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2927E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но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и без союзов.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BC9B5" w14:textId="77777777" w:rsidR="00C76685" w:rsidRDefault="002927E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5CFB1" w14:textId="77777777" w:rsidR="00C76685" w:rsidRDefault="002927E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D7B59" w14:textId="77777777" w:rsidR="00C76685" w:rsidRDefault="002927E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1F6CF" w14:textId="77777777" w:rsidR="00C76685" w:rsidRDefault="002927E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25.10.2022</w:t>
            </w:r>
          </w:p>
        </w:tc>
        <w:tc>
          <w:tcPr>
            <w:tcW w:w="25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653F8" w14:textId="77777777" w:rsidR="00C76685" w:rsidRPr="002927EC" w:rsidRDefault="002927EC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 планировать свои действия по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реше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нию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орфографической задачи?», по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результатам диалога актуализация последовательности действий по проверке изученных орфограмм;</w:t>
            </w:r>
          </w:p>
        </w:tc>
        <w:tc>
          <w:tcPr>
            <w:tcW w:w="15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4012CF" w14:textId="77777777" w:rsidR="00C76685" w:rsidRDefault="002927EC">
            <w:pPr>
              <w:autoSpaceDE w:val="0"/>
              <w:autoSpaceDN w:val="0"/>
              <w:spacing w:before="74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1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E4E23" w14:textId="77777777" w:rsidR="00C76685" w:rsidRPr="002927EC" w:rsidRDefault="002927EC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14:paraId="185B1F93" w14:textId="77777777">
        <w:trPr>
          <w:trHeight w:hRule="exact" w:val="11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8FFFA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811860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знаками препинания в сложном предложении, состоящем из двух простых.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90ECC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82FDC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0F32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CC5AF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88BFC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Самоконтроль правильности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записи текста, нахождение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неправильно записанных слов и исправление собственных ошибок;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F3258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Пошаговый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 алгоритма действий;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B0DBE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Уроки Кирилла и Мефодия.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1-4 класс</w:t>
            </w:r>
          </w:p>
        </w:tc>
      </w:tr>
      <w:tr w:rsidR="00C76685" w:rsidRPr="00173123" w14:paraId="4BA341C2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6F868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7.6.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49BDA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BCD9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6AFA1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81A58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77658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3AF4F" w14:textId="77777777" w:rsidR="00C76685" w:rsidRDefault="002927EC">
            <w:pPr>
              <w:autoSpaceDE w:val="0"/>
              <w:autoSpaceDN w:val="0"/>
              <w:spacing w:before="78" w:after="0" w:line="252" w:lineRule="auto"/>
              <w:ind w:left="72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Проблемная ситуация, требующая использования дополни​тельных источников информации: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уточнение написания слов по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орфографическому словарю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числе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электрон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​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носителе);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96363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67FD8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14:paraId="3F8FC25E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1E8378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6843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9E701" w14:textId="77777777" w:rsidR="00C76685" w:rsidRDefault="00C76685"/>
        </w:tc>
      </w:tr>
      <w:tr w:rsidR="00C76685" w14:paraId="3A5E39C1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0620D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8.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</w:tbl>
    <w:p w14:paraId="4BDA8152" w14:textId="77777777" w:rsidR="00C76685" w:rsidRDefault="00C76685">
      <w:pPr>
        <w:autoSpaceDE w:val="0"/>
        <w:autoSpaceDN w:val="0"/>
        <w:spacing w:after="0" w:line="14" w:lineRule="exact"/>
      </w:pPr>
    </w:p>
    <w:p w14:paraId="18A00953" w14:textId="77777777" w:rsidR="00C76685" w:rsidRDefault="00C76685">
      <w:pPr>
        <w:sectPr w:rsidR="00C76685">
          <w:pgSz w:w="16840" w:h="11900"/>
          <w:pgMar w:top="284" w:right="640" w:bottom="2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E926328" w14:textId="77777777" w:rsidR="00C76685" w:rsidRDefault="00C7668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128"/>
        <w:gridCol w:w="528"/>
        <w:gridCol w:w="1104"/>
        <w:gridCol w:w="1140"/>
        <w:gridCol w:w="866"/>
        <w:gridCol w:w="2532"/>
        <w:gridCol w:w="1538"/>
        <w:gridCol w:w="2198"/>
      </w:tblGrid>
      <w:tr w:rsidR="00C76685" w:rsidRPr="00173123" w14:paraId="18F4A66D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2E399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25E44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B72FF2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71734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1F9E2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C44B1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23.09.2022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4223A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Практическое задание: выбор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источника получения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мации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(определённый тип словаря,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справочников) для решения </w:t>
            </w:r>
            <w:r w:rsidRPr="002927EC">
              <w:rPr>
                <w:lang w:val="ru-RU"/>
              </w:rPr>
              <w:br/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учебно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​-практической задачи;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E1E270" w14:textId="77777777" w:rsidR="00C76685" w:rsidRDefault="002927E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8B496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:rsidRPr="00173123" w14:paraId="1D43AD73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16575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E2CBE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75CF3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5ADA4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2364D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0541D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07A55E" w14:textId="77777777" w:rsidR="00C76685" w:rsidRPr="002927EC" w:rsidRDefault="002927EC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корректировка дидактического текста, в котором допущены смысловые ошибки;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FCFE8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2927EC">
              <w:rPr>
                <w:lang w:val="ru-RU"/>
              </w:rPr>
              <w:br/>
            </w:r>
            <w:r w:rsidR="00EF354D"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B7B912" w14:textId="77777777" w:rsidR="00C76685" w:rsidRPr="002927EC" w:rsidRDefault="002927E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:rsidRPr="00173123" w14:paraId="1166932C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1DA50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0F81D" w14:textId="77777777" w:rsidR="00C76685" w:rsidRPr="002927EC" w:rsidRDefault="002927EC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Изложение (подробный устный и письменный пересказ текста; выборочный устный пересказ текста).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B748F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36DE3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B7270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1E56A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AEC38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собственных действий при работе над изложениями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сочинениями, соотнесение своих действий с предложенны​ми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алгоритмами;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522F2" w14:textId="77777777" w:rsidR="00C76685" w:rsidRDefault="002927EC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A6877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Сборник изложений в презентации к урокам в начальной школе</w:t>
            </w:r>
          </w:p>
        </w:tc>
      </w:tr>
      <w:tr w:rsidR="00C76685" w:rsidRPr="00173123" w14:paraId="074F317A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8AEDE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930BF" w14:textId="77777777" w:rsidR="00C76685" w:rsidRPr="002927EC" w:rsidRDefault="002927E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Сочинение как вид письменной работы.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FEEC5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7DE2C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31952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F48BD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364E5B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собственных действий при работе над изложениями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сочинениями, соотнесение своих действий с предложенны​ми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алгоритмами;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8CEC7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правильности выполнения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задания;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17A57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Презентация: Выход в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Третьяковскую галерею на выставку картин русских художников</w:t>
            </w:r>
          </w:p>
        </w:tc>
      </w:tr>
      <w:tr w:rsidR="00C76685" w14:paraId="27E9FF45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9CEF2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4C12D" w14:textId="77777777" w:rsidR="00C76685" w:rsidRPr="002927EC" w:rsidRDefault="002927E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Изучающее, ознакомительное чтение. Поиск информации, заданной в тексте в явном виде.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3BC15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3383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04D81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A1831" w14:textId="77777777" w:rsidR="00C76685" w:rsidRDefault="002927E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16.12.2022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EF0D5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анализ текста, обоснование целесообразно​сти выбора языковых средств,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соответствующих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целии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условиям общения;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9FDD6" w14:textId="77777777" w:rsidR="00C76685" w:rsidRPr="002927EC" w:rsidRDefault="002927E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синтез как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целого из частей выполняя учебную задачу;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BC825" w14:textId="77777777" w:rsidR="00C76685" w:rsidRDefault="002927EC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Уроки Кирилла и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Мефодия.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Русский язык 1-4 класс</w:t>
            </w:r>
          </w:p>
        </w:tc>
      </w:tr>
      <w:tr w:rsidR="00C76685" w:rsidRPr="00173123" w14:paraId="1E7C1139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2CD03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FC8DA" w14:textId="77777777" w:rsidR="00C76685" w:rsidRDefault="002927EC">
            <w:pPr>
              <w:autoSpaceDE w:val="0"/>
              <w:autoSpaceDN w:val="0"/>
              <w:spacing w:before="76" w:after="0" w:line="250" w:lineRule="auto"/>
              <w:ind w:left="72"/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простых выводов на основе информации, содержащейся в тексте.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Интерпретация и обобщение содержащейся в тексте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информации.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92816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3CC7B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84129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87765" w14:textId="77777777" w:rsidR="00C76685" w:rsidRDefault="002927E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06.01.2023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92BB1" w14:textId="77777777" w:rsidR="00C76685" w:rsidRPr="002927EC" w:rsidRDefault="002927EC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Практическое задание: выбор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источника получения 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мации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(определённый тип словаря,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справочников) для решения </w:t>
            </w:r>
            <w:r w:rsidRPr="002927EC">
              <w:rPr>
                <w:lang w:val="ru-RU"/>
              </w:rPr>
              <w:br/>
            </w:r>
            <w:proofErr w:type="spellStart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учебно</w:t>
            </w:r>
            <w:proofErr w:type="spellEnd"/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​-практической задачи;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E0284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различные приёмы построения текста;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333EF" w14:textId="77777777" w:rsidR="00C76685" w:rsidRPr="002927EC" w:rsidRDefault="002927E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CD</w:t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Русский язык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Электронный </w:t>
            </w:r>
            <w:r w:rsidRPr="002927EC">
              <w:rPr>
                <w:lang w:val="ru-RU"/>
              </w:rPr>
              <w:br/>
            </w: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образовательный ресурс для работы в 4 классе</w:t>
            </w:r>
          </w:p>
        </w:tc>
      </w:tr>
      <w:tr w:rsidR="00C76685" w14:paraId="7E58F624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D706F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F09B2" w14:textId="77777777" w:rsidR="00C76685" w:rsidRDefault="002927E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3D46B" w14:textId="77777777" w:rsidR="00C76685" w:rsidRDefault="00C76685"/>
        </w:tc>
      </w:tr>
      <w:tr w:rsidR="00C76685" w14:paraId="22E9314D" w14:textId="77777777">
        <w:trPr>
          <w:trHeight w:hRule="exact" w:val="34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7CB26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94540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3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276ED" w14:textId="77777777" w:rsidR="00C76685" w:rsidRDefault="00C76685"/>
        </w:tc>
      </w:tr>
      <w:tr w:rsidR="00C76685" w14:paraId="337A4CC0" w14:textId="77777777">
        <w:trPr>
          <w:trHeight w:hRule="exact" w:val="328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50A39" w14:textId="77777777" w:rsidR="00C76685" w:rsidRPr="002927EC" w:rsidRDefault="002927E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2927E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60FD7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A6A80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4573D" w14:textId="77777777" w:rsidR="00C76685" w:rsidRDefault="002927E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7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39579" w14:textId="77777777" w:rsidR="00C76685" w:rsidRDefault="00C76685"/>
        </w:tc>
      </w:tr>
    </w:tbl>
    <w:p w14:paraId="75DF3D16" w14:textId="77777777" w:rsidR="00C76685" w:rsidRDefault="00C76685">
      <w:pPr>
        <w:autoSpaceDE w:val="0"/>
        <w:autoSpaceDN w:val="0"/>
        <w:spacing w:after="0" w:line="14" w:lineRule="exact"/>
      </w:pPr>
    </w:p>
    <w:p w14:paraId="10375EF2" w14:textId="77777777" w:rsidR="00C76685" w:rsidRDefault="00C76685">
      <w:pPr>
        <w:sectPr w:rsidR="00C7668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7421765" w14:textId="77777777" w:rsidR="00C76685" w:rsidRDefault="00C76685">
      <w:pPr>
        <w:autoSpaceDE w:val="0"/>
        <w:autoSpaceDN w:val="0"/>
        <w:spacing w:after="78" w:line="220" w:lineRule="exact"/>
      </w:pPr>
    </w:p>
    <w:p w14:paraId="7D886158" w14:textId="77777777" w:rsidR="00C76685" w:rsidRDefault="00C76685">
      <w:pPr>
        <w:autoSpaceDE w:val="0"/>
        <w:autoSpaceDN w:val="0"/>
        <w:spacing w:after="0" w:line="14" w:lineRule="exact"/>
      </w:pPr>
    </w:p>
    <w:p w14:paraId="740B5D22" w14:textId="77777777" w:rsidR="00C76685" w:rsidRDefault="00C76685">
      <w:pPr>
        <w:autoSpaceDE w:val="0"/>
        <w:autoSpaceDN w:val="0"/>
        <w:spacing w:after="78" w:line="220" w:lineRule="exact"/>
      </w:pPr>
    </w:p>
    <w:p w14:paraId="7300DE67" w14:textId="77777777" w:rsidR="004676B6" w:rsidRDefault="004676B6" w:rsidP="004676B6">
      <w:pPr>
        <w:autoSpaceDE w:val="0"/>
        <w:autoSpaceDN w:val="0"/>
        <w:spacing w:after="0" w:line="230" w:lineRule="auto"/>
        <w:ind w:left="567" w:firstLine="567"/>
        <w:rPr>
          <w:rFonts w:ascii="Times New Roman" w:eastAsia="Times New Roman" w:hAnsi="Times New Roman"/>
          <w:b/>
          <w:color w:val="000000"/>
        </w:rPr>
      </w:pPr>
    </w:p>
    <w:p w14:paraId="03611BC5" w14:textId="77777777" w:rsidR="00C76685" w:rsidRPr="004676B6" w:rsidRDefault="002927EC" w:rsidP="004676B6">
      <w:pPr>
        <w:autoSpaceDE w:val="0"/>
        <w:autoSpaceDN w:val="0"/>
        <w:spacing w:after="0" w:line="230" w:lineRule="auto"/>
        <w:ind w:left="567" w:firstLine="567"/>
      </w:pPr>
      <w:r w:rsidRPr="004676B6">
        <w:rPr>
          <w:rFonts w:ascii="Times New Roman" w:eastAsia="Times New Roman" w:hAnsi="Times New Roman"/>
          <w:b/>
          <w:color w:val="000000"/>
        </w:rPr>
        <w:t xml:space="preserve">УЧЕБНО-МЕТОДИЧЕСКОЕ ОБЕСПЕЧЕНИЕ ОБРАЗОВАТЕЛЬНОГО ПРОЦЕССА </w:t>
      </w:r>
    </w:p>
    <w:p w14:paraId="3F72FBE7" w14:textId="77777777" w:rsidR="00C76685" w:rsidRPr="004676B6" w:rsidRDefault="002927EC" w:rsidP="004676B6">
      <w:pPr>
        <w:autoSpaceDE w:val="0"/>
        <w:autoSpaceDN w:val="0"/>
        <w:spacing w:before="346" w:after="0" w:line="230" w:lineRule="auto"/>
        <w:ind w:left="567" w:firstLine="567"/>
      </w:pPr>
      <w:r w:rsidRPr="004676B6">
        <w:rPr>
          <w:rFonts w:ascii="Times New Roman" w:eastAsia="Times New Roman" w:hAnsi="Times New Roman"/>
          <w:b/>
          <w:color w:val="000000"/>
        </w:rPr>
        <w:t>ОБЯЗАТЕЛЬНЫЕ УЧЕБНЫЕ МАТЕРИАЛЫ ДЛЯ УЧЕНИКА</w:t>
      </w:r>
    </w:p>
    <w:p w14:paraId="3936B49F" w14:textId="77777777" w:rsidR="00C76685" w:rsidRPr="004676B6" w:rsidRDefault="002927EC" w:rsidP="004676B6">
      <w:pPr>
        <w:autoSpaceDE w:val="0"/>
        <w:autoSpaceDN w:val="0"/>
        <w:spacing w:before="166" w:after="0"/>
        <w:ind w:left="567"/>
        <w:rPr>
          <w:lang w:val="ru-RU"/>
        </w:rPr>
      </w:pPr>
      <w:r w:rsidRPr="004676B6">
        <w:rPr>
          <w:rFonts w:ascii="Times New Roman" w:eastAsia="Times New Roman" w:hAnsi="Times New Roman"/>
          <w:color w:val="000000"/>
          <w:lang w:val="ru-RU"/>
        </w:rPr>
        <w:t xml:space="preserve">Иванов С.В., Кузнецова М.И., </w:t>
      </w:r>
      <w:proofErr w:type="spellStart"/>
      <w:r w:rsidRPr="004676B6">
        <w:rPr>
          <w:rFonts w:ascii="Times New Roman" w:eastAsia="Times New Roman" w:hAnsi="Times New Roman"/>
          <w:color w:val="000000"/>
          <w:lang w:val="ru-RU"/>
        </w:rPr>
        <w:t>Петленко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 xml:space="preserve"> Л.В., Романова В.Ю.; под редакцией Иванова С.В., Русский язык (в 2 частях). Учебник. 4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  <w:lang w:val="ru-RU"/>
        </w:rPr>
        <w:t>Диагностические материалы для входящей, промежуточной и итоговой аттестации</w:t>
      </w:r>
    </w:p>
    <w:p w14:paraId="02BBFA3A" w14:textId="77777777" w:rsidR="00C76685" w:rsidRPr="004676B6" w:rsidRDefault="002927EC" w:rsidP="004676B6">
      <w:pPr>
        <w:autoSpaceDE w:val="0"/>
        <w:autoSpaceDN w:val="0"/>
        <w:spacing w:before="262" w:after="0" w:line="230" w:lineRule="auto"/>
        <w:ind w:left="567" w:firstLine="567"/>
        <w:rPr>
          <w:lang w:val="ru-RU"/>
        </w:rPr>
      </w:pPr>
      <w:r w:rsidRPr="004676B6">
        <w:rPr>
          <w:rFonts w:ascii="Times New Roman" w:eastAsia="Times New Roman" w:hAnsi="Times New Roman"/>
          <w:b/>
          <w:color w:val="000000"/>
          <w:lang w:val="ru-RU"/>
        </w:rPr>
        <w:t>МЕТОДИЧЕСКИЕ МАТЕРИАЛЫ ДЛЯ УЧИТЕЛЯ</w:t>
      </w:r>
    </w:p>
    <w:p w14:paraId="007B3AF9" w14:textId="77777777" w:rsidR="00C76685" w:rsidRPr="004676B6" w:rsidRDefault="002927EC" w:rsidP="004676B6">
      <w:pPr>
        <w:autoSpaceDE w:val="0"/>
        <w:autoSpaceDN w:val="0"/>
        <w:spacing w:before="166" w:after="0" w:line="286" w:lineRule="auto"/>
        <w:ind w:left="567" w:right="3744"/>
        <w:rPr>
          <w:lang w:val="ru-RU"/>
        </w:rPr>
      </w:pPr>
      <w:r w:rsidRPr="004676B6">
        <w:rPr>
          <w:rFonts w:ascii="Times New Roman" w:eastAsia="Times New Roman" w:hAnsi="Times New Roman"/>
          <w:color w:val="000000"/>
          <w:lang w:val="ru-RU"/>
        </w:rPr>
        <w:t xml:space="preserve">1. Единая коллекция Цифровых Образовательных Ресурсов: </w:t>
      </w:r>
      <w:r w:rsidRPr="004676B6">
        <w:rPr>
          <w:rFonts w:ascii="Times New Roman" w:eastAsia="Times New Roman" w:hAnsi="Times New Roman"/>
          <w:color w:val="000000"/>
        </w:rPr>
        <w:t>http</w:t>
      </w:r>
      <w:r w:rsidRPr="004676B6">
        <w:rPr>
          <w:rFonts w:ascii="Times New Roman" w:eastAsia="Times New Roman" w:hAnsi="Times New Roman"/>
          <w:color w:val="000000"/>
          <w:lang w:val="ru-RU"/>
        </w:rPr>
        <w:t>://</w:t>
      </w:r>
      <w:r w:rsidRPr="004676B6">
        <w:rPr>
          <w:rFonts w:ascii="Times New Roman" w:eastAsia="Times New Roman" w:hAnsi="Times New Roman"/>
          <w:color w:val="000000"/>
        </w:rPr>
        <w:t>school</w:t>
      </w:r>
      <w:r w:rsidRPr="004676B6">
        <w:rPr>
          <w:rFonts w:ascii="Times New Roman" w:eastAsia="Times New Roman" w:hAnsi="Times New Roman"/>
          <w:color w:val="000000"/>
          <w:lang w:val="ru-RU"/>
        </w:rPr>
        <w:t>-</w:t>
      </w:r>
      <w:r w:rsidRPr="004676B6">
        <w:rPr>
          <w:rFonts w:ascii="Times New Roman" w:eastAsia="Times New Roman" w:hAnsi="Times New Roman"/>
          <w:color w:val="000000"/>
        </w:rPr>
        <w:t>collection</w:t>
      </w:r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4676B6">
        <w:rPr>
          <w:rFonts w:ascii="Times New Roman" w:eastAsia="Times New Roman" w:hAnsi="Times New Roman"/>
          <w:color w:val="000000"/>
        </w:rPr>
        <w:t>edu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4676B6">
        <w:rPr>
          <w:rFonts w:ascii="Times New Roman" w:eastAsia="Times New Roman" w:hAnsi="Times New Roman"/>
          <w:color w:val="000000"/>
        </w:rPr>
        <w:t>ru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  <w:lang w:val="ru-RU"/>
        </w:rPr>
        <w:t xml:space="preserve">2. Справочно-информационный Интернет-портал «Русский язык»: </w:t>
      </w:r>
      <w:r w:rsidRPr="004676B6">
        <w:rPr>
          <w:rFonts w:ascii="Times New Roman" w:eastAsia="Times New Roman" w:hAnsi="Times New Roman"/>
          <w:color w:val="000000"/>
        </w:rPr>
        <w:t>http</w:t>
      </w:r>
      <w:r w:rsidRPr="004676B6">
        <w:rPr>
          <w:rFonts w:ascii="Times New Roman" w:eastAsia="Times New Roman" w:hAnsi="Times New Roman"/>
          <w:color w:val="000000"/>
          <w:lang w:val="ru-RU"/>
        </w:rPr>
        <w:t>://</w:t>
      </w:r>
      <w:r w:rsidRPr="004676B6">
        <w:rPr>
          <w:rFonts w:ascii="Times New Roman" w:eastAsia="Times New Roman" w:hAnsi="Times New Roman"/>
          <w:color w:val="000000"/>
        </w:rPr>
        <w:t>www</w:t>
      </w:r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4676B6">
        <w:rPr>
          <w:rFonts w:ascii="Times New Roman" w:eastAsia="Times New Roman" w:hAnsi="Times New Roman"/>
          <w:color w:val="000000"/>
        </w:rPr>
        <w:t>gramota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4676B6">
        <w:rPr>
          <w:rFonts w:ascii="Times New Roman" w:eastAsia="Times New Roman" w:hAnsi="Times New Roman"/>
          <w:color w:val="000000"/>
        </w:rPr>
        <w:t>ru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  <w:lang w:val="ru-RU"/>
        </w:rPr>
        <w:t xml:space="preserve">3. Я иду на урок начальной школы (материалы к уроку):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</w:rPr>
        <w:t>http</w:t>
      </w:r>
      <w:r w:rsidRPr="004676B6">
        <w:rPr>
          <w:rFonts w:ascii="Times New Roman" w:eastAsia="Times New Roman" w:hAnsi="Times New Roman"/>
          <w:color w:val="000000"/>
          <w:lang w:val="ru-RU"/>
        </w:rPr>
        <w:t>://</w:t>
      </w:r>
      <w:proofErr w:type="spellStart"/>
      <w:r w:rsidRPr="004676B6">
        <w:rPr>
          <w:rFonts w:ascii="Times New Roman" w:eastAsia="Times New Roman" w:hAnsi="Times New Roman"/>
          <w:color w:val="000000"/>
        </w:rPr>
        <w:t>nsc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.1</w:t>
      </w:r>
      <w:proofErr w:type="spellStart"/>
      <w:r w:rsidRPr="004676B6">
        <w:rPr>
          <w:rFonts w:ascii="Times New Roman" w:eastAsia="Times New Roman" w:hAnsi="Times New Roman"/>
          <w:color w:val="000000"/>
        </w:rPr>
        <w:t>september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4676B6">
        <w:rPr>
          <w:rFonts w:ascii="Times New Roman" w:eastAsia="Times New Roman" w:hAnsi="Times New Roman"/>
          <w:color w:val="000000"/>
        </w:rPr>
        <w:t>ru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/</w:t>
      </w:r>
      <w:proofErr w:type="spellStart"/>
      <w:r w:rsidRPr="004676B6">
        <w:rPr>
          <w:rFonts w:ascii="Times New Roman" w:eastAsia="Times New Roman" w:hAnsi="Times New Roman"/>
          <w:color w:val="000000"/>
        </w:rPr>
        <w:t>urok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  <w:lang w:val="ru-RU"/>
        </w:rPr>
        <w:t xml:space="preserve">4. Презентации уроков «Начальная школа»: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</w:rPr>
        <w:t>http</w:t>
      </w:r>
      <w:r w:rsidRPr="004676B6">
        <w:rPr>
          <w:rFonts w:ascii="Times New Roman" w:eastAsia="Times New Roman" w:hAnsi="Times New Roman"/>
          <w:color w:val="000000"/>
          <w:lang w:val="ru-RU"/>
        </w:rPr>
        <w:t>://</w:t>
      </w:r>
      <w:proofErr w:type="spellStart"/>
      <w:r w:rsidRPr="004676B6">
        <w:rPr>
          <w:rFonts w:ascii="Times New Roman" w:eastAsia="Times New Roman" w:hAnsi="Times New Roman"/>
          <w:color w:val="000000"/>
        </w:rPr>
        <w:t>nachalka</w:t>
      </w:r>
      <w:proofErr w:type="spellEnd"/>
      <w:r w:rsidRPr="004676B6">
        <w:rPr>
          <w:rFonts w:ascii="Times New Roman" w:eastAsia="Times New Roman" w:hAnsi="Times New Roman"/>
          <w:color w:val="000000"/>
          <w:lang w:val="ru-RU"/>
        </w:rPr>
        <w:t>.</w:t>
      </w:r>
      <w:r w:rsidRPr="004676B6">
        <w:rPr>
          <w:rFonts w:ascii="Times New Roman" w:eastAsia="Times New Roman" w:hAnsi="Times New Roman"/>
          <w:color w:val="000000"/>
        </w:rPr>
        <w:t>info</w:t>
      </w:r>
      <w:r w:rsidRPr="004676B6">
        <w:rPr>
          <w:rFonts w:ascii="Times New Roman" w:eastAsia="Times New Roman" w:hAnsi="Times New Roman"/>
          <w:color w:val="000000"/>
          <w:lang w:val="ru-RU"/>
        </w:rPr>
        <w:t>/</w:t>
      </w:r>
      <w:r w:rsidRPr="004676B6">
        <w:rPr>
          <w:rFonts w:ascii="Times New Roman" w:eastAsia="Times New Roman" w:hAnsi="Times New Roman"/>
          <w:color w:val="000000"/>
        </w:rPr>
        <w:t>about</w:t>
      </w:r>
      <w:r w:rsidRPr="004676B6">
        <w:rPr>
          <w:rFonts w:ascii="Times New Roman" w:eastAsia="Times New Roman" w:hAnsi="Times New Roman"/>
          <w:color w:val="000000"/>
          <w:lang w:val="ru-RU"/>
        </w:rPr>
        <w:t>/19356</w:t>
      </w:r>
    </w:p>
    <w:p w14:paraId="129202E8" w14:textId="77777777" w:rsidR="00C76685" w:rsidRPr="004676B6" w:rsidRDefault="002927EC" w:rsidP="004676B6">
      <w:pPr>
        <w:autoSpaceDE w:val="0"/>
        <w:autoSpaceDN w:val="0"/>
        <w:spacing w:before="262" w:after="0" w:line="230" w:lineRule="auto"/>
        <w:ind w:left="567" w:firstLine="567"/>
        <w:rPr>
          <w:lang w:val="ru-RU"/>
        </w:rPr>
      </w:pPr>
      <w:r w:rsidRPr="004676B6">
        <w:rPr>
          <w:rFonts w:ascii="Times New Roman" w:eastAsia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14:paraId="06863B59" w14:textId="77777777" w:rsidR="00C76685" w:rsidRPr="004676B6" w:rsidRDefault="002927EC" w:rsidP="004676B6">
      <w:pPr>
        <w:autoSpaceDE w:val="0"/>
        <w:autoSpaceDN w:val="0"/>
        <w:spacing w:before="166" w:after="0" w:line="271" w:lineRule="auto"/>
        <w:ind w:left="567" w:right="3168"/>
        <w:rPr>
          <w:lang w:val="ru-RU"/>
        </w:rPr>
      </w:pPr>
      <w:r w:rsidRPr="004676B6">
        <w:rPr>
          <w:rFonts w:ascii="Times New Roman" w:eastAsia="Times New Roman" w:hAnsi="Times New Roman"/>
          <w:color w:val="000000"/>
        </w:rPr>
        <w:t>CD</w:t>
      </w:r>
      <w:r w:rsidRPr="004676B6">
        <w:rPr>
          <w:rFonts w:ascii="Times New Roman" w:eastAsia="Times New Roman" w:hAnsi="Times New Roman"/>
          <w:color w:val="000000"/>
          <w:lang w:val="ru-RU"/>
        </w:rPr>
        <w:t xml:space="preserve">. Русский язык. Электронный образовательный ресурс для </w:t>
      </w:r>
      <w:r w:rsidRPr="004676B6">
        <w:rPr>
          <w:lang w:val="ru-RU"/>
        </w:rPr>
        <w:br/>
      </w:r>
      <w:r w:rsidRPr="004676B6">
        <w:rPr>
          <w:rFonts w:ascii="Times New Roman" w:eastAsia="Times New Roman" w:hAnsi="Times New Roman"/>
          <w:color w:val="000000"/>
          <w:lang w:val="ru-RU"/>
        </w:rPr>
        <w:t>работы в классе.4класс. Иванов С.В., Евдокимова А.О., Кузнецова М.И. Детская энциклопедия Кирилла и Мефодия (С</w:t>
      </w:r>
      <w:r w:rsidRPr="004676B6">
        <w:rPr>
          <w:rFonts w:ascii="Times New Roman" w:eastAsia="Times New Roman" w:hAnsi="Times New Roman"/>
          <w:color w:val="000000"/>
        </w:rPr>
        <w:t>D</w:t>
      </w:r>
      <w:r w:rsidRPr="004676B6">
        <w:rPr>
          <w:rFonts w:ascii="Times New Roman" w:eastAsia="Times New Roman" w:hAnsi="Times New Roman"/>
          <w:color w:val="000000"/>
          <w:lang w:val="ru-RU"/>
        </w:rPr>
        <w:t>).</w:t>
      </w:r>
    </w:p>
    <w:p w14:paraId="669F671B" w14:textId="77777777" w:rsidR="00C76685" w:rsidRPr="004676B6" w:rsidRDefault="002927EC" w:rsidP="004676B6">
      <w:pPr>
        <w:autoSpaceDE w:val="0"/>
        <w:autoSpaceDN w:val="0"/>
        <w:spacing w:before="70" w:after="0" w:line="230" w:lineRule="auto"/>
        <w:ind w:left="567"/>
        <w:rPr>
          <w:lang w:val="ru-RU"/>
        </w:rPr>
      </w:pPr>
      <w:r w:rsidRPr="004676B6">
        <w:rPr>
          <w:rFonts w:ascii="Times New Roman" w:eastAsia="Times New Roman" w:hAnsi="Times New Roman"/>
          <w:color w:val="000000"/>
          <w:lang w:val="ru-RU"/>
        </w:rPr>
        <w:t>Уроки Кирилла и Мефодия. Русский язык. 1-4 класс (С</w:t>
      </w:r>
      <w:r w:rsidRPr="004676B6">
        <w:rPr>
          <w:rFonts w:ascii="Times New Roman" w:eastAsia="Times New Roman" w:hAnsi="Times New Roman"/>
          <w:color w:val="000000"/>
        </w:rPr>
        <w:t>D</w:t>
      </w:r>
      <w:r w:rsidRPr="004676B6">
        <w:rPr>
          <w:rFonts w:ascii="Times New Roman" w:eastAsia="Times New Roman" w:hAnsi="Times New Roman"/>
          <w:color w:val="000000"/>
          <w:lang w:val="ru-RU"/>
        </w:rPr>
        <w:t>).</w:t>
      </w:r>
    </w:p>
    <w:p w14:paraId="0C43556E" w14:textId="77777777" w:rsidR="00C76685" w:rsidRPr="004676B6" w:rsidRDefault="002927EC" w:rsidP="004676B6">
      <w:pPr>
        <w:autoSpaceDE w:val="0"/>
        <w:autoSpaceDN w:val="0"/>
        <w:spacing w:before="70" w:after="0" w:line="230" w:lineRule="auto"/>
        <w:ind w:left="567"/>
        <w:rPr>
          <w:lang w:val="ru-RU"/>
        </w:rPr>
      </w:pPr>
      <w:r w:rsidRPr="004676B6">
        <w:rPr>
          <w:rFonts w:ascii="Times New Roman" w:eastAsia="Times New Roman" w:hAnsi="Times New Roman"/>
          <w:color w:val="000000"/>
          <w:lang w:val="ru-RU"/>
        </w:rPr>
        <w:t>Детский энциклопедический словарь (</w:t>
      </w:r>
      <w:r w:rsidRPr="004676B6">
        <w:rPr>
          <w:rFonts w:ascii="Times New Roman" w:eastAsia="Times New Roman" w:hAnsi="Times New Roman"/>
          <w:color w:val="000000"/>
        </w:rPr>
        <w:t>CD</w:t>
      </w:r>
      <w:r w:rsidRPr="004676B6">
        <w:rPr>
          <w:rFonts w:ascii="Times New Roman" w:eastAsia="Times New Roman" w:hAnsi="Times New Roman"/>
          <w:color w:val="000000"/>
          <w:lang w:val="ru-RU"/>
        </w:rPr>
        <w:t>).</w:t>
      </w:r>
    </w:p>
    <w:p w14:paraId="0E3101C1" w14:textId="77777777" w:rsidR="00C76685" w:rsidRDefault="00C76685">
      <w:pPr>
        <w:rPr>
          <w:lang w:val="ru-RU"/>
        </w:rPr>
      </w:pPr>
    </w:p>
    <w:p w14:paraId="091D03B6" w14:textId="77777777" w:rsidR="004676B6" w:rsidRDefault="004676B6">
      <w:pPr>
        <w:rPr>
          <w:lang w:val="ru-RU"/>
        </w:rPr>
      </w:pPr>
    </w:p>
    <w:p w14:paraId="3924123E" w14:textId="77777777" w:rsidR="004C0047" w:rsidRDefault="004C0047">
      <w:pPr>
        <w:rPr>
          <w:lang w:val="ru-RU"/>
        </w:rPr>
      </w:pPr>
    </w:p>
    <w:p w14:paraId="37DCA60C" w14:textId="77777777" w:rsidR="004C0047" w:rsidRDefault="004C0047">
      <w:pPr>
        <w:rPr>
          <w:lang w:val="ru-RU"/>
        </w:rPr>
      </w:pPr>
    </w:p>
    <w:p w14:paraId="26DAE5D0" w14:textId="77777777" w:rsidR="004C0047" w:rsidRDefault="004C0047">
      <w:pPr>
        <w:rPr>
          <w:lang w:val="ru-RU"/>
        </w:rPr>
      </w:pPr>
    </w:p>
    <w:p w14:paraId="36AF3308" w14:textId="77777777" w:rsidR="004C0047" w:rsidRDefault="004C0047">
      <w:pPr>
        <w:rPr>
          <w:lang w:val="ru-RU"/>
        </w:rPr>
      </w:pPr>
    </w:p>
    <w:p w14:paraId="7A4584E8" w14:textId="77777777" w:rsidR="004C0047" w:rsidRDefault="004C0047">
      <w:pPr>
        <w:rPr>
          <w:lang w:val="ru-RU"/>
        </w:rPr>
      </w:pPr>
    </w:p>
    <w:p w14:paraId="5808B1AA" w14:textId="77777777" w:rsidR="004C0047" w:rsidRDefault="004C0047">
      <w:pPr>
        <w:rPr>
          <w:lang w:val="ru-RU"/>
        </w:rPr>
      </w:pPr>
    </w:p>
    <w:p w14:paraId="6094AA7C" w14:textId="77777777" w:rsidR="004C0047" w:rsidRDefault="004C0047">
      <w:pPr>
        <w:rPr>
          <w:lang w:val="ru-RU"/>
        </w:rPr>
      </w:pPr>
    </w:p>
    <w:p w14:paraId="425D4E2F" w14:textId="77777777" w:rsidR="004C0047" w:rsidRDefault="004C0047">
      <w:pPr>
        <w:rPr>
          <w:lang w:val="ru-RU"/>
        </w:rPr>
      </w:pPr>
    </w:p>
    <w:p w14:paraId="108D3393" w14:textId="77777777" w:rsidR="004C0047" w:rsidRDefault="004C0047">
      <w:pPr>
        <w:rPr>
          <w:lang w:val="ru-RU"/>
        </w:rPr>
      </w:pPr>
    </w:p>
    <w:p w14:paraId="1400415B" w14:textId="77777777" w:rsidR="004C0047" w:rsidRDefault="004C0047">
      <w:pPr>
        <w:rPr>
          <w:lang w:val="ru-RU"/>
        </w:rPr>
      </w:pPr>
    </w:p>
    <w:p w14:paraId="68D80750" w14:textId="77777777" w:rsidR="004C0047" w:rsidRDefault="004C0047">
      <w:pPr>
        <w:rPr>
          <w:lang w:val="ru-RU"/>
        </w:rPr>
      </w:pPr>
    </w:p>
    <w:sectPr w:rsidR="004C0047" w:rsidSect="004C0047">
      <w:pgSz w:w="11900" w:h="16840"/>
      <w:pgMar w:top="298" w:right="646" w:bottom="1440" w:left="666" w:header="720" w:footer="720" w:gutter="0"/>
      <w:cols w:space="720" w:equalWidth="0">
        <w:col w:w="10588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DejaVu Serif">
    <w:altName w:val="Cambria"/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2311"/>
    <w:rsid w:val="0014407D"/>
    <w:rsid w:val="0015074B"/>
    <w:rsid w:val="00173123"/>
    <w:rsid w:val="002927EC"/>
    <w:rsid w:val="0029639D"/>
    <w:rsid w:val="00326F90"/>
    <w:rsid w:val="00360545"/>
    <w:rsid w:val="004676B6"/>
    <w:rsid w:val="004C0047"/>
    <w:rsid w:val="007130CB"/>
    <w:rsid w:val="007A778A"/>
    <w:rsid w:val="007B1B94"/>
    <w:rsid w:val="00AA1D8D"/>
    <w:rsid w:val="00B47730"/>
    <w:rsid w:val="00C76685"/>
    <w:rsid w:val="00CB0664"/>
    <w:rsid w:val="00EF354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31B94"/>
  <w14:defaultImageDpi w14:val="300"/>
  <w15:docId w15:val="{35F8DA5E-FED3-41B6-A7C4-6BF814FE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E5DE2-55AC-4989-91DC-FC8AB347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6068</Words>
  <Characters>34591</Characters>
  <Application>Microsoft Office Word</Application>
  <DocSecurity>0</DocSecurity>
  <Lines>288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16</cp:revision>
  <dcterms:created xsi:type="dcterms:W3CDTF">2013-12-23T23:15:00Z</dcterms:created>
  <dcterms:modified xsi:type="dcterms:W3CDTF">2022-06-28T00:41:00Z</dcterms:modified>
  <cp:category/>
</cp:coreProperties>
</file>