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85AD66" w14:textId="77777777" w:rsidR="00471F91" w:rsidRDefault="00471F91">
      <w:pPr>
        <w:autoSpaceDE w:val="0"/>
        <w:autoSpaceDN w:val="0"/>
        <w:spacing w:after="78" w:line="220" w:lineRule="exact"/>
      </w:pPr>
    </w:p>
    <w:p w14:paraId="2EE47853" w14:textId="08D3DE80" w:rsidR="00471F91" w:rsidRPr="000C537D" w:rsidRDefault="00E97715" w:rsidP="00E97715">
      <w:pPr>
        <w:autoSpaceDE w:val="0"/>
        <w:autoSpaceDN w:val="0"/>
        <w:spacing w:after="0" w:line="240" w:lineRule="auto"/>
        <w:ind w:left="57" w:right="57"/>
        <w:jc w:val="center"/>
        <w:rPr>
          <w:lang w:val="ru-RU"/>
        </w:rPr>
      </w:pPr>
      <w:r>
        <w:rPr>
          <w:noProof/>
        </w:rPr>
        <w:drawing>
          <wp:inline distT="0" distB="0" distL="0" distR="0" wp14:anchorId="54D54427" wp14:editId="0DC79EFE">
            <wp:extent cx="6048375" cy="8093710"/>
            <wp:effectExtent l="0" t="0" r="952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09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8DCAD" w14:textId="77777777" w:rsidR="00471F91" w:rsidRPr="000C537D" w:rsidRDefault="00471F91">
      <w:pPr>
        <w:rPr>
          <w:lang w:val="ru-RU"/>
        </w:rPr>
        <w:sectPr w:rsidR="00471F91" w:rsidRPr="000C537D">
          <w:pgSz w:w="11900" w:h="16840"/>
          <w:pgMar w:top="478" w:right="1440" w:bottom="1440" w:left="1440" w:header="720" w:footer="720" w:gutter="0"/>
          <w:cols w:space="720" w:equalWidth="0">
            <w:col w:w="9020" w:space="0"/>
          </w:cols>
          <w:docGrid w:linePitch="360"/>
        </w:sectPr>
      </w:pPr>
    </w:p>
    <w:p w14:paraId="39668821" w14:textId="77777777" w:rsidR="00471F91" w:rsidRPr="000C537D" w:rsidRDefault="00471F91">
      <w:pPr>
        <w:autoSpaceDE w:val="0"/>
        <w:autoSpaceDN w:val="0"/>
        <w:spacing w:after="78" w:line="220" w:lineRule="exact"/>
        <w:rPr>
          <w:lang w:val="ru-RU"/>
        </w:rPr>
      </w:pPr>
    </w:p>
    <w:p w14:paraId="2D812511" w14:textId="77777777" w:rsidR="00297E3B" w:rsidRDefault="00297E3B" w:rsidP="000C537D">
      <w:pPr>
        <w:autoSpaceDE w:val="0"/>
        <w:autoSpaceDN w:val="0"/>
        <w:spacing w:after="0" w:line="360" w:lineRule="auto"/>
        <w:ind w:left="567" w:right="-38" w:firstLine="567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14:paraId="4E77D72A" w14:textId="77777777" w:rsidR="00471F91" w:rsidRPr="000C537D" w:rsidRDefault="000C537D" w:rsidP="000C537D">
      <w:pPr>
        <w:autoSpaceDE w:val="0"/>
        <w:autoSpaceDN w:val="0"/>
        <w:spacing w:after="0" w:line="360" w:lineRule="auto"/>
        <w:ind w:left="567" w:right="-38" w:firstLine="567"/>
        <w:rPr>
          <w:lang w:val="ru-RU"/>
        </w:rPr>
      </w:pPr>
      <w:r w:rsidRPr="000C537D">
        <w:rPr>
          <w:rFonts w:ascii="Times New Roman" w:eastAsia="Times New Roman" w:hAnsi="Times New Roman"/>
          <w:b/>
          <w:color w:val="000000"/>
          <w:sz w:val="24"/>
          <w:lang w:val="ru-RU"/>
        </w:rPr>
        <w:t>ПОЯСНИТЕЛЬНАЯ ЗАПИСКА</w:t>
      </w:r>
    </w:p>
    <w:p w14:paraId="668645DD" w14:textId="77777777" w:rsidR="00471F91" w:rsidRPr="000C537D" w:rsidRDefault="000C537D" w:rsidP="000C537D">
      <w:pPr>
        <w:autoSpaceDE w:val="0"/>
        <w:autoSpaceDN w:val="0"/>
        <w:spacing w:after="0" w:line="360" w:lineRule="auto"/>
        <w:ind w:left="567" w:right="-38" w:firstLine="567"/>
        <w:rPr>
          <w:lang w:val="ru-RU"/>
        </w:rPr>
      </w:pP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>Программа по учебному предмету «Технология» включает: пояснительную записку, содержание обучения, планируемые результаты освоения программы учебного предмета, тематическое планирование.</w:t>
      </w:r>
    </w:p>
    <w:p w14:paraId="483326CC" w14:textId="77777777" w:rsidR="00471F91" w:rsidRPr="000C537D" w:rsidRDefault="000C537D" w:rsidP="000C537D">
      <w:pPr>
        <w:autoSpaceDE w:val="0"/>
        <w:autoSpaceDN w:val="0"/>
        <w:spacing w:after="0" w:line="360" w:lineRule="auto"/>
        <w:ind w:left="567" w:right="-38" w:firstLine="567"/>
        <w:rPr>
          <w:lang w:val="ru-RU"/>
        </w:rPr>
      </w:pP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>Пояснительная записка отражает общие цели и задачи изучения предмета, характеристику психологических предпосылок к его изучению младшими школьниками; место в структуре учебного плана, а также подходы к отбору содержания, планируемым результатам и тематическому планированию.</w:t>
      </w:r>
    </w:p>
    <w:p w14:paraId="6D642F15" w14:textId="77777777" w:rsidR="00471F91" w:rsidRPr="000C537D" w:rsidRDefault="000C537D" w:rsidP="000C537D">
      <w:pPr>
        <w:autoSpaceDE w:val="0"/>
        <w:autoSpaceDN w:val="0"/>
        <w:spacing w:after="0" w:line="360" w:lineRule="auto"/>
        <w:ind w:left="567" w:right="-38" w:firstLine="567"/>
        <w:rPr>
          <w:lang w:val="ru-RU"/>
        </w:rPr>
      </w:pP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>Содержание обучения раскрывается через модули. Приведён перечень универсальных учебных действий — познавательных, коммуникативных и регулятивных, формирование которых может быть достигнуто средствами учебного предмета «Технология» с учётом возрастных особенностей обучающихся начальных классов. В познавательных универсальных учебных действиях выделен специальный раздел «Работа с информацией». С учётом того, что выполнение правил совместной деятельности строится на интеграции регулятивных УУД (определённые волевые усилия, саморегуляция, самоконтроль, проявление терпения и доброжелательности при налаживании отношений) и коммуникативных УУД (способность вербальными средствами устанавливать взаимоотношения), их перечень дан в специальном разделе — «Совместная деятельность».</w:t>
      </w:r>
    </w:p>
    <w:p w14:paraId="376F23B4" w14:textId="77777777" w:rsidR="00471F91" w:rsidRPr="000C537D" w:rsidRDefault="000C537D" w:rsidP="000C537D">
      <w:pPr>
        <w:tabs>
          <w:tab w:val="left" w:pos="180"/>
        </w:tabs>
        <w:autoSpaceDE w:val="0"/>
        <w:autoSpaceDN w:val="0"/>
        <w:spacing w:after="0" w:line="360" w:lineRule="auto"/>
        <w:ind w:left="567" w:right="-38" w:firstLine="567"/>
        <w:rPr>
          <w:lang w:val="ru-RU"/>
        </w:rPr>
      </w:pPr>
      <w:r w:rsidRPr="000C537D">
        <w:rPr>
          <w:lang w:val="ru-RU"/>
        </w:rPr>
        <w:tab/>
      </w: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>Планируемые результаты включают личностные, метапредметные результаты за период обучения, а также предметные достижения младшего школьника за каждый год обучения в начальной школе.</w:t>
      </w:r>
    </w:p>
    <w:p w14:paraId="3DB97999" w14:textId="77777777" w:rsidR="00471F91" w:rsidRPr="000C537D" w:rsidRDefault="000C537D" w:rsidP="000C537D">
      <w:pPr>
        <w:tabs>
          <w:tab w:val="left" w:pos="180"/>
        </w:tabs>
        <w:autoSpaceDE w:val="0"/>
        <w:autoSpaceDN w:val="0"/>
        <w:spacing w:after="0" w:line="360" w:lineRule="auto"/>
        <w:ind w:left="567" w:right="-38" w:firstLine="567"/>
        <w:rPr>
          <w:lang w:val="ru-RU"/>
        </w:rPr>
      </w:pPr>
      <w:r w:rsidRPr="000C537D">
        <w:rPr>
          <w:lang w:val="ru-RU"/>
        </w:rPr>
        <w:tab/>
      </w:r>
      <w:r w:rsidRPr="000C537D">
        <w:rPr>
          <w:rFonts w:ascii="Times New Roman" w:eastAsia="Times New Roman" w:hAnsi="Times New Roman"/>
          <w:b/>
          <w:color w:val="000000"/>
          <w:sz w:val="24"/>
          <w:lang w:val="ru-RU"/>
        </w:rPr>
        <w:t>ОБЩАЯ ХАРАКТЕРИСТИКА УЧЕБНОГО ПРЕДМЕТА «ТЕХНОЛОГИЯ»</w:t>
      </w:r>
      <w:r w:rsidRPr="000C537D">
        <w:rPr>
          <w:lang w:val="ru-RU"/>
        </w:rPr>
        <w:br/>
      </w:r>
      <w:r w:rsidRPr="000C537D">
        <w:rPr>
          <w:lang w:val="ru-RU"/>
        </w:rPr>
        <w:tab/>
      </w: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>Предлагаемая программа отражает вариант конкретизации требований Федерального государственного образовательного стандарта начального общего образования по предметной области (предмету) «Технология» и обеспечивает обозначенную в нём содержательную составляющую по данному учебному предмету.</w:t>
      </w:r>
    </w:p>
    <w:p w14:paraId="0F7AA7D2" w14:textId="77777777" w:rsidR="00471F91" w:rsidRPr="000C537D" w:rsidRDefault="000C537D" w:rsidP="000C537D">
      <w:pPr>
        <w:autoSpaceDE w:val="0"/>
        <w:autoSpaceDN w:val="0"/>
        <w:spacing w:after="0" w:line="360" w:lineRule="auto"/>
        <w:ind w:left="567" w:right="-38" w:firstLine="567"/>
        <w:rPr>
          <w:lang w:val="ru-RU"/>
        </w:rPr>
      </w:pP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 xml:space="preserve">В соответствии с требованиями времени и инновационными установками отечественного </w:t>
      </w:r>
      <w:r w:rsidRPr="000C537D">
        <w:rPr>
          <w:lang w:val="ru-RU"/>
        </w:rPr>
        <w:br/>
      </w: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 xml:space="preserve">образования, обозначенными во ФГОС НОО, данная программа обеспечивает реализацию </w:t>
      </w:r>
      <w:r w:rsidRPr="000C537D">
        <w:rPr>
          <w:lang w:val="ru-RU"/>
        </w:rPr>
        <w:br/>
      </w: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>обновлённой концептуальной идеи учебного предмета «Технология». Её особенность состоит в формировании у обучающихся социально ценных качеств, креативности и общей культуры личности. Новые социально-экономические условия требуют включения каждого учебного предмета в данный процесс, а уроки технологии обладают большими специфическими резервами для решения данной задачи, особенно на уровне начального образования. В частности, курс технологии обладает возможностями в укреплении фундамента для развития умственной деятельности обучающихся начальных классов.</w:t>
      </w:r>
    </w:p>
    <w:p w14:paraId="6F84D078" w14:textId="77777777" w:rsidR="00297E3B" w:rsidRDefault="00297E3B" w:rsidP="000C537D">
      <w:pPr>
        <w:autoSpaceDE w:val="0"/>
        <w:autoSpaceDN w:val="0"/>
        <w:spacing w:after="0" w:line="360" w:lineRule="auto"/>
        <w:ind w:left="567" w:right="-38" w:firstLine="567"/>
        <w:rPr>
          <w:rFonts w:ascii="Times New Roman" w:eastAsia="Times New Roman" w:hAnsi="Times New Roman"/>
          <w:color w:val="000000"/>
          <w:sz w:val="24"/>
          <w:lang w:val="ru-RU"/>
        </w:rPr>
      </w:pPr>
    </w:p>
    <w:p w14:paraId="553E79BD" w14:textId="77777777" w:rsidR="00297E3B" w:rsidRDefault="00297E3B" w:rsidP="000C537D">
      <w:pPr>
        <w:autoSpaceDE w:val="0"/>
        <w:autoSpaceDN w:val="0"/>
        <w:spacing w:after="0" w:line="360" w:lineRule="auto"/>
        <w:ind w:left="567" w:right="-38" w:firstLine="567"/>
        <w:rPr>
          <w:rFonts w:ascii="Times New Roman" w:eastAsia="Times New Roman" w:hAnsi="Times New Roman"/>
          <w:color w:val="000000"/>
          <w:sz w:val="24"/>
          <w:lang w:val="ru-RU"/>
        </w:rPr>
      </w:pPr>
    </w:p>
    <w:p w14:paraId="58D12219" w14:textId="77777777" w:rsidR="00471F91" w:rsidRPr="000C537D" w:rsidRDefault="000C537D" w:rsidP="000C537D">
      <w:pPr>
        <w:autoSpaceDE w:val="0"/>
        <w:autoSpaceDN w:val="0"/>
        <w:spacing w:after="0" w:line="360" w:lineRule="auto"/>
        <w:ind w:left="567" w:right="-38" w:firstLine="567"/>
        <w:rPr>
          <w:lang w:val="ru-RU"/>
        </w:rPr>
      </w:pP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>В курсе технологии осуществляется реализация широкого спектра межпредметных связей.</w:t>
      </w:r>
    </w:p>
    <w:p w14:paraId="6A15FC23" w14:textId="77777777" w:rsidR="00471F91" w:rsidRPr="000C537D" w:rsidRDefault="000C537D" w:rsidP="000C537D">
      <w:pPr>
        <w:tabs>
          <w:tab w:val="left" w:pos="180"/>
        </w:tabs>
        <w:autoSpaceDE w:val="0"/>
        <w:autoSpaceDN w:val="0"/>
        <w:spacing w:after="0" w:line="360" w:lineRule="auto"/>
        <w:ind w:left="567" w:right="-38" w:firstLine="567"/>
        <w:rPr>
          <w:lang w:val="ru-RU"/>
        </w:rPr>
      </w:pPr>
      <w:r w:rsidRPr="000C537D">
        <w:rPr>
          <w:lang w:val="ru-RU"/>
        </w:rPr>
        <w:tab/>
      </w:r>
      <w:r w:rsidRPr="000C537D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Математика </w:t>
      </w: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>— 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числами.</w:t>
      </w:r>
    </w:p>
    <w:p w14:paraId="6876A97F" w14:textId="77777777" w:rsidR="00471F91" w:rsidRPr="000C537D" w:rsidRDefault="000C537D" w:rsidP="000C537D">
      <w:pPr>
        <w:tabs>
          <w:tab w:val="left" w:pos="180"/>
        </w:tabs>
        <w:autoSpaceDE w:val="0"/>
        <w:autoSpaceDN w:val="0"/>
        <w:spacing w:after="0" w:line="360" w:lineRule="auto"/>
        <w:ind w:left="567" w:right="-38" w:firstLine="567"/>
        <w:rPr>
          <w:lang w:val="ru-RU"/>
        </w:rPr>
      </w:pPr>
      <w:r w:rsidRPr="000C537D">
        <w:rPr>
          <w:lang w:val="ru-RU"/>
        </w:rPr>
        <w:tab/>
      </w:r>
      <w:r w:rsidRPr="00297E3B">
        <w:rPr>
          <w:rFonts w:ascii="Times New Roman" w:eastAsia="Times New Roman" w:hAnsi="Times New Roman"/>
          <w:b/>
          <w:color w:val="000000"/>
          <w:sz w:val="24"/>
          <w:lang w:val="ru-RU"/>
        </w:rPr>
        <w:t>Изобразительное искусство</w:t>
      </w: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 xml:space="preserve"> — использование средств художественной выразительности, законов и правил декоративно-прикладного искусства и дизайна.</w:t>
      </w:r>
    </w:p>
    <w:p w14:paraId="2B5164B9" w14:textId="77777777" w:rsidR="00471F91" w:rsidRPr="000C537D" w:rsidRDefault="000C537D" w:rsidP="000C537D">
      <w:pPr>
        <w:tabs>
          <w:tab w:val="left" w:pos="180"/>
        </w:tabs>
        <w:autoSpaceDE w:val="0"/>
        <w:autoSpaceDN w:val="0"/>
        <w:spacing w:after="0" w:line="360" w:lineRule="auto"/>
        <w:ind w:left="567" w:right="-38" w:firstLine="567"/>
        <w:rPr>
          <w:lang w:val="ru-RU"/>
        </w:rPr>
      </w:pPr>
      <w:r w:rsidRPr="000C537D">
        <w:rPr>
          <w:lang w:val="ru-RU"/>
        </w:rPr>
        <w:tab/>
      </w:r>
      <w:r w:rsidRPr="000C537D">
        <w:rPr>
          <w:rFonts w:ascii="Times New Roman" w:eastAsia="Times New Roman" w:hAnsi="Times New Roman"/>
          <w:b/>
          <w:color w:val="000000"/>
          <w:sz w:val="24"/>
          <w:lang w:val="ru-RU"/>
        </w:rPr>
        <w:t>Окружающий мир</w:t>
      </w: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 xml:space="preserve"> — 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традиции. </w:t>
      </w:r>
      <w:r w:rsidRPr="000C537D">
        <w:rPr>
          <w:lang w:val="ru-RU"/>
        </w:rPr>
        <w:tab/>
      </w:r>
      <w:r w:rsidRPr="000C537D">
        <w:rPr>
          <w:rFonts w:ascii="Times New Roman" w:eastAsia="Times New Roman" w:hAnsi="Times New Roman"/>
          <w:b/>
          <w:color w:val="000000"/>
          <w:sz w:val="24"/>
          <w:lang w:val="ru-RU"/>
        </w:rPr>
        <w:t>Родной язык</w:t>
      </w: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 xml:space="preserve"> —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деятельности.</w:t>
      </w:r>
    </w:p>
    <w:p w14:paraId="6C91E326" w14:textId="77777777" w:rsidR="00471F91" w:rsidRPr="000C537D" w:rsidRDefault="000C537D" w:rsidP="000C537D">
      <w:pPr>
        <w:autoSpaceDE w:val="0"/>
        <w:autoSpaceDN w:val="0"/>
        <w:spacing w:after="0" w:line="360" w:lineRule="auto"/>
        <w:ind w:left="567" w:right="-38" w:firstLine="567"/>
        <w:rPr>
          <w:lang w:val="ru-RU"/>
        </w:rPr>
      </w:pPr>
      <w:r w:rsidRPr="000C537D">
        <w:rPr>
          <w:rFonts w:ascii="Times New Roman" w:eastAsia="Times New Roman" w:hAnsi="Times New Roman"/>
          <w:b/>
          <w:color w:val="000000"/>
          <w:sz w:val="24"/>
          <w:lang w:val="ru-RU"/>
        </w:rPr>
        <w:t>Литературное чтени</w:t>
      </w: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>е — работа с текстами для создания образа, реализуемого в изделии.</w:t>
      </w:r>
    </w:p>
    <w:p w14:paraId="33C40FC2" w14:textId="77777777" w:rsidR="00471F91" w:rsidRPr="000C537D" w:rsidRDefault="000C537D" w:rsidP="000C537D">
      <w:pPr>
        <w:autoSpaceDE w:val="0"/>
        <w:autoSpaceDN w:val="0"/>
        <w:spacing w:after="0" w:line="360" w:lineRule="auto"/>
        <w:ind w:left="567" w:right="-38" w:firstLine="567"/>
        <w:rPr>
          <w:lang w:val="ru-RU"/>
        </w:rPr>
      </w:pP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>Важнейшая особенность уроков технологии в начальной школе — предметно-практическая деятельность как необходимая составляющая целостного процесса интеллектуального, а также</w:t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>духовного и нравственного развития обучающихся младшего школьного возраста.</w:t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>Продуктивная предметная деятельность на уроках технологии является основой формирования познавательных способностей школьников, стремления активно знакомиться с историей материальной культуры и семейных традиций своего и других народов, и уважительного отношения к ним.</w:t>
      </w:r>
    </w:p>
    <w:p w14:paraId="039D4F23" w14:textId="77777777" w:rsidR="00471F91" w:rsidRPr="000C537D" w:rsidRDefault="000C537D" w:rsidP="000C537D">
      <w:pPr>
        <w:autoSpaceDE w:val="0"/>
        <w:autoSpaceDN w:val="0"/>
        <w:spacing w:after="0" w:line="360" w:lineRule="auto"/>
        <w:ind w:left="567" w:right="-38" w:firstLine="567"/>
        <w:rPr>
          <w:lang w:val="ru-RU"/>
        </w:rPr>
      </w:pP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>Занятия продуктивной деятельностью закладывают основу для формирования у обучающихся социально-значимых практических умений и опыта преобразовательной творческой деятельности как предпосылки для успешной социализации личности младшего школьника.</w:t>
      </w:r>
    </w:p>
    <w:p w14:paraId="44F19408" w14:textId="77777777" w:rsidR="00471F91" w:rsidRPr="000C537D" w:rsidRDefault="000C537D" w:rsidP="000C537D">
      <w:pPr>
        <w:autoSpaceDE w:val="0"/>
        <w:autoSpaceDN w:val="0"/>
        <w:spacing w:after="0" w:line="360" w:lineRule="auto"/>
        <w:ind w:left="567" w:right="-38" w:firstLine="567"/>
        <w:rPr>
          <w:lang w:val="ru-RU"/>
        </w:rPr>
      </w:pP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>На уроках технологии ученики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</w:t>
      </w:r>
    </w:p>
    <w:p w14:paraId="02C8D818" w14:textId="77777777" w:rsidR="00471F91" w:rsidRPr="000C537D" w:rsidRDefault="000C537D" w:rsidP="000C537D">
      <w:pPr>
        <w:tabs>
          <w:tab w:val="left" w:pos="180"/>
        </w:tabs>
        <w:autoSpaceDE w:val="0"/>
        <w:autoSpaceDN w:val="0"/>
        <w:spacing w:after="0" w:line="360" w:lineRule="auto"/>
        <w:ind w:left="567" w:right="-38" w:firstLine="567"/>
        <w:rPr>
          <w:lang w:val="ru-RU"/>
        </w:rPr>
      </w:pPr>
      <w:r w:rsidRPr="000C537D">
        <w:rPr>
          <w:lang w:val="ru-RU"/>
        </w:rPr>
        <w:tab/>
      </w:r>
      <w:r w:rsidRPr="000C537D">
        <w:rPr>
          <w:rFonts w:ascii="Times New Roman" w:eastAsia="Times New Roman" w:hAnsi="Times New Roman"/>
          <w:b/>
          <w:color w:val="000000"/>
          <w:sz w:val="24"/>
          <w:lang w:val="ru-RU"/>
        </w:rPr>
        <w:t>ЦЕЛИ ИЗУЧЕНИЯ УЧЕБНОГО ПРЕДМЕТА «ТЕХНОЛОГИЯ»</w:t>
      </w:r>
      <w:r w:rsidRPr="000C537D">
        <w:rPr>
          <w:lang w:val="ru-RU"/>
        </w:rPr>
        <w:br/>
      </w:r>
      <w:r w:rsidRPr="000C537D">
        <w:rPr>
          <w:lang w:val="ru-RU"/>
        </w:rPr>
        <w:tab/>
      </w:r>
      <w:r w:rsidRPr="000C537D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Основной целью </w:t>
      </w: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>предмета является успешная социализация обучающихся, формирование у них функциональной грамотности на базе освоения культурологических и конструкторско-</w:t>
      </w:r>
      <w:r w:rsidRPr="000C537D">
        <w:rPr>
          <w:lang w:val="ru-RU"/>
        </w:rPr>
        <w:br/>
      </w: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>технологических знаний (о рукотворном мире и общих правилах его создания в рамках исторически меняющихся технологий) и соответствующих им практических умений, представленных в содержании учебного предмета.</w:t>
      </w:r>
    </w:p>
    <w:p w14:paraId="6E16B462" w14:textId="77777777" w:rsidR="00297E3B" w:rsidRDefault="000C537D" w:rsidP="000C537D">
      <w:pPr>
        <w:tabs>
          <w:tab w:val="left" w:pos="180"/>
        </w:tabs>
        <w:autoSpaceDE w:val="0"/>
        <w:autoSpaceDN w:val="0"/>
        <w:spacing w:after="0" w:line="360" w:lineRule="auto"/>
        <w:ind w:left="567" w:right="-38" w:firstLine="567"/>
        <w:rPr>
          <w:rFonts w:ascii="Times New Roman" w:eastAsia="Times New Roman" w:hAnsi="Times New Roman"/>
          <w:i/>
          <w:color w:val="000000"/>
          <w:sz w:val="24"/>
          <w:lang w:val="ru-RU"/>
        </w:rPr>
      </w:pP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>Для реализации основной цели и концептуальной идеи данного предмета необходимо решение системы приоритетных задач: образовательных, развивающих и воспитательных.</w:t>
      </w:r>
      <w:r w:rsidR="00297E3B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0C537D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Образовательные задачи курса: </w:t>
      </w:r>
    </w:p>
    <w:p w14:paraId="7812FF1F" w14:textId="77777777" w:rsidR="00297E3B" w:rsidRDefault="00297E3B" w:rsidP="000C537D">
      <w:pPr>
        <w:tabs>
          <w:tab w:val="left" w:pos="180"/>
        </w:tabs>
        <w:autoSpaceDE w:val="0"/>
        <w:autoSpaceDN w:val="0"/>
        <w:spacing w:after="0" w:line="360" w:lineRule="auto"/>
        <w:ind w:left="567" w:right="-38" w:firstLine="567"/>
        <w:rPr>
          <w:lang w:val="ru-RU"/>
        </w:rPr>
      </w:pPr>
    </w:p>
    <w:p w14:paraId="0BD25235" w14:textId="77777777" w:rsidR="00297E3B" w:rsidRDefault="000C537D" w:rsidP="00297E3B">
      <w:pPr>
        <w:tabs>
          <w:tab w:val="left" w:pos="567"/>
        </w:tabs>
        <w:autoSpaceDE w:val="0"/>
        <w:autoSpaceDN w:val="0"/>
        <w:spacing w:after="0" w:line="360" w:lineRule="auto"/>
        <w:ind w:left="567" w:right="-38" w:firstLine="284"/>
        <w:rPr>
          <w:rFonts w:ascii="Times New Roman" w:eastAsia="Times New Roman" w:hAnsi="Times New Roman"/>
          <w:color w:val="000000"/>
          <w:sz w:val="24"/>
          <w:lang w:val="ru-RU"/>
        </w:rPr>
      </w:pPr>
      <w:r w:rsidRPr="000C537D">
        <w:rPr>
          <w:lang w:val="ru-RU"/>
        </w:rPr>
        <w:br/>
      </w:r>
      <w:r w:rsidRPr="000C537D">
        <w:rPr>
          <w:lang w:val="ru-RU"/>
        </w:rPr>
        <w:tab/>
      </w:r>
      <w:r w:rsidR="00297E3B">
        <w:rPr>
          <w:lang w:val="ru-RU"/>
        </w:rPr>
        <w:t xml:space="preserve"> </w:t>
      </w: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 xml:space="preserve">формирование общих представлений о культуре и организации трудовой деятельности как важной части общей культуры человека; </w:t>
      </w:r>
    </w:p>
    <w:p w14:paraId="1EA87E2B" w14:textId="77777777" w:rsidR="00471F91" w:rsidRPr="000C537D" w:rsidRDefault="000C537D" w:rsidP="00297E3B">
      <w:pPr>
        <w:tabs>
          <w:tab w:val="left" w:pos="180"/>
          <w:tab w:val="left" w:pos="567"/>
        </w:tabs>
        <w:autoSpaceDE w:val="0"/>
        <w:autoSpaceDN w:val="0"/>
        <w:spacing w:after="0" w:line="360" w:lineRule="auto"/>
        <w:ind w:left="567" w:right="-38" w:firstLine="284"/>
        <w:rPr>
          <w:lang w:val="ru-RU"/>
        </w:rPr>
      </w:pP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 xml:space="preserve"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 </w:t>
      </w:r>
      <w:r w:rsidRPr="000C537D">
        <w:rPr>
          <w:lang w:val="ru-RU"/>
        </w:rPr>
        <w:br/>
      </w:r>
      <w:r w:rsidR="00297E3B">
        <w:rPr>
          <w:rFonts w:ascii="Times New Roman" w:eastAsia="Times New Roman" w:hAnsi="Times New Roman"/>
          <w:color w:val="000000"/>
          <w:sz w:val="24"/>
          <w:lang w:val="ru-RU"/>
        </w:rPr>
        <w:t xml:space="preserve">    </w:t>
      </w: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 xml:space="preserve">формирование основ чертёжно-графической грамотности, умения работать с простейшей технологической документацией (рисунок, чертёж, эскиз, схема); </w:t>
      </w:r>
      <w:r w:rsidRPr="000C537D">
        <w:rPr>
          <w:lang w:val="ru-RU"/>
        </w:rPr>
        <w:br/>
      </w:r>
      <w:r w:rsidR="00297E3B">
        <w:rPr>
          <w:rFonts w:ascii="Times New Roman" w:eastAsia="Times New Roman" w:hAnsi="Times New Roman"/>
          <w:color w:val="000000"/>
          <w:sz w:val="24"/>
          <w:lang w:val="ru-RU"/>
        </w:rPr>
        <w:t xml:space="preserve">    </w:t>
      </w: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>формирование элементарных знаний и представлений о различных материалах, технологиях их обработки и соответствующих умений.</w:t>
      </w:r>
    </w:p>
    <w:p w14:paraId="40FCF2F7" w14:textId="77777777" w:rsidR="00471F91" w:rsidRPr="000C537D" w:rsidRDefault="000C537D" w:rsidP="000C537D">
      <w:pPr>
        <w:tabs>
          <w:tab w:val="left" w:pos="180"/>
        </w:tabs>
        <w:autoSpaceDE w:val="0"/>
        <w:autoSpaceDN w:val="0"/>
        <w:spacing w:after="0" w:line="360" w:lineRule="auto"/>
        <w:ind w:left="567" w:right="-38" w:firstLine="567"/>
        <w:rPr>
          <w:lang w:val="ru-RU"/>
        </w:rPr>
      </w:pPr>
      <w:r w:rsidRPr="000C537D">
        <w:rPr>
          <w:lang w:val="ru-RU"/>
        </w:rPr>
        <w:tab/>
      </w:r>
      <w:r w:rsidRPr="000C537D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Развивающие задачи: </w:t>
      </w:r>
      <w:r w:rsidRPr="000C537D">
        <w:rPr>
          <w:lang w:val="ru-RU"/>
        </w:rPr>
        <w:br/>
      </w:r>
      <w:r w:rsidR="00297E3B">
        <w:rPr>
          <w:rFonts w:ascii="Times New Roman" w:eastAsia="Times New Roman" w:hAnsi="Times New Roman"/>
          <w:color w:val="000000"/>
          <w:sz w:val="24"/>
          <w:lang w:val="ru-RU"/>
        </w:rPr>
        <w:t xml:space="preserve">   </w:t>
      </w: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 xml:space="preserve">развитие сенсомоторных процессов, психомоторной координации, глазомера через формирование практических умений; </w:t>
      </w:r>
      <w:r w:rsidRPr="000C537D">
        <w:rPr>
          <w:lang w:val="ru-RU"/>
        </w:rPr>
        <w:br/>
      </w:r>
      <w:r w:rsidR="00297E3B">
        <w:rPr>
          <w:rFonts w:ascii="Times New Roman" w:eastAsia="Times New Roman" w:hAnsi="Times New Roman"/>
          <w:color w:val="000000"/>
          <w:sz w:val="24"/>
          <w:lang w:val="ru-RU"/>
        </w:rPr>
        <w:t xml:space="preserve">   </w:t>
      </w: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 xml:space="preserve">расширение культурного кругозора, развитие способности творческого использования полученных знаний и умений в практической деятельности; </w:t>
      </w:r>
      <w:r w:rsidRPr="000C537D">
        <w:rPr>
          <w:lang w:val="ru-RU"/>
        </w:rPr>
        <w:br/>
      </w:r>
      <w:r w:rsidR="00297E3B">
        <w:rPr>
          <w:rFonts w:ascii="Times New Roman" w:eastAsia="Times New Roman" w:hAnsi="Times New Roman"/>
          <w:color w:val="000000"/>
          <w:sz w:val="24"/>
          <w:lang w:val="ru-RU"/>
        </w:rPr>
        <w:t xml:space="preserve">   </w:t>
      </w: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 xml:space="preserve"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 </w:t>
      </w:r>
      <w:r w:rsidRPr="000C537D">
        <w:rPr>
          <w:lang w:val="ru-RU"/>
        </w:rPr>
        <w:br/>
      </w:r>
      <w:r w:rsidR="00297E3B">
        <w:rPr>
          <w:rFonts w:ascii="Times New Roman" w:eastAsia="Times New Roman" w:hAnsi="Times New Roman"/>
          <w:color w:val="000000"/>
          <w:sz w:val="24"/>
          <w:lang w:val="ru-RU"/>
        </w:rPr>
        <w:t xml:space="preserve">   </w:t>
      </w: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>развитие гибкости и вариативности мышления, способностей к изобретательской деятельности.</w:t>
      </w:r>
    </w:p>
    <w:p w14:paraId="4301C22D" w14:textId="77777777" w:rsidR="00471F91" w:rsidRPr="000C537D" w:rsidRDefault="000C537D" w:rsidP="000C537D">
      <w:pPr>
        <w:tabs>
          <w:tab w:val="left" w:pos="180"/>
        </w:tabs>
        <w:autoSpaceDE w:val="0"/>
        <w:autoSpaceDN w:val="0"/>
        <w:spacing w:after="0" w:line="360" w:lineRule="auto"/>
        <w:ind w:left="567" w:right="-38" w:firstLine="567"/>
        <w:rPr>
          <w:lang w:val="ru-RU"/>
        </w:rPr>
      </w:pPr>
      <w:r w:rsidRPr="000C537D">
        <w:rPr>
          <w:lang w:val="ru-RU"/>
        </w:rPr>
        <w:tab/>
      </w:r>
      <w:r w:rsidRPr="000C537D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Воспитательные задачи: </w:t>
      </w:r>
      <w:r w:rsidRPr="000C537D">
        <w:rPr>
          <w:lang w:val="ru-RU"/>
        </w:rPr>
        <w:br/>
      </w:r>
      <w:r w:rsidRPr="000C537D">
        <w:rPr>
          <w:lang w:val="ru-RU"/>
        </w:rPr>
        <w:tab/>
      </w: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 xml:space="preserve">воспитание уважительного отношения к людям труда, к культурным традициям, понимания ценности предшествующих культур, отражённых в материальном мире; </w:t>
      </w:r>
      <w:r w:rsidRPr="000C537D">
        <w:rPr>
          <w:lang w:val="ru-RU"/>
        </w:rPr>
        <w:br/>
      </w:r>
      <w:r w:rsidRPr="000C537D">
        <w:rPr>
          <w:lang w:val="ru-RU"/>
        </w:rPr>
        <w:tab/>
      </w: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 xml:space="preserve"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саморегуляции, активности и инициативности; </w:t>
      </w:r>
      <w:r w:rsidRPr="000C537D">
        <w:rPr>
          <w:lang w:val="ru-RU"/>
        </w:rPr>
        <w:br/>
      </w:r>
      <w:r w:rsidRPr="000C537D">
        <w:rPr>
          <w:lang w:val="ru-RU"/>
        </w:rPr>
        <w:tab/>
      </w: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 xml:space="preserve"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 </w:t>
      </w:r>
      <w:r w:rsidRPr="000C537D">
        <w:rPr>
          <w:lang w:val="ru-RU"/>
        </w:rPr>
        <w:br/>
      </w:r>
      <w:r w:rsidRPr="000C537D">
        <w:rPr>
          <w:lang w:val="ru-RU"/>
        </w:rPr>
        <w:tab/>
      </w: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>становление экологического сознания, внимательного и вдумчивого отношения к окружающей</w:t>
      </w:r>
      <w:r w:rsidR="00297E3B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 xml:space="preserve">природе, осознание взаимосвязи рукотворного мира с миром природы; </w:t>
      </w:r>
      <w:r w:rsidRPr="000C537D">
        <w:rPr>
          <w:lang w:val="ru-RU"/>
        </w:rPr>
        <w:br/>
      </w:r>
      <w:r w:rsidRPr="000C537D">
        <w:rPr>
          <w:lang w:val="ru-RU"/>
        </w:rPr>
        <w:tab/>
      </w: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14:paraId="35830706" w14:textId="77777777" w:rsidR="00471F91" w:rsidRDefault="000C537D" w:rsidP="000C537D">
      <w:pPr>
        <w:autoSpaceDE w:val="0"/>
        <w:autoSpaceDN w:val="0"/>
        <w:spacing w:after="0" w:line="360" w:lineRule="auto"/>
        <w:ind w:left="567" w:right="-38" w:firstLine="567"/>
        <w:rPr>
          <w:rFonts w:ascii="Times New Roman" w:eastAsia="Times New Roman" w:hAnsi="Times New Roman"/>
          <w:color w:val="000000"/>
          <w:sz w:val="24"/>
          <w:lang w:val="ru-RU"/>
        </w:rPr>
      </w:pPr>
      <w:r w:rsidRPr="000C537D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МЕСТО УЧЕБНОГО ПРЕДМЕТА «ТЕХНОЛОГИЯ» В УЧЕБНОМ ПЛАНЕ </w:t>
      </w:r>
      <w:r w:rsidRPr="000C537D">
        <w:rPr>
          <w:lang w:val="ru-RU"/>
        </w:rPr>
        <w:br/>
      </w:r>
      <w:r w:rsidR="00297E3B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>Согласно требованиям ФГОС общее число часов на изучение курса «Технология» в 4 классе — 34 часа (по 1 часу в неделю).</w:t>
      </w:r>
    </w:p>
    <w:p w14:paraId="7EB14060" w14:textId="77777777" w:rsidR="00297E3B" w:rsidRDefault="00297E3B" w:rsidP="000C537D">
      <w:pPr>
        <w:autoSpaceDE w:val="0"/>
        <w:autoSpaceDN w:val="0"/>
        <w:spacing w:after="0" w:line="360" w:lineRule="auto"/>
        <w:ind w:left="567" w:right="-38" w:firstLine="567"/>
        <w:rPr>
          <w:lang w:val="ru-RU"/>
        </w:rPr>
      </w:pPr>
    </w:p>
    <w:p w14:paraId="70FFA2DA" w14:textId="77777777" w:rsidR="00297E3B" w:rsidRPr="000C537D" w:rsidRDefault="00297E3B" w:rsidP="000C537D">
      <w:pPr>
        <w:autoSpaceDE w:val="0"/>
        <w:autoSpaceDN w:val="0"/>
        <w:spacing w:after="0" w:line="360" w:lineRule="auto"/>
        <w:ind w:left="567" w:right="-38" w:firstLine="567"/>
        <w:rPr>
          <w:lang w:val="ru-RU"/>
        </w:rPr>
      </w:pPr>
    </w:p>
    <w:p w14:paraId="1A176854" w14:textId="77777777" w:rsidR="00471F91" w:rsidRPr="000C537D" w:rsidRDefault="000C537D" w:rsidP="000C537D">
      <w:pPr>
        <w:autoSpaceDE w:val="0"/>
        <w:autoSpaceDN w:val="0"/>
        <w:spacing w:after="0" w:line="360" w:lineRule="auto"/>
        <w:ind w:left="567" w:right="-38" w:firstLine="567"/>
        <w:rPr>
          <w:lang w:val="ru-RU"/>
        </w:rPr>
      </w:pPr>
      <w:r w:rsidRPr="000C537D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СОДЕРЖАНИЕ УЧЕБНОГО ПРЕДМЕТА </w:t>
      </w:r>
    </w:p>
    <w:p w14:paraId="0F0A1DFC" w14:textId="77777777" w:rsidR="00471F91" w:rsidRPr="000C537D" w:rsidRDefault="000C537D" w:rsidP="000C537D">
      <w:pPr>
        <w:tabs>
          <w:tab w:val="left" w:pos="180"/>
        </w:tabs>
        <w:autoSpaceDE w:val="0"/>
        <w:autoSpaceDN w:val="0"/>
        <w:spacing w:after="0" w:line="360" w:lineRule="auto"/>
        <w:ind w:left="567" w:right="-38" w:firstLine="567"/>
        <w:rPr>
          <w:lang w:val="ru-RU"/>
        </w:rPr>
      </w:pPr>
      <w:r w:rsidRPr="000C537D">
        <w:rPr>
          <w:lang w:val="ru-RU"/>
        </w:rPr>
        <w:tab/>
      </w:r>
      <w:r w:rsidRPr="000C537D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1. Технологии, профессии и производства </w:t>
      </w:r>
      <w:r w:rsidRPr="000C537D">
        <w:rPr>
          <w:lang w:val="ru-RU"/>
        </w:rPr>
        <w:br/>
      </w:r>
      <w:r w:rsidRPr="000C537D">
        <w:rPr>
          <w:lang w:val="ru-RU"/>
        </w:rPr>
        <w:tab/>
      </w: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>Профессии и технологии современного мира. Использование достижений науки в развитии технического прогресса. Изобретение и использование синтетических материалов с определёнными заданными свойствами в различных отраслях и профессиях. Нефть как универсальное сырьё. Материалы, получаемые из нефти (пластик, стеклоткань, пенопласт и др.).</w:t>
      </w:r>
    </w:p>
    <w:p w14:paraId="122CFA42" w14:textId="77777777" w:rsidR="00471F91" w:rsidRPr="000C537D" w:rsidRDefault="000C537D" w:rsidP="000C537D">
      <w:pPr>
        <w:autoSpaceDE w:val="0"/>
        <w:autoSpaceDN w:val="0"/>
        <w:spacing w:after="0" w:line="360" w:lineRule="auto"/>
        <w:ind w:left="567" w:right="-38" w:firstLine="567"/>
        <w:rPr>
          <w:lang w:val="ru-RU"/>
        </w:rPr>
      </w:pP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>Профессии, связанные с опасностями (пожарные, космонавты, химики и др.).</w:t>
      </w:r>
    </w:p>
    <w:p w14:paraId="628961CF" w14:textId="77777777" w:rsidR="00471F91" w:rsidRPr="000C537D" w:rsidRDefault="000C537D" w:rsidP="000C537D">
      <w:pPr>
        <w:tabs>
          <w:tab w:val="left" w:pos="180"/>
        </w:tabs>
        <w:autoSpaceDE w:val="0"/>
        <w:autoSpaceDN w:val="0"/>
        <w:spacing w:after="0" w:line="360" w:lineRule="auto"/>
        <w:ind w:left="567" w:right="-38" w:firstLine="567"/>
        <w:rPr>
          <w:lang w:val="ru-RU"/>
        </w:rPr>
      </w:pP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>Информационный мир, его место и влияние на жизнь и деятельность людей. Влияние современных технологий и преобразующей деятельности человека на окружающую среду, способы её защиты.</w:t>
      </w:r>
    </w:p>
    <w:p w14:paraId="4B7A2601" w14:textId="77777777" w:rsidR="00471F91" w:rsidRPr="000C537D" w:rsidRDefault="000C537D" w:rsidP="000C537D">
      <w:pPr>
        <w:autoSpaceDE w:val="0"/>
        <w:autoSpaceDN w:val="0"/>
        <w:spacing w:after="0" w:line="360" w:lineRule="auto"/>
        <w:ind w:left="567" w:right="-38" w:firstLine="567"/>
        <w:rPr>
          <w:lang w:val="ru-RU"/>
        </w:rPr>
      </w:pP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>Сохранение и развитие традиций прошлого в творчестве современных мастеров. Бережное и уважительное отношение людей к культурным традициям. Изготовление изделий с учётом традиционных правил и современных технологий (лепка, вязание, шитьё, вышивка и др.).</w:t>
      </w:r>
    </w:p>
    <w:p w14:paraId="2810CC1B" w14:textId="77777777" w:rsidR="00471F91" w:rsidRPr="000C537D" w:rsidRDefault="000C537D" w:rsidP="000C537D">
      <w:pPr>
        <w:autoSpaceDE w:val="0"/>
        <w:autoSpaceDN w:val="0"/>
        <w:spacing w:after="0" w:line="360" w:lineRule="auto"/>
        <w:ind w:left="567" w:right="-38" w:firstLine="567"/>
        <w:rPr>
          <w:lang w:val="ru-RU"/>
        </w:rPr>
      </w:pP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>Элементарная творческая и проектная деятельность (реализация заданного или собственного замысла, поиск оптимальных конструктивных и технологических решений). Коллективные, групповые и индивидуальные проекты на основе содержания материала, изучаемого в течение учебного года. Использование комбинированных техник создания конструкций по заданным условиям в выполнении учебных проектов.</w:t>
      </w:r>
    </w:p>
    <w:p w14:paraId="2772F62F" w14:textId="77777777" w:rsidR="00471F91" w:rsidRPr="000C537D" w:rsidRDefault="000C537D" w:rsidP="000C537D">
      <w:pPr>
        <w:tabs>
          <w:tab w:val="left" w:pos="180"/>
        </w:tabs>
        <w:autoSpaceDE w:val="0"/>
        <w:autoSpaceDN w:val="0"/>
        <w:spacing w:after="0" w:line="360" w:lineRule="auto"/>
        <w:ind w:left="567" w:right="-38" w:firstLine="567"/>
        <w:rPr>
          <w:lang w:val="ru-RU"/>
        </w:rPr>
      </w:pPr>
      <w:r w:rsidRPr="000C537D">
        <w:rPr>
          <w:lang w:val="ru-RU"/>
        </w:rPr>
        <w:tab/>
      </w:r>
      <w:r w:rsidRPr="000C537D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2. Технологии ручной обработки материалов </w:t>
      </w:r>
      <w:r w:rsidRPr="000C537D">
        <w:rPr>
          <w:lang w:val="ru-RU"/>
        </w:rPr>
        <w:br/>
      </w:r>
      <w:r w:rsidRPr="000C537D">
        <w:rPr>
          <w:lang w:val="ru-RU"/>
        </w:rPr>
        <w:tab/>
      </w: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>Синтетические материалы — ткани, полимеры (пластик, поролон). Их свойства. Создание синтетических материалов с заданными свойствами.</w:t>
      </w:r>
    </w:p>
    <w:p w14:paraId="005B42C5" w14:textId="77777777" w:rsidR="00471F91" w:rsidRPr="000C537D" w:rsidRDefault="000C537D" w:rsidP="000C537D">
      <w:pPr>
        <w:autoSpaceDE w:val="0"/>
        <w:autoSpaceDN w:val="0"/>
        <w:spacing w:after="0" w:line="360" w:lineRule="auto"/>
        <w:ind w:left="567" w:right="-38" w:firstLine="567"/>
        <w:rPr>
          <w:lang w:val="ru-RU"/>
        </w:rPr>
      </w:pP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Использование измерений, вычислений и построений для решения практических задач. Внесение дополнений и изменений в условные графические изображения в соответствии с </w:t>
      </w:r>
      <w:r w:rsidRPr="000C537D">
        <w:rPr>
          <w:lang w:val="ru-RU"/>
        </w:rPr>
        <w:br/>
      </w: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>дополнительными/изменёнными требованиями к изделию.</w:t>
      </w:r>
    </w:p>
    <w:p w14:paraId="481D1CF0" w14:textId="77777777" w:rsidR="00471F91" w:rsidRPr="000C537D" w:rsidRDefault="000C537D" w:rsidP="000C537D">
      <w:pPr>
        <w:autoSpaceDE w:val="0"/>
        <w:autoSpaceDN w:val="0"/>
        <w:spacing w:after="0" w:line="360" w:lineRule="auto"/>
        <w:ind w:left="567" w:right="-38" w:firstLine="567"/>
        <w:rPr>
          <w:lang w:val="ru-RU"/>
        </w:rPr>
      </w:pP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>Технология обработки бумаги и картона. Подбор материалов в соответствии с замыслом, особенностями конструкции изделия. Определение оптимальных способов разметки деталей, сборки изделия. Выбор способов отделки. Комбинирование разных материалов в одном изделии.</w:t>
      </w:r>
    </w:p>
    <w:p w14:paraId="1FEC04D3" w14:textId="77777777" w:rsidR="00471F91" w:rsidRPr="000C537D" w:rsidRDefault="000C537D" w:rsidP="000C537D">
      <w:pPr>
        <w:tabs>
          <w:tab w:val="left" w:pos="180"/>
        </w:tabs>
        <w:autoSpaceDE w:val="0"/>
        <w:autoSpaceDN w:val="0"/>
        <w:spacing w:after="0" w:line="360" w:lineRule="auto"/>
        <w:ind w:left="567" w:right="-38" w:firstLine="567"/>
        <w:rPr>
          <w:lang w:val="ru-RU"/>
        </w:rPr>
      </w:pP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>Совершенствование умений выполнять разные способы разметки с помощью чертёжных инструментов. Освоение доступных художественных техник.</w:t>
      </w:r>
    </w:p>
    <w:p w14:paraId="3C81C827" w14:textId="77777777" w:rsidR="00297E3B" w:rsidRDefault="000C537D" w:rsidP="000C537D">
      <w:pPr>
        <w:autoSpaceDE w:val="0"/>
        <w:autoSpaceDN w:val="0"/>
        <w:spacing w:after="0" w:line="360" w:lineRule="auto"/>
        <w:ind w:left="567" w:right="-38" w:firstLine="567"/>
        <w:rPr>
          <w:rFonts w:ascii="Times New Roman" w:eastAsia="Times New Roman" w:hAnsi="Times New Roman"/>
          <w:color w:val="000000"/>
          <w:sz w:val="24"/>
          <w:lang w:val="ru-RU"/>
        </w:rPr>
      </w:pP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 xml:space="preserve">Технология обработки текстильных материалов. Обобщённое представление о видах тканей (натуральные, искусственные, синтетические), их свойствах и областей использования. Дизайн одежды в зависимости от её назначения, моды, времени. Подбор текстильных </w:t>
      </w:r>
    </w:p>
    <w:p w14:paraId="59E84E2B" w14:textId="77777777" w:rsidR="00297E3B" w:rsidRDefault="00297E3B" w:rsidP="00297E3B">
      <w:pPr>
        <w:autoSpaceDE w:val="0"/>
        <w:autoSpaceDN w:val="0"/>
        <w:spacing w:after="0" w:line="360" w:lineRule="auto"/>
        <w:ind w:left="567" w:right="-38"/>
        <w:rPr>
          <w:rFonts w:ascii="Times New Roman" w:eastAsia="Times New Roman" w:hAnsi="Times New Roman"/>
          <w:color w:val="000000"/>
          <w:sz w:val="24"/>
          <w:lang w:val="ru-RU"/>
        </w:rPr>
      </w:pPr>
    </w:p>
    <w:p w14:paraId="400BA4D5" w14:textId="77777777" w:rsidR="00297E3B" w:rsidRDefault="00297E3B" w:rsidP="00297E3B">
      <w:pPr>
        <w:autoSpaceDE w:val="0"/>
        <w:autoSpaceDN w:val="0"/>
        <w:spacing w:after="0" w:line="360" w:lineRule="auto"/>
        <w:ind w:left="567" w:right="-38"/>
        <w:rPr>
          <w:rFonts w:ascii="Times New Roman" w:eastAsia="Times New Roman" w:hAnsi="Times New Roman"/>
          <w:color w:val="000000"/>
          <w:sz w:val="24"/>
          <w:lang w:val="ru-RU"/>
        </w:rPr>
      </w:pPr>
    </w:p>
    <w:p w14:paraId="19BF57B9" w14:textId="77777777" w:rsidR="00471F91" w:rsidRPr="000C537D" w:rsidRDefault="000C537D" w:rsidP="00297E3B">
      <w:pPr>
        <w:autoSpaceDE w:val="0"/>
        <w:autoSpaceDN w:val="0"/>
        <w:spacing w:after="0" w:line="360" w:lineRule="auto"/>
        <w:ind w:left="567" w:right="-38" w:firstLine="567"/>
        <w:rPr>
          <w:lang w:val="ru-RU"/>
        </w:rPr>
      </w:pP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>материалов в соответствии с замыслом, особенностями конструкции изделия. Раскрой деталей по готовым лекалам (выкройкам), собственным несложным. Строчка петельного стежка и её варианты («тамбур» и др.), её назначение (соединение и отделка деталей) и/или строчки петлеобразного и крестообразного стежков (соединительные и отделочные). Подбор ручных строчек для сшивания и отделки изделий.</w:t>
      </w:r>
    </w:p>
    <w:p w14:paraId="5C950D9A" w14:textId="77777777" w:rsidR="00471F91" w:rsidRPr="000C537D" w:rsidRDefault="000C537D" w:rsidP="000C537D">
      <w:pPr>
        <w:autoSpaceDE w:val="0"/>
        <w:autoSpaceDN w:val="0"/>
        <w:spacing w:after="0" w:line="360" w:lineRule="auto"/>
        <w:ind w:left="567" w:right="-38" w:firstLine="567"/>
        <w:rPr>
          <w:lang w:val="ru-RU"/>
        </w:rPr>
      </w:pP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>Простейший ремонт изделий.</w:t>
      </w:r>
    </w:p>
    <w:p w14:paraId="5D37AC07" w14:textId="77777777" w:rsidR="00471F91" w:rsidRPr="000C537D" w:rsidRDefault="000C537D" w:rsidP="000C537D">
      <w:pPr>
        <w:autoSpaceDE w:val="0"/>
        <w:autoSpaceDN w:val="0"/>
        <w:spacing w:after="0" w:line="360" w:lineRule="auto"/>
        <w:ind w:left="567" w:right="-38" w:firstLine="567"/>
        <w:rPr>
          <w:lang w:val="ru-RU"/>
        </w:rPr>
      </w:pP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 xml:space="preserve">Технология обработки синтетических материалов. Пластик, поролон, полиэтилен. Общее </w:t>
      </w:r>
      <w:r w:rsidRPr="000C537D">
        <w:rPr>
          <w:lang w:val="ru-RU"/>
        </w:rPr>
        <w:br/>
      </w: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>знакомство, сравнение свойств. Самостоятельное определение технологий их обработки в сравнении с освоенными материалами.</w:t>
      </w:r>
    </w:p>
    <w:p w14:paraId="3BCF75A4" w14:textId="77777777" w:rsidR="00471F91" w:rsidRPr="000C537D" w:rsidRDefault="000C537D" w:rsidP="000C537D">
      <w:pPr>
        <w:autoSpaceDE w:val="0"/>
        <w:autoSpaceDN w:val="0"/>
        <w:spacing w:after="0" w:line="360" w:lineRule="auto"/>
        <w:ind w:left="567" w:right="-38" w:firstLine="567"/>
        <w:rPr>
          <w:lang w:val="ru-RU"/>
        </w:rPr>
      </w:pP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>Комбинированное использование разных материалов.</w:t>
      </w:r>
    </w:p>
    <w:p w14:paraId="20E0DA0A" w14:textId="77777777" w:rsidR="00471F91" w:rsidRPr="000C537D" w:rsidRDefault="000C537D" w:rsidP="000C537D">
      <w:pPr>
        <w:tabs>
          <w:tab w:val="left" w:pos="180"/>
        </w:tabs>
        <w:autoSpaceDE w:val="0"/>
        <w:autoSpaceDN w:val="0"/>
        <w:spacing w:after="0" w:line="360" w:lineRule="auto"/>
        <w:ind w:left="567" w:right="-38" w:firstLine="567"/>
        <w:rPr>
          <w:lang w:val="ru-RU"/>
        </w:rPr>
      </w:pPr>
      <w:r w:rsidRPr="000C537D">
        <w:rPr>
          <w:lang w:val="ru-RU"/>
        </w:rPr>
        <w:tab/>
      </w:r>
      <w:r w:rsidRPr="000C537D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3. Конструирование и моделирование </w:t>
      </w:r>
      <w:r w:rsidRPr="000C537D">
        <w:rPr>
          <w:lang w:val="ru-RU"/>
        </w:rPr>
        <w:br/>
      </w:r>
      <w:r w:rsidRPr="000C537D">
        <w:rPr>
          <w:lang w:val="ru-RU"/>
        </w:rPr>
        <w:tab/>
      </w: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>Современные требования к техническим устройствам (экологичность, безопасность, эргономичность и др.).</w:t>
      </w:r>
    </w:p>
    <w:p w14:paraId="6D1973B8" w14:textId="77777777" w:rsidR="00471F91" w:rsidRPr="000C537D" w:rsidRDefault="000C537D" w:rsidP="00297E3B">
      <w:pPr>
        <w:tabs>
          <w:tab w:val="left" w:pos="180"/>
        </w:tabs>
        <w:autoSpaceDE w:val="0"/>
        <w:autoSpaceDN w:val="0"/>
        <w:spacing w:after="0" w:line="360" w:lineRule="auto"/>
        <w:ind w:left="567" w:right="-38" w:firstLine="567"/>
        <w:rPr>
          <w:lang w:val="ru-RU"/>
        </w:rPr>
      </w:pP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>Конструирование и моделирование изделий из различных материалов, в том числе наборов</w:t>
      </w:r>
      <w:r w:rsidR="00297E3B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>«Конструктор» по проектному заданию или собственному замыслу. Поиск оптимальных и доступных</w:t>
      </w:r>
      <w:r w:rsidR="00297E3B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>новых решений конструкторско-технологических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работ.</w:t>
      </w:r>
    </w:p>
    <w:p w14:paraId="04793BA1" w14:textId="77777777" w:rsidR="00471F91" w:rsidRPr="000C537D" w:rsidRDefault="000C537D" w:rsidP="000C537D">
      <w:pPr>
        <w:autoSpaceDE w:val="0"/>
        <w:autoSpaceDN w:val="0"/>
        <w:spacing w:after="0" w:line="360" w:lineRule="auto"/>
        <w:ind w:left="567" w:right="-38" w:firstLine="567"/>
        <w:rPr>
          <w:lang w:val="ru-RU"/>
        </w:rPr>
      </w:pP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>Робототехника. Конструктивные, соединительные элементы и основные узлы робота. Инструменты и детали для создания робота. Конструирование робота. Составление алгоритма действий робота. Программирование, тестирование робота. Преобразование конструкции робота. Презентация робота.</w:t>
      </w:r>
    </w:p>
    <w:p w14:paraId="39F1449D" w14:textId="77777777" w:rsidR="00471F91" w:rsidRPr="000C537D" w:rsidRDefault="000C537D" w:rsidP="000C537D">
      <w:pPr>
        <w:autoSpaceDE w:val="0"/>
        <w:autoSpaceDN w:val="0"/>
        <w:spacing w:after="0" w:line="360" w:lineRule="auto"/>
        <w:ind w:left="567" w:right="-38" w:firstLine="567"/>
        <w:rPr>
          <w:lang w:val="ru-RU"/>
        </w:rPr>
      </w:pPr>
      <w:r w:rsidRPr="000C537D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4. Информационно-коммуникативные технологии </w:t>
      </w:r>
      <w:r w:rsidRPr="000C537D">
        <w:rPr>
          <w:lang w:val="ru-RU"/>
        </w:rPr>
        <w:br/>
      </w: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>Работа с доступной информацией в Интернете и на цифровых носителях информации.</w:t>
      </w:r>
    </w:p>
    <w:p w14:paraId="77E20C8E" w14:textId="77777777" w:rsidR="00471F91" w:rsidRPr="000C537D" w:rsidRDefault="000C537D" w:rsidP="000C537D">
      <w:pPr>
        <w:autoSpaceDE w:val="0"/>
        <w:autoSpaceDN w:val="0"/>
        <w:spacing w:after="0" w:line="360" w:lineRule="auto"/>
        <w:ind w:left="567" w:right="-38" w:firstLine="567"/>
        <w:rPr>
          <w:lang w:val="ru-RU"/>
        </w:rPr>
      </w:pP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 xml:space="preserve">Электронные и медиаресурсы в художественно-конструкторской, проектной, предметной преобразующей деятельности. Работа с готовыми цифровыми материалами. Поиск дополнительной информации по тематике творческих и проектных работ, использование рисунков из ресурса компьютера в оформлении изделий и др. Создание презентаций в программе </w:t>
      </w:r>
      <w:r>
        <w:rPr>
          <w:rFonts w:ascii="Times New Roman" w:eastAsia="Times New Roman" w:hAnsi="Times New Roman"/>
          <w:color w:val="000000"/>
          <w:sz w:val="24"/>
        </w:rPr>
        <w:t>PowerPoint</w:t>
      </w: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 xml:space="preserve"> или другой.</w:t>
      </w:r>
    </w:p>
    <w:p w14:paraId="36089567" w14:textId="77777777" w:rsidR="00297E3B" w:rsidRDefault="000C537D" w:rsidP="000C537D">
      <w:pPr>
        <w:tabs>
          <w:tab w:val="left" w:pos="180"/>
        </w:tabs>
        <w:autoSpaceDE w:val="0"/>
        <w:autoSpaceDN w:val="0"/>
        <w:spacing w:after="0" w:line="360" w:lineRule="auto"/>
        <w:ind w:left="567" w:right="-38" w:firstLine="567"/>
        <w:rPr>
          <w:rFonts w:ascii="Times New Roman" w:eastAsia="Times New Roman" w:hAnsi="Times New Roman"/>
          <w:color w:val="000000"/>
          <w:sz w:val="24"/>
          <w:lang w:val="ru-RU"/>
        </w:rPr>
      </w:pPr>
      <w:r w:rsidRPr="000C537D">
        <w:rPr>
          <w:lang w:val="ru-RU"/>
        </w:rPr>
        <w:tab/>
      </w:r>
      <w:r w:rsidRPr="000C537D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Универсальные учебные действия </w:t>
      </w:r>
      <w:r w:rsidRPr="000C537D">
        <w:rPr>
          <w:lang w:val="ru-RU"/>
        </w:rPr>
        <w:br/>
      </w:r>
      <w:r w:rsidRPr="000C537D">
        <w:rPr>
          <w:lang w:val="ru-RU"/>
        </w:rPr>
        <w:tab/>
      </w:r>
      <w:r w:rsidRPr="000C537D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Познавательные УУД: </w:t>
      </w:r>
      <w:r w:rsidRPr="000C537D">
        <w:rPr>
          <w:lang w:val="ru-RU"/>
        </w:rPr>
        <w:br/>
      </w:r>
      <w:r w:rsidRPr="000C537D">
        <w:rPr>
          <w:lang w:val="ru-RU"/>
        </w:rPr>
        <w:tab/>
      </w: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 xml:space="preserve">ориентироваться в терминах, используемых в технологии, использовать их в ответах на вопросы и высказываниях (в пределах изученного); </w:t>
      </w:r>
      <w:r w:rsidRPr="000C537D">
        <w:rPr>
          <w:lang w:val="ru-RU"/>
        </w:rPr>
        <w:br/>
      </w:r>
      <w:r w:rsidRPr="000C537D">
        <w:rPr>
          <w:lang w:val="ru-RU"/>
        </w:rPr>
        <w:tab/>
      </w: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 xml:space="preserve">анализировать конструкции предложенных образцов изделий; </w:t>
      </w:r>
    </w:p>
    <w:p w14:paraId="025866F7" w14:textId="77777777" w:rsidR="00297E3B" w:rsidRDefault="00297E3B" w:rsidP="000C537D">
      <w:pPr>
        <w:tabs>
          <w:tab w:val="left" w:pos="180"/>
        </w:tabs>
        <w:autoSpaceDE w:val="0"/>
        <w:autoSpaceDN w:val="0"/>
        <w:spacing w:after="0" w:line="360" w:lineRule="auto"/>
        <w:ind w:left="567" w:right="-38" w:firstLine="567"/>
        <w:rPr>
          <w:lang w:val="ru-RU"/>
        </w:rPr>
      </w:pPr>
    </w:p>
    <w:p w14:paraId="1472BD57" w14:textId="77777777" w:rsidR="00471F91" w:rsidRPr="000C537D" w:rsidRDefault="000C537D" w:rsidP="000C537D">
      <w:pPr>
        <w:tabs>
          <w:tab w:val="left" w:pos="180"/>
        </w:tabs>
        <w:autoSpaceDE w:val="0"/>
        <w:autoSpaceDN w:val="0"/>
        <w:spacing w:after="0" w:line="360" w:lineRule="auto"/>
        <w:ind w:left="567" w:right="-38" w:firstLine="567"/>
        <w:rPr>
          <w:lang w:val="ru-RU"/>
        </w:rPr>
      </w:pPr>
      <w:r w:rsidRPr="000C537D">
        <w:rPr>
          <w:lang w:val="ru-RU"/>
        </w:rPr>
        <w:br/>
      </w:r>
      <w:r w:rsidRPr="000C537D">
        <w:rPr>
          <w:lang w:val="ru-RU"/>
        </w:rPr>
        <w:tab/>
      </w: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 xml:space="preserve">конструировать и моделировать изделия из различных материалов по образцу, рисунку, </w:t>
      </w:r>
      <w:r w:rsidRPr="000C537D">
        <w:rPr>
          <w:lang w:val="ru-RU"/>
        </w:rPr>
        <w:br/>
      </w: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 xml:space="preserve">простейшему чертежу, эскизу, схеме с использованием общепринятых условных обозначений и по заданным условиям; </w:t>
      </w:r>
      <w:r w:rsidRPr="000C537D">
        <w:rPr>
          <w:lang w:val="ru-RU"/>
        </w:rPr>
        <w:br/>
      </w:r>
      <w:r w:rsidRPr="000C537D">
        <w:rPr>
          <w:lang w:val="ru-RU"/>
        </w:rPr>
        <w:tab/>
      </w: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 xml:space="preserve">выстраивать последовательность практических действий и технологических операций; подбирать материал и инструменты; выполнять экономную разметку; сборку, отделку изделия; </w:t>
      </w:r>
      <w:r w:rsidRPr="000C537D">
        <w:rPr>
          <w:lang w:val="ru-RU"/>
        </w:rPr>
        <w:br/>
      </w:r>
      <w:r w:rsidRPr="000C537D">
        <w:rPr>
          <w:lang w:val="ru-RU"/>
        </w:rPr>
        <w:tab/>
      </w: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 xml:space="preserve">решать простые задачи на преобразование конструкции; </w:t>
      </w:r>
      <w:r w:rsidRPr="000C537D">
        <w:rPr>
          <w:lang w:val="ru-RU"/>
        </w:rPr>
        <w:br/>
      </w:r>
      <w:r w:rsidRPr="000C537D">
        <w:rPr>
          <w:lang w:val="ru-RU"/>
        </w:rPr>
        <w:tab/>
      </w: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 xml:space="preserve">выполнять работу в соответствии с инструкцией, устной или письменной; </w:t>
      </w:r>
      <w:r w:rsidRPr="000C537D">
        <w:rPr>
          <w:lang w:val="ru-RU"/>
        </w:rPr>
        <w:br/>
      </w:r>
      <w:r w:rsidRPr="000C537D">
        <w:rPr>
          <w:lang w:val="ru-RU"/>
        </w:rPr>
        <w:tab/>
      </w: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 xml:space="preserve">соотносить результат работы с заданным алгоритмом, проверять изделия в действии, вносить необходимые дополнения и изменения; </w:t>
      </w:r>
      <w:r w:rsidRPr="000C537D">
        <w:rPr>
          <w:lang w:val="ru-RU"/>
        </w:rPr>
        <w:br/>
      </w:r>
      <w:r w:rsidRPr="000C537D">
        <w:rPr>
          <w:lang w:val="ru-RU"/>
        </w:rPr>
        <w:tab/>
      </w: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 xml:space="preserve">классифицировать изделия по самостоятельно предложенному существенному признаку (используемый материал, форма, размер, назначение, способ сборки); </w:t>
      </w:r>
      <w:r w:rsidRPr="000C537D">
        <w:rPr>
          <w:lang w:val="ru-RU"/>
        </w:rPr>
        <w:br/>
      </w:r>
      <w:r w:rsidRPr="000C537D">
        <w:rPr>
          <w:lang w:val="ru-RU"/>
        </w:rPr>
        <w:tab/>
      </w: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 xml:space="preserve">выполнять действия анализа и синтеза, сравнения, классификации предметов/изделий с учётом указанных критериев; </w:t>
      </w:r>
      <w:r w:rsidRPr="000C537D">
        <w:rPr>
          <w:lang w:val="ru-RU"/>
        </w:rPr>
        <w:br/>
      </w:r>
      <w:r w:rsidRPr="000C537D">
        <w:rPr>
          <w:lang w:val="ru-RU"/>
        </w:rPr>
        <w:tab/>
      </w: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 xml:space="preserve">анализировать устройство простых изделий по образцу, рисунку, выделять основные и </w:t>
      </w:r>
      <w:r w:rsidRPr="000C537D">
        <w:rPr>
          <w:lang w:val="ru-RU"/>
        </w:rPr>
        <w:br/>
      </w: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>второстепенные составляющие конструкции.</w:t>
      </w:r>
    </w:p>
    <w:p w14:paraId="10D68183" w14:textId="77777777" w:rsidR="00471F91" w:rsidRPr="000C537D" w:rsidRDefault="000C537D" w:rsidP="000C537D">
      <w:pPr>
        <w:tabs>
          <w:tab w:val="left" w:pos="180"/>
        </w:tabs>
        <w:autoSpaceDE w:val="0"/>
        <w:autoSpaceDN w:val="0"/>
        <w:spacing w:after="0" w:line="360" w:lineRule="auto"/>
        <w:ind w:left="567" w:right="-38" w:firstLine="567"/>
        <w:rPr>
          <w:lang w:val="ru-RU"/>
        </w:rPr>
      </w:pPr>
      <w:r w:rsidRPr="000C537D">
        <w:rPr>
          <w:lang w:val="ru-RU"/>
        </w:rPr>
        <w:tab/>
      </w:r>
      <w:r w:rsidRPr="000C537D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Работа с информацией: </w:t>
      </w:r>
      <w:r w:rsidRPr="000C537D">
        <w:rPr>
          <w:lang w:val="ru-RU"/>
        </w:rPr>
        <w:br/>
      </w:r>
      <w:r w:rsidRPr="000C537D">
        <w:rPr>
          <w:lang w:val="ru-RU"/>
        </w:rPr>
        <w:tab/>
      </w: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 xml:space="preserve">находить необходимую для выполнения работы информацию, пользуясь различными источниками, анализировать её и отбирать в соответствии с решаемой задачей; </w:t>
      </w:r>
      <w:r w:rsidRPr="000C537D">
        <w:rPr>
          <w:lang w:val="ru-RU"/>
        </w:rPr>
        <w:br/>
      </w:r>
      <w:r w:rsidRPr="000C537D">
        <w:rPr>
          <w:lang w:val="ru-RU"/>
        </w:rPr>
        <w:tab/>
      </w: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 xml:space="preserve">на основе анализа информации производить выбор наиболее эффективных способов работы; </w:t>
      </w:r>
      <w:r w:rsidRPr="000C537D">
        <w:rPr>
          <w:lang w:val="ru-RU"/>
        </w:rPr>
        <w:tab/>
      </w: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использовать знаково-символические средства для решения задач в умственной или </w:t>
      </w:r>
      <w:r w:rsidRPr="000C537D">
        <w:rPr>
          <w:lang w:val="ru-RU"/>
        </w:rPr>
        <w:br/>
      </w: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 xml:space="preserve">материализованной форме, выполнять действия моделирования, работать с моделями; </w:t>
      </w:r>
      <w:r w:rsidRPr="000C537D">
        <w:rPr>
          <w:lang w:val="ru-RU"/>
        </w:rPr>
        <w:br/>
      </w:r>
      <w:r w:rsidRPr="000C537D">
        <w:rPr>
          <w:lang w:val="ru-RU"/>
        </w:rPr>
        <w:tab/>
      </w: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 xml:space="preserve">осуществлять поиск дополнительной информации по тематике творческих и проектных работ; </w:t>
      </w:r>
      <w:r w:rsidRPr="000C537D">
        <w:rPr>
          <w:lang w:val="ru-RU"/>
        </w:rPr>
        <w:tab/>
      </w: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использовать рисунки из ресурса компьютера в оформлении изделий и др.; </w:t>
      </w:r>
      <w:r w:rsidRPr="000C537D">
        <w:rPr>
          <w:lang w:val="ru-RU"/>
        </w:rPr>
        <w:br/>
      </w:r>
      <w:r w:rsidRPr="000C537D">
        <w:rPr>
          <w:lang w:val="ru-RU"/>
        </w:rPr>
        <w:tab/>
      </w: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14:paraId="10332CF9" w14:textId="77777777" w:rsidR="00471F91" w:rsidRDefault="000C537D" w:rsidP="000C537D">
      <w:pPr>
        <w:tabs>
          <w:tab w:val="left" w:pos="180"/>
        </w:tabs>
        <w:autoSpaceDE w:val="0"/>
        <w:autoSpaceDN w:val="0"/>
        <w:spacing w:after="0" w:line="360" w:lineRule="auto"/>
        <w:ind w:left="567" w:right="-38" w:firstLine="567"/>
        <w:rPr>
          <w:rFonts w:ascii="Times New Roman" w:eastAsia="Times New Roman" w:hAnsi="Times New Roman"/>
          <w:color w:val="000000"/>
          <w:sz w:val="24"/>
          <w:lang w:val="ru-RU"/>
        </w:rPr>
      </w:pPr>
      <w:r w:rsidRPr="000C537D">
        <w:rPr>
          <w:lang w:val="ru-RU"/>
        </w:rPr>
        <w:tab/>
      </w:r>
      <w:r w:rsidRPr="000C537D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Коммуникативные УУД: </w:t>
      </w:r>
      <w:r w:rsidRPr="000C537D">
        <w:rPr>
          <w:lang w:val="ru-RU"/>
        </w:rPr>
        <w:br/>
      </w:r>
      <w:r w:rsidRPr="000C537D">
        <w:rPr>
          <w:lang w:val="ru-RU"/>
        </w:rPr>
        <w:tab/>
      </w: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 xml:space="preserve">соблюдать правила участия в диалоге: ставить вопросы, аргументировать и доказывать свою точку зрения, уважительно относиться к чужому мнению; </w:t>
      </w:r>
      <w:r w:rsidRPr="000C537D">
        <w:rPr>
          <w:lang w:val="ru-RU"/>
        </w:rPr>
        <w:br/>
      </w:r>
      <w:r w:rsidRPr="000C537D">
        <w:rPr>
          <w:lang w:val="ru-RU"/>
        </w:rPr>
        <w:tab/>
      </w: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>описывать факты из истории развития ремёсел на Руси и в России, высказывать своё отношение к</w:t>
      </w:r>
      <w:r w:rsidR="00297E3B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 xml:space="preserve">предметам декоративно-прикладного искусства разных народов РФ; </w:t>
      </w:r>
      <w:r w:rsidRPr="000C537D">
        <w:rPr>
          <w:lang w:val="ru-RU"/>
        </w:rPr>
        <w:br/>
      </w:r>
      <w:r w:rsidRPr="000C537D">
        <w:rPr>
          <w:lang w:val="ru-RU"/>
        </w:rPr>
        <w:tab/>
      </w: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 xml:space="preserve">создавать тексты-рассуждения: раскрывать последовательность операций при работе с разными материалами; </w:t>
      </w:r>
      <w:r w:rsidRPr="000C537D">
        <w:rPr>
          <w:lang w:val="ru-RU"/>
        </w:rPr>
        <w:br/>
      </w:r>
      <w:r w:rsidRPr="000C537D">
        <w:rPr>
          <w:lang w:val="ru-RU"/>
        </w:rPr>
        <w:tab/>
      </w: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>осознавать культурно-исторический смысл и назначение праздников, их роль в жизни каждого человека; ориентироваться в традициях организации и оформления праздников.</w:t>
      </w:r>
    </w:p>
    <w:p w14:paraId="165110A5" w14:textId="77777777" w:rsidR="00297E3B" w:rsidRDefault="00297E3B" w:rsidP="000C537D">
      <w:pPr>
        <w:tabs>
          <w:tab w:val="left" w:pos="180"/>
        </w:tabs>
        <w:autoSpaceDE w:val="0"/>
        <w:autoSpaceDN w:val="0"/>
        <w:spacing w:after="0" w:line="360" w:lineRule="auto"/>
        <w:ind w:left="567" w:right="-38" w:firstLine="567"/>
        <w:rPr>
          <w:lang w:val="ru-RU"/>
        </w:rPr>
      </w:pPr>
    </w:p>
    <w:p w14:paraId="3EF848A8" w14:textId="77777777" w:rsidR="00297E3B" w:rsidRPr="000C537D" w:rsidRDefault="00297E3B" w:rsidP="000C537D">
      <w:pPr>
        <w:tabs>
          <w:tab w:val="left" w:pos="180"/>
        </w:tabs>
        <w:autoSpaceDE w:val="0"/>
        <w:autoSpaceDN w:val="0"/>
        <w:spacing w:after="0" w:line="360" w:lineRule="auto"/>
        <w:ind w:left="567" w:right="-38" w:firstLine="567"/>
        <w:rPr>
          <w:lang w:val="ru-RU"/>
        </w:rPr>
      </w:pPr>
    </w:p>
    <w:p w14:paraId="56083025" w14:textId="77777777" w:rsidR="00471F91" w:rsidRPr="000C537D" w:rsidRDefault="000C537D" w:rsidP="000C537D">
      <w:pPr>
        <w:tabs>
          <w:tab w:val="left" w:pos="180"/>
        </w:tabs>
        <w:autoSpaceDE w:val="0"/>
        <w:autoSpaceDN w:val="0"/>
        <w:spacing w:after="0" w:line="360" w:lineRule="auto"/>
        <w:ind w:left="567" w:right="-38" w:firstLine="567"/>
        <w:rPr>
          <w:lang w:val="ru-RU"/>
        </w:rPr>
      </w:pPr>
      <w:r w:rsidRPr="000C537D">
        <w:rPr>
          <w:lang w:val="ru-RU"/>
        </w:rPr>
        <w:tab/>
      </w:r>
      <w:r w:rsidRPr="000C537D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Регулятивные УУД: </w:t>
      </w:r>
      <w:r w:rsidRPr="000C537D">
        <w:rPr>
          <w:lang w:val="ru-RU"/>
        </w:rPr>
        <w:br/>
      </w:r>
      <w:r w:rsidRPr="000C537D">
        <w:rPr>
          <w:lang w:val="ru-RU"/>
        </w:rPr>
        <w:tab/>
      </w: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 xml:space="preserve">понимать и принимать учебную задачу, самостоятельно определять цели учебно-познавательной деятельности; </w:t>
      </w:r>
      <w:r w:rsidRPr="000C537D">
        <w:rPr>
          <w:lang w:val="ru-RU"/>
        </w:rPr>
        <w:br/>
      </w:r>
      <w:r w:rsidRPr="000C537D">
        <w:rPr>
          <w:lang w:val="ru-RU"/>
        </w:rPr>
        <w:tab/>
      </w: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 xml:space="preserve">планировать практическую работу в соответствии с поставленной целью и выполнять её в соответствии с планом; </w:t>
      </w:r>
      <w:r w:rsidRPr="000C537D">
        <w:rPr>
          <w:lang w:val="ru-RU"/>
        </w:rPr>
        <w:br/>
      </w:r>
      <w:r w:rsidRPr="000C537D">
        <w:rPr>
          <w:lang w:val="ru-RU"/>
        </w:rPr>
        <w:tab/>
      </w: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 xml:space="preserve">на основе анализа причинно-следственных связей между действиями и их результатами прогнозировать практические «шаги» для получения необходимого результата; </w:t>
      </w:r>
      <w:r w:rsidRPr="000C537D">
        <w:rPr>
          <w:lang w:val="ru-RU"/>
        </w:rPr>
        <w:br/>
      </w:r>
      <w:r w:rsidRPr="000C537D">
        <w:rPr>
          <w:lang w:val="ru-RU"/>
        </w:rPr>
        <w:tab/>
      </w: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 xml:space="preserve">выполнять действия контроля/самоконтроля и оценки; процесса и результата деятельности, при необходимости вносить коррективы в выполняемые действия; </w:t>
      </w:r>
      <w:r w:rsidRPr="000C537D">
        <w:rPr>
          <w:lang w:val="ru-RU"/>
        </w:rPr>
        <w:br/>
      </w:r>
      <w:r w:rsidRPr="000C537D">
        <w:rPr>
          <w:lang w:val="ru-RU"/>
        </w:rPr>
        <w:tab/>
      </w: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>проявлять волевую саморегуляцию при выполнении задания.</w:t>
      </w:r>
    </w:p>
    <w:p w14:paraId="132BD07D" w14:textId="77777777" w:rsidR="00471F91" w:rsidRPr="000C537D" w:rsidRDefault="000C537D" w:rsidP="000C537D">
      <w:pPr>
        <w:tabs>
          <w:tab w:val="left" w:pos="180"/>
        </w:tabs>
        <w:autoSpaceDE w:val="0"/>
        <w:autoSpaceDN w:val="0"/>
        <w:spacing w:after="0" w:line="360" w:lineRule="auto"/>
        <w:ind w:left="567" w:right="-38" w:firstLine="567"/>
        <w:rPr>
          <w:lang w:val="ru-RU"/>
        </w:rPr>
      </w:pPr>
      <w:r w:rsidRPr="000C537D">
        <w:rPr>
          <w:lang w:val="ru-RU"/>
        </w:rPr>
        <w:tab/>
      </w:r>
      <w:r w:rsidRPr="000C537D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Совместная деятельность: </w:t>
      </w:r>
      <w:r w:rsidRPr="000C537D">
        <w:rPr>
          <w:lang w:val="ru-RU"/>
        </w:rPr>
        <w:br/>
      </w:r>
      <w:r w:rsidRPr="000C537D">
        <w:rPr>
          <w:lang w:val="ru-RU"/>
        </w:rPr>
        <w:tab/>
      </w: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 xml:space="preserve">организовывать под руководством учителя совместную работу в группе: распределять роли, выполнять функции руководителя или подчинённого, осуществлять продуктивное сотрудничество, взаимопомощь; </w:t>
      </w:r>
      <w:r w:rsidRPr="000C537D">
        <w:rPr>
          <w:lang w:val="ru-RU"/>
        </w:rPr>
        <w:br/>
      </w:r>
      <w:r w:rsidRPr="000C537D">
        <w:rPr>
          <w:lang w:val="ru-RU"/>
        </w:rPr>
        <w:tab/>
      </w: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 xml:space="preserve">проявлять интерес к деятельности своих товарищей и результатам их работы; в доброжелательной форме комментировать и оценивать их достижения; </w:t>
      </w:r>
      <w:r w:rsidRPr="000C537D">
        <w:rPr>
          <w:lang w:val="ru-RU"/>
        </w:rPr>
        <w:br/>
      </w:r>
      <w:r w:rsidRPr="000C537D">
        <w:rPr>
          <w:lang w:val="ru-RU"/>
        </w:rPr>
        <w:tab/>
      </w: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>в процессе анализа и оценки совместной деятельности высказывать свои предложения и пожелания; выслушивать и принимать к сведению мнение одноклассников, их советы и пожелания; с уважением относиться к разной оценке своих достижений.</w:t>
      </w:r>
    </w:p>
    <w:p w14:paraId="12EA051C" w14:textId="77777777" w:rsidR="00471F91" w:rsidRPr="000C537D" w:rsidRDefault="000C537D" w:rsidP="00297E3B">
      <w:pPr>
        <w:autoSpaceDE w:val="0"/>
        <w:autoSpaceDN w:val="0"/>
        <w:spacing w:after="0" w:line="360" w:lineRule="auto"/>
        <w:ind w:left="567" w:right="-38" w:firstLine="567"/>
        <w:rPr>
          <w:lang w:val="ru-RU"/>
        </w:rPr>
      </w:pPr>
      <w:r w:rsidRPr="000C537D">
        <w:rPr>
          <w:rFonts w:ascii="Times New Roman" w:eastAsia="Times New Roman" w:hAnsi="Times New Roman"/>
          <w:b/>
          <w:color w:val="000000"/>
          <w:sz w:val="24"/>
          <w:lang w:val="ru-RU"/>
        </w:rPr>
        <w:t>ПЛАНИРУЕМЫЕ РЕЗУЛЬТАТЫ ОСВОЕНИЯ УЧЕБНОГО ПРЕДМЕТА «ТЕХНОЛОГИЯ»</w:t>
      </w:r>
      <w:r w:rsidR="00297E3B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</w:t>
      </w:r>
      <w:r w:rsidRPr="000C537D">
        <w:rPr>
          <w:rFonts w:ascii="Times New Roman" w:eastAsia="Times New Roman" w:hAnsi="Times New Roman"/>
          <w:b/>
          <w:color w:val="000000"/>
          <w:sz w:val="24"/>
          <w:lang w:val="ru-RU"/>
        </w:rPr>
        <w:t>НА УРОВНЕ НАЧАЛЬНОГО ОБЩЕГО ОБРАЗОВАНИЯ</w:t>
      </w:r>
    </w:p>
    <w:p w14:paraId="36D2B167" w14:textId="77777777" w:rsidR="00297E3B" w:rsidRDefault="000C537D" w:rsidP="00297E3B">
      <w:pPr>
        <w:tabs>
          <w:tab w:val="left" w:pos="180"/>
        </w:tabs>
        <w:autoSpaceDE w:val="0"/>
        <w:autoSpaceDN w:val="0"/>
        <w:spacing w:after="0" w:line="360" w:lineRule="auto"/>
        <w:ind w:left="567" w:right="-38" w:firstLine="567"/>
        <w:jc w:val="center"/>
        <w:rPr>
          <w:rFonts w:ascii="Times New Roman" w:eastAsia="Times New Roman" w:hAnsi="Times New Roman"/>
          <w:b/>
          <w:color w:val="000000"/>
          <w:sz w:val="24"/>
          <w:lang w:val="ru-RU"/>
        </w:rPr>
      </w:pPr>
      <w:r w:rsidRPr="000C537D">
        <w:rPr>
          <w:rFonts w:ascii="Times New Roman" w:eastAsia="Times New Roman" w:hAnsi="Times New Roman"/>
          <w:b/>
          <w:color w:val="000000"/>
          <w:sz w:val="24"/>
          <w:lang w:val="ru-RU"/>
        </w:rPr>
        <w:t>ЛИЧНОСТНЫЕ РЕЗУЛЬТАТЫ ОБУЧАЮЩЕГОСЯ</w:t>
      </w:r>
    </w:p>
    <w:p w14:paraId="4BEC9907" w14:textId="77777777" w:rsidR="00297E3B" w:rsidRDefault="000C537D" w:rsidP="000C537D">
      <w:pPr>
        <w:tabs>
          <w:tab w:val="left" w:pos="180"/>
        </w:tabs>
        <w:autoSpaceDE w:val="0"/>
        <w:autoSpaceDN w:val="0"/>
        <w:spacing w:after="0" w:line="360" w:lineRule="auto"/>
        <w:ind w:left="567" w:right="-38" w:firstLine="567"/>
        <w:rPr>
          <w:rFonts w:ascii="Times New Roman" w:eastAsia="Times New Roman" w:hAnsi="Times New Roman"/>
          <w:color w:val="000000"/>
          <w:sz w:val="24"/>
          <w:lang w:val="ru-RU"/>
        </w:rPr>
      </w:pP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 xml:space="preserve">В результате изучения предмета «Технология» у обучающегося будут сформированы следующие личностные новообразования: </w:t>
      </w:r>
      <w:r w:rsidRPr="000C537D">
        <w:rPr>
          <w:lang w:val="ru-RU"/>
        </w:rPr>
        <w:br/>
      </w:r>
      <w:r w:rsidRPr="000C537D">
        <w:rPr>
          <w:lang w:val="ru-RU"/>
        </w:rPr>
        <w:tab/>
      </w: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 xml:space="preserve">первоначальные представления о созидательном и нравственном значении труда в жизни человека и общества; уважительное отношение к труду и творчеству мастеров; </w:t>
      </w:r>
      <w:r w:rsidRPr="000C537D">
        <w:rPr>
          <w:lang w:val="ru-RU"/>
        </w:rPr>
        <w:br/>
      </w:r>
      <w:r w:rsidRPr="000C537D">
        <w:rPr>
          <w:lang w:val="ru-RU"/>
        </w:rPr>
        <w:tab/>
      </w: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 xml:space="preserve">осознание роли человека и используемых им технологий в сохранении гармонического </w:t>
      </w:r>
      <w:r w:rsidRPr="000C537D">
        <w:rPr>
          <w:lang w:val="ru-RU"/>
        </w:rPr>
        <w:br/>
      </w: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 xml:space="preserve">сосуществования рукотворного мира с миром природы; ответственное отношение к сохранению окружающей среды; </w:t>
      </w:r>
      <w:r w:rsidRPr="000C537D">
        <w:rPr>
          <w:lang w:val="ru-RU"/>
        </w:rPr>
        <w:br/>
      </w:r>
      <w:r w:rsidRPr="000C537D">
        <w:rPr>
          <w:lang w:val="ru-RU"/>
        </w:rPr>
        <w:tab/>
      </w: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 xml:space="preserve">понимание культурно-исторической ценности традиций, отражённых в предметном мире; чувство сопричастности к культуре своего народа, уважительное отношение к культурным традициям других народов; </w:t>
      </w:r>
      <w:r w:rsidRPr="000C537D">
        <w:rPr>
          <w:lang w:val="ru-RU"/>
        </w:rPr>
        <w:br/>
      </w:r>
      <w:r w:rsidRPr="000C537D">
        <w:rPr>
          <w:lang w:val="ru-RU"/>
        </w:rPr>
        <w:tab/>
      </w: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 xml:space="preserve">проявление способности к эстетической оценке окружающей предметной среды; эстетические чувства — эмоционально-положительное восприятие и понимание красоты форм и образов </w:t>
      </w:r>
    </w:p>
    <w:p w14:paraId="4EB78EDD" w14:textId="77777777" w:rsidR="00297E3B" w:rsidRDefault="00297E3B" w:rsidP="000C537D">
      <w:pPr>
        <w:tabs>
          <w:tab w:val="left" w:pos="180"/>
        </w:tabs>
        <w:autoSpaceDE w:val="0"/>
        <w:autoSpaceDN w:val="0"/>
        <w:spacing w:after="0" w:line="360" w:lineRule="auto"/>
        <w:ind w:left="567" w:right="-38" w:firstLine="567"/>
        <w:rPr>
          <w:lang w:val="ru-RU"/>
        </w:rPr>
      </w:pPr>
    </w:p>
    <w:p w14:paraId="72F08EA5" w14:textId="77777777" w:rsidR="00471F91" w:rsidRPr="000C537D" w:rsidRDefault="000C537D" w:rsidP="000C537D">
      <w:pPr>
        <w:tabs>
          <w:tab w:val="left" w:pos="180"/>
        </w:tabs>
        <w:autoSpaceDE w:val="0"/>
        <w:autoSpaceDN w:val="0"/>
        <w:spacing w:after="0" w:line="360" w:lineRule="auto"/>
        <w:ind w:left="567" w:right="-38" w:firstLine="567"/>
        <w:rPr>
          <w:lang w:val="ru-RU"/>
        </w:rPr>
      </w:pPr>
      <w:r w:rsidRPr="000C537D">
        <w:rPr>
          <w:lang w:val="ru-RU"/>
        </w:rPr>
        <w:br/>
      </w: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 xml:space="preserve">природных объектов, образцов мировой и отечественной художественной культуры; </w:t>
      </w:r>
      <w:r w:rsidRPr="000C537D">
        <w:rPr>
          <w:lang w:val="ru-RU"/>
        </w:rPr>
        <w:br/>
      </w:r>
      <w:r w:rsidRPr="000C537D">
        <w:rPr>
          <w:lang w:val="ru-RU"/>
        </w:rPr>
        <w:tab/>
      </w: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 xml:space="preserve">проявление положительного отношения и интереса к различным видам творческой преобразующей деятельности, стремление к творческой самореализации; мотивация к творческому труду, работе на результат; способность к различным видам практической преобразующей деятельности; </w:t>
      </w:r>
      <w:r w:rsidRPr="000C537D">
        <w:rPr>
          <w:lang w:val="ru-RU"/>
        </w:rPr>
        <w:br/>
      </w:r>
      <w:r w:rsidRPr="000C537D">
        <w:rPr>
          <w:lang w:val="ru-RU"/>
        </w:rPr>
        <w:tab/>
      </w: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 xml:space="preserve">проявление устойчивых волевых качества и способность к саморегуляции: организованность, аккуратность, трудолюбие, ответственность, умение справляться с доступными проблемами; </w:t>
      </w:r>
      <w:r w:rsidRPr="000C537D">
        <w:rPr>
          <w:lang w:val="ru-RU"/>
        </w:rPr>
        <w:tab/>
      </w: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>готовность вступать в сотрудничество с другими людьми с учётом этики общения; проявление толерантности и доброжелательности.</w:t>
      </w:r>
    </w:p>
    <w:p w14:paraId="119D5265" w14:textId="77777777" w:rsidR="00471F91" w:rsidRPr="000C537D" w:rsidRDefault="000C537D" w:rsidP="00523A8B">
      <w:pPr>
        <w:autoSpaceDE w:val="0"/>
        <w:autoSpaceDN w:val="0"/>
        <w:spacing w:after="0" w:line="360" w:lineRule="auto"/>
        <w:ind w:left="567" w:right="-38" w:firstLine="567"/>
        <w:rPr>
          <w:lang w:val="ru-RU"/>
        </w:rPr>
      </w:pPr>
      <w:r w:rsidRPr="000C537D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МЕТАПРЕДМЕТНЫЕ РЕЗУЛЬТАТЫ ОБУЧАЮЩЕГОСЯ </w:t>
      </w:r>
      <w:r w:rsidRPr="000C537D">
        <w:rPr>
          <w:lang w:val="ru-RU"/>
        </w:rPr>
        <w:br/>
      </w: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>К концу обучения у обучающегося формируются следующие универсальные учебные действия.</w:t>
      </w:r>
    </w:p>
    <w:p w14:paraId="5B6EA94F" w14:textId="77777777" w:rsidR="00471F91" w:rsidRPr="000C537D" w:rsidRDefault="000C537D" w:rsidP="000C537D">
      <w:pPr>
        <w:tabs>
          <w:tab w:val="left" w:pos="180"/>
        </w:tabs>
        <w:autoSpaceDE w:val="0"/>
        <w:autoSpaceDN w:val="0"/>
        <w:spacing w:after="0" w:line="360" w:lineRule="auto"/>
        <w:ind w:left="567" w:right="-38" w:firstLine="567"/>
        <w:rPr>
          <w:lang w:val="ru-RU"/>
        </w:rPr>
      </w:pPr>
      <w:r w:rsidRPr="000C537D">
        <w:rPr>
          <w:lang w:val="ru-RU"/>
        </w:rPr>
        <w:tab/>
      </w:r>
      <w:r w:rsidRPr="000C537D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Познавательные УУД: </w:t>
      </w:r>
      <w:r w:rsidRPr="000C537D">
        <w:rPr>
          <w:lang w:val="ru-RU"/>
        </w:rPr>
        <w:br/>
      </w:r>
      <w:r w:rsidRPr="000C537D">
        <w:rPr>
          <w:lang w:val="ru-RU"/>
        </w:rPr>
        <w:tab/>
      </w: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 xml:space="preserve">ориентироваться в терминах и понятиях, используемых в технологии (в пределах изученного), использовать изученную терминологию в своих устных и письменных высказываниях; </w:t>
      </w:r>
      <w:r w:rsidRPr="000C537D">
        <w:rPr>
          <w:lang w:val="ru-RU"/>
        </w:rPr>
        <w:br/>
      </w:r>
      <w:r w:rsidRPr="000C537D">
        <w:rPr>
          <w:lang w:val="ru-RU"/>
        </w:rPr>
        <w:tab/>
      </w: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 xml:space="preserve">осуществлять анализ объектов и изделий с выделением существенных и несущественных признаков; </w:t>
      </w:r>
      <w:r w:rsidRPr="000C537D">
        <w:rPr>
          <w:lang w:val="ru-RU"/>
        </w:rPr>
        <w:br/>
      </w:r>
      <w:r w:rsidRPr="000C537D">
        <w:rPr>
          <w:lang w:val="ru-RU"/>
        </w:rPr>
        <w:tab/>
      </w: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 xml:space="preserve">сравнивать группы объектов/изделий, выделять в них общее и различия; </w:t>
      </w:r>
      <w:r w:rsidRPr="000C537D">
        <w:rPr>
          <w:lang w:val="ru-RU"/>
        </w:rPr>
        <w:br/>
      </w:r>
      <w:r w:rsidRPr="000C537D">
        <w:rPr>
          <w:lang w:val="ru-RU"/>
        </w:rPr>
        <w:tab/>
      </w: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 xml:space="preserve">делать обобщения (технико-технологического и декоративно-художественного характера) по изучаемой тематике; </w:t>
      </w:r>
      <w:r w:rsidRPr="000C537D">
        <w:rPr>
          <w:lang w:val="ru-RU"/>
        </w:rPr>
        <w:br/>
      </w:r>
      <w:r w:rsidRPr="000C537D">
        <w:rPr>
          <w:lang w:val="ru-RU"/>
        </w:rPr>
        <w:tab/>
      </w: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использовать схемы, модели и простейшие чертежи в собственной практической творческой деятельности; </w:t>
      </w:r>
      <w:r w:rsidRPr="000C537D">
        <w:rPr>
          <w:lang w:val="ru-RU"/>
        </w:rPr>
        <w:br/>
      </w:r>
      <w:r w:rsidRPr="000C537D">
        <w:rPr>
          <w:lang w:val="ru-RU"/>
        </w:rPr>
        <w:tab/>
      </w: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 xml:space="preserve"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 </w:t>
      </w:r>
      <w:r w:rsidRPr="000C537D">
        <w:rPr>
          <w:lang w:val="ru-RU"/>
        </w:rPr>
        <w:br/>
      </w:r>
      <w:r w:rsidRPr="000C537D">
        <w:rPr>
          <w:lang w:val="ru-RU"/>
        </w:rPr>
        <w:tab/>
      </w: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14:paraId="3F621384" w14:textId="77777777" w:rsidR="00297E3B" w:rsidRDefault="000C537D" w:rsidP="000C537D">
      <w:pPr>
        <w:tabs>
          <w:tab w:val="left" w:pos="180"/>
        </w:tabs>
        <w:autoSpaceDE w:val="0"/>
        <w:autoSpaceDN w:val="0"/>
        <w:spacing w:after="0" w:line="360" w:lineRule="auto"/>
        <w:ind w:left="567" w:right="-38" w:firstLine="567"/>
        <w:rPr>
          <w:rFonts w:ascii="Times New Roman" w:eastAsia="Times New Roman" w:hAnsi="Times New Roman"/>
          <w:color w:val="000000"/>
          <w:sz w:val="24"/>
          <w:lang w:val="ru-RU"/>
        </w:rPr>
      </w:pPr>
      <w:r w:rsidRPr="000C537D">
        <w:rPr>
          <w:lang w:val="ru-RU"/>
        </w:rPr>
        <w:tab/>
      </w:r>
      <w:r w:rsidRPr="000C537D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Работа с информацией: </w:t>
      </w:r>
      <w:r w:rsidRPr="000C537D">
        <w:rPr>
          <w:lang w:val="ru-RU"/>
        </w:rPr>
        <w:br/>
      </w:r>
      <w:r w:rsidRPr="000C537D">
        <w:rPr>
          <w:lang w:val="ru-RU"/>
        </w:rPr>
        <w:tab/>
      </w: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 xml:space="preserve"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 </w:t>
      </w:r>
      <w:r w:rsidRPr="000C537D">
        <w:rPr>
          <w:lang w:val="ru-RU"/>
        </w:rPr>
        <w:tab/>
      </w: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форме; выполнять действия моделирования,</w:t>
      </w:r>
      <w:r w:rsidR="00297E3B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 xml:space="preserve">работать с моделями; </w:t>
      </w:r>
      <w:r w:rsidRPr="000C537D">
        <w:rPr>
          <w:lang w:val="ru-RU"/>
        </w:rPr>
        <w:br/>
      </w:r>
      <w:r w:rsidRPr="000C537D">
        <w:rPr>
          <w:lang w:val="ru-RU"/>
        </w:rPr>
        <w:tab/>
      </w: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</w:t>
      </w:r>
      <w:r w:rsidR="00297E3B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</w:p>
    <w:p w14:paraId="3093844C" w14:textId="77777777" w:rsidR="00297E3B" w:rsidRDefault="00297E3B" w:rsidP="000C537D">
      <w:pPr>
        <w:tabs>
          <w:tab w:val="left" w:pos="180"/>
        </w:tabs>
        <w:autoSpaceDE w:val="0"/>
        <w:autoSpaceDN w:val="0"/>
        <w:spacing w:after="0" w:line="360" w:lineRule="auto"/>
        <w:ind w:left="567" w:right="-38" w:firstLine="567"/>
        <w:rPr>
          <w:rFonts w:ascii="Times New Roman" w:eastAsia="Times New Roman" w:hAnsi="Times New Roman"/>
          <w:color w:val="000000"/>
          <w:sz w:val="24"/>
          <w:lang w:val="ru-RU"/>
        </w:rPr>
      </w:pPr>
    </w:p>
    <w:p w14:paraId="26472D2E" w14:textId="77777777" w:rsidR="00297E3B" w:rsidRDefault="00297E3B" w:rsidP="000C537D">
      <w:pPr>
        <w:tabs>
          <w:tab w:val="left" w:pos="180"/>
        </w:tabs>
        <w:autoSpaceDE w:val="0"/>
        <w:autoSpaceDN w:val="0"/>
        <w:spacing w:after="0" w:line="360" w:lineRule="auto"/>
        <w:ind w:left="567" w:right="-38" w:firstLine="567"/>
        <w:rPr>
          <w:rFonts w:ascii="Times New Roman" w:eastAsia="Times New Roman" w:hAnsi="Times New Roman"/>
          <w:color w:val="000000"/>
          <w:sz w:val="24"/>
          <w:lang w:val="ru-RU"/>
        </w:rPr>
      </w:pPr>
    </w:p>
    <w:p w14:paraId="139D01D3" w14:textId="77777777" w:rsidR="00471F91" w:rsidRPr="000C537D" w:rsidRDefault="000C537D" w:rsidP="000C537D">
      <w:pPr>
        <w:tabs>
          <w:tab w:val="left" w:pos="180"/>
        </w:tabs>
        <w:autoSpaceDE w:val="0"/>
        <w:autoSpaceDN w:val="0"/>
        <w:spacing w:after="0" w:line="360" w:lineRule="auto"/>
        <w:ind w:left="567" w:right="-38" w:firstLine="567"/>
        <w:rPr>
          <w:lang w:val="ru-RU"/>
        </w:rPr>
      </w:pP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 xml:space="preserve"> задач; </w:t>
      </w:r>
      <w:r w:rsidRPr="000C537D">
        <w:rPr>
          <w:lang w:val="ru-RU"/>
        </w:rPr>
        <w:br/>
      </w:r>
      <w:r w:rsidRPr="000C537D">
        <w:rPr>
          <w:lang w:val="ru-RU"/>
        </w:rPr>
        <w:tab/>
      </w: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>следовать при выполнении работы инструкциям учителя или представленным в других информационных источниках.</w:t>
      </w:r>
    </w:p>
    <w:p w14:paraId="095BB367" w14:textId="77777777" w:rsidR="00471F91" w:rsidRPr="000C537D" w:rsidRDefault="000C537D" w:rsidP="000C537D">
      <w:pPr>
        <w:tabs>
          <w:tab w:val="left" w:pos="180"/>
        </w:tabs>
        <w:autoSpaceDE w:val="0"/>
        <w:autoSpaceDN w:val="0"/>
        <w:spacing w:after="0" w:line="360" w:lineRule="auto"/>
        <w:ind w:left="567" w:right="-38" w:firstLine="567"/>
        <w:rPr>
          <w:lang w:val="ru-RU"/>
        </w:rPr>
      </w:pPr>
      <w:r w:rsidRPr="000C537D">
        <w:rPr>
          <w:lang w:val="ru-RU"/>
        </w:rPr>
        <w:tab/>
      </w:r>
      <w:r w:rsidRPr="000C537D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Коммуникативные УУД: </w:t>
      </w:r>
      <w:r w:rsidRPr="000C537D">
        <w:rPr>
          <w:lang w:val="ru-RU"/>
        </w:rPr>
        <w:br/>
      </w:r>
      <w:r w:rsidRPr="000C537D">
        <w:rPr>
          <w:lang w:val="ru-RU"/>
        </w:rPr>
        <w:tab/>
      </w: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 xml:space="preserve">вступать в диалог, задавать собеседнику вопросы, использовать реплики-уточнения и дополнения; формулировать собственное мнение и идеи, аргументированно их излагать; выслушивать разные мнения, учитывать их в диалоге; </w:t>
      </w:r>
      <w:r w:rsidRPr="000C537D">
        <w:rPr>
          <w:lang w:val="ru-RU"/>
        </w:rPr>
        <w:br/>
      </w:r>
      <w:r w:rsidRPr="000C537D">
        <w:rPr>
          <w:lang w:val="ru-RU"/>
        </w:rPr>
        <w:tab/>
      </w: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 xml:space="preserve">создавать тексты-описания на основе наблюдений (рассматривания) изделий декоративно-прикладного искусства народов России; </w:t>
      </w:r>
      <w:r w:rsidRPr="000C537D">
        <w:rPr>
          <w:lang w:val="ru-RU"/>
        </w:rPr>
        <w:br/>
      </w:r>
      <w:r w:rsidRPr="000C537D">
        <w:rPr>
          <w:lang w:val="ru-RU"/>
        </w:rPr>
        <w:tab/>
      </w: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 xml:space="preserve"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 </w:t>
      </w:r>
      <w:r w:rsidRPr="000C537D">
        <w:rPr>
          <w:lang w:val="ru-RU"/>
        </w:rPr>
        <w:br/>
      </w:r>
      <w:r w:rsidRPr="000C537D">
        <w:rPr>
          <w:lang w:val="ru-RU"/>
        </w:rPr>
        <w:tab/>
      </w: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>объяснять последовательность совершаемых действий при создании изделия.</w:t>
      </w:r>
    </w:p>
    <w:p w14:paraId="1DFE2F4A" w14:textId="77777777" w:rsidR="00471F91" w:rsidRPr="000C537D" w:rsidRDefault="000C537D" w:rsidP="000C537D">
      <w:pPr>
        <w:tabs>
          <w:tab w:val="left" w:pos="180"/>
        </w:tabs>
        <w:autoSpaceDE w:val="0"/>
        <w:autoSpaceDN w:val="0"/>
        <w:spacing w:after="0" w:line="360" w:lineRule="auto"/>
        <w:ind w:left="567" w:right="-38" w:firstLine="567"/>
        <w:rPr>
          <w:lang w:val="ru-RU"/>
        </w:rPr>
      </w:pPr>
      <w:r w:rsidRPr="000C537D">
        <w:rPr>
          <w:lang w:val="ru-RU"/>
        </w:rPr>
        <w:tab/>
      </w:r>
      <w:r w:rsidRPr="000C537D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Регулятивные УУД: </w:t>
      </w:r>
      <w:r w:rsidRPr="000C537D">
        <w:rPr>
          <w:lang w:val="ru-RU"/>
        </w:rPr>
        <w:br/>
      </w:r>
      <w:r w:rsidRPr="000C537D">
        <w:rPr>
          <w:lang w:val="ru-RU"/>
        </w:rPr>
        <w:tab/>
      </w: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 xml:space="preserve">рационально организовывать свою работу (подготовка рабочего места, поддержание и наведение порядка, уборка после работы); </w:t>
      </w:r>
      <w:r w:rsidRPr="000C537D">
        <w:rPr>
          <w:lang w:val="ru-RU"/>
        </w:rPr>
        <w:br/>
      </w:r>
      <w:r w:rsidRPr="000C537D">
        <w:rPr>
          <w:lang w:val="ru-RU"/>
        </w:rPr>
        <w:tab/>
      </w: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 xml:space="preserve">выполнять правила безопасности труда при выполнении работы; </w:t>
      </w:r>
      <w:r w:rsidRPr="000C537D">
        <w:rPr>
          <w:lang w:val="ru-RU"/>
        </w:rPr>
        <w:br/>
      </w:r>
      <w:r w:rsidRPr="000C537D">
        <w:rPr>
          <w:lang w:val="ru-RU"/>
        </w:rPr>
        <w:tab/>
      </w: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 xml:space="preserve">планировать работу, соотносить свои действия с поставленной целью; </w:t>
      </w:r>
      <w:r w:rsidRPr="000C537D">
        <w:rPr>
          <w:lang w:val="ru-RU"/>
        </w:rPr>
        <w:br/>
      </w:r>
      <w:r w:rsidRPr="000C537D">
        <w:rPr>
          <w:lang w:val="ru-RU"/>
        </w:rPr>
        <w:tab/>
      </w: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 xml:space="preserve"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 </w:t>
      </w:r>
      <w:r w:rsidRPr="000C537D">
        <w:rPr>
          <w:lang w:val="ru-RU"/>
        </w:rPr>
        <w:br/>
      </w:r>
      <w:r w:rsidRPr="000C537D">
        <w:rPr>
          <w:lang w:val="ru-RU"/>
        </w:rPr>
        <w:tab/>
      </w: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 xml:space="preserve">выполнять действия контроля и оценки; вносить необходимые коррективы в действие после его завершения на основе его оценки и учёта характера сделанных ошибок; </w:t>
      </w:r>
      <w:r w:rsidRPr="000C537D">
        <w:rPr>
          <w:lang w:val="ru-RU"/>
        </w:rPr>
        <w:br/>
      </w:r>
      <w:r w:rsidRPr="000C537D">
        <w:rPr>
          <w:lang w:val="ru-RU"/>
        </w:rPr>
        <w:tab/>
      </w: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>проявлять волевую саморегуляцию при выполнении работы.</w:t>
      </w:r>
    </w:p>
    <w:p w14:paraId="3B68FE8D" w14:textId="77777777" w:rsidR="00471F91" w:rsidRPr="000C537D" w:rsidRDefault="000C537D" w:rsidP="000C537D">
      <w:pPr>
        <w:tabs>
          <w:tab w:val="left" w:pos="180"/>
        </w:tabs>
        <w:autoSpaceDE w:val="0"/>
        <w:autoSpaceDN w:val="0"/>
        <w:spacing w:after="0" w:line="360" w:lineRule="auto"/>
        <w:ind w:left="567" w:right="-38" w:firstLine="567"/>
        <w:rPr>
          <w:lang w:val="ru-RU"/>
        </w:rPr>
      </w:pPr>
      <w:r w:rsidRPr="000C537D">
        <w:rPr>
          <w:lang w:val="ru-RU"/>
        </w:rPr>
        <w:tab/>
      </w:r>
      <w:r w:rsidRPr="000C537D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Совместная деятельность: </w:t>
      </w:r>
      <w:r w:rsidRPr="000C537D">
        <w:rPr>
          <w:lang w:val="ru-RU"/>
        </w:rPr>
        <w:br/>
      </w:r>
      <w:r w:rsidRPr="000C537D">
        <w:rPr>
          <w:lang w:val="ru-RU"/>
        </w:rPr>
        <w:tab/>
      </w: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 xml:space="preserve"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руководителя/лидера и подчинённого; осуществлять продуктивное сотрудничество; </w:t>
      </w:r>
      <w:r w:rsidRPr="000C537D">
        <w:rPr>
          <w:lang w:val="ru-RU"/>
        </w:rPr>
        <w:br/>
      </w:r>
      <w:r w:rsidRPr="000C537D">
        <w:rPr>
          <w:lang w:val="ru-RU"/>
        </w:rPr>
        <w:tab/>
      </w: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 xml:space="preserve">проявлять интерес к работе товарищей; в доброжелательной форме комментировать и оценивать их достижения, высказывать свои предложения и пожелания; оказывать при необходимости помощь; </w:t>
      </w:r>
      <w:r w:rsidRPr="000C537D">
        <w:rPr>
          <w:lang w:val="ru-RU"/>
        </w:rPr>
        <w:tab/>
      </w: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воплощения; предъявлять аргументы для защиты продукта проектной деятельности.</w:t>
      </w:r>
    </w:p>
    <w:p w14:paraId="45FA4ACD" w14:textId="77777777" w:rsidR="00297E3B" w:rsidRDefault="00297E3B" w:rsidP="000C537D">
      <w:pPr>
        <w:autoSpaceDE w:val="0"/>
        <w:autoSpaceDN w:val="0"/>
        <w:spacing w:after="0" w:line="360" w:lineRule="auto"/>
        <w:ind w:left="567" w:right="-38" w:firstLine="567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14:paraId="2E1483AC" w14:textId="77777777" w:rsidR="00297E3B" w:rsidRDefault="00297E3B" w:rsidP="000C537D">
      <w:pPr>
        <w:autoSpaceDE w:val="0"/>
        <w:autoSpaceDN w:val="0"/>
        <w:spacing w:after="0" w:line="360" w:lineRule="auto"/>
        <w:ind w:left="567" w:right="-38" w:firstLine="567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14:paraId="640C3838" w14:textId="77777777" w:rsidR="00297E3B" w:rsidRDefault="00297E3B" w:rsidP="000C537D">
      <w:pPr>
        <w:autoSpaceDE w:val="0"/>
        <w:autoSpaceDN w:val="0"/>
        <w:spacing w:after="0" w:line="360" w:lineRule="auto"/>
        <w:ind w:left="567" w:right="-38" w:firstLine="567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14:paraId="43D5BB46" w14:textId="77777777" w:rsidR="00297E3B" w:rsidRDefault="00297E3B" w:rsidP="000C537D">
      <w:pPr>
        <w:autoSpaceDE w:val="0"/>
        <w:autoSpaceDN w:val="0"/>
        <w:spacing w:after="0" w:line="360" w:lineRule="auto"/>
        <w:ind w:left="567" w:right="-38" w:firstLine="567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14:paraId="797E3ABA" w14:textId="77777777" w:rsidR="00471F91" w:rsidRDefault="000C537D" w:rsidP="00523A8B">
      <w:pPr>
        <w:autoSpaceDE w:val="0"/>
        <w:autoSpaceDN w:val="0"/>
        <w:spacing w:after="0" w:line="360" w:lineRule="auto"/>
        <w:ind w:left="567" w:right="-38" w:firstLine="567"/>
        <w:rPr>
          <w:rFonts w:ascii="Times New Roman" w:eastAsia="Times New Roman" w:hAnsi="Times New Roman"/>
          <w:b/>
          <w:color w:val="000000"/>
          <w:sz w:val="24"/>
          <w:lang w:val="ru-RU"/>
        </w:rPr>
      </w:pPr>
      <w:r w:rsidRPr="000C537D">
        <w:rPr>
          <w:rFonts w:ascii="Times New Roman" w:eastAsia="Times New Roman" w:hAnsi="Times New Roman"/>
          <w:b/>
          <w:color w:val="000000"/>
          <w:sz w:val="24"/>
          <w:lang w:val="ru-RU"/>
        </w:rPr>
        <w:t>ПРЕДМЕТНЫЕ РЕЗУЛЬТАТЫ ОСВОЕНИЯ КУРСА «ТЕХНОЛОГИЯ»</w:t>
      </w:r>
    </w:p>
    <w:p w14:paraId="7A9FEAA7" w14:textId="77777777" w:rsidR="00471F91" w:rsidRPr="000C537D" w:rsidRDefault="000C537D" w:rsidP="000C537D">
      <w:pPr>
        <w:tabs>
          <w:tab w:val="left" w:pos="180"/>
        </w:tabs>
        <w:autoSpaceDE w:val="0"/>
        <w:autoSpaceDN w:val="0"/>
        <w:spacing w:after="0" w:line="360" w:lineRule="auto"/>
        <w:ind w:left="567" w:right="-38" w:firstLine="567"/>
        <w:rPr>
          <w:lang w:val="ru-RU"/>
        </w:rPr>
      </w:pPr>
      <w:r w:rsidRPr="000C537D">
        <w:rPr>
          <w:lang w:val="ru-RU"/>
        </w:rPr>
        <w:tab/>
      </w: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 xml:space="preserve">К концу обучения в </w:t>
      </w:r>
      <w:r w:rsidRPr="000C537D">
        <w:rPr>
          <w:rFonts w:ascii="Times New Roman" w:eastAsia="Times New Roman" w:hAnsi="Times New Roman"/>
          <w:b/>
          <w:color w:val="000000"/>
          <w:sz w:val="24"/>
          <w:lang w:val="ru-RU"/>
        </w:rPr>
        <w:t>четвёртом</w:t>
      </w: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 xml:space="preserve"> классе обучающийся научится: </w:t>
      </w:r>
      <w:r w:rsidRPr="000C537D">
        <w:rPr>
          <w:lang w:val="ru-RU"/>
        </w:rPr>
        <w:br/>
      </w:r>
      <w:r w:rsidRPr="000C537D">
        <w:rPr>
          <w:lang w:val="ru-RU"/>
        </w:rPr>
        <w:tab/>
      </w: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 xml:space="preserve">формировать общее представление о мире профессий, их социальном значении; о творчестве и творческих профессиях, о мировых достижениях в области техники и искусства (в рамках </w:t>
      </w:r>
      <w:r w:rsidRPr="000C537D">
        <w:rPr>
          <w:lang w:val="ru-RU"/>
        </w:rPr>
        <w:br/>
      </w: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 xml:space="preserve">изученного), о наиболее значимых окружающих производствах; </w:t>
      </w:r>
      <w:r w:rsidRPr="000C537D">
        <w:rPr>
          <w:lang w:val="ru-RU"/>
        </w:rPr>
        <w:br/>
      </w:r>
      <w:r w:rsidRPr="000C537D">
        <w:rPr>
          <w:lang w:val="ru-RU"/>
        </w:rPr>
        <w:tab/>
      </w: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 xml:space="preserve">на основе анализа задания самостоятельно организовывать рабочее место в зависимости от вида работы, осуществлять планирование трудового процесса; </w:t>
      </w:r>
      <w:r w:rsidRPr="000C537D">
        <w:rPr>
          <w:lang w:val="ru-RU"/>
        </w:rPr>
        <w:br/>
      </w:r>
      <w:r w:rsidRPr="000C537D">
        <w:rPr>
          <w:lang w:val="ru-RU"/>
        </w:rPr>
        <w:tab/>
      </w: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>самостоятельно планировать и выполнять практическое задание (практическую работу) с опорой на инструкционную (технологическую) карту или творческий замысел; при необходимости вносить коррективы в выполняемые действия;</w:t>
      </w:r>
    </w:p>
    <w:p w14:paraId="63F9F6E3" w14:textId="77777777" w:rsidR="00471F91" w:rsidRPr="000C537D" w:rsidRDefault="000C537D" w:rsidP="00523A8B">
      <w:pPr>
        <w:tabs>
          <w:tab w:val="left" w:pos="180"/>
        </w:tabs>
        <w:autoSpaceDE w:val="0"/>
        <w:autoSpaceDN w:val="0"/>
        <w:spacing w:after="0" w:line="360" w:lineRule="auto"/>
        <w:ind w:left="567" w:right="-38" w:firstLine="142"/>
        <w:rPr>
          <w:lang w:val="ru-RU"/>
        </w:rPr>
      </w:pP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 xml:space="preserve">понимать элементарные основы бытовой культуры, выполнять доступные действия по </w:t>
      </w:r>
      <w:r w:rsidRPr="000C537D">
        <w:rPr>
          <w:lang w:val="ru-RU"/>
        </w:rPr>
        <w:br/>
      </w: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 xml:space="preserve">самообслуживанию и доступные виды домашнего труда; </w:t>
      </w:r>
      <w:r w:rsidRPr="000C537D">
        <w:rPr>
          <w:lang w:val="ru-RU"/>
        </w:rPr>
        <w:br/>
      </w:r>
      <w:r w:rsidRPr="000C537D">
        <w:rPr>
          <w:lang w:val="ru-RU"/>
        </w:rPr>
        <w:tab/>
      </w: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 xml:space="preserve">выполнять более сложные виды работ и приёмы обработки различных материалов (например, плетение, шитьё и вышивание, тиснение по фольге и пр.), комбинировать различные способы в зависимости и от поставленной задачи; оформлять изделия и соединять детали освоенными ручными строчками; </w:t>
      </w:r>
      <w:r w:rsidRPr="000C537D">
        <w:rPr>
          <w:lang w:val="ru-RU"/>
        </w:rPr>
        <w:br/>
      </w:r>
      <w:r w:rsidRPr="000C537D">
        <w:rPr>
          <w:lang w:val="ru-RU"/>
        </w:rPr>
        <w:tab/>
      </w: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 xml:space="preserve">выполнять символические действия моделирования, понимать и создавать простейшие виды технической документации (чертёж развёртки, эскиз, технический рисунок, схему) и выполнять по ней работу; </w:t>
      </w:r>
      <w:r w:rsidRPr="000C537D">
        <w:rPr>
          <w:lang w:val="ru-RU"/>
        </w:rPr>
        <w:br/>
      </w:r>
      <w:r w:rsidRPr="000C537D">
        <w:rPr>
          <w:lang w:val="ru-RU"/>
        </w:rPr>
        <w:tab/>
      </w: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 xml:space="preserve">решать простейшие задачи рационализаторского характера по изменению конструкции изделия: на достраивание, придание новых свойств конструкции в связи с изменением функционального назначения изделия; </w:t>
      </w:r>
      <w:r w:rsidRPr="000C537D">
        <w:rPr>
          <w:lang w:val="ru-RU"/>
        </w:rPr>
        <w:br/>
      </w:r>
      <w:r w:rsidRPr="000C537D">
        <w:rPr>
          <w:lang w:val="ru-RU"/>
        </w:rPr>
        <w:tab/>
      </w: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 xml:space="preserve">на основе усвоенных правил дизайна решать простейшие художественно-конструкторские задачи по созданию изделий с заданной функцией; </w:t>
      </w:r>
      <w:r w:rsidRPr="000C537D">
        <w:rPr>
          <w:lang w:val="ru-RU"/>
        </w:rPr>
        <w:br/>
      </w:r>
      <w:r w:rsidRPr="000C537D">
        <w:rPr>
          <w:lang w:val="ru-RU"/>
        </w:rPr>
        <w:tab/>
      </w: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 xml:space="preserve">создавать небольшие тексты, презентации и печатные публикации с использованием изображений на экране компьютера; оформлять текст (выбор шрифта, размера, цвета шрифта, выравнивание абзаца); </w:t>
      </w:r>
      <w:r w:rsidRPr="000C537D">
        <w:rPr>
          <w:lang w:val="ru-RU"/>
        </w:rPr>
        <w:br/>
      </w:r>
      <w:r w:rsidRPr="000C537D">
        <w:rPr>
          <w:lang w:val="ru-RU"/>
        </w:rPr>
        <w:tab/>
      </w: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 xml:space="preserve">работать с доступной информацией; работать в программах </w:t>
      </w:r>
      <w:r>
        <w:rPr>
          <w:rFonts w:ascii="Times New Roman" w:eastAsia="Times New Roman" w:hAnsi="Times New Roman"/>
          <w:color w:val="000000"/>
          <w:sz w:val="24"/>
        </w:rPr>
        <w:t>Word</w:t>
      </w: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>
        <w:rPr>
          <w:rFonts w:ascii="Times New Roman" w:eastAsia="Times New Roman" w:hAnsi="Times New Roman"/>
          <w:color w:val="000000"/>
          <w:sz w:val="24"/>
        </w:rPr>
        <w:t>Power</w:t>
      </w: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Point</w:t>
      </w: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 xml:space="preserve">; </w:t>
      </w:r>
      <w:r w:rsidRPr="000C537D">
        <w:rPr>
          <w:lang w:val="ru-RU"/>
        </w:rPr>
        <w:br/>
      </w:r>
      <w:r w:rsidRPr="000C537D">
        <w:rPr>
          <w:lang w:val="ru-RU"/>
        </w:rPr>
        <w:tab/>
      </w: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 xml:space="preserve">решать творческие задачи, мысленно создавать и разрабатывать проектный замысел, осуществлять выбор средств и способов его практического воплощения, аргументированно представлять продукт проектной деятельности; </w:t>
      </w:r>
      <w:r w:rsidRPr="000C537D">
        <w:rPr>
          <w:lang w:val="ru-RU"/>
        </w:rPr>
        <w:br/>
      </w:r>
      <w:r w:rsidRPr="000C537D">
        <w:rPr>
          <w:lang w:val="ru-RU"/>
        </w:rPr>
        <w:tab/>
      </w: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 xml:space="preserve">осуществлять сотрудничество в различных видах совместной деятельности; предлагать идеи для обсуждения, уважительно относиться к мнению товарищей, договариваться; участвовать в </w:t>
      </w:r>
      <w:r w:rsidRPr="000C537D">
        <w:rPr>
          <w:lang w:val="ru-RU"/>
        </w:rPr>
        <w:br/>
      </w: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>распределении ролей, координировать собственную работу в общем процессе.</w:t>
      </w:r>
    </w:p>
    <w:p w14:paraId="078143CD" w14:textId="77777777" w:rsidR="00471F91" w:rsidRPr="000C537D" w:rsidRDefault="00471F91">
      <w:pPr>
        <w:rPr>
          <w:lang w:val="ru-RU"/>
        </w:rPr>
        <w:sectPr w:rsidR="00471F91" w:rsidRPr="000C537D">
          <w:pgSz w:w="11900" w:h="16840"/>
          <w:pgMar w:top="298" w:right="782" w:bottom="1440" w:left="666" w:header="720" w:footer="720" w:gutter="0"/>
          <w:cols w:space="720" w:equalWidth="0">
            <w:col w:w="10452" w:space="0"/>
          </w:cols>
          <w:docGrid w:linePitch="360"/>
        </w:sectPr>
      </w:pPr>
    </w:p>
    <w:p w14:paraId="0512C114" w14:textId="77777777" w:rsidR="00471F91" w:rsidRPr="000C537D" w:rsidRDefault="00471F91">
      <w:pPr>
        <w:autoSpaceDE w:val="0"/>
        <w:autoSpaceDN w:val="0"/>
        <w:spacing w:after="64" w:line="220" w:lineRule="exact"/>
        <w:rPr>
          <w:lang w:val="ru-RU"/>
        </w:rPr>
      </w:pPr>
    </w:p>
    <w:p w14:paraId="3B85D92F" w14:textId="77777777" w:rsidR="00471F91" w:rsidRDefault="000C537D">
      <w:pPr>
        <w:autoSpaceDE w:val="0"/>
        <w:autoSpaceDN w:val="0"/>
        <w:spacing w:after="666" w:line="233" w:lineRule="auto"/>
      </w:pPr>
      <w:r>
        <w:rPr>
          <w:rFonts w:ascii="Times New Roman" w:eastAsia="Times New Roman" w:hAnsi="Times New Roman"/>
          <w:b/>
          <w:color w:val="000000"/>
          <w:w w:val="101"/>
          <w:sz w:val="19"/>
        </w:rPr>
        <w:t xml:space="preserve">ТЕМАТИЧЕСКОЕ ПЛАНИРОВАНИЕ 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3890"/>
        <w:gridCol w:w="528"/>
        <w:gridCol w:w="1106"/>
        <w:gridCol w:w="1140"/>
        <w:gridCol w:w="864"/>
        <w:gridCol w:w="4228"/>
        <w:gridCol w:w="1236"/>
        <w:gridCol w:w="2042"/>
      </w:tblGrid>
      <w:tr w:rsidR="00471F91" w14:paraId="7D41D571" w14:textId="77777777">
        <w:trPr>
          <w:trHeight w:hRule="exact" w:val="348"/>
        </w:trPr>
        <w:tc>
          <w:tcPr>
            <w:tcW w:w="4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8E9AD67" w14:textId="77777777" w:rsidR="00471F91" w:rsidRDefault="000C537D">
            <w:pPr>
              <w:autoSpaceDE w:val="0"/>
              <w:autoSpaceDN w:val="0"/>
              <w:spacing w:before="78" w:after="0" w:line="245" w:lineRule="auto"/>
              <w:ind w:right="144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п/п</w:t>
            </w:r>
          </w:p>
        </w:tc>
        <w:tc>
          <w:tcPr>
            <w:tcW w:w="38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7AE0D47" w14:textId="77777777" w:rsidR="00471F91" w:rsidRPr="000C537D" w:rsidRDefault="000C537D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0C537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Наименование разделов и тем программы</w:t>
            </w:r>
          </w:p>
        </w:tc>
        <w:tc>
          <w:tcPr>
            <w:tcW w:w="27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4033DC" w14:textId="77777777" w:rsidR="00471F91" w:rsidRDefault="000C537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Количество часов</w:t>
            </w:r>
          </w:p>
        </w:tc>
        <w:tc>
          <w:tcPr>
            <w:tcW w:w="8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9125B4E" w14:textId="77777777" w:rsidR="00471F91" w:rsidRDefault="000C537D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Дата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изучения</w:t>
            </w:r>
          </w:p>
        </w:tc>
        <w:tc>
          <w:tcPr>
            <w:tcW w:w="42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45BE1D" w14:textId="77777777" w:rsidR="00471F91" w:rsidRDefault="000C537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Виды деятельности</w:t>
            </w:r>
          </w:p>
        </w:tc>
        <w:tc>
          <w:tcPr>
            <w:tcW w:w="12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E9B4544" w14:textId="77777777" w:rsidR="00471F91" w:rsidRDefault="000C537D">
            <w:pPr>
              <w:autoSpaceDE w:val="0"/>
              <w:autoSpaceDN w:val="0"/>
              <w:spacing w:before="78" w:after="0" w:line="245" w:lineRule="auto"/>
              <w:ind w:left="74" w:right="144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Виды, формы контроля</w:t>
            </w:r>
          </w:p>
        </w:tc>
        <w:tc>
          <w:tcPr>
            <w:tcW w:w="20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5BCF64E" w14:textId="77777777" w:rsidR="00471F91" w:rsidRDefault="000C537D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Электронные (цифровые) образовательные ресурсы</w:t>
            </w:r>
          </w:p>
        </w:tc>
      </w:tr>
      <w:tr w:rsidR="00471F91" w14:paraId="09A430A2" w14:textId="77777777">
        <w:trPr>
          <w:trHeight w:hRule="exact" w:val="540"/>
        </w:trPr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63859" w14:textId="77777777" w:rsidR="00471F91" w:rsidRDefault="00471F91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CA88A" w14:textId="77777777" w:rsidR="00471F91" w:rsidRDefault="00471F91"/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66A99CB" w14:textId="77777777" w:rsidR="00471F91" w:rsidRDefault="000C537D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всего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29AA430" w14:textId="77777777" w:rsidR="00471F91" w:rsidRDefault="000C537D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контрольные работы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1999C0E" w14:textId="77777777" w:rsidR="00471F91" w:rsidRDefault="000C537D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практические работы</w:t>
            </w:r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49E07" w14:textId="77777777" w:rsidR="00471F91" w:rsidRDefault="00471F91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F3D52" w14:textId="77777777" w:rsidR="00471F91" w:rsidRDefault="00471F91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05745" w14:textId="77777777" w:rsidR="00471F91" w:rsidRDefault="00471F91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0BBE0" w14:textId="77777777" w:rsidR="00471F91" w:rsidRDefault="00471F91"/>
        </w:tc>
      </w:tr>
      <w:tr w:rsidR="00471F91" w:rsidRPr="00E97715" w14:paraId="0DDB6BBE" w14:textId="77777777">
        <w:trPr>
          <w:trHeight w:hRule="exact" w:val="350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EA696D" w14:textId="77777777" w:rsidR="00471F91" w:rsidRPr="000C537D" w:rsidRDefault="000C537D">
            <w:pPr>
              <w:autoSpaceDE w:val="0"/>
              <w:autoSpaceDN w:val="0"/>
              <w:spacing w:before="80" w:after="0" w:line="230" w:lineRule="auto"/>
              <w:ind w:left="72"/>
              <w:rPr>
                <w:lang w:val="ru-RU"/>
              </w:rPr>
            </w:pPr>
            <w:r w:rsidRPr="000C537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Модуль 1. ТЕХНОЛОГИИ, ПРОФЕССИИ И ПРОИЗВОДСТВА</w:t>
            </w:r>
          </w:p>
        </w:tc>
      </w:tr>
      <w:tr w:rsidR="00471F91" w:rsidRPr="00E97715" w14:paraId="44A14065" w14:textId="77777777">
        <w:trPr>
          <w:trHeight w:hRule="exact" w:val="169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5C1164A" w14:textId="77777777" w:rsidR="00471F91" w:rsidRDefault="000C537D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1.1.</w:t>
            </w:r>
          </w:p>
        </w:tc>
        <w:tc>
          <w:tcPr>
            <w:tcW w:w="3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80EC8C" w14:textId="77777777" w:rsidR="00471F91" w:rsidRPr="000C537D" w:rsidRDefault="000C537D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0C537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Профессии и технологии современного мира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BFFA4A2" w14:textId="77777777" w:rsidR="00471F91" w:rsidRDefault="000C537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95B924D" w14:textId="77777777" w:rsidR="00471F91" w:rsidRDefault="000C537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9085756" w14:textId="77777777" w:rsidR="00471F91" w:rsidRDefault="000C537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00B3D08" w14:textId="77777777" w:rsidR="00471F91" w:rsidRDefault="000C537D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01.09.2022</w:t>
            </w:r>
          </w:p>
        </w:tc>
        <w:tc>
          <w:tcPr>
            <w:tcW w:w="4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313DFC" w14:textId="77777777" w:rsidR="00471F91" w:rsidRPr="000C537D" w:rsidRDefault="000C537D">
            <w:pPr>
              <w:autoSpaceDE w:val="0"/>
              <w:autoSpaceDN w:val="0"/>
              <w:spacing w:before="76" w:after="0" w:line="252" w:lineRule="auto"/>
              <w:ind w:left="72"/>
              <w:rPr>
                <w:lang w:val="ru-RU"/>
              </w:rPr>
            </w:pP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Соблюдать правила безопасной работы, выбирать </w:t>
            </w:r>
            <w:r w:rsidRPr="000C537D">
              <w:rPr>
                <w:lang w:val="ru-RU"/>
              </w:rPr>
              <w:br/>
            </w: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инструменты и приспособления в зависимости от </w:t>
            </w:r>
            <w:r w:rsidRPr="000C537D">
              <w:rPr>
                <w:lang w:val="ru-RU"/>
              </w:rPr>
              <w:br/>
            </w: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технологии изготавливаемых изделий. Рационально и </w:t>
            </w:r>
            <w:r w:rsidRPr="000C537D">
              <w:rPr>
                <w:lang w:val="ru-RU"/>
              </w:rPr>
              <w:br/>
            </w: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безопасно использовать и хранить инструменты, с которыми ученики работают на уроках;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E23E3E8" w14:textId="77777777" w:rsidR="00471F91" w:rsidRPr="000C537D" w:rsidRDefault="000C537D">
            <w:pPr>
              <w:autoSpaceDE w:val="0"/>
              <w:autoSpaceDN w:val="0"/>
              <w:spacing w:before="76" w:after="0" w:line="254" w:lineRule="auto"/>
              <w:ind w:left="74"/>
              <w:rPr>
                <w:lang w:val="ru-RU"/>
              </w:rPr>
            </w:pP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Устный опрос; Общие правила техники </w:t>
            </w:r>
            <w:r w:rsidRPr="000C537D">
              <w:rPr>
                <w:lang w:val="ru-RU"/>
              </w:rPr>
              <w:br/>
            </w: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безопасности; </w:t>
            </w:r>
            <w:r w:rsidRPr="000C537D">
              <w:rPr>
                <w:lang w:val="ru-RU"/>
              </w:rPr>
              <w:br/>
            </w: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Т.Б. №5 </w:t>
            </w:r>
            <w:r w:rsidRPr="000C537D">
              <w:rPr>
                <w:lang w:val="ru-RU"/>
              </w:rPr>
              <w:br/>
            </w: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Правила </w:t>
            </w:r>
            <w:r w:rsidRPr="000C537D">
              <w:rPr>
                <w:lang w:val="ru-RU"/>
              </w:rPr>
              <w:br/>
            </w: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обращения с </w:t>
            </w:r>
            <w:r w:rsidRPr="000C537D">
              <w:rPr>
                <w:lang w:val="ru-RU"/>
              </w:rPr>
              <w:br/>
            </w: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циркулем;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1EB22C2" w14:textId="77777777" w:rsidR="00471F91" w:rsidRPr="000C537D" w:rsidRDefault="000C537D">
            <w:pPr>
              <w:autoSpaceDE w:val="0"/>
              <w:autoSpaceDN w:val="0"/>
              <w:spacing w:before="76" w:after="0" w:line="233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school</w:t>
            </w: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.со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llection</w:t>
            </w:r>
            <w:proofErr w:type="spellEnd"/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</w:p>
        </w:tc>
      </w:tr>
      <w:tr w:rsidR="00471F91" w14:paraId="3CE6E77F" w14:textId="77777777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9304D50" w14:textId="77777777" w:rsidR="00471F91" w:rsidRDefault="000C537D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1.2.</w:t>
            </w:r>
          </w:p>
        </w:tc>
        <w:tc>
          <w:tcPr>
            <w:tcW w:w="3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D12E21C" w14:textId="77777777" w:rsidR="00471F91" w:rsidRPr="000C537D" w:rsidRDefault="000C537D">
            <w:pPr>
              <w:autoSpaceDE w:val="0"/>
              <w:autoSpaceDN w:val="0"/>
              <w:spacing w:before="78" w:after="0" w:line="245" w:lineRule="auto"/>
              <w:ind w:left="72" w:right="432"/>
              <w:rPr>
                <w:lang w:val="ru-RU"/>
              </w:rPr>
            </w:pPr>
            <w:r w:rsidRPr="000C537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Использование достижений науки в развитии технического прогресса.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8792350" w14:textId="77777777" w:rsidR="00471F91" w:rsidRDefault="000C537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A4C976C" w14:textId="77777777" w:rsidR="00471F91" w:rsidRDefault="000C537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759B82B" w14:textId="77777777" w:rsidR="00471F91" w:rsidRDefault="000C537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7FB0A5D" w14:textId="77777777" w:rsidR="00471F91" w:rsidRDefault="000C537D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08.09.2022</w:t>
            </w:r>
          </w:p>
        </w:tc>
        <w:tc>
          <w:tcPr>
            <w:tcW w:w="4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4C942DD" w14:textId="77777777" w:rsidR="00471F91" w:rsidRPr="000C537D" w:rsidRDefault="000C537D">
            <w:pPr>
              <w:autoSpaceDE w:val="0"/>
              <w:autoSpaceDN w:val="0"/>
              <w:spacing w:before="78" w:after="0" w:line="247" w:lineRule="auto"/>
              <w:ind w:left="72"/>
              <w:rPr>
                <w:lang w:val="ru-RU"/>
              </w:rPr>
            </w:pP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Рассматривать профессии и технологии современного мира, использование достижений науки в развитии технического прогресса;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816F126" w14:textId="77777777" w:rsidR="00471F91" w:rsidRPr="000C537D" w:rsidRDefault="000C537D">
            <w:pPr>
              <w:autoSpaceDE w:val="0"/>
              <w:autoSpaceDN w:val="0"/>
              <w:spacing w:before="78" w:after="0" w:line="250" w:lineRule="auto"/>
              <w:ind w:left="74"/>
              <w:rPr>
                <w:lang w:val="ru-RU"/>
              </w:rPr>
            </w:pP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Устный опрос; Правила работы с </w:t>
            </w:r>
            <w:r w:rsidRPr="000C537D">
              <w:rPr>
                <w:lang w:val="ru-RU"/>
              </w:rPr>
              <w:br/>
            </w: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инструментами;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32E28FB" w14:textId="77777777" w:rsidR="00471F91" w:rsidRDefault="000C537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http://900igr.net</w:t>
            </w:r>
          </w:p>
        </w:tc>
      </w:tr>
      <w:tr w:rsidR="00471F91" w:rsidRPr="00E97715" w14:paraId="300C0BE1" w14:textId="77777777">
        <w:trPr>
          <w:trHeight w:hRule="exact" w:val="150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14BC377" w14:textId="77777777" w:rsidR="00471F91" w:rsidRDefault="000C537D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1.3.</w:t>
            </w:r>
          </w:p>
        </w:tc>
        <w:tc>
          <w:tcPr>
            <w:tcW w:w="3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29654EA" w14:textId="77777777" w:rsidR="00471F91" w:rsidRPr="000C537D" w:rsidRDefault="000C537D">
            <w:pPr>
              <w:autoSpaceDE w:val="0"/>
              <w:autoSpaceDN w:val="0"/>
              <w:spacing w:before="78" w:after="0" w:line="247" w:lineRule="auto"/>
              <w:ind w:left="72" w:right="288"/>
              <w:rPr>
                <w:lang w:val="ru-RU"/>
              </w:rPr>
            </w:pPr>
            <w:r w:rsidRPr="000C537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Изобретение и использование синтетических материалов с определёнными заданными </w:t>
            </w:r>
            <w:r w:rsidRPr="000C537D">
              <w:rPr>
                <w:lang w:val="ru-RU"/>
              </w:rPr>
              <w:br/>
            </w:r>
            <w:r w:rsidRPr="000C537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свойствами в различных отраслях и профессиях.</w:t>
            </w:r>
          </w:p>
          <w:p w14:paraId="6C44870C" w14:textId="77777777" w:rsidR="00471F91" w:rsidRPr="000C537D" w:rsidRDefault="000C537D">
            <w:pPr>
              <w:autoSpaceDE w:val="0"/>
              <w:autoSpaceDN w:val="0"/>
              <w:spacing w:before="20" w:after="0" w:line="250" w:lineRule="auto"/>
              <w:ind w:left="72" w:right="432"/>
              <w:rPr>
                <w:lang w:val="ru-RU"/>
              </w:rPr>
            </w:pPr>
            <w:r w:rsidRPr="000C537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Нефть как универсальное сырьё. Материалы, получаемые из нефти (пластик, стеклоткань, пенопласт и др.)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BFDCE33" w14:textId="77777777" w:rsidR="00471F91" w:rsidRDefault="000C537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2DC314C" w14:textId="77777777" w:rsidR="00471F91" w:rsidRDefault="000C537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45C2859" w14:textId="77777777" w:rsidR="00471F91" w:rsidRDefault="000C537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E849BFF" w14:textId="77777777" w:rsidR="00471F91" w:rsidRDefault="000C537D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15.09.2022</w:t>
            </w:r>
          </w:p>
        </w:tc>
        <w:tc>
          <w:tcPr>
            <w:tcW w:w="4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0617249" w14:textId="77777777" w:rsidR="00471F91" w:rsidRPr="000C537D" w:rsidRDefault="000C537D">
            <w:pPr>
              <w:autoSpaceDE w:val="0"/>
              <w:autoSpaceDN w:val="0"/>
              <w:spacing w:before="78" w:after="0" w:line="247" w:lineRule="auto"/>
              <w:ind w:left="72" w:right="144"/>
              <w:rPr>
                <w:lang w:val="ru-RU"/>
              </w:rPr>
            </w:pP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Рассматривать возможности использования синтетических материалов с определёнными заданными свойствами в различных отраслях и профессиях;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56A1C88" w14:textId="77777777" w:rsidR="00471F91" w:rsidRPr="000C537D" w:rsidRDefault="000C537D">
            <w:pPr>
              <w:autoSpaceDE w:val="0"/>
              <w:autoSpaceDN w:val="0"/>
              <w:spacing w:before="78" w:after="0" w:line="250" w:lineRule="auto"/>
              <w:ind w:left="74"/>
              <w:rPr>
                <w:lang w:val="ru-RU"/>
              </w:rPr>
            </w:pP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Самооценка с </w:t>
            </w:r>
            <w:r w:rsidRPr="000C537D">
              <w:rPr>
                <w:lang w:val="ru-RU"/>
              </w:rPr>
              <w:br/>
            </w:r>
            <w:r w:rsidR="00523A8B"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использованием «Оценочного</w:t>
            </w: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0C537D">
              <w:rPr>
                <w:lang w:val="ru-RU"/>
              </w:rPr>
              <w:br/>
            </w: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листа»;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2D56838" w14:textId="77777777" w:rsidR="00471F91" w:rsidRPr="000C537D" w:rsidRDefault="000C537D">
            <w:pPr>
              <w:autoSpaceDE w:val="0"/>
              <w:autoSpaceDN w:val="0"/>
              <w:spacing w:before="78" w:after="0" w:line="230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school</w:t>
            </w: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.со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llection</w:t>
            </w:r>
            <w:proofErr w:type="spellEnd"/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</w:p>
        </w:tc>
      </w:tr>
      <w:tr w:rsidR="00471F91" w:rsidRPr="00E97715" w14:paraId="329DF7DB" w14:textId="77777777">
        <w:trPr>
          <w:trHeight w:hRule="exact" w:val="130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93080EB" w14:textId="77777777" w:rsidR="00471F91" w:rsidRDefault="000C537D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1.4.</w:t>
            </w:r>
          </w:p>
        </w:tc>
        <w:tc>
          <w:tcPr>
            <w:tcW w:w="3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4CE8A78" w14:textId="77777777" w:rsidR="00471F91" w:rsidRPr="000C537D" w:rsidRDefault="000C537D">
            <w:pPr>
              <w:autoSpaceDE w:val="0"/>
              <w:autoSpaceDN w:val="0"/>
              <w:spacing w:before="76" w:after="0" w:line="245" w:lineRule="auto"/>
              <w:ind w:left="72" w:right="144"/>
              <w:rPr>
                <w:lang w:val="ru-RU"/>
              </w:rPr>
            </w:pPr>
            <w:r w:rsidRPr="000C537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Профессии, связанные с опасностями (пожарные, космонавты, химики и др.)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2A2E1ED" w14:textId="77777777" w:rsidR="00471F91" w:rsidRDefault="000C537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DC2341C" w14:textId="77777777" w:rsidR="00471F91" w:rsidRDefault="000C537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E560F7B" w14:textId="77777777" w:rsidR="00471F91" w:rsidRDefault="000C537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69CBE85" w14:textId="77777777" w:rsidR="00471F91" w:rsidRDefault="000C537D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22.09.2022</w:t>
            </w:r>
          </w:p>
        </w:tc>
        <w:tc>
          <w:tcPr>
            <w:tcW w:w="4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645D02D" w14:textId="77777777" w:rsidR="00471F91" w:rsidRPr="000C537D" w:rsidRDefault="000C537D">
            <w:pPr>
              <w:autoSpaceDE w:val="0"/>
              <w:autoSpaceDN w:val="0"/>
              <w:spacing w:before="76" w:after="0" w:line="250" w:lineRule="auto"/>
              <w:ind w:left="72" w:right="432"/>
              <w:rPr>
                <w:lang w:val="ru-RU"/>
              </w:rPr>
            </w:pP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Изучать важность подготовки, организации, уборки, поддержания порядка рабочего места людьми разных профессий;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F5042B6" w14:textId="77777777" w:rsidR="00471F91" w:rsidRPr="000C537D" w:rsidRDefault="000C537D">
            <w:pPr>
              <w:autoSpaceDE w:val="0"/>
              <w:autoSpaceDN w:val="0"/>
              <w:spacing w:before="76" w:after="0" w:line="252" w:lineRule="auto"/>
              <w:ind w:left="74"/>
              <w:rPr>
                <w:lang w:val="ru-RU"/>
              </w:rPr>
            </w:pP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Практическая </w:t>
            </w:r>
            <w:r w:rsidRPr="000C537D">
              <w:rPr>
                <w:lang w:val="ru-RU"/>
              </w:rPr>
              <w:br/>
            </w: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работа; </w:t>
            </w:r>
            <w:r w:rsidRPr="000C537D">
              <w:rPr>
                <w:lang w:val="ru-RU"/>
              </w:rPr>
              <w:br/>
            </w: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Т.Б. №1 Общие правила </w:t>
            </w:r>
            <w:r w:rsidRPr="000C537D">
              <w:rPr>
                <w:lang w:val="ru-RU"/>
              </w:rPr>
              <w:br/>
            </w: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техники </w:t>
            </w:r>
            <w:r w:rsidRPr="000C537D">
              <w:rPr>
                <w:lang w:val="ru-RU"/>
              </w:rPr>
              <w:br/>
            </w: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безопасности.;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51C1D54" w14:textId="77777777" w:rsidR="00471F91" w:rsidRPr="000C537D" w:rsidRDefault="000C537D">
            <w:pPr>
              <w:autoSpaceDE w:val="0"/>
              <w:autoSpaceDN w:val="0"/>
              <w:spacing w:before="76" w:after="0" w:line="233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school</w:t>
            </w: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.со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llection</w:t>
            </w:r>
            <w:proofErr w:type="spellEnd"/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</w:p>
        </w:tc>
      </w:tr>
      <w:tr w:rsidR="00471F91" w14:paraId="577B14DA" w14:textId="77777777">
        <w:trPr>
          <w:trHeight w:hRule="exact" w:val="117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13A6C50" w14:textId="77777777" w:rsidR="00471F91" w:rsidRDefault="000C537D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1.5.</w:t>
            </w:r>
          </w:p>
        </w:tc>
        <w:tc>
          <w:tcPr>
            <w:tcW w:w="3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95A3E82" w14:textId="77777777" w:rsidR="00471F91" w:rsidRPr="000C537D" w:rsidRDefault="000C537D">
            <w:pPr>
              <w:autoSpaceDE w:val="0"/>
              <w:autoSpaceDN w:val="0"/>
              <w:spacing w:before="78" w:after="0" w:line="250" w:lineRule="auto"/>
              <w:ind w:left="72"/>
              <w:rPr>
                <w:lang w:val="ru-RU"/>
              </w:rPr>
            </w:pPr>
            <w:r w:rsidRPr="000C537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Информационный мир, его место и влияние на </w:t>
            </w:r>
            <w:r w:rsidRPr="000C537D">
              <w:rPr>
                <w:lang w:val="ru-RU"/>
              </w:rPr>
              <w:br/>
            </w:r>
            <w:r w:rsidRPr="000C537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жизнь и деятельность людей. Влияние современных технологий и преобразующей деятельности </w:t>
            </w:r>
            <w:r w:rsidRPr="000C537D">
              <w:rPr>
                <w:lang w:val="ru-RU"/>
              </w:rPr>
              <w:br/>
            </w:r>
            <w:r w:rsidRPr="000C537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человека на окружающую среду, способы её защиты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61CEE66" w14:textId="77777777" w:rsidR="00471F91" w:rsidRDefault="000C537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EF28B7B" w14:textId="77777777" w:rsidR="00471F91" w:rsidRDefault="000C537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9DDD204" w14:textId="77777777" w:rsidR="00471F91" w:rsidRDefault="000C537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DCE9F3E" w14:textId="77777777" w:rsidR="00471F91" w:rsidRDefault="000C537D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29.09.2022</w:t>
            </w:r>
          </w:p>
        </w:tc>
        <w:tc>
          <w:tcPr>
            <w:tcW w:w="4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AC00BC7" w14:textId="77777777" w:rsidR="00471F91" w:rsidRPr="000C537D" w:rsidRDefault="000C537D">
            <w:pPr>
              <w:autoSpaceDE w:val="0"/>
              <w:autoSpaceDN w:val="0"/>
              <w:spacing w:before="78" w:after="0" w:line="247" w:lineRule="auto"/>
              <w:ind w:left="72"/>
              <w:rPr>
                <w:lang w:val="ru-RU"/>
              </w:rPr>
            </w:pP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Изучать влияние современных технологий и преобразующей деятельности человека на окружающую среду, способы её защиты;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490ADAE" w14:textId="77777777" w:rsidR="00471F91" w:rsidRPr="000C537D" w:rsidRDefault="000C537D">
            <w:pPr>
              <w:autoSpaceDE w:val="0"/>
              <w:autoSpaceDN w:val="0"/>
              <w:spacing w:before="78" w:after="0" w:line="252" w:lineRule="auto"/>
              <w:ind w:left="74"/>
              <w:rPr>
                <w:lang w:val="ru-RU"/>
              </w:rPr>
            </w:pP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Практическая </w:t>
            </w:r>
            <w:r w:rsidRPr="000C537D">
              <w:rPr>
                <w:lang w:val="ru-RU"/>
              </w:rPr>
              <w:br/>
            </w: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работа; </w:t>
            </w:r>
            <w:r w:rsidRPr="000C537D">
              <w:rPr>
                <w:lang w:val="ru-RU"/>
              </w:rPr>
              <w:br/>
            </w: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Т.Б. №3 </w:t>
            </w:r>
            <w:r w:rsidRPr="000C537D">
              <w:rPr>
                <w:lang w:val="ru-RU"/>
              </w:rPr>
              <w:br/>
            </w: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Правила работы с клеем;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D63C4A0" w14:textId="77777777" w:rsidR="00471F91" w:rsidRDefault="000C537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http://www.openclass.ru</w:t>
            </w:r>
          </w:p>
        </w:tc>
      </w:tr>
      <w:tr w:rsidR="00471F91" w14:paraId="2C1D2168" w14:textId="77777777">
        <w:trPr>
          <w:trHeight w:hRule="exact" w:val="167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7DBCA29" w14:textId="77777777" w:rsidR="00471F91" w:rsidRDefault="000C537D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1.6.</w:t>
            </w:r>
          </w:p>
        </w:tc>
        <w:tc>
          <w:tcPr>
            <w:tcW w:w="3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5E74E01" w14:textId="77777777" w:rsidR="00471F91" w:rsidRPr="000C537D" w:rsidRDefault="000C537D">
            <w:pPr>
              <w:autoSpaceDE w:val="0"/>
              <w:autoSpaceDN w:val="0"/>
              <w:spacing w:before="78" w:after="0" w:line="252" w:lineRule="auto"/>
              <w:ind w:left="72" w:right="144"/>
              <w:rPr>
                <w:lang w:val="ru-RU"/>
              </w:rPr>
            </w:pPr>
            <w:r w:rsidRPr="000C537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Сохранение и развитие традиций прошлого в творчестве современных мастеров. Бережное и уважительное отношение людей к культурным традициям. Изготовление изделий с учётом </w:t>
            </w:r>
            <w:r w:rsidRPr="000C537D">
              <w:rPr>
                <w:lang w:val="ru-RU"/>
              </w:rPr>
              <w:br/>
            </w:r>
            <w:r w:rsidRPr="000C537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традиционных правил и современных технологий (лепка, вязание, шитьё, вышивка и др.)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A83E4E" w14:textId="77777777" w:rsidR="00471F91" w:rsidRDefault="000C537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26AE3D2" w14:textId="77777777" w:rsidR="00471F91" w:rsidRDefault="000C537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9B2AC94" w14:textId="77777777" w:rsidR="00471F91" w:rsidRDefault="000C537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69399EF" w14:textId="77777777" w:rsidR="00471F91" w:rsidRDefault="000C537D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06.10.2022</w:t>
            </w:r>
          </w:p>
        </w:tc>
        <w:tc>
          <w:tcPr>
            <w:tcW w:w="4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7853C83" w14:textId="77777777" w:rsidR="00471F91" w:rsidRPr="000C537D" w:rsidRDefault="000C537D">
            <w:pPr>
              <w:autoSpaceDE w:val="0"/>
              <w:autoSpaceDN w:val="0"/>
              <w:spacing w:before="78" w:after="0" w:line="250" w:lineRule="auto"/>
              <w:ind w:left="72"/>
              <w:rPr>
                <w:lang w:val="ru-RU"/>
              </w:rPr>
            </w:pP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Рассматривать профессии и технологии современного мира, использование достижений науки в развитии технического прогресса;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D6F73DC" w14:textId="77777777" w:rsidR="00471F91" w:rsidRPr="000C537D" w:rsidRDefault="000C537D">
            <w:pPr>
              <w:autoSpaceDE w:val="0"/>
              <w:autoSpaceDN w:val="0"/>
              <w:spacing w:before="78" w:after="0" w:line="254" w:lineRule="auto"/>
              <w:ind w:left="74"/>
              <w:rPr>
                <w:lang w:val="ru-RU"/>
              </w:rPr>
            </w:pP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Самооценка с </w:t>
            </w:r>
            <w:r w:rsidRPr="000C537D">
              <w:rPr>
                <w:lang w:val="ru-RU"/>
              </w:rPr>
              <w:br/>
            </w:r>
            <w:r w:rsidR="00523A8B"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использованием «Оценочного</w:t>
            </w: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0C537D">
              <w:rPr>
                <w:lang w:val="ru-RU"/>
              </w:rPr>
              <w:br/>
            </w: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листа»; </w:t>
            </w:r>
            <w:r w:rsidRPr="000C537D">
              <w:rPr>
                <w:lang w:val="ru-RU"/>
              </w:rPr>
              <w:br/>
            </w: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Т.Б. №4 </w:t>
            </w:r>
            <w:r w:rsidRPr="000C537D">
              <w:rPr>
                <w:lang w:val="ru-RU"/>
              </w:rPr>
              <w:br/>
            </w: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Правила </w:t>
            </w:r>
            <w:r w:rsidRPr="000C537D">
              <w:rPr>
                <w:lang w:val="ru-RU"/>
              </w:rPr>
              <w:br/>
            </w: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обращения с </w:t>
            </w:r>
            <w:r w:rsidRPr="000C537D">
              <w:rPr>
                <w:lang w:val="ru-RU"/>
              </w:rPr>
              <w:br/>
            </w: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шилом;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7BCABF1" w14:textId="77777777" w:rsidR="00471F91" w:rsidRDefault="000C537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http://900igr.net</w:t>
            </w:r>
          </w:p>
        </w:tc>
      </w:tr>
    </w:tbl>
    <w:p w14:paraId="749758FC" w14:textId="77777777" w:rsidR="00471F91" w:rsidRDefault="00471F91">
      <w:pPr>
        <w:autoSpaceDE w:val="0"/>
        <w:autoSpaceDN w:val="0"/>
        <w:spacing w:after="0" w:line="14" w:lineRule="exact"/>
      </w:pPr>
    </w:p>
    <w:p w14:paraId="6D3DC351" w14:textId="77777777" w:rsidR="00471F91" w:rsidRDefault="00471F91">
      <w:pPr>
        <w:sectPr w:rsidR="00471F91">
          <w:pgSz w:w="16840" w:h="11900"/>
          <w:pgMar w:top="282" w:right="640" w:bottom="454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757AD95B" w14:textId="77777777" w:rsidR="00471F91" w:rsidRDefault="00471F91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3890"/>
        <w:gridCol w:w="528"/>
        <w:gridCol w:w="1106"/>
        <w:gridCol w:w="1140"/>
        <w:gridCol w:w="864"/>
        <w:gridCol w:w="4228"/>
        <w:gridCol w:w="1236"/>
        <w:gridCol w:w="2042"/>
      </w:tblGrid>
      <w:tr w:rsidR="00471F91" w14:paraId="6DBD3D6A" w14:textId="77777777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4F17DA9" w14:textId="77777777" w:rsidR="00471F91" w:rsidRDefault="000C537D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1.7.</w:t>
            </w:r>
          </w:p>
        </w:tc>
        <w:tc>
          <w:tcPr>
            <w:tcW w:w="3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F6E6AC7" w14:textId="77777777" w:rsidR="00471F91" w:rsidRPr="000C537D" w:rsidRDefault="000C537D">
            <w:pPr>
              <w:autoSpaceDE w:val="0"/>
              <w:autoSpaceDN w:val="0"/>
              <w:spacing w:before="78" w:after="0" w:line="250" w:lineRule="auto"/>
              <w:ind w:left="72" w:right="432"/>
              <w:rPr>
                <w:lang w:val="ru-RU"/>
              </w:rPr>
            </w:pPr>
            <w:r w:rsidRPr="000C537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Элементарная творческая и проектная </w:t>
            </w:r>
            <w:r w:rsidRPr="000C537D">
              <w:rPr>
                <w:lang w:val="ru-RU"/>
              </w:rPr>
              <w:br/>
            </w:r>
            <w:r w:rsidRPr="000C537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деятельность (реализация заданного или </w:t>
            </w:r>
            <w:r w:rsidRPr="000C537D">
              <w:rPr>
                <w:lang w:val="ru-RU"/>
              </w:rPr>
              <w:br/>
            </w:r>
            <w:r w:rsidRPr="000C537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собственного замысла, поиск оптимальных конструктивных и технологических решений)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A03187B" w14:textId="77777777" w:rsidR="00471F91" w:rsidRDefault="000C537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3CEE566" w14:textId="77777777" w:rsidR="00471F91" w:rsidRDefault="000C537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343552B" w14:textId="77777777" w:rsidR="00471F91" w:rsidRDefault="000C537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92727AA" w14:textId="77777777" w:rsidR="00471F91" w:rsidRDefault="000C537D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20.10.2022</w:t>
            </w:r>
          </w:p>
        </w:tc>
        <w:tc>
          <w:tcPr>
            <w:tcW w:w="4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E2984D1" w14:textId="77777777" w:rsidR="00471F91" w:rsidRPr="000C537D" w:rsidRDefault="000C537D">
            <w:pPr>
              <w:autoSpaceDE w:val="0"/>
              <w:autoSpaceDN w:val="0"/>
              <w:spacing w:before="78" w:after="0" w:line="245" w:lineRule="auto"/>
              <w:ind w:left="72" w:right="144"/>
              <w:rPr>
                <w:lang w:val="ru-RU"/>
              </w:rPr>
            </w:pP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Определять этапы выполнения изделия на основе анализа образца, графической инструкции и самостоятельно;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9D91A85" w14:textId="77777777" w:rsidR="00471F91" w:rsidRDefault="000C537D">
            <w:pPr>
              <w:autoSpaceDE w:val="0"/>
              <w:autoSpaceDN w:val="0"/>
              <w:spacing w:before="7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 опрос;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8DB3CED" w14:textId="77777777" w:rsidR="00471F91" w:rsidRDefault="000C537D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http://nachalka.info/about/193</w:t>
            </w:r>
          </w:p>
        </w:tc>
      </w:tr>
      <w:tr w:rsidR="00471F91" w:rsidRPr="00E97715" w14:paraId="2DCEC260" w14:textId="77777777">
        <w:trPr>
          <w:trHeight w:hRule="exact" w:val="131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FEA0C3D" w14:textId="77777777" w:rsidR="00471F91" w:rsidRDefault="000C537D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1.8.</w:t>
            </w:r>
          </w:p>
        </w:tc>
        <w:tc>
          <w:tcPr>
            <w:tcW w:w="3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0E43609" w14:textId="77777777" w:rsidR="00471F91" w:rsidRPr="000C537D" w:rsidRDefault="000C537D">
            <w:pPr>
              <w:autoSpaceDE w:val="0"/>
              <w:autoSpaceDN w:val="0"/>
              <w:spacing w:before="78" w:after="0" w:line="250" w:lineRule="auto"/>
              <w:ind w:left="72" w:right="432"/>
              <w:rPr>
                <w:lang w:val="ru-RU"/>
              </w:rPr>
            </w:pPr>
            <w:r w:rsidRPr="000C537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Коллективные, групповые и индивидуальные проекты на основе содержания материала, изучаемого </w:t>
            </w:r>
            <w:r w:rsidRPr="000C537D">
              <w:rPr>
                <w:lang w:val="ru-RU"/>
              </w:rPr>
              <w:br/>
            </w:r>
            <w:r w:rsidRPr="000C537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в течение учебного года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DF9C1BF" w14:textId="77777777" w:rsidR="00471F91" w:rsidRDefault="000C537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18AAB5C" w14:textId="77777777" w:rsidR="00471F91" w:rsidRDefault="000C537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FDC9C58" w14:textId="77777777" w:rsidR="00471F91" w:rsidRDefault="000C537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D66D774" w14:textId="77777777" w:rsidR="00471F91" w:rsidRDefault="000C537D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17.11.2022</w:t>
            </w:r>
          </w:p>
        </w:tc>
        <w:tc>
          <w:tcPr>
            <w:tcW w:w="4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D643DCD" w14:textId="77777777" w:rsidR="00471F91" w:rsidRPr="000C537D" w:rsidRDefault="000C537D">
            <w:pPr>
              <w:autoSpaceDE w:val="0"/>
              <w:autoSpaceDN w:val="0"/>
              <w:spacing w:before="78" w:after="0" w:line="245" w:lineRule="auto"/>
              <w:ind w:left="72" w:right="864"/>
              <w:rPr>
                <w:lang w:val="ru-RU"/>
              </w:rPr>
            </w:pP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Выбирать в зависимости от свойств материалов технологические приёмы их обработки;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9A3D84F" w14:textId="77777777" w:rsidR="00471F91" w:rsidRPr="000C537D" w:rsidRDefault="000C537D">
            <w:pPr>
              <w:autoSpaceDE w:val="0"/>
              <w:autoSpaceDN w:val="0"/>
              <w:spacing w:before="78" w:after="0" w:line="252" w:lineRule="auto"/>
              <w:ind w:left="74"/>
              <w:rPr>
                <w:lang w:val="ru-RU"/>
              </w:rPr>
            </w:pP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Контрольная </w:t>
            </w:r>
            <w:r w:rsidRPr="000C537D">
              <w:rPr>
                <w:lang w:val="ru-RU"/>
              </w:rPr>
              <w:br/>
            </w: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работа; </w:t>
            </w:r>
            <w:r w:rsidRPr="000C537D">
              <w:rPr>
                <w:lang w:val="ru-RU"/>
              </w:rPr>
              <w:br/>
            </w: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Т.Б. №1 Общие правила </w:t>
            </w:r>
            <w:r w:rsidRPr="000C537D">
              <w:rPr>
                <w:lang w:val="ru-RU"/>
              </w:rPr>
              <w:br/>
            </w: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техники </w:t>
            </w:r>
            <w:r w:rsidRPr="000C537D">
              <w:rPr>
                <w:lang w:val="ru-RU"/>
              </w:rPr>
              <w:br/>
            </w: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безопасности.;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DAE2BAF" w14:textId="77777777" w:rsidR="00471F91" w:rsidRPr="000C537D" w:rsidRDefault="000C537D">
            <w:pPr>
              <w:autoSpaceDE w:val="0"/>
              <w:autoSpaceDN w:val="0"/>
              <w:spacing w:before="78" w:after="0" w:line="230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school</w:t>
            </w: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.со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llection</w:t>
            </w:r>
            <w:proofErr w:type="spellEnd"/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</w:p>
        </w:tc>
      </w:tr>
      <w:tr w:rsidR="00471F91" w14:paraId="535A0448" w14:textId="77777777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003A2A1" w14:textId="77777777" w:rsidR="00471F91" w:rsidRDefault="000C537D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1.9.</w:t>
            </w:r>
          </w:p>
        </w:tc>
        <w:tc>
          <w:tcPr>
            <w:tcW w:w="3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682FED0" w14:textId="77777777" w:rsidR="00471F91" w:rsidRPr="000C537D" w:rsidRDefault="000C537D">
            <w:pPr>
              <w:autoSpaceDE w:val="0"/>
              <w:autoSpaceDN w:val="0"/>
              <w:spacing w:before="76" w:after="0" w:line="250" w:lineRule="auto"/>
              <w:ind w:left="72" w:right="156"/>
              <w:jc w:val="both"/>
              <w:rPr>
                <w:lang w:val="ru-RU"/>
              </w:rPr>
            </w:pPr>
            <w:r w:rsidRPr="000C537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Использование комбинированных техник создания конструкций по заданным условиям в выполнении учебных проектов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764302" w14:textId="77777777" w:rsidR="00471F91" w:rsidRDefault="000C537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5F58E94" w14:textId="77777777" w:rsidR="00471F91" w:rsidRDefault="000C537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86B7824" w14:textId="77777777" w:rsidR="00471F91" w:rsidRDefault="000C537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DECD5A5" w14:textId="77777777" w:rsidR="00471F91" w:rsidRDefault="000C537D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24.11.2022</w:t>
            </w:r>
          </w:p>
        </w:tc>
        <w:tc>
          <w:tcPr>
            <w:tcW w:w="4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1CCE93D" w14:textId="77777777" w:rsidR="00471F91" w:rsidRPr="000C537D" w:rsidRDefault="000C537D">
            <w:pPr>
              <w:autoSpaceDE w:val="0"/>
              <w:autoSpaceDN w:val="0"/>
              <w:spacing w:before="76" w:after="0" w:line="245" w:lineRule="auto"/>
              <w:ind w:left="72" w:right="144"/>
              <w:rPr>
                <w:lang w:val="ru-RU"/>
              </w:rPr>
            </w:pP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Использовать конструктивные и художественные свойства материалов в зависимости от поставленной задачи;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D1CC23E" w14:textId="77777777" w:rsidR="00471F91" w:rsidRDefault="000C537D">
            <w:pPr>
              <w:autoSpaceDE w:val="0"/>
              <w:autoSpaceDN w:val="0"/>
              <w:spacing w:before="76" w:after="0" w:line="245" w:lineRule="auto"/>
              <w:ind w:left="74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 работа;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354B2BE" w14:textId="77777777" w:rsidR="00471F91" w:rsidRDefault="000C537D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http://school.соllection.edu.ru</w:t>
            </w:r>
          </w:p>
        </w:tc>
      </w:tr>
      <w:tr w:rsidR="00471F91" w14:paraId="33DBF3A8" w14:textId="77777777">
        <w:trPr>
          <w:trHeight w:hRule="exact" w:val="348"/>
        </w:trPr>
        <w:tc>
          <w:tcPr>
            <w:tcW w:w="43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F630F27" w14:textId="77777777" w:rsidR="00471F91" w:rsidRDefault="000C537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модулю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6493291" w14:textId="77777777" w:rsidR="00471F91" w:rsidRDefault="000C537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12</w:t>
            </w:r>
          </w:p>
        </w:tc>
        <w:tc>
          <w:tcPr>
            <w:tcW w:w="1061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125D7FD" w14:textId="77777777" w:rsidR="00471F91" w:rsidRDefault="00471F91"/>
        </w:tc>
      </w:tr>
      <w:tr w:rsidR="00471F91" w:rsidRPr="00E97715" w14:paraId="00E7991F" w14:textId="77777777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81F3958" w14:textId="77777777" w:rsidR="00471F91" w:rsidRPr="000C537D" w:rsidRDefault="000C537D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0C537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Модуль 2. ТЕХНОЛОГИИ РУЧНОЙ ОБРАБОТКИ МАТЕРИАЛОВ</w:t>
            </w:r>
          </w:p>
        </w:tc>
      </w:tr>
      <w:tr w:rsidR="00471F91" w14:paraId="503461C1" w14:textId="77777777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FE9FDEC" w14:textId="77777777" w:rsidR="00471F91" w:rsidRDefault="000C537D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2.1.</w:t>
            </w:r>
          </w:p>
        </w:tc>
        <w:tc>
          <w:tcPr>
            <w:tcW w:w="3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EBF2166" w14:textId="77777777" w:rsidR="00471F91" w:rsidRPr="000C537D" w:rsidRDefault="000C537D">
            <w:pPr>
              <w:autoSpaceDE w:val="0"/>
              <w:autoSpaceDN w:val="0"/>
              <w:spacing w:before="78" w:after="0" w:line="247" w:lineRule="auto"/>
              <w:ind w:left="72"/>
              <w:rPr>
                <w:lang w:val="ru-RU"/>
              </w:rPr>
            </w:pPr>
            <w:r w:rsidRPr="000C537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Синтетические материалы — ткани, полимеры (пластик, поролон). Их свойства. Создание </w:t>
            </w:r>
            <w:r w:rsidRPr="000C537D">
              <w:rPr>
                <w:lang w:val="ru-RU"/>
              </w:rPr>
              <w:br/>
            </w:r>
            <w:r w:rsidRPr="000C537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синтетических материалов с заданными свойствами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571231D" w14:textId="77777777" w:rsidR="00471F91" w:rsidRDefault="000C537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05D004D" w14:textId="77777777" w:rsidR="00471F91" w:rsidRDefault="000C537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AE171F9" w14:textId="77777777" w:rsidR="00471F91" w:rsidRDefault="000C537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5DE3BCB" w14:textId="77777777" w:rsidR="00471F91" w:rsidRDefault="000C537D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01.12.2022</w:t>
            </w:r>
          </w:p>
        </w:tc>
        <w:tc>
          <w:tcPr>
            <w:tcW w:w="4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9A8A885" w14:textId="77777777" w:rsidR="00471F91" w:rsidRPr="000C537D" w:rsidRDefault="000C537D">
            <w:pPr>
              <w:autoSpaceDE w:val="0"/>
              <w:autoSpaceDN w:val="0"/>
              <w:spacing w:before="78" w:after="0" w:line="247" w:lineRule="auto"/>
              <w:ind w:left="72"/>
              <w:rPr>
                <w:lang w:val="ru-RU"/>
              </w:rPr>
            </w:pP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Объяснять выбор использования пластичных материалов их конструктивной и технологической необходимостью для конкретного изделия или сочетания с другими материалами;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655E4FC" w14:textId="77777777" w:rsidR="00471F91" w:rsidRDefault="000C537D">
            <w:pPr>
              <w:autoSpaceDE w:val="0"/>
              <w:autoSpaceDN w:val="0"/>
              <w:spacing w:before="7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Тестирование;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83E7C54" w14:textId="77777777" w:rsidR="00471F91" w:rsidRDefault="000C537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http://www.openclass.ru</w:t>
            </w:r>
          </w:p>
        </w:tc>
      </w:tr>
      <w:tr w:rsidR="00471F91" w14:paraId="1B083FFC" w14:textId="77777777">
        <w:trPr>
          <w:trHeight w:hRule="exact" w:val="138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4970EA5" w14:textId="77777777" w:rsidR="00471F91" w:rsidRDefault="000C537D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2.2.</w:t>
            </w:r>
          </w:p>
        </w:tc>
        <w:tc>
          <w:tcPr>
            <w:tcW w:w="3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2198824" w14:textId="77777777" w:rsidR="00471F91" w:rsidRPr="000C537D" w:rsidRDefault="000C537D">
            <w:pPr>
              <w:autoSpaceDE w:val="0"/>
              <w:autoSpaceDN w:val="0"/>
              <w:spacing w:before="78" w:after="0" w:line="252" w:lineRule="auto"/>
              <w:ind w:left="72"/>
              <w:rPr>
                <w:lang w:val="ru-RU"/>
              </w:rPr>
            </w:pPr>
            <w:r w:rsidRPr="000C537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Использование измерений, вычислений и </w:t>
            </w:r>
            <w:r w:rsidRPr="000C537D">
              <w:rPr>
                <w:lang w:val="ru-RU"/>
              </w:rPr>
              <w:br/>
            </w:r>
            <w:r w:rsidRPr="000C537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построений для решения практических </w:t>
            </w:r>
            <w:r w:rsidRPr="000C537D">
              <w:rPr>
                <w:lang w:val="ru-RU"/>
              </w:rPr>
              <w:br/>
            </w:r>
            <w:r w:rsidRPr="000C537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задач. Внесение дополнений и изменений в </w:t>
            </w:r>
            <w:r w:rsidRPr="000C537D">
              <w:rPr>
                <w:lang w:val="ru-RU"/>
              </w:rPr>
              <w:br/>
            </w:r>
            <w:r w:rsidRPr="000C537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условные графические изображения в соответствии с дополнительными/изменёнными требованиями к изделию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8888966" w14:textId="77777777" w:rsidR="00471F91" w:rsidRDefault="000C537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90BC9FF" w14:textId="77777777" w:rsidR="00471F91" w:rsidRDefault="000C537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4512176" w14:textId="77777777" w:rsidR="00471F91" w:rsidRDefault="000C537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77DA64E" w14:textId="77777777" w:rsidR="00471F91" w:rsidRDefault="000C537D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08.12.2022</w:t>
            </w:r>
          </w:p>
        </w:tc>
        <w:tc>
          <w:tcPr>
            <w:tcW w:w="4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A61AA2B" w14:textId="77777777" w:rsidR="00471F91" w:rsidRPr="000C537D" w:rsidRDefault="000C537D">
            <w:pPr>
              <w:autoSpaceDE w:val="0"/>
              <w:autoSpaceDN w:val="0"/>
              <w:spacing w:before="78" w:after="0" w:line="245" w:lineRule="auto"/>
              <w:ind w:left="72"/>
              <w:rPr>
                <w:lang w:val="ru-RU"/>
              </w:rPr>
            </w:pP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Осознанно соблюдать правила рационального и безопасного использования инструментов;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FCA176E" w14:textId="77777777" w:rsidR="00471F91" w:rsidRPr="000C537D" w:rsidRDefault="000C537D">
            <w:pPr>
              <w:autoSpaceDE w:val="0"/>
              <w:autoSpaceDN w:val="0"/>
              <w:spacing w:before="78" w:after="0" w:line="250" w:lineRule="auto"/>
              <w:ind w:left="74"/>
              <w:rPr>
                <w:lang w:val="ru-RU"/>
              </w:rPr>
            </w:pP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Самооценка с </w:t>
            </w:r>
            <w:r w:rsidRPr="000C537D">
              <w:rPr>
                <w:lang w:val="ru-RU"/>
              </w:rPr>
              <w:br/>
            </w:r>
            <w:r w:rsidR="00523A8B"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использованием «Оценочного</w:t>
            </w: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0C537D">
              <w:rPr>
                <w:lang w:val="ru-RU"/>
              </w:rPr>
              <w:br/>
            </w: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листа»;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6F18857" w14:textId="77777777" w:rsidR="00471F91" w:rsidRDefault="000C537D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http://nachalka.info/about/193</w:t>
            </w:r>
          </w:p>
        </w:tc>
      </w:tr>
      <w:tr w:rsidR="00471F91" w:rsidRPr="00E97715" w14:paraId="2EA740A8" w14:textId="77777777">
        <w:trPr>
          <w:trHeight w:hRule="exact" w:val="169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68B59E0" w14:textId="77777777" w:rsidR="00471F91" w:rsidRDefault="000C537D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2.3.</w:t>
            </w:r>
          </w:p>
        </w:tc>
        <w:tc>
          <w:tcPr>
            <w:tcW w:w="3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03AA1C" w14:textId="77777777" w:rsidR="00471F91" w:rsidRPr="000C537D" w:rsidRDefault="000C537D">
            <w:pPr>
              <w:autoSpaceDE w:val="0"/>
              <w:autoSpaceDN w:val="0"/>
              <w:spacing w:before="76" w:after="0" w:line="250" w:lineRule="auto"/>
              <w:ind w:left="72" w:right="288"/>
              <w:rPr>
                <w:lang w:val="ru-RU"/>
              </w:rPr>
            </w:pPr>
            <w:r w:rsidRPr="000C537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Технология обработки бумаги и картона. Подбор материалов в соответствии с замыслом, </w:t>
            </w:r>
            <w:r w:rsidRPr="000C537D">
              <w:rPr>
                <w:lang w:val="ru-RU"/>
              </w:rPr>
              <w:br/>
            </w:r>
            <w:r w:rsidRPr="000C537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особенностями конструкции изделия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6A1D5CD" w14:textId="77777777" w:rsidR="00471F91" w:rsidRDefault="000C537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9940D4F" w14:textId="77777777" w:rsidR="00471F91" w:rsidRDefault="000C537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FCF88DB" w14:textId="77777777" w:rsidR="00471F91" w:rsidRDefault="000C537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7C22EC0" w14:textId="77777777" w:rsidR="00471F91" w:rsidRDefault="000C537D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15.12.2022</w:t>
            </w:r>
          </w:p>
        </w:tc>
        <w:tc>
          <w:tcPr>
            <w:tcW w:w="4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F883286" w14:textId="77777777" w:rsidR="00471F91" w:rsidRPr="000C537D" w:rsidRDefault="000C537D">
            <w:pPr>
              <w:autoSpaceDE w:val="0"/>
              <w:autoSpaceDN w:val="0"/>
              <w:spacing w:before="76" w:after="0" w:line="250" w:lineRule="auto"/>
              <w:ind w:left="72"/>
              <w:rPr>
                <w:lang w:val="ru-RU"/>
              </w:rPr>
            </w:pP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Читать и анализировать графические схемы, чертежи </w:t>
            </w:r>
            <w:r w:rsidRPr="000C537D">
              <w:rPr>
                <w:lang w:val="ru-RU"/>
              </w:rPr>
              <w:br/>
            </w: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развёрток, технических рисунков изделий; создавать эскизы развёрток по образцу и заданным условиям;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707100D" w14:textId="77777777" w:rsidR="00471F91" w:rsidRPr="000C537D" w:rsidRDefault="000C537D">
            <w:pPr>
              <w:autoSpaceDE w:val="0"/>
              <w:autoSpaceDN w:val="0"/>
              <w:spacing w:before="76" w:after="0" w:line="254" w:lineRule="auto"/>
              <w:ind w:left="74"/>
              <w:rPr>
                <w:lang w:val="ru-RU"/>
              </w:rPr>
            </w:pP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Устный опрос; Т.Б. №2 </w:t>
            </w:r>
            <w:r w:rsidRPr="000C537D">
              <w:rPr>
                <w:lang w:val="ru-RU"/>
              </w:rPr>
              <w:br/>
            </w: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Правила </w:t>
            </w:r>
            <w:r w:rsidRPr="000C537D">
              <w:rPr>
                <w:lang w:val="ru-RU"/>
              </w:rPr>
              <w:br/>
            </w: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обращения с </w:t>
            </w:r>
            <w:r w:rsidRPr="000C537D">
              <w:rPr>
                <w:lang w:val="ru-RU"/>
              </w:rPr>
              <w:br/>
            </w: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ножницами; </w:t>
            </w:r>
            <w:r w:rsidRPr="000C537D">
              <w:rPr>
                <w:lang w:val="ru-RU"/>
              </w:rPr>
              <w:br/>
            </w: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Т.Б. №3 </w:t>
            </w:r>
            <w:r w:rsidRPr="000C537D">
              <w:rPr>
                <w:lang w:val="ru-RU"/>
              </w:rPr>
              <w:br/>
            </w: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Правила работы с клеем;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4FFA69B" w14:textId="77777777" w:rsidR="00471F91" w:rsidRPr="000C537D" w:rsidRDefault="000C537D">
            <w:pPr>
              <w:autoSpaceDE w:val="0"/>
              <w:autoSpaceDN w:val="0"/>
              <w:spacing w:before="76" w:after="0" w:line="233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school</w:t>
            </w: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.со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llection</w:t>
            </w:r>
            <w:proofErr w:type="spellEnd"/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</w:p>
        </w:tc>
      </w:tr>
      <w:tr w:rsidR="00471F91" w:rsidRPr="00E97715" w14:paraId="22D737BD" w14:textId="77777777">
        <w:trPr>
          <w:trHeight w:hRule="exact" w:val="130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1683749" w14:textId="77777777" w:rsidR="00471F91" w:rsidRDefault="000C537D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2.4.</w:t>
            </w:r>
          </w:p>
        </w:tc>
        <w:tc>
          <w:tcPr>
            <w:tcW w:w="3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61DC595" w14:textId="77777777" w:rsidR="00471F91" w:rsidRPr="000C537D" w:rsidRDefault="000C537D">
            <w:pPr>
              <w:autoSpaceDE w:val="0"/>
              <w:autoSpaceDN w:val="0"/>
              <w:spacing w:before="78" w:after="0" w:line="245" w:lineRule="auto"/>
              <w:ind w:left="72" w:right="432"/>
              <w:rPr>
                <w:lang w:val="ru-RU"/>
              </w:rPr>
            </w:pPr>
            <w:r w:rsidRPr="000C537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Определение оптимальных способов разметки деталей, сборки изделия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F31CBB4" w14:textId="77777777" w:rsidR="00471F91" w:rsidRDefault="000C537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460ABDA" w14:textId="77777777" w:rsidR="00471F91" w:rsidRDefault="000C537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BADC6F3" w14:textId="77777777" w:rsidR="00471F91" w:rsidRDefault="000C537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4B642AE" w14:textId="77777777" w:rsidR="00471F91" w:rsidRDefault="000C537D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22.12.2022</w:t>
            </w:r>
          </w:p>
        </w:tc>
        <w:tc>
          <w:tcPr>
            <w:tcW w:w="4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F28BDFD" w14:textId="77777777" w:rsidR="00471F91" w:rsidRPr="000C537D" w:rsidRDefault="000C537D">
            <w:pPr>
              <w:autoSpaceDE w:val="0"/>
              <w:autoSpaceDN w:val="0"/>
              <w:spacing w:before="78" w:after="0" w:line="247" w:lineRule="auto"/>
              <w:ind w:left="72"/>
              <w:rPr>
                <w:lang w:val="ru-RU"/>
              </w:rPr>
            </w:pP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Узнавать, называть, выполнять и выбирать технологические приёмы ручной обработки материалов в зависимости от их свойств;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90D7644" w14:textId="77777777" w:rsidR="00471F91" w:rsidRPr="000C537D" w:rsidRDefault="000C537D">
            <w:pPr>
              <w:autoSpaceDE w:val="0"/>
              <w:autoSpaceDN w:val="0"/>
              <w:spacing w:before="78" w:after="0" w:line="252" w:lineRule="auto"/>
              <w:ind w:left="74" w:right="144"/>
              <w:rPr>
                <w:lang w:val="ru-RU"/>
              </w:rPr>
            </w:pP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Практическая работа; </w:t>
            </w:r>
            <w:r w:rsidRPr="000C537D">
              <w:rPr>
                <w:lang w:val="ru-RU"/>
              </w:rPr>
              <w:br/>
            </w: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Т.Б. №4 </w:t>
            </w:r>
            <w:r w:rsidRPr="000C537D">
              <w:rPr>
                <w:lang w:val="ru-RU"/>
              </w:rPr>
              <w:br/>
            </w: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Правила </w:t>
            </w:r>
            <w:r w:rsidRPr="000C537D">
              <w:rPr>
                <w:lang w:val="ru-RU"/>
              </w:rPr>
              <w:br/>
            </w: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обращения с шилом;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47EE2FF" w14:textId="77777777" w:rsidR="00471F91" w:rsidRPr="000C537D" w:rsidRDefault="000C537D">
            <w:pPr>
              <w:autoSpaceDE w:val="0"/>
              <w:autoSpaceDN w:val="0"/>
              <w:spacing w:before="78" w:after="0" w:line="230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school</w:t>
            </w: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.со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llection</w:t>
            </w:r>
            <w:proofErr w:type="spellEnd"/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</w:p>
        </w:tc>
      </w:tr>
      <w:tr w:rsidR="00471F91" w14:paraId="6D260EF6" w14:textId="77777777">
        <w:trPr>
          <w:trHeight w:hRule="exact" w:val="109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582251A" w14:textId="77777777" w:rsidR="00471F91" w:rsidRDefault="000C537D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2.5.</w:t>
            </w:r>
          </w:p>
        </w:tc>
        <w:tc>
          <w:tcPr>
            <w:tcW w:w="3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CD62F4F" w14:textId="77777777" w:rsidR="00471F91" w:rsidRPr="000C537D" w:rsidRDefault="000C537D">
            <w:pPr>
              <w:autoSpaceDE w:val="0"/>
              <w:autoSpaceDN w:val="0"/>
              <w:spacing w:before="78" w:after="0" w:line="245" w:lineRule="auto"/>
              <w:ind w:left="72" w:right="144"/>
              <w:rPr>
                <w:lang w:val="ru-RU"/>
              </w:rPr>
            </w:pPr>
            <w:r w:rsidRPr="000C537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Выбор способов отделки. Комбинирование разных материалов в одном изделии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FE1D3E0" w14:textId="77777777" w:rsidR="00471F91" w:rsidRDefault="000C537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589FA9D" w14:textId="77777777" w:rsidR="00471F91" w:rsidRDefault="000C537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9602265" w14:textId="77777777" w:rsidR="00471F91" w:rsidRDefault="000C537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8142980" w14:textId="77777777" w:rsidR="00471F91" w:rsidRDefault="000C537D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29.12.2022</w:t>
            </w:r>
          </w:p>
        </w:tc>
        <w:tc>
          <w:tcPr>
            <w:tcW w:w="4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888DECE" w14:textId="77777777" w:rsidR="00471F91" w:rsidRPr="000C537D" w:rsidRDefault="000C537D">
            <w:pPr>
              <w:autoSpaceDE w:val="0"/>
              <w:autoSpaceDN w:val="0"/>
              <w:spacing w:before="78" w:after="0" w:line="250" w:lineRule="auto"/>
              <w:ind w:left="72" w:right="288"/>
              <w:rPr>
                <w:lang w:val="ru-RU"/>
              </w:rPr>
            </w:pP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Наблюдать за декоративно-прикладными возможностями использования пластических масс в творческих работах мастеров;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5D84D5E" w14:textId="77777777" w:rsidR="00471F91" w:rsidRPr="000C537D" w:rsidRDefault="000C537D">
            <w:pPr>
              <w:autoSpaceDE w:val="0"/>
              <w:autoSpaceDN w:val="0"/>
              <w:spacing w:before="78" w:after="0" w:line="252" w:lineRule="auto"/>
              <w:ind w:left="74"/>
              <w:rPr>
                <w:lang w:val="ru-RU"/>
              </w:rPr>
            </w:pP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Устный опрос; Т.Б. №1 Общие правила </w:t>
            </w:r>
            <w:r w:rsidRPr="000C537D">
              <w:rPr>
                <w:lang w:val="ru-RU"/>
              </w:rPr>
              <w:br/>
            </w: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техники </w:t>
            </w:r>
            <w:r w:rsidRPr="000C537D">
              <w:rPr>
                <w:lang w:val="ru-RU"/>
              </w:rPr>
              <w:br/>
            </w: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безопасности.;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61CE266" w14:textId="77777777" w:rsidR="00471F91" w:rsidRDefault="000C537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http://900igr.net</w:t>
            </w:r>
          </w:p>
        </w:tc>
      </w:tr>
    </w:tbl>
    <w:p w14:paraId="6818DE23" w14:textId="77777777" w:rsidR="00471F91" w:rsidRDefault="00471F91">
      <w:pPr>
        <w:autoSpaceDE w:val="0"/>
        <w:autoSpaceDN w:val="0"/>
        <w:spacing w:after="0" w:line="14" w:lineRule="exact"/>
      </w:pPr>
    </w:p>
    <w:p w14:paraId="1D0EDEC7" w14:textId="77777777" w:rsidR="00471F91" w:rsidRDefault="00471F91">
      <w:pPr>
        <w:sectPr w:rsidR="00471F91">
          <w:pgSz w:w="16840" w:h="11900"/>
          <w:pgMar w:top="284" w:right="640" w:bottom="712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5E8527A5" w14:textId="77777777" w:rsidR="00471F91" w:rsidRDefault="00471F91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3890"/>
        <w:gridCol w:w="528"/>
        <w:gridCol w:w="1106"/>
        <w:gridCol w:w="1140"/>
        <w:gridCol w:w="864"/>
        <w:gridCol w:w="4228"/>
        <w:gridCol w:w="1236"/>
        <w:gridCol w:w="2042"/>
      </w:tblGrid>
      <w:tr w:rsidR="00471F91" w14:paraId="6DBE354D" w14:textId="77777777">
        <w:trPr>
          <w:trHeight w:hRule="exact" w:val="111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54EDD5A" w14:textId="77777777" w:rsidR="00471F91" w:rsidRDefault="000C537D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2.6.</w:t>
            </w:r>
          </w:p>
        </w:tc>
        <w:tc>
          <w:tcPr>
            <w:tcW w:w="3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D8E9B91" w14:textId="77777777" w:rsidR="00471F91" w:rsidRDefault="000C537D">
            <w:pPr>
              <w:autoSpaceDE w:val="0"/>
              <w:autoSpaceDN w:val="0"/>
              <w:spacing w:before="78" w:after="0" w:line="250" w:lineRule="auto"/>
              <w:ind w:left="72" w:right="288"/>
            </w:pPr>
            <w:r w:rsidRPr="000C537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Совершенствование умений выполнять разные способы разметки с помощью чертёжных </w:t>
            </w:r>
            <w:r w:rsidRPr="000C537D">
              <w:rPr>
                <w:lang w:val="ru-RU"/>
              </w:rPr>
              <w:br/>
            </w:r>
            <w:r w:rsidRPr="000C537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инструментов.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Освоение доступных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художественных техник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2F2C34B" w14:textId="77777777" w:rsidR="00471F91" w:rsidRDefault="000C537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63B083C" w14:textId="77777777" w:rsidR="00471F91" w:rsidRDefault="000C537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1B7C687" w14:textId="77777777" w:rsidR="00471F91" w:rsidRDefault="000C537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24815FD" w14:textId="77777777" w:rsidR="00471F91" w:rsidRDefault="000C537D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12.01.2023</w:t>
            </w:r>
          </w:p>
        </w:tc>
        <w:tc>
          <w:tcPr>
            <w:tcW w:w="4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28068CD" w14:textId="77777777" w:rsidR="00471F91" w:rsidRPr="000C537D" w:rsidRDefault="000C537D">
            <w:pPr>
              <w:autoSpaceDE w:val="0"/>
              <w:autoSpaceDN w:val="0"/>
              <w:spacing w:before="78" w:after="0" w:line="247" w:lineRule="auto"/>
              <w:ind w:left="72"/>
              <w:rPr>
                <w:lang w:val="ru-RU"/>
              </w:rPr>
            </w:pP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Узнавать, называть, выполнять и выбирать технологические приёмы ручной обработки материалов в зависимости от их свойств;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3412471" w14:textId="77777777" w:rsidR="00471F91" w:rsidRPr="000C537D" w:rsidRDefault="000C537D">
            <w:pPr>
              <w:autoSpaceDE w:val="0"/>
              <w:autoSpaceDN w:val="0"/>
              <w:spacing w:before="78" w:after="0" w:line="252" w:lineRule="auto"/>
              <w:ind w:left="74" w:right="144"/>
              <w:rPr>
                <w:lang w:val="ru-RU"/>
              </w:rPr>
            </w:pP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Устный опрос; Т.Б. №5 </w:t>
            </w:r>
            <w:r w:rsidRPr="000C537D">
              <w:rPr>
                <w:lang w:val="ru-RU"/>
              </w:rPr>
              <w:br/>
            </w: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Правила </w:t>
            </w:r>
            <w:r w:rsidRPr="000C537D">
              <w:rPr>
                <w:lang w:val="ru-RU"/>
              </w:rPr>
              <w:br/>
            </w: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обращения с </w:t>
            </w:r>
            <w:r w:rsidRPr="000C537D">
              <w:rPr>
                <w:lang w:val="ru-RU"/>
              </w:rPr>
              <w:br/>
            </w: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циркулем;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51FBDB9" w14:textId="77777777" w:rsidR="00471F91" w:rsidRDefault="000C537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http://www.openclass.ru</w:t>
            </w:r>
          </w:p>
        </w:tc>
      </w:tr>
      <w:tr w:rsidR="00471F91" w:rsidRPr="00E97715" w14:paraId="77819EF6" w14:textId="77777777">
        <w:trPr>
          <w:trHeight w:hRule="exact" w:val="131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50FB5AC" w14:textId="77777777" w:rsidR="00471F91" w:rsidRDefault="000C537D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2.7.</w:t>
            </w:r>
          </w:p>
        </w:tc>
        <w:tc>
          <w:tcPr>
            <w:tcW w:w="3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6B95423" w14:textId="77777777" w:rsidR="00471F91" w:rsidRPr="000C537D" w:rsidRDefault="000C537D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0C537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Технология обработки текстильных материалов.</w:t>
            </w:r>
          </w:p>
          <w:p w14:paraId="7EDD9595" w14:textId="77777777" w:rsidR="00471F91" w:rsidRPr="000C537D" w:rsidRDefault="000C537D">
            <w:pPr>
              <w:autoSpaceDE w:val="0"/>
              <w:autoSpaceDN w:val="0"/>
              <w:spacing w:before="20" w:after="0" w:line="247" w:lineRule="auto"/>
              <w:ind w:left="72" w:right="144"/>
              <w:rPr>
                <w:lang w:val="ru-RU"/>
              </w:rPr>
            </w:pPr>
            <w:r w:rsidRPr="000C537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Обобщённое представление о видах тканей </w:t>
            </w:r>
            <w:r w:rsidRPr="000C537D">
              <w:rPr>
                <w:lang w:val="ru-RU"/>
              </w:rPr>
              <w:br/>
            </w:r>
            <w:r w:rsidRPr="000C537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(натуральные, искусственные, синтетические), их свойствах и областей использования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5C0714A" w14:textId="77777777" w:rsidR="00471F91" w:rsidRDefault="000C537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2C6D69D" w14:textId="77777777" w:rsidR="00471F91" w:rsidRDefault="000C537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123F762" w14:textId="77777777" w:rsidR="00471F91" w:rsidRDefault="000C537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BD66D35" w14:textId="77777777" w:rsidR="00471F91" w:rsidRDefault="000C537D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19.01.2023</w:t>
            </w:r>
          </w:p>
        </w:tc>
        <w:tc>
          <w:tcPr>
            <w:tcW w:w="4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C282E72" w14:textId="77777777" w:rsidR="00471F91" w:rsidRPr="000C537D" w:rsidRDefault="000C537D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Понимать технологию обработки текстильных материалов;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C8A9AFC" w14:textId="77777777" w:rsidR="00471F91" w:rsidRPr="000C537D" w:rsidRDefault="000C537D">
            <w:pPr>
              <w:autoSpaceDE w:val="0"/>
              <w:autoSpaceDN w:val="0"/>
              <w:spacing w:before="78" w:after="0" w:line="252" w:lineRule="auto"/>
              <w:ind w:left="74" w:right="144"/>
              <w:rPr>
                <w:lang w:val="ru-RU"/>
              </w:rPr>
            </w:pP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Практическая работа; </w:t>
            </w:r>
            <w:r w:rsidRPr="000C537D">
              <w:rPr>
                <w:lang w:val="ru-RU"/>
              </w:rPr>
              <w:br/>
            </w: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Т.Б. №2 </w:t>
            </w:r>
            <w:r w:rsidRPr="000C537D">
              <w:rPr>
                <w:lang w:val="ru-RU"/>
              </w:rPr>
              <w:br/>
            </w: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Правила </w:t>
            </w:r>
            <w:r w:rsidRPr="000C537D">
              <w:rPr>
                <w:lang w:val="ru-RU"/>
              </w:rPr>
              <w:br/>
            </w: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обращения с ножницами;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C68B201" w14:textId="77777777" w:rsidR="00471F91" w:rsidRPr="000C537D" w:rsidRDefault="000C537D">
            <w:pPr>
              <w:autoSpaceDE w:val="0"/>
              <w:autoSpaceDN w:val="0"/>
              <w:spacing w:before="78" w:after="0" w:line="230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school</w:t>
            </w: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.со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llection</w:t>
            </w:r>
            <w:proofErr w:type="spellEnd"/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</w:p>
        </w:tc>
      </w:tr>
      <w:tr w:rsidR="00471F91" w:rsidRPr="00E97715" w14:paraId="14B82307" w14:textId="77777777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2BC31F6" w14:textId="77777777" w:rsidR="00471F91" w:rsidRDefault="000C537D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2.8.</w:t>
            </w:r>
          </w:p>
        </w:tc>
        <w:tc>
          <w:tcPr>
            <w:tcW w:w="3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8D5881A" w14:textId="77777777" w:rsidR="00471F91" w:rsidRPr="000C537D" w:rsidRDefault="000C537D">
            <w:pPr>
              <w:autoSpaceDE w:val="0"/>
              <w:autoSpaceDN w:val="0"/>
              <w:spacing w:before="76" w:after="0" w:line="250" w:lineRule="auto"/>
              <w:ind w:left="72" w:right="144"/>
              <w:rPr>
                <w:lang w:val="ru-RU"/>
              </w:rPr>
            </w:pPr>
            <w:r w:rsidRPr="000C537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Дизайн одежды в зависимости от её назначения, моды, времени. Подбор текстильных материалов в соответствии с замыслом, особенностями </w:t>
            </w:r>
            <w:r w:rsidRPr="000C537D">
              <w:rPr>
                <w:lang w:val="ru-RU"/>
              </w:rPr>
              <w:br/>
            </w:r>
            <w:r w:rsidRPr="000C537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конструкции изделия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2D33033" w14:textId="77777777" w:rsidR="00471F91" w:rsidRDefault="000C537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AECFDCD" w14:textId="77777777" w:rsidR="00471F91" w:rsidRDefault="000C537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0D1832E" w14:textId="77777777" w:rsidR="00471F91" w:rsidRDefault="000C537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0A25027" w14:textId="77777777" w:rsidR="00471F91" w:rsidRDefault="000C537D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26.01.2023</w:t>
            </w:r>
          </w:p>
        </w:tc>
        <w:tc>
          <w:tcPr>
            <w:tcW w:w="4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DE9DD35" w14:textId="77777777" w:rsidR="00471F91" w:rsidRPr="000C537D" w:rsidRDefault="000C537D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Понимать особенности материалов одежды разных времён;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FD8099B" w14:textId="77777777" w:rsidR="00471F91" w:rsidRPr="000C537D" w:rsidRDefault="000C537D">
            <w:pPr>
              <w:autoSpaceDE w:val="0"/>
              <w:autoSpaceDN w:val="0"/>
              <w:spacing w:before="76" w:after="0" w:line="250" w:lineRule="auto"/>
              <w:ind w:left="74"/>
              <w:rPr>
                <w:lang w:val="ru-RU"/>
              </w:rPr>
            </w:pP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Самооценка с </w:t>
            </w:r>
            <w:r w:rsidRPr="000C537D">
              <w:rPr>
                <w:lang w:val="ru-RU"/>
              </w:rPr>
              <w:br/>
            </w:r>
            <w:r w:rsidR="00523A8B"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использованием «Оценочного</w:t>
            </w: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0C537D">
              <w:rPr>
                <w:lang w:val="ru-RU"/>
              </w:rPr>
              <w:br/>
            </w: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листа»;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DF54080" w14:textId="77777777" w:rsidR="00471F91" w:rsidRPr="000C537D" w:rsidRDefault="000C537D">
            <w:pPr>
              <w:autoSpaceDE w:val="0"/>
              <w:autoSpaceDN w:val="0"/>
              <w:spacing w:before="76" w:after="0" w:line="233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school</w:t>
            </w: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.со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llection</w:t>
            </w:r>
            <w:proofErr w:type="spellEnd"/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</w:p>
        </w:tc>
      </w:tr>
      <w:tr w:rsidR="00471F91" w14:paraId="07849934" w14:textId="77777777">
        <w:trPr>
          <w:trHeight w:hRule="exact" w:val="207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72483AE" w14:textId="77777777" w:rsidR="00471F91" w:rsidRDefault="000C537D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2.9.</w:t>
            </w:r>
          </w:p>
        </w:tc>
        <w:tc>
          <w:tcPr>
            <w:tcW w:w="3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EDC96A2" w14:textId="77777777" w:rsidR="00471F91" w:rsidRPr="000C537D" w:rsidRDefault="000C537D">
            <w:pPr>
              <w:autoSpaceDE w:val="0"/>
              <w:autoSpaceDN w:val="0"/>
              <w:spacing w:before="76" w:after="0" w:line="250" w:lineRule="auto"/>
              <w:ind w:left="72"/>
              <w:rPr>
                <w:lang w:val="ru-RU"/>
              </w:rPr>
            </w:pPr>
            <w:r w:rsidRPr="000C537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Раскрой деталей по готовым лекалам (выкройкам), собственным несложным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F8B9865" w14:textId="77777777" w:rsidR="00471F91" w:rsidRDefault="000C537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96248D6" w14:textId="77777777" w:rsidR="00471F91" w:rsidRDefault="000C537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A91142E" w14:textId="77777777" w:rsidR="00471F91" w:rsidRDefault="000C537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AC00BC4" w14:textId="77777777" w:rsidR="00471F91" w:rsidRDefault="000C537D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02.02.2023</w:t>
            </w:r>
          </w:p>
        </w:tc>
        <w:tc>
          <w:tcPr>
            <w:tcW w:w="4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4903CFC" w14:textId="77777777" w:rsidR="00471F91" w:rsidRPr="000C537D" w:rsidRDefault="000C537D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Выполнять работу над изделием в группах;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C808723" w14:textId="77777777" w:rsidR="00471F91" w:rsidRPr="000C537D" w:rsidRDefault="000C537D">
            <w:pPr>
              <w:autoSpaceDE w:val="0"/>
              <w:autoSpaceDN w:val="0"/>
              <w:spacing w:before="76" w:after="0" w:line="254" w:lineRule="auto"/>
              <w:ind w:left="74"/>
              <w:rPr>
                <w:lang w:val="ru-RU"/>
              </w:rPr>
            </w:pP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Практическая </w:t>
            </w:r>
            <w:r w:rsidRPr="000C537D">
              <w:rPr>
                <w:lang w:val="ru-RU"/>
              </w:rPr>
              <w:br/>
            </w: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работа; </w:t>
            </w:r>
            <w:r w:rsidRPr="000C537D">
              <w:rPr>
                <w:lang w:val="ru-RU"/>
              </w:rPr>
              <w:br/>
            </w: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Т.Б. №1 Общие правила </w:t>
            </w:r>
            <w:r w:rsidRPr="000C537D">
              <w:rPr>
                <w:lang w:val="ru-RU"/>
              </w:rPr>
              <w:br/>
            </w: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техники </w:t>
            </w:r>
            <w:r w:rsidRPr="000C537D">
              <w:rPr>
                <w:lang w:val="ru-RU"/>
              </w:rPr>
              <w:br/>
            </w: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безопасности.; Т.Б. №4 </w:t>
            </w:r>
            <w:r w:rsidRPr="000C537D">
              <w:rPr>
                <w:lang w:val="ru-RU"/>
              </w:rPr>
              <w:br/>
            </w: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Правила </w:t>
            </w:r>
            <w:r w:rsidRPr="000C537D">
              <w:rPr>
                <w:lang w:val="ru-RU"/>
              </w:rPr>
              <w:br/>
            </w: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обращения с </w:t>
            </w:r>
            <w:r w:rsidRPr="000C537D">
              <w:rPr>
                <w:lang w:val="ru-RU"/>
              </w:rPr>
              <w:br/>
            </w: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иглами.;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9CCF94C" w14:textId="77777777" w:rsidR="00471F91" w:rsidRDefault="000C537D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http://nachalka.info/about/193</w:t>
            </w:r>
          </w:p>
        </w:tc>
      </w:tr>
      <w:tr w:rsidR="00471F91" w:rsidRPr="00E97715" w14:paraId="62CAF42E" w14:textId="77777777">
        <w:trPr>
          <w:trHeight w:hRule="exact" w:val="130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4F60309" w14:textId="77777777" w:rsidR="00471F91" w:rsidRDefault="000C537D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2.10.</w:t>
            </w:r>
          </w:p>
        </w:tc>
        <w:tc>
          <w:tcPr>
            <w:tcW w:w="3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CDF2B03" w14:textId="77777777" w:rsidR="00471F91" w:rsidRPr="000C537D" w:rsidRDefault="000C537D">
            <w:pPr>
              <w:autoSpaceDE w:val="0"/>
              <w:autoSpaceDN w:val="0"/>
              <w:spacing w:before="76" w:after="0" w:line="252" w:lineRule="auto"/>
              <w:ind w:left="72" w:right="288"/>
              <w:rPr>
                <w:lang w:val="ru-RU"/>
              </w:rPr>
            </w:pPr>
            <w:r w:rsidRPr="000C537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Строчка петельного стежка и её варианты </w:t>
            </w:r>
            <w:r w:rsidRPr="000C537D">
              <w:rPr>
                <w:lang w:val="ru-RU"/>
              </w:rPr>
              <w:br/>
            </w:r>
            <w:r w:rsidRPr="000C537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(«тамбур» и др.), её назначение (соединение и отделка деталей) и/или строчки петлеобразного и крестообразного стежков (соединительные и отделочные)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881FB84" w14:textId="77777777" w:rsidR="00471F91" w:rsidRDefault="000C537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D9AC04F" w14:textId="77777777" w:rsidR="00471F91" w:rsidRDefault="000C537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4D069DE" w14:textId="77777777" w:rsidR="00471F91" w:rsidRDefault="000C537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7A5B50" w14:textId="77777777" w:rsidR="00471F91" w:rsidRDefault="000C537D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09.02.2023</w:t>
            </w:r>
          </w:p>
        </w:tc>
        <w:tc>
          <w:tcPr>
            <w:tcW w:w="4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30DFB08" w14:textId="77777777" w:rsidR="00471F91" w:rsidRPr="000C537D" w:rsidRDefault="000C537D">
            <w:pPr>
              <w:autoSpaceDE w:val="0"/>
              <w:autoSpaceDN w:val="0"/>
              <w:spacing w:before="76" w:after="0" w:line="245" w:lineRule="auto"/>
              <w:ind w:left="72" w:right="144"/>
              <w:rPr>
                <w:lang w:val="ru-RU"/>
              </w:rPr>
            </w:pP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Самостоятельно выбирать виды ниток и ткани в </w:t>
            </w:r>
            <w:r w:rsidRPr="000C537D">
              <w:rPr>
                <w:lang w:val="ru-RU"/>
              </w:rPr>
              <w:br/>
            </w: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зависимости от выполняемых работ и назначения изделия;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A643C33" w14:textId="77777777" w:rsidR="00471F91" w:rsidRPr="000C537D" w:rsidRDefault="000C537D">
            <w:pPr>
              <w:autoSpaceDE w:val="0"/>
              <w:autoSpaceDN w:val="0"/>
              <w:spacing w:before="76" w:after="0" w:line="252" w:lineRule="auto"/>
              <w:ind w:left="74" w:right="288"/>
              <w:rPr>
                <w:lang w:val="ru-RU"/>
              </w:rPr>
            </w:pP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Контрольная работа; </w:t>
            </w:r>
            <w:r w:rsidRPr="000C537D">
              <w:rPr>
                <w:lang w:val="ru-RU"/>
              </w:rPr>
              <w:br/>
            </w: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Т.Б. №2 </w:t>
            </w:r>
            <w:r w:rsidRPr="000C537D">
              <w:rPr>
                <w:lang w:val="ru-RU"/>
              </w:rPr>
              <w:br/>
            </w: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Правила </w:t>
            </w:r>
            <w:r w:rsidRPr="000C537D">
              <w:rPr>
                <w:lang w:val="ru-RU"/>
              </w:rPr>
              <w:br/>
            </w: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обращения с ножницами;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2661F48" w14:textId="77777777" w:rsidR="00471F91" w:rsidRPr="000C537D" w:rsidRDefault="000C537D">
            <w:pPr>
              <w:autoSpaceDE w:val="0"/>
              <w:autoSpaceDN w:val="0"/>
              <w:spacing w:before="76" w:after="0" w:line="233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school</w:t>
            </w: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.со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llection</w:t>
            </w:r>
            <w:proofErr w:type="spellEnd"/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</w:p>
        </w:tc>
      </w:tr>
      <w:tr w:rsidR="00471F91" w:rsidRPr="00E97715" w14:paraId="624791CC" w14:textId="77777777">
        <w:trPr>
          <w:trHeight w:hRule="exact" w:val="244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F067F8D" w14:textId="77777777" w:rsidR="00471F91" w:rsidRDefault="000C537D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2.11.</w:t>
            </w:r>
          </w:p>
        </w:tc>
        <w:tc>
          <w:tcPr>
            <w:tcW w:w="3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757FAD8" w14:textId="77777777" w:rsidR="00471F91" w:rsidRDefault="000C537D">
            <w:pPr>
              <w:autoSpaceDE w:val="0"/>
              <w:autoSpaceDN w:val="0"/>
              <w:spacing w:before="76" w:after="0" w:line="245" w:lineRule="auto"/>
              <w:ind w:left="72" w:right="288"/>
            </w:pPr>
            <w:r w:rsidRPr="000C537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Подбор ручных строчек для сшивания и отделки изделий.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Простейший ремонт изделий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53F1A44" w14:textId="77777777" w:rsidR="00471F91" w:rsidRDefault="000C537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0DF8ED3" w14:textId="77777777" w:rsidR="00471F91" w:rsidRDefault="000C537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B77129C" w14:textId="77777777" w:rsidR="00471F91" w:rsidRDefault="000C537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211E256" w14:textId="77777777" w:rsidR="00471F91" w:rsidRDefault="000C537D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16.02.2023</w:t>
            </w:r>
          </w:p>
        </w:tc>
        <w:tc>
          <w:tcPr>
            <w:tcW w:w="4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324B3CB" w14:textId="77777777" w:rsidR="00471F91" w:rsidRPr="000C537D" w:rsidRDefault="000C537D">
            <w:pPr>
              <w:autoSpaceDE w:val="0"/>
              <w:autoSpaceDN w:val="0"/>
              <w:spacing w:before="76" w:after="0" w:line="245" w:lineRule="auto"/>
              <w:ind w:left="72" w:right="576"/>
              <w:rPr>
                <w:lang w:val="ru-RU"/>
              </w:rPr>
            </w:pP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Подбирать ручные строчки для сшивания и отделки изделий;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2122F37" w14:textId="77777777" w:rsidR="00471F91" w:rsidRPr="000C537D" w:rsidRDefault="000C537D">
            <w:pPr>
              <w:autoSpaceDE w:val="0"/>
              <w:autoSpaceDN w:val="0"/>
              <w:spacing w:before="76" w:after="0" w:line="254" w:lineRule="auto"/>
              <w:ind w:left="74"/>
              <w:rPr>
                <w:lang w:val="ru-RU"/>
              </w:rPr>
            </w:pP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Самооценка с </w:t>
            </w:r>
            <w:r w:rsidRPr="000C537D">
              <w:rPr>
                <w:lang w:val="ru-RU"/>
              </w:rPr>
              <w:br/>
            </w:r>
            <w:r w:rsidR="00523A8B"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использованием «Оценочного</w:t>
            </w: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0C537D">
              <w:rPr>
                <w:lang w:val="ru-RU"/>
              </w:rPr>
              <w:br/>
            </w: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листа»; </w:t>
            </w:r>
            <w:r w:rsidRPr="000C537D">
              <w:rPr>
                <w:lang w:val="ru-RU"/>
              </w:rPr>
              <w:br/>
            </w: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Т.Б. №2 </w:t>
            </w:r>
            <w:r w:rsidRPr="000C537D">
              <w:rPr>
                <w:lang w:val="ru-RU"/>
              </w:rPr>
              <w:br/>
            </w: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Правила </w:t>
            </w:r>
            <w:r w:rsidRPr="000C537D">
              <w:rPr>
                <w:lang w:val="ru-RU"/>
              </w:rPr>
              <w:br/>
            </w: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обращения с </w:t>
            </w:r>
            <w:r w:rsidRPr="000C537D">
              <w:rPr>
                <w:lang w:val="ru-RU"/>
              </w:rPr>
              <w:br/>
            </w: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ножницами; </w:t>
            </w:r>
            <w:r w:rsidRPr="000C537D">
              <w:rPr>
                <w:lang w:val="ru-RU"/>
              </w:rPr>
              <w:br/>
            </w: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Т.Б. №4 </w:t>
            </w:r>
            <w:r w:rsidRPr="000C537D">
              <w:rPr>
                <w:lang w:val="ru-RU"/>
              </w:rPr>
              <w:br/>
            </w: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Правила </w:t>
            </w:r>
            <w:r w:rsidRPr="000C537D">
              <w:rPr>
                <w:lang w:val="ru-RU"/>
              </w:rPr>
              <w:br/>
            </w: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обращения с </w:t>
            </w:r>
            <w:r w:rsidRPr="000C537D">
              <w:rPr>
                <w:lang w:val="ru-RU"/>
              </w:rPr>
              <w:br/>
            </w: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иглами.;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EAA31DB" w14:textId="77777777" w:rsidR="00471F91" w:rsidRPr="000C537D" w:rsidRDefault="000C537D">
            <w:pPr>
              <w:autoSpaceDE w:val="0"/>
              <w:autoSpaceDN w:val="0"/>
              <w:spacing w:before="76" w:after="0" w:line="233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school</w:t>
            </w: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.со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llection</w:t>
            </w:r>
            <w:proofErr w:type="spellEnd"/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</w:p>
        </w:tc>
      </w:tr>
    </w:tbl>
    <w:p w14:paraId="6EB12708" w14:textId="77777777" w:rsidR="00471F91" w:rsidRPr="000C537D" w:rsidRDefault="00471F91">
      <w:pPr>
        <w:autoSpaceDE w:val="0"/>
        <w:autoSpaceDN w:val="0"/>
        <w:spacing w:after="0" w:line="14" w:lineRule="exact"/>
        <w:rPr>
          <w:lang w:val="ru-RU"/>
        </w:rPr>
      </w:pPr>
    </w:p>
    <w:p w14:paraId="1D335BA3" w14:textId="77777777" w:rsidR="00471F91" w:rsidRPr="000C537D" w:rsidRDefault="00471F91">
      <w:pPr>
        <w:rPr>
          <w:lang w:val="ru-RU"/>
        </w:rPr>
        <w:sectPr w:rsidR="00471F91" w:rsidRPr="000C537D">
          <w:pgSz w:w="16840" w:h="11900"/>
          <w:pgMar w:top="284" w:right="640" w:bottom="1060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564F4E43" w14:textId="77777777" w:rsidR="00471F91" w:rsidRPr="000C537D" w:rsidRDefault="00471F91">
      <w:pPr>
        <w:autoSpaceDE w:val="0"/>
        <w:autoSpaceDN w:val="0"/>
        <w:spacing w:after="66" w:line="220" w:lineRule="exact"/>
        <w:rPr>
          <w:lang w:val="ru-RU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3890"/>
        <w:gridCol w:w="528"/>
        <w:gridCol w:w="1106"/>
        <w:gridCol w:w="1140"/>
        <w:gridCol w:w="864"/>
        <w:gridCol w:w="4228"/>
        <w:gridCol w:w="1236"/>
        <w:gridCol w:w="2042"/>
      </w:tblGrid>
      <w:tr w:rsidR="00471F91" w14:paraId="16AD6462" w14:textId="77777777">
        <w:trPr>
          <w:trHeight w:hRule="exact" w:val="188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B7A3635" w14:textId="77777777" w:rsidR="00471F91" w:rsidRDefault="000C537D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2.12.</w:t>
            </w:r>
          </w:p>
        </w:tc>
        <w:tc>
          <w:tcPr>
            <w:tcW w:w="3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A7E6F3C" w14:textId="77777777" w:rsidR="00471F91" w:rsidRPr="000C537D" w:rsidRDefault="000C537D">
            <w:pPr>
              <w:autoSpaceDE w:val="0"/>
              <w:autoSpaceDN w:val="0"/>
              <w:spacing w:before="78" w:after="0" w:line="252" w:lineRule="auto"/>
              <w:ind w:left="72"/>
              <w:rPr>
                <w:lang w:val="ru-RU"/>
              </w:rPr>
            </w:pPr>
            <w:r w:rsidRPr="000C537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Технология обработки синтетических материалов. Пластик, поролон, полиэтилен. Общее знакомство, сравнение свойств.  Самостоятельное определение технологий их обработки в сравнении с освоенными материалами.</w:t>
            </w:r>
          </w:p>
          <w:p w14:paraId="3F7E44C9" w14:textId="77777777" w:rsidR="00471F91" w:rsidRDefault="000C537D">
            <w:pPr>
              <w:autoSpaceDE w:val="0"/>
              <w:autoSpaceDN w:val="0"/>
              <w:spacing w:before="20" w:after="0" w:line="245" w:lineRule="auto"/>
              <w:ind w:left="72" w:right="720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Комбинированное использование разных материалов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A21B3C0" w14:textId="77777777" w:rsidR="00471F91" w:rsidRDefault="000C537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9F9B9B3" w14:textId="77777777" w:rsidR="00471F91" w:rsidRDefault="000C537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C55BF8C" w14:textId="77777777" w:rsidR="00471F91" w:rsidRDefault="000C537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0A24E8E" w14:textId="77777777" w:rsidR="00471F91" w:rsidRDefault="000C537D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02.03.2023</w:t>
            </w:r>
          </w:p>
        </w:tc>
        <w:tc>
          <w:tcPr>
            <w:tcW w:w="4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DAC5841" w14:textId="77777777" w:rsidR="00471F91" w:rsidRPr="000C537D" w:rsidRDefault="000C537D">
            <w:pPr>
              <w:autoSpaceDE w:val="0"/>
              <w:autoSpaceDN w:val="0"/>
              <w:spacing w:before="78" w:after="0" w:line="254" w:lineRule="auto"/>
              <w:ind w:left="72" w:right="144"/>
              <w:rPr>
                <w:lang w:val="ru-RU"/>
              </w:rPr>
            </w:pP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Самостоятельно организовывать свою деятельность: </w:t>
            </w:r>
            <w:r w:rsidRPr="000C537D">
              <w:rPr>
                <w:lang w:val="ru-RU"/>
              </w:rPr>
              <w:br/>
            </w: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подготавливать рабочее место для работы с материалом по выбору учителя (например, пластик, поролон, пенопласт, соломка или пластиковые трубочки и др.), правильно и рационально размещать инструменты и материалы в </w:t>
            </w:r>
            <w:r w:rsidRPr="000C537D">
              <w:rPr>
                <w:lang w:val="ru-RU"/>
              </w:rPr>
              <w:br/>
            </w: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соответствии с индивидуальными особенностями </w:t>
            </w:r>
            <w:r w:rsidRPr="000C537D">
              <w:rPr>
                <w:lang w:val="ru-RU"/>
              </w:rPr>
              <w:br/>
            </w: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обучающихся, в процессе выполнения изделия </w:t>
            </w:r>
            <w:r w:rsidRPr="000C537D">
              <w:rPr>
                <w:lang w:val="ru-RU"/>
              </w:rPr>
              <w:br/>
            </w: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самостоятельно контролировать и при необходимости восстанавливать порядок на рабочем месте;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7C29812" w14:textId="77777777" w:rsidR="00471F91" w:rsidRPr="000C537D" w:rsidRDefault="000C537D">
            <w:pPr>
              <w:autoSpaceDE w:val="0"/>
              <w:autoSpaceDN w:val="0"/>
              <w:spacing w:before="78" w:after="0" w:line="252" w:lineRule="auto"/>
              <w:ind w:left="74" w:right="144"/>
              <w:rPr>
                <w:lang w:val="ru-RU"/>
              </w:rPr>
            </w:pP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Устный опрос; Т.Б. №5 </w:t>
            </w:r>
            <w:r w:rsidRPr="000C537D">
              <w:rPr>
                <w:lang w:val="ru-RU"/>
              </w:rPr>
              <w:br/>
            </w: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Правила </w:t>
            </w:r>
            <w:r w:rsidRPr="000C537D">
              <w:rPr>
                <w:lang w:val="ru-RU"/>
              </w:rPr>
              <w:br/>
            </w: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обращения с </w:t>
            </w:r>
            <w:r w:rsidRPr="000C537D">
              <w:rPr>
                <w:lang w:val="ru-RU"/>
              </w:rPr>
              <w:br/>
            </w: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циркулем;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F50B7F1" w14:textId="77777777" w:rsidR="00471F91" w:rsidRDefault="000C537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http://www.openclass.ru</w:t>
            </w:r>
          </w:p>
        </w:tc>
      </w:tr>
      <w:tr w:rsidR="00471F91" w14:paraId="73F79C69" w14:textId="77777777">
        <w:trPr>
          <w:trHeight w:hRule="exact" w:val="350"/>
        </w:trPr>
        <w:tc>
          <w:tcPr>
            <w:tcW w:w="43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4F0B030" w14:textId="77777777" w:rsidR="00471F91" w:rsidRDefault="000C537D">
            <w:pPr>
              <w:autoSpaceDE w:val="0"/>
              <w:autoSpaceDN w:val="0"/>
              <w:spacing w:before="8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модулю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0A3D7D5" w14:textId="77777777" w:rsidR="00471F91" w:rsidRDefault="000C537D">
            <w:pPr>
              <w:autoSpaceDE w:val="0"/>
              <w:autoSpaceDN w:val="0"/>
              <w:spacing w:before="8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</w:t>
            </w:r>
          </w:p>
        </w:tc>
        <w:tc>
          <w:tcPr>
            <w:tcW w:w="1061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89C01A3" w14:textId="77777777" w:rsidR="00471F91" w:rsidRDefault="00471F91"/>
        </w:tc>
      </w:tr>
      <w:tr w:rsidR="00471F91" w14:paraId="73C68104" w14:textId="77777777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D384BF2" w14:textId="77777777" w:rsidR="00471F91" w:rsidRDefault="000C537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Модуль 3. КОНСТРУИРОВАНИЕ И МОДЕЛИРОВАНИЕ</w:t>
            </w:r>
          </w:p>
        </w:tc>
      </w:tr>
      <w:tr w:rsidR="00471F91" w14:paraId="05EF823F" w14:textId="77777777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1506B45" w14:textId="77777777" w:rsidR="00471F91" w:rsidRDefault="000C537D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3.1.</w:t>
            </w:r>
          </w:p>
        </w:tc>
        <w:tc>
          <w:tcPr>
            <w:tcW w:w="3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52FF070" w14:textId="77777777" w:rsidR="00471F91" w:rsidRPr="000C537D" w:rsidRDefault="000C537D">
            <w:pPr>
              <w:autoSpaceDE w:val="0"/>
              <w:autoSpaceDN w:val="0"/>
              <w:spacing w:before="76" w:after="0" w:line="250" w:lineRule="auto"/>
              <w:ind w:left="72" w:right="720"/>
              <w:rPr>
                <w:lang w:val="ru-RU"/>
              </w:rPr>
            </w:pPr>
            <w:r w:rsidRPr="000C537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Современные требования к техническим устройствам (экологичность, безопасность, эргономичность и др.)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B27BF45" w14:textId="77777777" w:rsidR="00471F91" w:rsidRDefault="000C537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EE197F3" w14:textId="77777777" w:rsidR="00471F91" w:rsidRDefault="000C537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F8F35F9" w14:textId="77777777" w:rsidR="00471F91" w:rsidRDefault="000C537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4164C21" w14:textId="77777777" w:rsidR="00471F91" w:rsidRDefault="000C537D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09.03.2023</w:t>
            </w:r>
          </w:p>
        </w:tc>
        <w:tc>
          <w:tcPr>
            <w:tcW w:w="4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6734A16" w14:textId="77777777" w:rsidR="00471F91" w:rsidRPr="000C537D" w:rsidRDefault="000C537D">
            <w:pPr>
              <w:autoSpaceDE w:val="0"/>
              <w:autoSpaceDN w:val="0"/>
              <w:spacing w:before="76" w:after="0" w:line="250" w:lineRule="auto"/>
              <w:ind w:left="72" w:right="432"/>
              <w:rPr>
                <w:lang w:val="ru-RU"/>
              </w:rPr>
            </w:pP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Учитывать при выполнении практической работы современные требования к техническим устройствам (экологичность, безопасность, эргономичность и др.);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FEDD508" w14:textId="77777777" w:rsidR="00471F91" w:rsidRDefault="000C537D">
            <w:pPr>
              <w:autoSpaceDE w:val="0"/>
              <w:autoSpaceDN w:val="0"/>
              <w:spacing w:before="76" w:after="0" w:line="233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 опрос;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2125FBC" w14:textId="77777777" w:rsidR="00471F91" w:rsidRDefault="000C537D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http://school.соllection.edu.ru</w:t>
            </w:r>
          </w:p>
        </w:tc>
      </w:tr>
      <w:tr w:rsidR="00471F91" w:rsidRPr="00E97715" w14:paraId="13A7553D" w14:textId="77777777">
        <w:trPr>
          <w:trHeight w:hRule="exact" w:val="111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646149" w14:textId="77777777" w:rsidR="00471F91" w:rsidRDefault="000C537D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3.2.</w:t>
            </w:r>
          </w:p>
        </w:tc>
        <w:tc>
          <w:tcPr>
            <w:tcW w:w="3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5F5026A" w14:textId="77777777" w:rsidR="00471F91" w:rsidRPr="000C537D" w:rsidRDefault="000C537D">
            <w:pPr>
              <w:autoSpaceDE w:val="0"/>
              <w:autoSpaceDN w:val="0"/>
              <w:spacing w:before="76" w:after="0" w:line="250" w:lineRule="auto"/>
              <w:ind w:left="72" w:right="432"/>
              <w:rPr>
                <w:lang w:val="ru-RU"/>
              </w:rPr>
            </w:pPr>
            <w:r w:rsidRPr="000C537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Конструирование и моделирование изделий из различных материалов, в том числе </w:t>
            </w:r>
            <w:r w:rsidR="00523A8B" w:rsidRPr="000C537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наборов «Конструктор</w:t>
            </w:r>
            <w:r w:rsidRPr="000C537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» по проектному заданию или собственному замыслу.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36A6EA2" w14:textId="77777777" w:rsidR="00471F91" w:rsidRDefault="000C537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522F352" w14:textId="77777777" w:rsidR="00471F91" w:rsidRDefault="000C537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8DD9303" w14:textId="77777777" w:rsidR="00471F91" w:rsidRDefault="000C537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75DCE9A" w14:textId="77777777" w:rsidR="00471F91" w:rsidRDefault="000C537D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16.03.2023</w:t>
            </w:r>
          </w:p>
        </w:tc>
        <w:tc>
          <w:tcPr>
            <w:tcW w:w="4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4CBD517" w14:textId="77777777" w:rsidR="00471F91" w:rsidRPr="000C537D" w:rsidRDefault="000C537D">
            <w:pPr>
              <w:autoSpaceDE w:val="0"/>
              <w:autoSpaceDN w:val="0"/>
              <w:spacing w:before="76" w:after="0" w:line="250" w:lineRule="auto"/>
              <w:ind w:left="72"/>
              <w:rPr>
                <w:lang w:val="ru-RU"/>
              </w:rPr>
            </w:pP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Определять основные этапы конструирования изделий с опорой на готовую модель, схему, план работы, заданным условиям; понимать информацию, представленную в разных формах;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ABAC9D1" w14:textId="77777777" w:rsidR="00471F91" w:rsidRPr="000C537D" w:rsidRDefault="000C537D">
            <w:pPr>
              <w:autoSpaceDE w:val="0"/>
              <w:autoSpaceDN w:val="0"/>
              <w:spacing w:before="76" w:after="0" w:line="252" w:lineRule="auto"/>
              <w:ind w:left="74"/>
              <w:rPr>
                <w:lang w:val="ru-RU"/>
              </w:rPr>
            </w:pP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Практическая </w:t>
            </w:r>
            <w:r w:rsidRPr="000C537D">
              <w:rPr>
                <w:lang w:val="ru-RU"/>
              </w:rPr>
              <w:br/>
            </w: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работа; </w:t>
            </w:r>
            <w:r w:rsidRPr="000C537D">
              <w:rPr>
                <w:lang w:val="ru-RU"/>
              </w:rPr>
              <w:br/>
            </w: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Т.Б. №3 </w:t>
            </w:r>
            <w:r w:rsidRPr="000C537D">
              <w:rPr>
                <w:lang w:val="ru-RU"/>
              </w:rPr>
              <w:br/>
            </w: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Правила работы с клеем;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DD3781" w14:textId="77777777" w:rsidR="00471F91" w:rsidRPr="000C537D" w:rsidRDefault="000C537D">
            <w:pPr>
              <w:autoSpaceDE w:val="0"/>
              <w:autoSpaceDN w:val="0"/>
              <w:spacing w:before="76" w:after="0" w:line="233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school</w:t>
            </w: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.со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llection</w:t>
            </w:r>
            <w:proofErr w:type="spellEnd"/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</w:p>
        </w:tc>
      </w:tr>
      <w:tr w:rsidR="00471F91" w14:paraId="7F32424E" w14:textId="77777777">
        <w:trPr>
          <w:trHeight w:hRule="exact" w:val="169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57DC4ED" w14:textId="77777777" w:rsidR="00471F91" w:rsidRDefault="000C537D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3.3.</w:t>
            </w:r>
          </w:p>
        </w:tc>
        <w:tc>
          <w:tcPr>
            <w:tcW w:w="3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4F881AE" w14:textId="77777777" w:rsidR="00471F91" w:rsidRPr="000C537D" w:rsidRDefault="000C537D">
            <w:pPr>
              <w:autoSpaceDE w:val="0"/>
              <w:autoSpaceDN w:val="0"/>
              <w:spacing w:before="78" w:after="0" w:line="252" w:lineRule="auto"/>
              <w:ind w:left="72" w:right="144"/>
              <w:rPr>
                <w:lang w:val="ru-RU"/>
              </w:rPr>
            </w:pPr>
            <w:r w:rsidRPr="000C537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Поиск оптимальных и доступных новых решений конструкторско-технологических проблем на всех этапах аналитического и технологического </w:t>
            </w:r>
            <w:r w:rsidRPr="000C537D">
              <w:rPr>
                <w:lang w:val="ru-RU"/>
              </w:rPr>
              <w:br/>
            </w:r>
            <w:r w:rsidRPr="000C537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процесса при выполнении индивидуальных </w:t>
            </w:r>
            <w:r w:rsidRPr="000C537D">
              <w:rPr>
                <w:lang w:val="ru-RU"/>
              </w:rPr>
              <w:br/>
            </w:r>
            <w:r w:rsidRPr="000C537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творческих и коллективных проектных работ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C93B1ED" w14:textId="77777777" w:rsidR="00471F91" w:rsidRDefault="000C537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91D9009" w14:textId="77777777" w:rsidR="00471F91" w:rsidRDefault="000C537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E2B994A" w14:textId="77777777" w:rsidR="00471F91" w:rsidRDefault="000C537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9A47490" w14:textId="77777777" w:rsidR="00471F91" w:rsidRDefault="000C537D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06.04.2023</w:t>
            </w:r>
          </w:p>
        </w:tc>
        <w:tc>
          <w:tcPr>
            <w:tcW w:w="4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518997F" w14:textId="77777777" w:rsidR="00471F91" w:rsidRPr="000C537D" w:rsidRDefault="000C537D">
            <w:pPr>
              <w:autoSpaceDE w:val="0"/>
              <w:autoSpaceDN w:val="0"/>
              <w:spacing w:before="78" w:after="0" w:line="250" w:lineRule="auto"/>
              <w:ind w:left="72" w:right="144"/>
              <w:rPr>
                <w:lang w:val="ru-RU"/>
              </w:rPr>
            </w:pP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Анализировать последовательность операций </w:t>
            </w:r>
            <w:r w:rsidRPr="000C537D">
              <w:rPr>
                <w:lang w:val="ru-RU"/>
              </w:rPr>
              <w:br/>
            </w: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технологического производственного процесса </w:t>
            </w:r>
            <w:r w:rsidRPr="000C537D">
              <w:rPr>
                <w:lang w:val="ru-RU"/>
              </w:rPr>
              <w:br/>
            </w: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изготовления изделий и соотносить с последовательностью выполнения изделия на уроке;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BC5672A" w14:textId="77777777" w:rsidR="00471F91" w:rsidRPr="000C537D" w:rsidRDefault="000C537D">
            <w:pPr>
              <w:autoSpaceDE w:val="0"/>
              <w:autoSpaceDN w:val="0"/>
              <w:spacing w:before="78" w:after="0" w:line="254" w:lineRule="auto"/>
              <w:ind w:left="74"/>
              <w:rPr>
                <w:lang w:val="ru-RU"/>
              </w:rPr>
            </w:pP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Самооценка с </w:t>
            </w:r>
            <w:r w:rsidRPr="000C537D">
              <w:rPr>
                <w:lang w:val="ru-RU"/>
              </w:rPr>
              <w:br/>
            </w:r>
            <w:r w:rsidR="00523A8B"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использованием «Оценочного</w:t>
            </w: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0C537D">
              <w:rPr>
                <w:lang w:val="ru-RU"/>
              </w:rPr>
              <w:br/>
            </w: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листа»; </w:t>
            </w:r>
            <w:r w:rsidRPr="000C537D">
              <w:rPr>
                <w:lang w:val="ru-RU"/>
              </w:rPr>
              <w:br/>
            </w: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Т.Б. №2 </w:t>
            </w:r>
            <w:r w:rsidRPr="000C537D">
              <w:rPr>
                <w:lang w:val="ru-RU"/>
              </w:rPr>
              <w:br/>
            </w: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Правила </w:t>
            </w:r>
            <w:r w:rsidRPr="000C537D">
              <w:rPr>
                <w:lang w:val="ru-RU"/>
              </w:rPr>
              <w:br/>
            </w: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обращения с </w:t>
            </w:r>
            <w:r w:rsidRPr="000C537D">
              <w:rPr>
                <w:lang w:val="ru-RU"/>
              </w:rPr>
              <w:br/>
            </w: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ножницами;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F13A1C9" w14:textId="77777777" w:rsidR="00471F91" w:rsidRDefault="000C537D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http://nachalka.info/about/193</w:t>
            </w:r>
          </w:p>
        </w:tc>
      </w:tr>
      <w:tr w:rsidR="00471F91" w:rsidRPr="00E97715" w14:paraId="03900D72" w14:textId="77777777">
        <w:trPr>
          <w:trHeight w:hRule="exact" w:val="130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626A392" w14:textId="77777777" w:rsidR="00471F91" w:rsidRDefault="000C537D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3.4.</w:t>
            </w:r>
          </w:p>
        </w:tc>
        <w:tc>
          <w:tcPr>
            <w:tcW w:w="3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35DEDFB" w14:textId="77777777" w:rsidR="00471F91" w:rsidRDefault="000C537D">
            <w:pPr>
              <w:autoSpaceDE w:val="0"/>
              <w:autoSpaceDN w:val="0"/>
              <w:spacing w:before="76" w:after="0" w:line="250" w:lineRule="auto"/>
              <w:ind w:left="72" w:right="144"/>
            </w:pPr>
            <w:r w:rsidRPr="000C537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Робототехника. Конструктивные, соединительные элементы и основные узлы робота.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Инструменты и детали для создания робота. Конструирование робота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57F9D22" w14:textId="77777777" w:rsidR="00471F91" w:rsidRDefault="000C537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BBC1139" w14:textId="77777777" w:rsidR="00471F91" w:rsidRDefault="000C537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8ED7274" w14:textId="77777777" w:rsidR="00471F91" w:rsidRDefault="000C537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84C8F33" w14:textId="77777777" w:rsidR="00471F91" w:rsidRDefault="000C537D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13.04.2023</w:t>
            </w:r>
          </w:p>
        </w:tc>
        <w:tc>
          <w:tcPr>
            <w:tcW w:w="4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C1E872B" w14:textId="77777777" w:rsidR="00471F91" w:rsidRPr="000C537D" w:rsidRDefault="000C537D">
            <w:pPr>
              <w:autoSpaceDE w:val="0"/>
              <w:autoSpaceDN w:val="0"/>
              <w:spacing w:before="76" w:after="0" w:line="233" w:lineRule="auto"/>
              <w:jc w:val="center"/>
              <w:rPr>
                <w:lang w:val="ru-RU"/>
              </w:rPr>
            </w:pP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Применять навыки работы с металлическим конструктором;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A346F30" w14:textId="77777777" w:rsidR="00471F91" w:rsidRPr="000C537D" w:rsidRDefault="000C537D">
            <w:pPr>
              <w:autoSpaceDE w:val="0"/>
              <w:autoSpaceDN w:val="0"/>
              <w:spacing w:before="76" w:after="0" w:line="252" w:lineRule="auto"/>
              <w:ind w:left="74"/>
              <w:rPr>
                <w:lang w:val="ru-RU"/>
              </w:rPr>
            </w:pP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Практическая </w:t>
            </w:r>
            <w:r w:rsidRPr="000C537D">
              <w:rPr>
                <w:lang w:val="ru-RU"/>
              </w:rPr>
              <w:br/>
            </w: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работа; </w:t>
            </w:r>
            <w:r w:rsidRPr="000C537D">
              <w:rPr>
                <w:lang w:val="ru-RU"/>
              </w:rPr>
              <w:br/>
            </w: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Т.Б. №1 Общие правила </w:t>
            </w:r>
            <w:r w:rsidRPr="000C537D">
              <w:rPr>
                <w:lang w:val="ru-RU"/>
              </w:rPr>
              <w:br/>
            </w: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техники </w:t>
            </w:r>
            <w:r w:rsidRPr="000C537D">
              <w:rPr>
                <w:lang w:val="ru-RU"/>
              </w:rPr>
              <w:br/>
            </w: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безопасности.;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89A53DC" w14:textId="77777777" w:rsidR="00471F91" w:rsidRPr="000C537D" w:rsidRDefault="000C537D">
            <w:pPr>
              <w:autoSpaceDE w:val="0"/>
              <w:autoSpaceDN w:val="0"/>
              <w:spacing w:before="76" w:after="0" w:line="233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school</w:t>
            </w: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.со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llection</w:t>
            </w:r>
            <w:proofErr w:type="spellEnd"/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</w:p>
        </w:tc>
      </w:tr>
      <w:tr w:rsidR="00471F91" w14:paraId="57F56183" w14:textId="77777777">
        <w:trPr>
          <w:trHeight w:hRule="exact" w:val="169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8607ED1" w14:textId="77777777" w:rsidR="00471F91" w:rsidRDefault="000C537D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3.5.</w:t>
            </w:r>
          </w:p>
        </w:tc>
        <w:tc>
          <w:tcPr>
            <w:tcW w:w="3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8EDFECE" w14:textId="77777777" w:rsidR="00471F91" w:rsidRPr="000C537D" w:rsidRDefault="000C537D">
            <w:pPr>
              <w:autoSpaceDE w:val="0"/>
              <w:autoSpaceDN w:val="0"/>
              <w:spacing w:before="78" w:after="0" w:line="245" w:lineRule="auto"/>
              <w:ind w:left="72" w:right="720"/>
              <w:rPr>
                <w:lang w:val="ru-RU"/>
              </w:rPr>
            </w:pPr>
            <w:r w:rsidRPr="000C537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Составление алгоритма действий робота. Программирование, тестирование робота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D54E760" w14:textId="77777777" w:rsidR="00471F91" w:rsidRDefault="000C537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D3D0CBD" w14:textId="77777777" w:rsidR="00471F91" w:rsidRDefault="000C537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A1E97B7" w14:textId="77777777" w:rsidR="00471F91" w:rsidRDefault="000C537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2AEEDEB" w14:textId="77777777" w:rsidR="00471F91" w:rsidRDefault="000C537D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20.04.2023</w:t>
            </w:r>
          </w:p>
        </w:tc>
        <w:tc>
          <w:tcPr>
            <w:tcW w:w="4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BEA312E" w14:textId="77777777" w:rsidR="00471F91" w:rsidRPr="000C537D" w:rsidRDefault="000C537D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Составлять простой алгоритм действий робота;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26D7F44" w14:textId="77777777" w:rsidR="00471F91" w:rsidRPr="000C537D" w:rsidRDefault="000C537D">
            <w:pPr>
              <w:autoSpaceDE w:val="0"/>
              <w:autoSpaceDN w:val="0"/>
              <w:spacing w:before="78" w:after="0" w:line="254" w:lineRule="auto"/>
              <w:ind w:left="74"/>
              <w:rPr>
                <w:lang w:val="ru-RU"/>
              </w:rPr>
            </w:pP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Самооценка с </w:t>
            </w:r>
            <w:r w:rsidRPr="000C537D">
              <w:rPr>
                <w:lang w:val="ru-RU"/>
              </w:rPr>
              <w:br/>
            </w:r>
            <w:r w:rsidR="00523A8B"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использованием «Оценочного</w:t>
            </w: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0C537D">
              <w:rPr>
                <w:lang w:val="ru-RU"/>
              </w:rPr>
              <w:br/>
            </w: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листа»; </w:t>
            </w:r>
            <w:r w:rsidRPr="000C537D">
              <w:rPr>
                <w:lang w:val="ru-RU"/>
              </w:rPr>
              <w:br/>
            </w: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Т.Б. №4 </w:t>
            </w:r>
            <w:r w:rsidRPr="000C537D">
              <w:rPr>
                <w:lang w:val="ru-RU"/>
              </w:rPr>
              <w:br/>
            </w: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Правила </w:t>
            </w:r>
            <w:r w:rsidRPr="000C537D">
              <w:rPr>
                <w:lang w:val="ru-RU"/>
              </w:rPr>
              <w:br/>
            </w: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обращения с </w:t>
            </w:r>
            <w:r w:rsidRPr="000C537D">
              <w:rPr>
                <w:lang w:val="ru-RU"/>
              </w:rPr>
              <w:br/>
            </w: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шилом;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DB8071B" w14:textId="77777777" w:rsidR="00471F91" w:rsidRDefault="000C537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http://www.openclass.ru</w:t>
            </w:r>
          </w:p>
        </w:tc>
      </w:tr>
      <w:tr w:rsidR="00471F91" w14:paraId="1EFD658E" w14:textId="77777777">
        <w:trPr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BAAD31A" w14:textId="77777777" w:rsidR="00471F91" w:rsidRDefault="000C537D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3.6.</w:t>
            </w:r>
          </w:p>
        </w:tc>
        <w:tc>
          <w:tcPr>
            <w:tcW w:w="3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3717797" w14:textId="77777777" w:rsidR="00471F91" w:rsidRPr="000C537D" w:rsidRDefault="000C537D">
            <w:pPr>
              <w:autoSpaceDE w:val="0"/>
              <w:autoSpaceDN w:val="0"/>
              <w:spacing w:before="76" w:after="0" w:line="245" w:lineRule="auto"/>
              <w:ind w:left="72" w:right="144"/>
              <w:rPr>
                <w:lang w:val="ru-RU"/>
              </w:rPr>
            </w:pPr>
            <w:r w:rsidRPr="000C537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Преобразование конструкции робота. Презентация робота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305D278" w14:textId="77777777" w:rsidR="00471F91" w:rsidRDefault="000C537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1680DAC" w14:textId="77777777" w:rsidR="00471F91" w:rsidRDefault="000C537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FE175A5" w14:textId="77777777" w:rsidR="00471F91" w:rsidRDefault="000C537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76B25F1" w14:textId="77777777" w:rsidR="00471F91" w:rsidRDefault="000C537D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27.04.2023</w:t>
            </w:r>
          </w:p>
        </w:tc>
        <w:tc>
          <w:tcPr>
            <w:tcW w:w="4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49B50B7" w14:textId="77777777" w:rsidR="00471F91" w:rsidRPr="000C537D" w:rsidRDefault="000C537D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Сравнивать с образцом и тестировать робота;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5743EDD" w14:textId="77777777" w:rsidR="00471F91" w:rsidRDefault="000C537D">
            <w:pPr>
              <w:autoSpaceDE w:val="0"/>
              <w:autoSpaceDN w:val="0"/>
              <w:spacing w:before="76" w:after="0" w:line="245" w:lineRule="auto"/>
              <w:ind w:left="74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Контрольная работа;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79CA1F2" w14:textId="77777777" w:rsidR="00471F91" w:rsidRDefault="000C537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http://900igr.net</w:t>
            </w:r>
          </w:p>
        </w:tc>
      </w:tr>
      <w:tr w:rsidR="00471F91" w14:paraId="6530DD25" w14:textId="77777777">
        <w:trPr>
          <w:trHeight w:hRule="exact" w:val="348"/>
        </w:trPr>
        <w:tc>
          <w:tcPr>
            <w:tcW w:w="43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2DCB9A" w14:textId="77777777" w:rsidR="00471F91" w:rsidRDefault="000C537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модулю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9E8DD0A" w14:textId="77777777" w:rsidR="00471F91" w:rsidRDefault="000C537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10</w:t>
            </w:r>
          </w:p>
        </w:tc>
        <w:tc>
          <w:tcPr>
            <w:tcW w:w="1061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74997C" w14:textId="77777777" w:rsidR="00471F91" w:rsidRDefault="00471F91"/>
        </w:tc>
      </w:tr>
      <w:tr w:rsidR="00471F91" w14:paraId="1A5857A2" w14:textId="77777777">
        <w:trPr>
          <w:trHeight w:hRule="exact" w:val="32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EA0D000" w14:textId="77777777" w:rsidR="00471F91" w:rsidRDefault="000C537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Модуль 4. ИНФОРМАЦИОННО-КОММУНИКАТИВНЫЕ ТЕХНОЛОГИИ</w:t>
            </w:r>
          </w:p>
        </w:tc>
      </w:tr>
    </w:tbl>
    <w:p w14:paraId="4A26AE34" w14:textId="77777777" w:rsidR="00471F91" w:rsidRDefault="00471F91">
      <w:pPr>
        <w:autoSpaceDE w:val="0"/>
        <w:autoSpaceDN w:val="0"/>
        <w:spacing w:after="0" w:line="14" w:lineRule="exact"/>
      </w:pPr>
    </w:p>
    <w:p w14:paraId="48F5DE40" w14:textId="77777777" w:rsidR="00471F91" w:rsidRDefault="00471F91">
      <w:pPr>
        <w:sectPr w:rsidR="00471F91">
          <w:pgSz w:w="16840" w:h="11900"/>
          <w:pgMar w:top="284" w:right="640" w:bottom="478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1B5C2388" w14:textId="77777777" w:rsidR="00471F91" w:rsidRDefault="00471F91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3890"/>
        <w:gridCol w:w="528"/>
        <w:gridCol w:w="1106"/>
        <w:gridCol w:w="1140"/>
        <w:gridCol w:w="864"/>
        <w:gridCol w:w="4228"/>
        <w:gridCol w:w="1236"/>
        <w:gridCol w:w="2042"/>
      </w:tblGrid>
      <w:tr w:rsidR="00471F91" w14:paraId="0773AF8C" w14:textId="77777777">
        <w:trPr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8CBC98F" w14:textId="77777777" w:rsidR="00471F91" w:rsidRDefault="000C537D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4.1.</w:t>
            </w:r>
          </w:p>
        </w:tc>
        <w:tc>
          <w:tcPr>
            <w:tcW w:w="3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D0052C7" w14:textId="77777777" w:rsidR="00471F91" w:rsidRPr="000C537D" w:rsidRDefault="000C537D">
            <w:pPr>
              <w:autoSpaceDE w:val="0"/>
              <w:autoSpaceDN w:val="0"/>
              <w:spacing w:before="78" w:after="0" w:line="245" w:lineRule="auto"/>
              <w:ind w:left="72" w:right="144"/>
              <w:rPr>
                <w:lang w:val="ru-RU"/>
              </w:rPr>
            </w:pPr>
            <w:r w:rsidRPr="000C537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Работа с доступной информацией в Интернете и на цифровых носителях информации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074A8B6" w14:textId="77777777" w:rsidR="00471F91" w:rsidRDefault="000C537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67910E0" w14:textId="77777777" w:rsidR="00471F91" w:rsidRDefault="000C537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D895B82" w14:textId="77777777" w:rsidR="00471F91" w:rsidRDefault="000C537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98866EA" w14:textId="77777777" w:rsidR="00471F91" w:rsidRDefault="000C537D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04.05.2023</w:t>
            </w:r>
          </w:p>
        </w:tc>
        <w:tc>
          <w:tcPr>
            <w:tcW w:w="4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0E0ECEE" w14:textId="77777777" w:rsidR="00471F91" w:rsidRPr="000C537D" w:rsidRDefault="000C537D">
            <w:pPr>
              <w:autoSpaceDE w:val="0"/>
              <w:autoSpaceDN w:val="0"/>
              <w:spacing w:before="78" w:after="0" w:line="245" w:lineRule="auto"/>
              <w:ind w:left="72" w:right="288"/>
              <w:rPr>
                <w:lang w:val="ru-RU"/>
              </w:rPr>
            </w:pP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Выбирать средства ИКТ, компьютерные программы для презентации разработанных проектов;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FEE6310" w14:textId="77777777" w:rsidR="00471F91" w:rsidRDefault="000C537D">
            <w:pPr>
              <w:autoSpaceDE w:val="0"/>
              <w:autoSpaceDN w:val="0"/>
              <w:spacing w:before="7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Тестирование;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75B5FB6" w14:textId="77777777" w:rsidR="00471F91" w:rsidRDefault="000C537D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http://school.соllection.edu.ru</w:t>
            </w:r>
          </w:p>
        </w:tc>
      </w:tr>
      <w:tr w:rsidR="00471F91" w:rsidRPr="00E97715" w14:paraId="06E53FAF" w14:textId="77777777">
        <w:trPr>
          <w:trHeight w:hRule="exact" w:val="130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C224D05" w14:textId="77777777" w:rsidR="00471F91" w:rsidRDefault="000C537D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4.2.</w:t>
            </w:r>
          </w:p>
        </w:tc>
        <w:tc>
          <w:tcPr>
            <w:tcW w:w="3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AF1BDBD" w14:textId="77777777" w:rsidR="00471F91" w:rsidRPr="000C537D" w:rsidRDefault="000C537D">
            <w:pPr>
              <w:autoSpaceDE w:val="0"/>
              <w:autoSpaceDN w:val="0"/>
              <w:spacing w:before="78" w:after="0" w:line="247" w:lineRule="auto"/>
              <w:ind w:left="72" w:right="288"/>
              <w:rPr>
                <w:lang w:val="ru-RU"/>
              </w:rPr>
            </w:pPr>
            <w:r w:rsidRPr="000C537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Электронные и медиа-ресурсы в художественно-конструкторской, проектной, предметной </w:t>
            </w:r>
            <w:r w:rsidRPr="000C537D">
              <w:rPr>
                <w:lang w:val="ru-RU"/>
              </w:rPr>
              <w:br/>
            </w:r>
            <w:r w:rsidRPr="000C537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преобразующей деятельности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708DE7E" w14:textId="77777777" w:rsidR="00471F91" w:rsidRDefault="000C537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A4C51A7" w14:textId="77777777" w:rsidR="00471F91" w:rsidRDefault="000C537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CE55142" w14:textId="77777777" w:rsidR="00471F91" w:rsidRDefault="000C537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46AFF6E" w14:textId="77777777" w:rsidR="00471F91" w:rsidRDefault="000C537D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11.05.2023</w:t>
            </w:r>
          </w:p>
        </w:tc>
        <w:tc>
          <w:tcPr>
            <w:tcW w:w="4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7D6107B" w14:textId="77777777" w:rsidR="00471F91" w:rsidRPr="000C537D" w:rsidRDefault="000C537D">
            <w:pPr>
              <w:autoSpaceDE w:val="0"/>
              <w:autoSpaceDN w:val="0"/>
              <w:spacing w:before="78" w:after="0" w:line="247" w:lineRule="auto"/>
              <w:ind w:left="72" w:right="288"/>
              <w:rPr>
                <w:lang w:val="ru-RU"/>
              </w:rPr>
            </w:pP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Осваивать правила работы в программе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PowerP</w:t>
            </w: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int</w:t>
            </w: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(или другой). Создавать и сохранять слайды презентации в программе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PowerP</w:t>
            </w: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int</w:t>
            </w: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(или другой);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A42F947" w14:textId="77777777" w:rsidR="00471F91" w:rsidRPr="000C537D" w:rsidRDefault="000C537D">
            <w:pPr>
              <w:autoSpaceDE w:val="0"/>
              <w:autoSpaceDN w:val="0"/>
              <w:spacing w:before="78" w:after="0" w:line="252" w:lineRule="auto"/>
              <w:ind w:left="74" w:right="288"/>
              <w:rPr>
                <w:lang w:val="ru-RU"/>
              </w:rPr>
            </w:pP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Письменный контроль; </w:t>
            </w:r>
            <w:r w:rsidRPr="000C537D">
              <w:rPr>
                <w:lang w:val="ru-RU"/>
              </w:rPr>
              <w:br/>
            </w: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Т.Б. №5 </w:t>
            </w:r>
            <w:r w:rsidRPr="000C537D">
              <w:rPr>
                <w:lang w:val="ru-RU"/>
              </w:rPr>
              <w:br/>
            </w: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Правила </w:t>
            </w:r>
            <w:r w:rsidRPr="000C537D">
              <w:rPr>
                <w:lang w:val="ru-RU"/>
              </w:rPr>
              <w:br/>
            </w: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обращения с циркулем;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661F448" w14:textId="77777777" w:rsidR="00471F91" w:rsidRPr="000C537D" w:rsidRDefault="000C537D">
            <w:pPr>
              <w:autoSpaceDE w:val="0"/>
              <w:autoSpaceDN w:val="0"/>
              <w:spacing w:before="78" w:after="0" w:line="230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school</w:t>
            </w: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.со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llection</w:t>
            </w:r>
            <w:proofErr w:type="spellEnd"/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</w:p>
        </w:tc>
      </w:tr>
      <w:tr w:rsidR="00471F91" w14:paraId="5D2947BE" w14:textId="77777777">
        <w:trPr>
          <w:trHeight w:hRule="exact" w:val="73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3C8C1AA" w14:textId="77777777" w:rsidR="00471F91" w:rsidRDefault="000C537D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4.3.</w:t>
            </w:r>
          </w:p>
        </w:tc>
        <w:tc>
          <w:tcPr>
            <w:tcW w:w="3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7BA6D39" w14:textId="77777777" w:rsidR="00471F91" w:rsidRPr="000C537D" w:rsidRDefault="000C537D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0C537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Работа с готовыми цифровыми материалами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5FD1512" w14:textId="77777777" w:rsidR="00471F91" w:rsidRDefault="000C537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91E4CED" w14:textId="77777777" w:rsidR="00471F91" w:rsidRDefault="000C537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A79DD76" w14:textId="77777777" w:rsidR="00471F91" w:rsidRDefault="000C537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031EF00" w14:textId="77777777" w:rsidR="00471F91" w:rsidRDefault="000C537D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18.05.2023</w:t>
            </w:r>
          </w:p>
        </w:tc>
        <w:tc>
          <w:tcPr>
            <w:tcW w:w="4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6AACBDB" w14:textId="77777777" w:rsidR="00471F91" w:rsidRPr="000C537D" w:rsidRDefault="000C537D">
            <w:pPr>
              <w:autoSpaceDE w:val="0"/>
              <w:autoSpaceDN w:val="0"/>
              <w:spacing w:before="78" w:after="0" w:line="250" w:lineRule="auto"/>
              <w:ind w:left="72" w:right="432"/>
              <w:rPr>
                <w:lang w:val="ru-RU"/>
              </w:rPr>
            </w:pP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Набирать текст и размещать его на слайде программы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PowerPoint</w:t>
            </w: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(или другой), размещать иллюстративный материал на слайде, выбирать дизайн слайда;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15B903D" w14:textId="77777777" w:rsidR="00471F91" w:rsidRDefault="000C537D">
            <w:pPr>
              <w:autoSpaceDE w:val="0"/>
              <w:autoSpaceDN w:val="0"/>
              <w:spacing w:before="78" w:after="0" w:line="245" w:lineRule="auto"/>
              <w:ind w:left="74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 контроль;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0B93B6C" w14:textId="77777777" w:rsidR="00471F91" w:rsidRDefault="000C537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http://www.openclass.ru</w:t>
            </w:r>
          </w:p>
        </w:tc>
      </w:tr>
      <w:tr w:rsidR="00471F91" w14:paraId="1B0DA9BD" w14:textId="77777777">
        <w:trPr>
          <w:trHeight w:hRule="exact" w:val="130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3B235FE" w14:textId="77777777" w:rsidR="00471F91" w:rsidRDefault="000C537D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4.4.</w:t>
            </w:r>
          </w:p>
        </w:tc>
        <w:tc>
          <w:tcPr>
            <w:tcW w:w="3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6CE1AC7" w14:textId="77777777" w:rsidR="00471F91" w:rsidRPr="000C537D" w:rsidRDefault="000C537D">
            <w:pPr>
              <w:autoSpaceDE w:val="0"/>
              <w:autoSpaceDN w:val="0"/>
              <w:spacing w:before="76" w:after="0" w:line="250" w:lineRule="auto"/>
              <w:ind w:left="72" w:right="288"/>
              <w:rPr>
                <w:lang w:val="ru-RU"/>
              </w:rPr>
            </w:pPr>
            <w:r w:rsidRPr="000C537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Поиск дополнительной информации по тематике творческих и проектных работ, использование рисунков из ресурса компьютера в оформлении изделий и др.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BE62567" w14:textId="77777777" w:rsidR="00471F91" w:rsidRDefault="000C537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735A37A" w14:textId="77777777" w:rsidR="00471F91" w:rsidRDefault="000C537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FCD6EF7" w14:textId="77777777" w:rsidR="00471F91" w:rsidRDefault="000C537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726C5EE" w14:textId="77777777" w:rsidR="00471F91" w:rsidRDefault="000C537D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25.05.2023</w:t>
            </w:r>
          </w:p>
        </w:tc>
        <w:tc>
          <w:tcPr>
            <w:tcW w:w="4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843141" w14:textId="77777777" w:rsidR="00471F91" w:rsidRPr="000C537D" w:rsidRDefault="000C537D">
            <w:pPr>
              <w:autoSpaceDE w:val="0"/>
              <w:autoSpaceDN w:val="0"/>
              <w:spacing w:before="76" w:after="0" w:line="252" w:lineRule="auto"/>
              <w:ind w:left="72" w:right="144"/>
              <w:rPr>
                <w:lang w:val="ru-RU"/>
              </w:rPr>
            </w:pP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 помощью учителя создавать печатные публикации с использованием изображений на экране компьютера; </w:t>
            </w:r>
            <w:r w:rsidRPr="000C537D">
              <w:rPr>
                <w:lang w:val="ru-RU"/>
              </w:rPr>
              <w:br/>
            </w: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оформлять слайды презентации (выбор шрифта, размера, цвета шрифта, выравнивание абзаца); работать с доступной информацией; работать в программе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PowerPoint</w:t>
            </w: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(или </w:t>
            </w:r>
            <w:r w:rsidRPr="000C537D">
              <w:rPr>
                <w:lang w:val="ru-RU"/>
              </w:rPr>
              <w:br/>
            </w: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другой);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B622C68" w14:textId="77777777" w:rsidR="00471F91" w:rsidRDefault="000C537D">
            <w:pPr>
              <w:autoSpaceDE w:val="0"/>
              <w:autoSpaceDN w:val="0"/>
              <w:spacing w:before="76" w:after="0" w:line="245" w:lineRule="auto"/>
              <w:ind w:left="74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 работа;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04E688C" w14:textId="77777777" w:rsidR="00471F91" w:rsidRDefault="000C537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http://900igr.net</w:t>
            </w:r>
          </w:p>
        </w:tc>
      </w:tr>
      <w:tr w:rsidR="00471F91" w14:paraId="639E62F5" w14:textId="77777777">
        <w:trPr>
          <w:trHeight w:hRule="exact" w:val="131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6357A32" w14:textId="77777777" w:rsidR="00471F91" w:rsidRDefault="000C537D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4.5.</w:t>
            </w:r>
          </w:p>
        </w:tc>
        <w:tc>
          <w:tcPr>
            <w:tcW w:w="389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C9DB564" w14:textId="77777777" w:rsidR="00471F91" w:rsidRPr="000C537D" w:rsidRDefault="000C537D">
            <w:pPr>
              <w:autoSpaceDE w:val="0"/>
              <w:autoSpaceDN w:val="0"/>
              <w:spacing w:before="78" w:after="0" w:line="245" w:lineRule="auto"/>
              <w:ind w:left="72" w:right="144"/>
              <w:rPr>
                <w:lang w:val="ru-RU"/>
              </w:rPr>
            </w:pPr>
            <w:r w:rsidRPr="000C537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Создание презентаций в программе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PowerPoint</w:t>
            </w:r>
            <w:r w:rsidRPr="000C537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или другой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944A674" w14:textId="77777777" w:rsidR="00471F91" w:rsidRDefault="000C537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9B283FC" w14:textId="77777777" w:rsidR="00471F91" w:rsidRDefault="000C537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07E3E35" w14:textId="77777777" w:rsidR="00471F91" w:rsidRDefault="000C537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6251AB3" w14:textId="77777777" w:rsidR="00471F91" w:rsidRDefault="000C537D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26.05.2023</w:t>
            </w:r>
          </w:p>
        </w:tc>
        <w:tc>
          <w:tcPr>
            <w:tcW w:w="422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87DF548" w14:textId="77777777" w:rsidR="00471F91" w:rsidRPr="000C537D" w:rsidRDefault="000C537D">
            <w:pPr>
              <w:autoSpaceDE w:val="0"/>
              <w:autoSpaceDN w:val="0"/>
              <w:spacing w:before="78" w:after="0" w:line="252" w:lineRule="auto"/>
              <w:ind w:left="72" w:right="144"/>
              <w:rPr>
                <w:lang w:val="ru-RU"/>
              </w:rPr>
            </w:pP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 помощью учителя создавать печатные публикации с использованием изображений на экране компьютера; </w:t>
            </w:r>
            <w:r w:rsidRPr="000C537D">
              <w:rPr>
                <w:lang w:val="ru-RU"/>
              </w:rPr>
              <w:br/>
            </w: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оформлять слайды презентации (выбор шрифта, размера, цвета шрифта, выравнивание абзаца); работать с доступной информацией; работать в программе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PowerPoint</w:t>
            </w: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(или </w:t>
            </w:r>
            <w:r w:rsidRPr="000C537D">
              <w:rPr>
                <w:lang w:val="ru-RU"/>
              </w:rPr>
              <w:br/>
            </w: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другой);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337AF97" w14:textId="77777777" w:rsidR="00471F91" w:rsidRDefault="000C537D">
            <w:pPr>
              <w:autoSpaceDE w:val="0"/>
              <w:autoSpaceDN w:val="0"/>
              <w:spacing w:before="78" w:after="0" w:line="245" w:lineRule="auto"/>
              <w:ind w:left="74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 работа;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A582C0B" w14:textId="77777777" w:rsidR="00471F91" w:rsidRDefault="000C537D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http://nachalka.info/about/193</w:t>
            </w:r>
          </w:p>
        </w:tc>
      </w:tr>
      <w:tr w:rsidR="00471F91" w14:paraId="15B333E8" w14:textId="77777777">
        <w:trPr>
          <w:trHeight w:hRule="exact" w:val="348"/>
        </w:trPr>
        <w:tc>
          <w:tcPr>
            <w:tcW w:w="4358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E473D5A" w14:textId="77777777" w:rsidR="00471F91" w:rsidRDefault="000C537D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модулю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E097233" w14:textId="77777777" w:rsidR="00471F91" w:rsidRDefault="000C537D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</w:t>
            </w:r>
          </w:p>
        </w:tc>
        <w:tc>
          <w:tcPr>
            <w:tcW w:w="10616" w:type="dxa"/>
            <w:gridSpan w:val="6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B6ED376" w14:textId="77777777" w:rsidR="00471F91" w:rsidRDefault="00471F91"/>
        </w:tc>
      </w:tr>
      <w:tr w:rsidR="00471F91" w14:paraId="1B0F0C7B" w14:textId="77777777">
        <w:trPr>
          <w:trHeight w:hRule="exact" w:val="328"/>
        </w:trPr>
        <w:tc>
          <w:tcPr>
            <w:tcW w:w="43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6DAFD43" w14:textId="77777777" w:rsidR="00471F91" w:rsidRPr="000C537D" w:rsidRDefault="000C537D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0C53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ОБЩЕЕ КОЛИЧЕСТВО ЧАСОВ ПО ПРОГРАММЕ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A32ACBC" w14:textId="77777777" w:rsidR="00471F91" w:rsidRDefault="000C537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34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5198762" w14:textId="77777777" w:rsidR="00471F91" w:rsidRDefault="000C537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F6B8156" w14:textId="77777777" w:rsidR="00471F91" w:rsidRDefault="000C537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18</w:t>
            </w:r>
          </w:p>
        </w:tc>
        <w:tc>
          <w:tcPr>
            <w:tcW w:w="83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A4D85B3" w14:textId="77777777" w:rsidR="00471F91" w:rsidRDefault="00471F91"/>
        </w:tc>
      </w:tr>
    </w:tbl>
    <w:p w14:paraId="2B5E861A" w14:textId="77777777" w:rsidR="00471F91" w:rsidRDefault="00471F91">
      <w:pPr>
        <w:autoSpaceDE w:val="0"/>
        <w:autoSpaceDN w:val="0"/>
        <w:spacing w:after="0" w:line="14" w:lineRule="exact"/>
      </w:pPr>
    </w:p>
    <w:p w14:paraId="644B6EDB" w14:textId="77777777" w:rsidR="00471F91" w:rsidRDefault="00471F91">
      <w:pPr>
        <w:sectPr w:rsidR="00471F91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3CE8B87A" w14:textId="77777777" w:rsidR="00523A8B" w:rsidRDefault="00523A8B" w:rsidP="00523A8B">
      <w:pPr>
        <w:autoSpaceDE w:val="0"/>
        <w:autoSpaceDN w:val="0"/>
        <w:spacing w:after="0" w:line="230" w:lineRule="auto"/>
        <w:ind w:left="567"/>
        <w:rPr>
          <w:rFonts w:ascii="Times New Roman" w:eastAsia="Times New Roman" w:hAnsi="Times New Roman"/>
          <w:b/>
          <w:color w:val="000000"/>
          <w:sz w:val="24"/>
        </w:rPr>
      </w:pPr>
    </w:p>
    <w:p w14:paraId="46F9EFE5" w14:textId="77777777" w:rsidR="00523A8B" w:rsidRDefault="00523A8B" w:rsidP="00523A8B">
      <w:pPr>
        <w:autoSpaceDE w:val="0"/>
        <w:autoSpaceDN w:val="0"/>
        <w:spacing w:after="0" w:line="230" w:lineRule="auto"/>
        <w:ind w:left="567"/>
        <w:rPr>
          <w:rFonts w:ascii="Times New Roman" w:eastAsia="Times New Roman" w:hAnsi="Times New Roman"/>
          <w:b/>
          <w:color w:val="000000"/>
          <w:sz w:val="24"/>
        </w:rPr>
      </w:pPr>
    </w:p>
    <w:p w14:paraId="7D74FA48" w14:textId="77777777" w:rsidR="00471F91" w:rsidRPr="00523A8B" w:rsidRDefault="000C537D" w:rsidP="00523A8B">
      <w:pPr>
        <w:autoSpaceDE w:val="0"/>
        <w:autoSpaceDN w:val="0"/>
        <w:spacing w:after="0" w:line="230" w:lineRule="auto"/>
        <w:ind w:left="567"/>
        <w:rPr>
          <w:lang w:val="ru-RU"/>
        </w:rPr>
      </w:pPr>
      <w:r w:rsidRPr="00523A8B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УЧЕБНО-МЕТОДИЧЕСКОЕ ОБЕСПЕЧЕНИЕ ОБРАЗОВАТЕЛЬНОГО ПРОЦЕССА </w:t>
      </w:r>
    </w:p>
    <w:p w14:paraId="0BB2910C" w14:textId="77777777" w:rsidR="00471F91" w:rsidRPr="00523A8B" w:rsidRDefault="000C537D" w:rsidP="00523A8B">
      <w:pPr>
        <w:autoSpaceDE w:val="0"/>
        <w:autoSpaceDN w:val="0"/>
        <w:spacing w:before="346" w:after="0" w:line="230" w:lineRule="auto"/>
        <w:ind w:left="567"/>
        <w:rPr>
          <w:lang w:val="ru-RU"/>
        </w:rPr>
      </w:pPr>
      <w:r w:rsidRPr="00523A8B">
        <w:rPr>
          <w:rFonts w:ascii="Times New Roman" w:eastAsia="Times New Roman" w:hAnsi="Times New Roman"/>
          <w:b/>
          <w:color w:val="000000"/>
          <w:sz w:val="24"/>
          <w:lang w:val="ru-RU"/>
        </w:rPr>
        <w:t>ОБЯЗАТЕЛЬНЫЕ УЧЕБНЫЕ МАТЕРИАЛЫ ДЛЯ УЧЕНИКА</w:t>
      </w:r>
    </w:p>
    <w:p w14:paraId="5C733A9F" w14:textId="77777777" w:rsidR="00471F91" w:rsidRPr="000C537D" w:rsidRDefault="000C537D" w:rsidP="00523A8B">
      <w:pPr>
        <w:autoSpaceDE w:val="0"/>
        <w:autoSpaceDN w:val="0"/>
        <w:spacing w:before="166" w:after="0" w:line="281" w:lineRule="auto"/>
        <w:ind w:left="567"/>
        <w:rPr>
          <w:lang w:val="ru-RU"/>
        </w:rPr>
      </w:pP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 xml:space="preserve">Технология, 4 класс/Лутцева Е.А., Общество с ограниченной ответственностью «Издательский центр ВЕНТАНА-ГРАФ»; Акционерное общество «Издательство Просвещение»; </w:t>
      </w:r>
      <w:r w:rsidRPr="000C537D">
        <w:rPr>
          <w:lang w:val="ru-RU"/>
        </w:rPr>
        <w:br/>
      </w:r>
      <w:r w:rsidR="00523A8B" w:rsidRPr="000C537D">
        <w:rPr>
          <w:rFonts w:ascii="Times New Roman" w:eastAsia="Times New Roman" w:hAnsi="Times New Roman"/>
          <w:color w:val="000000"/>
          <w:sz w:val="24"/>
          <w:lang w:val="ru-RU"/>
        </w:rPr>
        <w:t>1. Технология</w:t>
      </w: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 xml:space="preserve">, 4 класс, учебник для учащихся </w:t>
      </w:r>
      <w:r w:rsidRPr="000C537D">
        <w:rPr>
          <w:lang w:val="ru-RU"/>
        </w:rPr>
        <w:br/>
      </w: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 xml:space="preserve">общеобразовательных учреждений, Е. А. </w:t>
      </w:r>
      <w:proofErr w:type="spellStart"/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>Лутцева</w:t>
      </w:r>
      <w:proofErr w:type="spellEnd"/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 xml:space="preserve">, М: </w:t>
      </w:r>
      <w:proofErr w:type="spellStart"/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>Вентана</w:t>
      </w:r>
      <w:proofErr w:type="spellEnd"/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 xml:space="preserve">-Граф, 2019 год </w:t>
      </w:r>
      <w:r w:rsidRPr="000C537D">
        <w:rPr>
          <w:lang w:val="ru-RU"/>
        </w:rPr>
        <w:br/>
      </w: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>2.</w:t>
      </w:r>
      <w:r w:rsidR="006B7E6E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 xml:space="preserve">Рабочая тетрадь Рабочая тетрадь. 1- 4 класс. Лутцева Е.А. </w:t>
      </w:r>
      <w:r w:rsidR="00523A8B" w:rsidRPr="000C537D">
        <w:rPr>
          <w:rFonts w:ascii="Times New Roman" w:eastAsia="Times New Roman" w:hAnsi="Times New Roman"/>
          <w:color w:val="000000"/>
          <w:sz w:val="24"/>
          <w:lang w:val="ru-RU"/>
        </w:rPr>
        <w:t>М.: Вентана</w:t>
      </w: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>-Граф</w:t>
      </w:r>
    </w:p>
    <w:p w14:paraId="4B9CC79E" w14:textId="77777777" w:rsidR="00471F91" w:rsidRPr="000C537D" w:rsidRDefault="000C537D" w:rsidP="00523A8B">
      <w:pPr>
        <w:autoSpaceDE w:val="0"/>
        <w:autoSpaceDN w:val="0"/>
        <w:spacing w:before="262" w:after="0" w:line="230" w:lineRule="auto"/>
        <w:ind w:left="567"/>
        <w:rPr>
          <w:lang w:val="ru-RU"/>
        </w:rPr>
      </w:pPr>
      <w:r w:rsidRPr="000C537D">
        <w:rPr>
          <w:rFonts w:ascii="Times New Roman" w:eastAsia="Times New Roman" w:hAnsi="Times New Roman"/>
          <w:b/>
          <w:color w:val="000000"/>
          <w:sz w:val="24"/>
          <w:lang w:val="ru-RU"/>
        </w:rPr>
        <w:t>МЕТОДИЧЕСКИЕ МАТЕРИАЛЫ ДЛЯ УЧИТЕЛЯ</w:t>
      </w:r>
    </w:p>
    <w:p w14:paraId="58A2DAC7" w14:textId="77777777" w:rsidR="00471F91" w:rsidRPr="000C537D" w:rsidRDefault="000C537D" w:rsidP="00523A8B">
      <w:pPr>
        <w:autoSpaceDE w:val="0"/>
        <w:autoSpaceDN w:val="0"/>
        <w:spacing w:before="168" w:after="0" w:line="281" w:lineRule="auto"/>
        <w:ind w:left="567"/>
        <w:rPr>
          <w:lang w:val="ru-RU"/>
        </w:rPr>
      </w:pP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 xml:space="preserve">Технология. 1-4 классы. «Методические рекомендации для учителя. ФГОС Лутцева Е.А. М.: Вентана-Граф, 2019 </w:t>
      </w:r>
      <w:r w:rsidRPr="000C537D">
        <w:rPr>
          <w:lang w:val="ru-RU"/>
        </w:rPr>
        <w:br/>
      </w: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 xml:space="preserve">Дидактический материал </w:t>
      </w:r>
      <w:r w:rsidRPr="000C537D">
        <w:rPr>
          <w:lang w:val="ru-RU"/>
        </w:rPr>
        <w:br/>
      </w: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>1.Таблицы в соответствии с основными разделами программы обучения.</w:t>
      </w:r>
    </w:p>
    <w:p w14:paraId="7AAFF116" w14:textId="77777777" w:rsidR="00471F91" w:rsidRPr="000C537D" w:rsidRDefault="000C537D" w:rsidP="00523A8B">
      <w:pPr>
        <w:autoSpaceDE w:val="0"/>
        <w:autoSpaceDN w:val="0"/>
        <w:spacing w:before="70" w:after="0" w:line="230" w:lineRule="auto"/>
        <w:ind w:left="567"/>
        <w:rPr>
          <w:lang w:val="ru-RU"/>
        </w:rPr>
      </w:pP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>2.Альбомы демонстрационного и раздаточного материала</w:t>
      </w:r>
    </w:p>
    <w:p w14:paraId="4AC0CF4E" w14:textId="77777777" w:rsidR="00471F91" w:rsidRPr="000C537D" w:rsidRDefault="000C537D" w:rsidP="00523A8B">
      <w:pPr>
        <w:autoSpaceDE w:val="0"/>
        <w:autoSpaceDN w:val="0"/>
        <w:spacing w:before="598" w:after="0" w:line="230" w:lineRule="auto"/>
        <w:ind w:left="567"/>
        <w:rPr>
          <w:lang w:val="ru-RU"/>
        </w:rPr>
      </w:pPr>
      <w:r w:rsidRPr="000C537D">
        <w:rPr>
          <w:rFonts w:ascii="Times New Roman" w:eastAsia="Times New Roman" w:hAnsi="Times New Roman"/>
          <w:b/>
          <w:color w:val="000000"/>
          <w:sz w:val="24"/>
          <w:lang w:val="ru-RU"/>
        </w:rPr>
        <w:t>ЦИФРОВЫЕ ОБРАЗОВАТЕЛЬНЫЕ РЕСУРСЫ И РЕСУРСЫ СЕТИ ИНТЕРНЕТ</w:t>
      </w:r>
    </w:p>
    <w:p w14:paraId="61DDB5FB" w14:textId="77777777" w:rsidR="00471F91" w:rsidRPr="000C537D" w:rsidRDefault="000C537D" w:rsidP="00523A8B">
      <w:pPr>
        <w:autoSpaceDE w:val="0"/>
        <w:autoSpaceDN w:val="0"/>
        <w:spacing w:before="166" w:after="0"/>
        <w:ind w:left="567"/>
        <w:rPr>
          <w:lang w:val="ru-RU"/>
        </w:rPr>
      </w:pP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 xml:space="preserve">ЦОР </w:t>
      </w:r>
      <w:r w:rsidRPr="000C537D">
        <w:rPr>
          <w:lang w:val="ru-RU"/>
        </w:rPr>
        <w:br/>
      </w: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 xml:space="preserve">1.Единая коллекция цифровых образовательных ресурсов. -Режим доступа: 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school</w:t>
      </w: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>.со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llection</w:t>
      </w:r>
      <w:proofErr w:type="spellEnd"/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edu</w:t>
      </w:r>
      <w:proofErr w:type="spellEnd"/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0C537D">
        <w:rPr>
          <w:lang w:val="ru-RU"/>
        </w:rPr>
        <w:br/>
      </w: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>2.Открытый класс. Сетевые образовательные сообщества.</w:t>
      </w:r>
    </w:p>
    <w:p w14:paraId="119B4570" w14:textId="77777777" w:rsidR="00471F91" w:rsidRPr="000C537D" w:rsidRDefault="000C537D" w:rsidP="00523A8B">
      <w:pPr>
        <w:autoSpaceDE w:val="0"/>
        <w:autoSpaceDN w:val="0"/>
        <w:spacing w:before="70" w:after="0"/>
        <w:ind w:left="567"/>
        <w:rPr>
          <w:lang w:val="ru-RU"/>
        </w:rPr>
      </w:pP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 xml:space="preserve">Режим доступа: 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openclass</w:t>
      </w:r>
      <w:proofErr w:type="spellEnd"/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0C537D">
        <w:rPr>
          <w:lang w:val="ru-RU"/>
        </w:rPr>
        <w:br/>
      </w: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>3.Презентации уроков «Начальная школ</w:t>
      </w:r>
      <w:r>
        <w:rPr>
          <w:rFonts w:ascii="Times New Roman" w:eastAsia="Times New Roman" w:hAnsi="Times New Roman"/>
          <w:color w:val="000000"/>
          <w:sz w:val="24"/>
        </w:rPr>
        <w:t>a</w:t>
      </w: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 xml:space="preserve">». - Режим доступа: 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nachalka</w:t>
      </w:r>
      <w:proofErr w:type="spellEnd"/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info</w:t>
      </w: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about</w:t>
      </w: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 xml:space="preserve">/193 </w:t>
      </w:r>
      <w:r w:rsidRPr="000C537D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>://900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igr</w:t>
      </w:r>
      <w:proofErr w:type="spellEnd"/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net</w:t>
      </w:r>
    </w:p>
    <w:p w14:paraId="0CC398B5" w14:textId="77777777" w:rsidR="00471F91" w:rsidRPr="000C537D" w:rsidRDefault="00471F91">
      <w:pPr>
        <w:rPr>
          <w:lang w:val="ru-RU"/>
        </w:rPr>
        <w:sectPr w:rsidR="00471F91" w:rsidRPr="000C537D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46C60203" w14:textId="77777777" w:rsidR="00471F91" w:rsidRPr="000C537D" w:rsidRDefault="00471F91">
      <w:pPr>
        <w:autoSpaceDE w:val="0"/>
        <w:autoSpaceDN w:val="0"/>
        <w:spacing w:after="78" w:line="220" w:lineRule="exact"/>
        <w:rPr>
          <w:lang w:val="ru-RU"/>
        </w:rPr>
      </w:pPr>
    </w:p>
    <w:p w14:paraId="35481803" w14:textId="77777777" w:rsidR="00471F91" w:rsidRPr="000C537D" w:rsidRDefault="000C537D" w:rsidP="00523A8B">
      <w:pPr>
        <w:autoSpaceDE w:val="0"/>
        <w:autoSpaceDN w:val="0"/>
        <w:spacing w:after="0" w:line="230" w:lineRule="auto"/>
        <w:ind w:left="567" w:right="94"/>
        <w:rPr>
          <w:lang w:val="ru-RU"/>
        </w:rPr>
      </w:pPr>
      <w:r w:rsidRPr="000C537D">
        <w:rPr>
          <w:rFonts w:ascii="Times New Roman" w:eastAsia="Times New Roman" w:hAnsi="Times New Roman"/>
          <w:b/>
          <w:color w:val="000000"/>
          <w:sz w:val="24"/>
          <w:lang w:val="ru-RU"/>
        </w:rPr>
        <w:t>МАТЕРИАЛЬНО-ТЕХНИЧЕСКОЕ ОБЕСПЕЧЕНИЕ ОБРАЗОВАТЕЛЬНОГО ПРОЦЕССА</w:t>
      </w:r>
    </w:p>
    <w:p w14:paraId="29CE0CA6" w14:textId="77777777" w:rsidR="00471F91" w:rsidRPr="000C537D" w:rsidRDefault="000C537D" w:rsidP="00523A8B">
      <w:pPr>
        <w:autoSpaceDE w:val="0"/>
        <w:autoSpaceDN w:val="0"/>
        <w:spacing w:before="346" w:after="0" w:line="230" w:lineRule="auto"/>
        <w:ind w:left="567" w:right="94"/>
        <w:rPr>
          <w:lang w:val="ru-RU"/>
        </w:rPr>
      </w:pPr>
      <w:r w:rsidRPr="000C537D">
        <w:rPr>
          <w:rFonts w:ascii="Times New Roman" w:eastAsia="Times New Roman" w:hAnsi="Times New Roman"/>
          <w:b/>
          <w:color w:val="000000"/>
          <w:sz w:val="24"/>
          <w:lang w:val="ru-RU"/>
        </w:rPr>
        <w:t>УЧЕБНОЕ ОБОРУДОВАНИЕ</w:t>
      </w:r>
    </w:p>
    <w:p w14:paraId="60C802CF" w14:textId="77777777" w:rsidR="00471F91" w:rsidRPr="000C537D" w:rsidRDefault="000C537D" w:rsidP="00523A8B">
      <w:pPr>
        <w:autoSpaceDE w:val="0"/>
        <w:autoSpaceDN w:val="0"/>
        <w:spacing w:before="502" w:after="0" w:line="262" w:lineRule="auto"/>
        <w:ind w:left="567" w:right="94"/>
        <w:rPr>
          <w:lang w:val="ru-RU"/>
        </w:rPr>
      </w:pP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 xml:space="preserve">Технические средства: </w:t>
      </w:r>
      <w:r w:rsidRPr="000C537D">
        <w:rPr>
          <w:lang w:val="ru-RU"/>
        </w:rPr>
        <w:br/>
      </w: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>1.Компьютер.</w:t>
      </w:r>
    </w:p>
    <w:p w14:paraId="7420BC7A" w14:textId="77777777" w:rsidR="00471F91" w:rsidRPr="000C537D" w:rsidRDefault="000C537D" w:rsidP="00523A8B">
      <w:pPr>
        <w:autoSpaceDE w:val="0"/>
        <w:autoSpaceDN w:val="0"/>
        <w:spacing w:before="70" w:after="0" w:line="230" w:lineRule="auto"/>
        <w:ind w:left="567" w:right="94"/>
        <w:rPr>
          <w:lang w:val="ru-RU"/>
        </w:rPr>
      </w:pP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>2.</w:t>
      </w:r>
      <w:r>
        <w:rPr>
          <w:rFonts w:ascii="Times New Roman" w:eastAsia="Times New Roman" w:hAnsi="Times New Roman"/>
          <w:color w:val="000000"/>
          <w:sz w:val="24"/>
        </w:rPr>
        <w:t>DVD</w:t>
      </w: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 xml:space="preserve"> – проектор.</w:t>
      </w:r>
    </w:p>
    <w:p w14:paraId="26EB8923" w14:textId="77777777" w:rsidR="00471F91" w:rsidRPr="000C537D" w:rsidRDefault="000C537D" w:rsidP="00523A8B">
      <w:pPr>
        <w:autoSpaceDE w:val="0"/>
        <w:autoSpaceDN w:val="0"/>
        <w:spacing w:before="70" w:after="0" w:line="230" w:lineRule="auto"/>
        <w:ind w:left="567" w:right="94"/>
        <w:rPr>
          <w:lang w:val="ru-RU"/>
        </w:rPr>
      </w:pP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>3.Магнитная доска.</w:t>
      </w:r>
    </w:p>
    <w:p w14:paraId="34F8BE16" w14:textId="77777777" w:rsidR="00471F91" w:rsidRPr="000C537D" w:rsidRDefault="000C537D" w:rsidP="00523A8B">
      <w:pPr>
        <w:autoSpaceDE w:val="0"/>
        <w:autoSpaceDN w:val="0"/>
        <w:spacing w:before="70" w:after="0" w:line="230" w:lineRule="auto"/>
        <w:ind w:left="567" w:right="94"/>
        <w:rPr>
          <w:lang w:val="ru-RU"/>
        </w:rPr>
      </w:pP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>4.Компьютерные и информационно-коммуникативные средства обучения.</w:t>
      </w:r>
    </w:p>
    <w:p w14:paraId="45A11893" w14:textId="77777777" w:rsidR="00471F91" w:rsidRPr="000C537D" w:rsidRDefault="000C537D" w:rsidP="00523A8B">
      <w:pPr>
        <w:autoSpaceDE w:val="0"/>
        <w:autoSpaceDN w:val="0"/>
        <w:spacing w:before="264" w:after="0" w:line="230" w:lineRule="auto"/>
        <w:ind w:left="567" w:right="94"/>
        <w:rPr>
          <w:lang w:val="ru-RU"/>
        </w:rPr>
      </w:pPr>
      <w:r w:rsidRPr="000C537D">
        <w:rPr>
          <w:rFonts w:ascii="Times New Roman" w:eastAsia="Times New Roman" w:hAnsi="Times New Roman"/>
          <w:b/>
          <w:color w:val="000000"/>
          <w:sz w:val="24"/>
          <w:lang w:val="ru-RU"/>
        </w:rPr>
        <w:t>ОБОРУДОВАНИЕ ДЛЯ ПРОВЕДЕНИЯ ПРАКТИЧЕСКИХ РАБОТ</w:t>
      </w:r>
    </w:p>
    <w:p w14:paraId="50389D49" w14:textId="77777777" w:rsidR="00471F91" w:rsidRPr="000C537D" w:rsidRDefault="000C537D" w:rsidP="00523A8B">
      <w:pPr>
        <w:autoSpaceDE w:val="0"/>
        <w:autoSpaceDN w:val="0"/>
        <w:spacing w:before="840" w:after="0" w:line="230" w:lineRule="auto"/>
        <w:ind w:left="567" w:right="94"/>
        <w:rPr>
          <w:lang w:val="ru-RU"/>
        </w:rPr>
      </w:pP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>1.Компьютер.</w:t>
      </w:r>
    </w:p>
    <w:p w14:paraId="26F6EA37" w14:textId="77777777" w:rsidR="00471F91" w:rsidRPr="000C537D" w:rsidRDefault="000C537D" w:rsidP="00523A8B">
      <w:pPr>
        <w:autoSpaceDE w:val="0"/>
        <w:autoSpaceDN w:val="0"/>
        <w:spacing w:before="70" w:after="0" w:line="230" w:lineRule="auto"/>
        <w:ind w:left="567" w:right="94"/>
        <w:rPr>
          <w:lang w:val="ru-RU"/>
        </w:rPr>
      </w:pP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>2.</w:t>
      </w:r>
      <w:r>
        <w:rPr>
          <w:rFonts w:ascii="Times New Roman" w:eastAsia="Times New Roman" w:hAnsi="Times New Roman"/>
          <w:color w:val="000000"/>
          <w:sz w:val="24"/>
        </w:rPr>
        <w:t>DVD</w:t>
      </w: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 xml:space="preserve"> – проектор.</w:t>
      </w:r>
    </w:p>
    <w:p w14:paraId="6983FAA6" w14:textId="77777777" w:rsidR="00471F91" w:rsidRPr="000C537D" w:rsidRDefault="000C537D" w:rsidP="00523A8B">
      <w:pPr>
        <w:autoSpaceDE w:val="0"/>
        <w:autoSpaceDN w:val="0"/>
        <w:spacing w:before="70" w:after="0" w:line="230" w:lineRule="auto"/>
        <w:ind w:left="567" w:right="94"/>
        <w:rPr>
          <w:lang w:val="ru-RU"/>
        </w:rPr>
      </w:pP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>3.И-доска.</w:t>
      </w:r>
    </w:p>
    <w:p w14:paraId="073394C4" w14:textId="77777777" w:rsidR="00471F91" w:rsidRPr="000C537D" w:rsidRDefault="000C537D" w:rsidP="00523A8B">
      <w:pPr>
        <w:autoSpaceDE w:val="0"/>
        <w:autoSpaceDN w:val="0"/>
        <w:spacing w:before="70" w:after="0" w:line="230" w:lineRule="auto"/>
        <w:ind w:left="567" w:right="94"/>
        <w:rPr>
          <w:lang w:val="ru-RU"/>
        </w:rPr>
      </w:pPr>
      <w:r w:rsidRPr="000C537D">
        <w:rPr>
          <w:rFonts w:ascii="Times New Roman" w:eastAsia="Times New Roman" w:hAnsi="Times New Roman"/>
          <w:color w:val="000000"/>
          <w:sz w:val="24"/>
          <w:lang w:val="ru-RU"/>
        </w:rPr>
        <w:t>4.Компьютерные и информационно-коммуникативные средства обучения.</w:t>
      </w:r>
    </w:p>
    <w:sectPr w:rsidR="00471F91" w:rsidRPr="000C537D" w:rsidSect="00523A8B">
      <w:pgSz w:w="11900" w:h="16840"/>
      <w:pgMar w:top="298" w:right="650" w:bottom="1440" w:left="666" w:header="720" w:footer="720" w:gutter="0"/>
      <w:cols w:space="720" w:equalWidth="0">
        <w:col w:w="10584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0C537D"/>
    <w:rsid w:val="0015074B"/>
    <w:rsid w:val="0029639D"/>
    <w:rsid w:val="00297E3B"/>
    <w:rsid w:val="00326F90"/>
    <w:rsid w:val="003C148E"/>
    <w:rsid w:val="00471F91"/>
    <w:rsid w:val="00523A8B"/>
    <w:rsid w:val="005A3759"/>
    <w:rsid w:val="006B7E6E"/>
    <w:rsid w:val="007D6113"/>
    <w:rsid w:val="00AA1D8D"/>
    <w:rsid w:val="00B47730"/>
    <w:rsid w:val="00CB0664"/>
    <w:rsid w:val="00E97715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E017859"/>
  <w14:defaultImageDpi w14:val="300"/>
  <w15:docId w15:val="{23E22DA3-9E28-4F85-8995-53D6B81CE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Заголовок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E1B6AC5-F810-496C-8F8C-D19D67B59F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18</Pages>
  <Words>5484</Words>
  <Characters>31260</Characters>
  <Application>Microsoft Office Word</Application>
  <DocSecurity>0</DocSecurity>
  <Lines>260</Lines>
  <Paragraphs>73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36671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НАТАША</cp:lastModifiedBy>
  <cp:revision>11</cp:revision>
  <dcterms:created xsi:type="dcterms:W3CDTF">2013-12-23T23:15:00Z</dcterms:created>
  <dcterms:modified xsi:type="dcterms:W3CDTF">2022-06-28T00:42:00Z</dcterms:modified>
  <cp:category/>
</cp:coreProperties>
</file>