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CA7" w:rsidRDefault="00AE5CA7" w:rsidP="005668E9">
      <w:pPr>
        <w:autoSpaceDE w:val="0"/>
        <w:autoSpaceDN w:val="0"/>
        <w:spacing w:after="0" w:line="220" w:lineRule="exact"/>
      </w:pPr>
    </w:p>
    <w:p w:rsidR="00425CC9" w:rsidRDefault="00466A3B" w:rsidP="00425CC9">
      <w:pPr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720840" cy="9497207"/>
            <wp:effectExtent l="0" t="0" r="3810" b="8890"/>
            <wp:docPr id="1" name="Рисунок 1" descr="\\Vegass\Incoming\Кабинет 35\титулы\Scan_20220627_15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gass\Incoming\Кабинет 35\титулы\Scan_20220627_1553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49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9" w:rsidRPr="005668E9" w:rsidRDefault="00425CC9" w:rsidP="00425CC9">
      <w:pPr>
        <w:jc w:val="center"/>
        <w:rPr>
          <w:lang w:val="ru-RU"/>
        </w:rPr>
      </w:pPr>
    </w:p>
    <w:p w:rsidR="00AE5CA7" w:rsidRPr="005668E9" w:rsidRDefault="00FB19FC" w:rsidP="00425CC9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5668E9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AE5CA7" w:rsidRPr="00FB19FC" w:rsidRDefault="00FB19FC" w:rsidP="00425CC9">
      <w:pPr>
        <w:autoSpaceDE w:val="0"/>
        <w:autoSpaceDN w:val="0"/>
        <w:spacing w:before="346" w:after="0" w:line="230" w:lineRule="auto"/>
        <w:jc w:val="center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КУРСА  "АЛГЕБРА"</w:t>
      </w:r>
    </w:p>
    <w:p w:rsidR="00AE5CA7" w:rsidRPr="00FB19FC" w:rsidRDefault="00FB19FC" w:rsidP="005668E9">
      <w:pPr>
        <w:autoSpaceDE w:val="0"/>
        <w:autoSpaceDN w:val="0"/>
        <w:spacing w:before="166" w:after="0" w:line="288" w:lineRule="auto"/>
        <w:ind w:firstLine="180"/>
        <w:jc w:val="both"/>
        <w:rPr>
          <w:lang w:val="ru-RU"/>
        </w:rPr>
      </w:pP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учебному курсу "Алгебра" для обучающихся 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В программе учтены идеи и положения Концепции развития математического образования в Российской 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</w:t>
      </w:r>
    </w:p>
    <w:p w:rsidR="00AE5CA7" w:rsidRPr="00FB19FC" w:rsidRDefault="00FB19FC" w:rsidP="005668E9">
      <w:pPr>
        <w:autoSpaceDE w:val="0"/>
        <w:autoSpaceDN w:val="0"/>
        <w:spacing w:before="70" w:after="0"/>
        <w:ind w:right="144"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AE5CA7" w:rsidRPr="00FB19FC" w:rsidRDefault="00FB19FC" w:rsidP="005668E9">
      <w:pPr>
        <w:autoSpaceDE w:val="0"/>
        <w:autoSpaceDN w:val="0"/>
        <w:spacing w:before="70" w:after="0" w:line="286" w:lineRule="auto"/>
        <w:ind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Практическая полезность математики обусловлена тем, что её предметом являются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разнообразной социальной, экономической, политической информации, малоэффективна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AE5CA7" w:rsidRPr="00FB19FC" w:rsidRDefault="00FB19FC" w:rsidP="005668E9">
      <w:pPr>
        <w:autoSpaceDE w:val="0"/>
        <w:autoSpaceDN w:val="0"/>
        <w:spacing w:before="70" w:after="0" w:line="288" w:lineRule="auto"/>
        <w:ind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AE5CA7" w:rsidRPr="00FB19FC" w:rsidRDefault="00FB19FC" w:rsidP="005668E9">
      <w:pPr>
        <w:autoSpaceDE w:val="0"/>
        <w:autoSpaceDN w:val="0"/>
        <w:spacing w:before="70" w:after="0" w:line="271" w:lineRule="auto"/>
        <w:ind w:firstLine="180"/>
        <w:jc w:val="both"/>
        <w:rPr>
          <w:lang w:val="ru-RU"/>
        </w:rPr>
      </w:pP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</w:p>
    <w:p w:rsidR="00AE5CA7" w:rsidRPr="00FB19FC" w:rsidRDefault="00FB19FC" w:rsidP="005668E9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Необходимым компонентом общей культуры в современном толковании является общее знакомство</w:t>
      </w:r>
    </w:p>
    <w:p w:rsidR="00AE5CA7" w:rsidRPr="00FB19FC" w:rsidRDefault="00AE5CA7" w:rsidP="005668E9">
      <w:pPr>
        <w:jc w:val="both"/>
        <w:rPr>
          <w:lang w:val="ru-RU"/>
        </w:rPr>
        <w:sectPr w:rsidR="00AE5CA7" w:rsidRPr="00FB19FC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Pr="00FB19FC" w:rsidRDefault="00AE5CA7" w:rsidP="005668E9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AE5CA7" w:rsidRPr="00FB19FC" w:rsidRDefault="00FB19FC" w:rsidP="005668E9">
      <w:pPr>
        <w:autoSpaceDE w:val="0"/>
        <w:autoSpaceDN w:val="0"/>
        <w:spacing w:after="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AE5CA7" w:rsidRPr="00FB19FC" w:rsidRDefault="00FB19FC" w:rsidP="005668E9">
      <w:pPr>
        <w:autoSpaceDE w:val="0"/>
        <w:autoSpaceDN w:val="0"/>
        <w:spacing w:before="70" w:after="0" w:line="271" w:lineRule="auto"/>
        <w:ind w:right="432"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AE5CA7" w:rsidRPr="00FB19FC" w:rsidRDefault="00FB19FC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КУРСА "АЛГЕБРА"</w:t>
      </w:r>
    </w:p>
    <w:p w:rsidR="00AE5CA7" w:rsidRPr="00FB19FC" w:rsidRDefault="00FB19FC" w:rsidP="005668E9">
      <w:pPr>
        <w:autoSpaceDE w:val="0"/>
        <w:autoSpaceDN w:val="0"/>
        <w:spacing w:before="166" w:after="0" w:line="288" w:lineRule="auto"/>
        <w:ind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Алгебра является одним из опорных курсов основной школы: она обеспечивает изучение других дисциплин, как естественнонаучного,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естественным образом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: они используют дедуктивные и индуктивные рассуждения, обобщение и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естественным образом является реализацией </w:t>
      </w:r>
      <w:proofErr w:type="spell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деятельностного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принципа обучения.</w:t>
      </w:r>
    </w:p>
    <w:p w:rsidR="00AE5CA7" w:rsidRPr="00FB19FC" w:rsidRDefault="00FB19FC" w:rsidP="005668E9">
      <w:pPr>
        <w:autoSpaceDE w:val="0"/>
        <w:autoSpaceDN w:val="0"/>
        <w:spacing w:before="70" w:after="0" w:line="286" w:lineRule="auto"/>
        <w:ind w:right="144"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В структуре программы учебного курса «Алгебра» основной школы основное место занимают содержательно-методические линии: «Числа и вычисления»; «Алгебраические выражения»;</w:t>
      </w:r>
      <w:r w:rsidR="00F1516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«Уравнения и неравенства»; «Функции». Каждая из этих содержательно-методических линий развивается на протяжении трёх лет изучения курса, естественным образом переплетаясь и взаимодействуя с другими его линиями. В ходе изучения курса </w:t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обучающимся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приходится логически рассуждать, использовать теоретико-множественный язык. В связи с этим целесообразно включить в программу некоторые основы логики, пронизывающие все основные разделы математического образования и способствующие овладению </w:t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основ универсального математического языка. Таким образом, можно утверждать, что содержательной и структурной особенностью курса</w:t>
      </w:r>
      <w:r w:rsidR="00F1516D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«Алгебра» является его интегрированный характер.</w:t>
      </w:r>
    </w:p>
    <w:p w:rsidR="00AE5CA7" w:rsidRPr="00FB19FC" w:rsidRDefault="00FB19FC" w:rsidP="005668E9">
      <w:pPr>
        <w:autoSpaceDE w:val="0"/>
        <w:autoSpaceDN w:val="0"/>
        <w:spacing w:before="72" w:after="0" w:line="281" w:lineRule="auto"/>
        <w:ind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в основной школе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старшему звену общего образования.</w:t>
      </w:r>
    </w:p>
    <w:p w:rsidR="00AE5CA7" w:rsidRPr="00FB19FC" w:rsidRDefault="00FB19FC" w:rsidP="005668E9">
      <w:pPr>
        <w:autoSpaceDE w:val="0"/>
        <w:autoSpaceDN w:val="0"/>
        <w:spacing w:before="70" w:after="0" w:line="286" w:lineRule="auto"/>
        <w:ind w:firstLine="180"/>
        <w:jc w:val="both"/>
        <w:rPr>
          <w:lang w:val="ru-RU"/>
        </w:rPr>
      </w:pP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двух алгебраических линий </w:t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—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В основной школе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вносит </w:t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свой</w:t>
      </w:r>
      <w:proofErr w:type="gramEnd"/>
    </w:p>
    <w:p w:rsidR="00AE5CA7" w:rsidRPr="00FB19FC" w:rsidRDefault="00AE5CA7">
      <w:pPr>
        <w:rPr>
          <w:lang w:val="ru-RU"/>
        </w:rPr>
        <w:sectPr w:rsidR="00AE5CA7" w:rsidRPr="00FB19FC">
          <w:pgSz w:w="11900" w:h="16840"/>
          <w:pgMar w:top="286" w:right="686" w:bottom="296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AE5CA7" w:rsidRPr="00FB19FC" w:rsidRDefault="00AE5CA7">
      <w:pPr>
        <w:autoSpaceDE w:val="0"/>
        <w:autoSpaceDN w:val="0"/>
        <w:spacing w:after="90" w:line="220" w:lineRule="exact"/>
        <w:rPr>
          <w:lang w:val="ru-RU"/>
        </w:rPr>
      </w:pP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after="0" w:line="283" w:lineRule="auto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специфический вклад в развитие воображения, способностей к математическому творчеству. </w:t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функционально-графической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обществе. Изучение этого материала способствует развитию у обучающихся умения использовать различные выразительные средства языка математики </w:t>
      </w:r>
      <w:proofErr w:type="gramStart"/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AE5CA7" w:rsidRPr="00FB19FC" w:rsidRDefault="00FB19FC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КУРСА В УЧЕБНОМ ПЛАНЕ</w:t>
      </w:r>
    </w:p>
    <w:p w:rsidR="00AE5CA7" w:rsidRPr="00FB19FC" w:rsidRDefault="00FB19FC" w:rsidP="005668E9">
      <w:pPr>
        <w:autoSpaceDE w:val="0"/>
        <w:autoSpaceDN w:val="0"/>
        <w:spacing w:before="166" w:after="0" w:line="278" w:lineRule="auto"/>
        <w:ind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Согласно учебному плану в 9 классе изучается учебный курс «Алгебра», который включает следующие основные разделы</w:t>
      </w:r>
      <w:r w:rsidR="007F63C3">
        <w:rPr>
          <w:rFonts w:ascii="Times New Roman" w:eastAsia="Times New Roman" w:hAnsi="Times New Roman"/>
          <w:color w:val="000000"/>
          <w:sz w:val="24"/>
          <w:lang w:val="ru-RU"/>
        </w:rPr>
        <w:t xml:space="preserve"> содержания: «Неравенства», «Функция», «Элементы прикладной математики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="007F63C3">
        <w:rPr>
          <w:rFonts w:ascii="Times New Roman" w:eastAsia="Times New Roman" w:hAnsi="Times New Roman"/>
          <w:color w:val="000000"/>
          <w:sz w:val="24"/>
          <w:lang w:val="ru-RU"/>
        </w:rPr>
        <w:t>,  «Числовые последовательности</w:t>
      </w:r>
      <w:r w:rsidR="00D76D60">
        <w:rPr>
          <w:rFonts w:ascii="Times New Roman" w:eastAsia="Times New Roman" w:hAnsi="Times New Roman"/>
          <w:color w:val="000000"/>
          <w:sz w:val="24"/>
          <w:lang w:val="ru-RU"/>
        </w:rPr>
        <w:t>»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. Учебный план на изучен</w:t>
      </w:r>
      <w:r w:rsidR="007F63C3">
        <w:rPr>
          <w:rFonts w:ascii="Times New Roman" w:eastAsia="Times New Roman" w:hAnsi="Times New Roman"/>
          <w:color w:val="000000"/>
          <w:sz w:val="24"/>
          <w:lang w:val="ru-RU"/>
        </w:rPr>
        <w:t>ие алгебры в 9 классах отводит 4 учебных часа в неделю, 13</w:t>
      </w:r>
      <w:r w:rsidR="00466A3B">
        <w:rPr>
          <w:rFonts w:ascii="Times New Roman" w:eastAsia="Times New Roman" w:hAnsi="Times New Roman"/>
          <w:color w:val="000000"/>
          <w:sz w:val="24"/>
          <w:lang w:val="ru-RU"/>
        </w:rPr>
        <w:t>6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учебных часа в год.</w:t>
      </w:r>
    </w:p>
    <w:p w:rsidR="00AE5CA7" w:rsidRPr="00FB19FC" w:rsidRDefault="00AE5CA7">
      <w:pPr>
        <w:rPr>
          <w:lang w:val="ru-RU"/>
        </w:rPr>
        <w:sectPr w:rsidR="00AE5CA7" w:rsidRPr="00FB19FC">
          <w:pgSz w:w="11900" w:h="16840"/>
          <w:pgMar w:top="310" w:right="1038" w:bottom="1440" w:left="666" w:header="720" w:footer="720" w:gutter="0"/>
          <w:cols w:space="720" w:equalWidth="0">
            <w:col w:w="10196" w:space="0"/>
          </w:cols>
          <w:docGrid w:linePitch="360"/>
        </w:sectPr>
      </w:pPr>
    </w:p>
    <w:p w:rsidR="00AE5CA7" w:rsidRPr="00FB19FC" w:rsidRDefault="00AE5CA7">
      <w:pPr>
        <w:autoSpaceDE w:val="0"/>
        <w:autoSpaceDN w:val="0"/>
        <w:spacing w:after="78" w:line="220" w:lineRule="exact"/>
        <w:rPr>
          <w:lang w:val="ru-RU"/>
        </w:rPr>
      </w:pPr>
    </w:p>
    <w:p w:rsidR="00AE5CA7" w:rsidRPr="00FB19FC" w:rsidRDefault="00FB19FC">
      <w:pPr>
        <w:autoSpaceDE w:val="0"/>
        <w:autoSpaceDN w:val="0"/>
        <w:spacing w:after="0" w:line="230" w:lineRule="auto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КУРСА "АЛГЕБРА" </w:t>
      </w:r>
    </w:p>
    <w:p w:rsidR="00AE5CA7" w:rsidRPr="00FB19FC" w:rsidRDefault="008423E7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Н</w:t>
      </w:r>
      <w:r w:rsidR="00FB19FC"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еравенства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/>
        <w:ind w:right="144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Неравенства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Числовые неравенства и их свойства. Решение линейных неравенств с одной переменной. Решение систем линейных неравенств с одной переменной. Квадратные неравенства. Графическая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интерпретация неравенств и систем неравен</w:t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ств с дв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умя переменными.</w:t>
      </w:r>
    </w:p>
    <w:p w:rsidR="00AE5CA7" w:rsidRPr="00FB19FC" w:rsidRDefault="00D76D60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Квадратичная функция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168" w:after="0" w:line="262" w:lineRule="auto"/>
        <w:ind w:right="720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8423E7" w:rsidRDefault="00FB19FC" w:rsidP="005668E9">
      <w:pPr>
        <w:autoSpaceDE w:val="0"/>
        <w:autoSpaceDN w:val="0"/>
        <w:spacing w:before="72" w:after="0" w:line="230" w:lineRule="auto"/>
        <w:ind w:left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Графики функций: </w:t>
      </w:r>
      <w:r>
        <w:rPr>
          <w:rFonts w:ascii="Times New Roman" w:eastAsia="Times New Roman" w:hAnsi="Times New Roman"/>
          <w:i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=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</w:rPr>
        <w:t>kx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,   </w:t>
      </w:r>
      <w:r>
        <w:rPr>
          <w:rFonts w:ascii="Times New Roman" w:eastAsia="Times New Roman" w:hAnsi="Times New Roman"/>
          <w:i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=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</w:rPr>
        <w:t>kx</w:t>
      </w:r>
      <w:proofErr w:type="spellEnd"/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+ </w:t>
      </w:r>
      <w:r>
        <w:rPr>
          <w:rFonts w:ascii="Times New Roman" w:eastAsia="Times New Roman" w:hAnsi="Times New Roman"/>
          <w:i/>
          <w:color w:val="000000"/>
          <w:sz w:val="24"/>
        </w:rPr>
        <w:t>b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,   </w:t>
      </w:r>
      <w:r>
        <w:rPr>
          <w:rFonts w:ascii="Times New Roman" w:eastAsia="Times New Roman" w:hAnsi="Times New Roman"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k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x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. У=√х, </w:t>
      </w:r>
      <w:r>
        <w:rPr>
          <w:rFonts w:ascii="Times New Roman" w:eastAsia="Times New Roman" w:hAnsi="Times New Roman"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x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³. </w:t>
      </w:r>
      <w:r>
        <w:rPr>
          <w:rFonts w:ascii="Times New Roman" w:eastAsia="Times New Roman" w:hAnsi="Times New Roman"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=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х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и их свойства.</w:t>
      </w:r>
    </w:p>
    <w:p w:rsidR="00D471A8" w:rsidRDefault="00D471A8" w:rsidP="005668E9">
      <w:pPr>
        <w:autoSpaceDE w:val="0"/>
        <w:autoSpaceDN w:val="0"/>
        <w:spacing w:before="72" w:after="0" w:line="230" w:lineRule="auto"/>
        <w:ind w:left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8423E7" w:rsidRPr="00D471A8" w:rsidRDefault="008423E7" w:rsidP="005668E9">
      <w:pPr>
        <w:autoSpaceDE w:val="0"/>
        <w:autoSpaceDN w:val="0"/>
        <w:spacing w:before="72" w:after="0" w:line="230" w:lineRule="auto"/>
        <w:ind w:firstLine="180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D471A8" w:rsidRDefault="00D471A8" w:rsidP="005668E9">
      <w:pPr>
        <w:autoSpaceDE w:val="0"/>
        <w:autoSpaceDN w:val="0"/>
        <w:spacing w:before="72" w:after="0" w:line="230" w:lineRule="auto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471A8">
        <w:rPr>
          <w:rFonts w:ascii="Times New Roman" w:eastAsia="Times New Roman" w:hAnsi="Times New Roman"/>
          <w:b/>
          <w:color w:val="000000"/>
          <w:sz w:val="24"/>
          <w:lang w:val="ru-RU"/>
        </w:rPr>
        <w:t>Элементы прикладной  математики.</w:t>
      </w:r>
    </w:p>
    <w:p w:rsidR="00D471A8" w:rsidRPr="00D471A8" w:rsidRDefault="00D471A8" w:rsidP="005668E9">
      <w:pPr>
        <w:shd w:val="clear" w:color="auto" w:fill="FFFFFF"/>
        <w:spacing w:after="0" w:afterAutospacing="1" w:line="360" w:lineRule="atLeast"/>
        <w:ind w:firstLine="284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val="ru-RU" w:eastAsia="ru-RU"/>
        </w:rPr>
      </w:pPr>
      <w:r w:rsidRPr="00D471A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Математическое моделирование. Процентные расчёты. Абсолютная и относительная погрешности. Приближённые вычисления. Основные правила комбинаторики. Частота и вероятность случайного события. Классическое определение вероятности. Начальные сведения о статистике.</w:t>
      </w:r>
    </w:p>
    <w:p w:rsidR="00D471A8" w:rsidRPr="00D471A8" w:rsidRDefault="00D471A8" w:rsidP="005668E9">
      <w:pPr>
        <w:autoSpaceDE w:val="0"/>
        <w:autoSpaceDN w:val="0"/>
        <w:spacing w:before="72" w:after="0" w:line="230" w:lineRule="auto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AE5CA7" w:rsidRPr="00FB19FC" w:rsidRDefault="00FB19FC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Числовые последовательности</w:t>
      </w:r>
    </w:p>
    <w:p w:rsidR="00AE5CA7" w:rsidRPr="00FB19FC" w:rsidRDefault="00FB19FC" w:rsidP="005668E9">
      <w:pPr>
        <w:autoSpaceDE w:val="0"/>
        <w:autoSpaceDN w:val="0"/>
        <w:spacing w:before="166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Определение и способы задания числовых последовательностей. 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-го члена. </w:t>
      </w:r>
    </w:p>
    <w:p w:rsidR="00AE5CA7" w:rsidRPr="00FB19FC" w:rsidRDefault="00FB19FC" w:rsidP="005668E9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Арифметическая и геометрическая прогрессии. 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Арифметическая и геометрическая прогрессии.  Формулы 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членов. </w:t>
      </w:r>
    </w:p>
    <w:p w:rsidR="00AE5CA7" w:rsidRPr="00FB19FC" w:rsidRDefault="00FB19FC" w:rsidP="005668E9">
      <w:pPr>
        <w:tabs>
          <w:tab w:val="left" w:pos="-142"/>
        </w:tabs>
        <w:autoSpaceDE w:val="0"/>
        <w:autoSpaceDN w:val="0"/>
        <w:spacing w:before="70" w:after="0" w:line="262" w:lineRule="auto"/>
        <w:ind w:right="576"/>
        <w:jc w:val="both"/>
        <w:rPr>
          <w:lang w:val="ru-RU"/>
        </w:rPr>
      </w:pPr>
      <w:r w:rsidRPr="00FB19FC">
        <w:rPr>
          <w:lang w:val="ru-RU"/>
        </w:rPr>
        <w:tab/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Линейный и экспоненциальный рост. Сложные проценты.</w:t>
      </w:r>
    </w:p>
    <w:p w:rsidR="00AE5CA7" w:rsidRPr="00FB19FC" w:rsidRDefault="00AE5CA7" w:rsidP="005668E9">
      <w:pPr>
        <w:jc w:val="both"/>
        <w:rPr>
          <w:lang w:val="ru-RU"/>
        </w:rPr>
        <w:sectPr w:rsidR="00AE5CA7" w:rsidRPr="00FB19FC">
          <w:pgSz w:w="11900" w:h="16840"/>
          <w:pgMar w:top="298" w:right="650" w:bottom="8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Pr="00FB19FC" w:rsidRDefault="00AE5CA7">
      <w:pPr>
        <w:autoSpaceDE w:val="0"/>
        <w:autoSpaceDN w:val="0"/>
        <w:spacing w:after="78" w:line="220" w:lineRule="exact"/>
        <w:rPr>
          <w:lang w:val="ru-RU"/>
        </w:rPr>
      </w:pPr>
    </w:p>
    <w:p w:rsidR="00AE5CA7" w:rsidRPr="00FB19FC" w:rsidRDefault="00FB19FC">
      <w:pPr>
        <w:autoSpaceDE w:val="0"/>
        <w:autoSpaceDN w:val="0"/>
        <w:spacing w:after="0" w:line="230" w:lineRule="auto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346" w:after="0" w:line="262" w:lineRule="auto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учебного курса «Алгебры» должно обеспечивать достижение на уровне основного общего образования следующих личностных, </w:t>
      </w:r>
      <w:proofErr w:type="spell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образовательных результатов:</w:t>
      </w:r>
    </w:p>
    <w:p w:rsidR="00AE5CA7" w:rsidRPr="00FB19FC" w:rsidRDefault="00FB19FC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166" w:after="0" w:line="281" w:lineRule="auto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освоения программы учебного курса «Алгебра» характеризуются: </w:t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Патриотическое воспитание: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2" w:after="0" w:line="281" w:lineRule="auto"/>
        <w:ind w:right="288"/>
        <w:jc w:val="both"/>
        <w:rPr>
          <w:lang w:val="ru-RU"/>
        </w:rPr>
      </w:pPr>
      <w:r w:rsidRPr="00FB19FC">
        <w:rPr>
          <w:lang w:val="ru-RU"/>
        </w:rPr>
        <w:tab/>
      </w:r>
      <w:r w:rsidR="000C2694">
        <w:rPr>
          <w:rFonts w:ascii="Times New Roman" w:eastAsia="Times New Roman" w:hAnsi="Times New Roman"/>
          <w:b/>
          <w:color w:val="0F0F50"/>
          <w:sz w:val="24"/>
          <w:lang w:val="ru-RU"/>
        </w:rPr>
        <w:t xml:space="preserve">Гражданское </w:t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 духовно-нравственное воспитание: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</w:t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ь-</w:t>
      </w:r>
      <w:proofErr w:type="gram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но-этических принципов в деятельности учёного.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81" w:lineRule="auto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Трудовое воспитание: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71" w:lineRule="auto"/>
        <w:ind w:right="432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: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Ценности научного познания: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</w:t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овладением языком математики и математической культурой как средством познания мира; </w:t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овладением простейшими навыками исследовательской деятельности.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2" w:after="0" w:line="281" w:lineRule="auto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Физическое воспитание, формирование культуры здоровья и эмоционального благополучия: </w:t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proofErr w:type="spell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сформированностью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признанием своего права на ошибку и такого же права другого человека.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Экологическое воспитание: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</w:t>
      </w:r>
      <w:r w:rsidRPr="00FB19FC">
        <w:rPr>
          <w:lang w:val="ru-RU"/>
        </w:rPr>
        <w:br/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осознанием глобального характера экологических проблем и путей их решения.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результаты, обеспечивающие адаптацию </w:t>
      </w:r>
      <w:proofErr w:type="gramStart"/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обучающегося</w:t>
      </w:r>
      <w:proofErr w:type="gramEnd"/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к изменяющимся условиям социальной и природной среды:</w:t>
      </w:r>
    </w:p>
    <w:p w:rsidR="00AE5CA7" w:rsidRPr="00FB19FC" w:rsidRDefault="00FB19FC" w:rsidP="005668E9">
      <w:pPr>
        <w:autoSpaceDE w:val="0"/>
        <w:autoSpaceDN w:val="0"/>
        <w:spacing w:before="178" w:after="0" w:line="230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готовностью к действиям в условиях неопределённости, повышению уровня своей</w:t>
      </w:r>
    </w:p>
    <w:p w:rsidR="00AE5CA7" w:rsidRPr="00FB19FC" w:rsidRDefault="00AE5CA7" w:rsidP="005668E9">
      <w:pPr>
        <w:jc w:val="both"/>
        <w:rPr>
          <w:lang w:val="ru-RU"/>
        </w:rPr>
        <w:sectPr w:rsidR="00AE5CA7" w:rsidRPr="00FB19FC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Pr="00FB19FC" w:rsidRDefault="00AE5CA7" w:rsidP="005668E9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AE5CA7" w:rsidRPr="00FB19FC" w:rsidRDefault="00FB19FC" w:rsidP="005668E9">
      <w:pPr>
        <w:autoSpaceDE w:val="0"/>
        <w:autoSpaceDN w:val="0"/>
        <w:spacing w:after="0" w:line="262" w:lineRule="auto"/>
        <w:ind w:left="420"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</w:p>
    <w:p w:rsidR="00AE5CA7" w:rsidRPr="00FB19FC" w:rsidRDefault="00FB19FC" w:rsidP="005668E9">
      <w:pPr>
        <w:autoSpaceDE w:val="0"/>
        <w:autoSpaceDN w:val="0"/>
        <w:spacing w:before="190" w:after="0" w:line="271" w:lineRule="auto"/>
        <w:ind w:left="420"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AE5CA7" w:rsidRPr="00FB19FC" w:rsidRDefault="00FB19FC" w:rsidP="005668E9">
      <w:pPr>
        <w:autoSpaceDE w:val="0"/>
        <w:autoSpaceDN w:val="0"/>
        <w:spacing w:before="190" w:after="0" w:line="271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E5CA7" w:rsidRPr="00FB19FC" w:rsidRDefault="00FB19FC" w:rsidP="005668E9">
      <w:pPr>
        <w:autoSpaceDE w:val="0"/>
        <w:autoSpaceDN w:val="0"/>
        <w:spacing w:before="324" w:after="0" w:line="230" w:lineRule="auto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AE5CA7" w:rsidRPr="00FB19FC" w:rsidRDefault="00FB19FC" w:rsidP="005668E9">
      <w:pPr>
        <w:autoSpaceDE w:val="0"/>
        <w:autoSpaceDN w:val="0"/>
        <w:spacing w:before="168" w:after="0" w:line="271" w:lineRule="auto"/>
        <w:ind w:right="144" w:firstLine="180"/>
        <w:jc w:val="both"/>
        <w:rPr>
          <w:lang w:val="ru-RU"/>
        </w:rPr>
      </w:pPr>
      <w:proofErr w:type="spell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освоения программы учебного курса «Алгебра» характеризуются овладением 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универсальными </w:t>
      </w:r>
      <w:r w:rsidRPr="00FB19F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познавательными 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действиями, универсальными </w:t>
      </w:r>
      <w:r w:rsidRPr="00FB19F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коммуникативными 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действиями и универсальными </w:t>
      </w:r>
      <w:r w:rsidRPr="00FB19F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регулятивными 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действиями.</w:t>
      </w:r>
    </w:p>
    <w:p w:rsidR="00AE5CA7" w:rsidRPr="00FB19FC" w:rsidRDefault="00FB19FC" w:rsidP="005668E9">
      <w:pPr>
        <w:autoSpaceDE w:val="0"/>
        <w:autoSpaceDN w:val="0"/>
        <w:spacing w:before="190" w:after="0" w:line="271" w:lineRule="auto"/>
        <w:ind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1)   Универсальные </w:t>
      </w:r>
      <w:r w:rsidRPr="00FB19F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AE5CA7" w:rsidRPr="00FB19FC" w:rsidRDefault="00FB19FC" w:rsidP="005668E9">
      <w:pPr>
        <w:autoSpaceDE w:val="0"/>
        <w:autoSpaceDN w:val="0"/>
        <w:spacing w:before="190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 w:rsidR="00AE5CA7" w:rsidRPr="00FB19FC" w:rsidRDefault="00FB19FC" w:rsidP="005668E9">
      <w:pPr>
        <w:autoSpaceDE w:val="0"/>
        <w:autoSpaceDN w:val="0"/>
        <w:spacing w:before="178" w:after="0"/>
        <w:ind w:left="420" w:right="432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 w:right="144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AE5CA7" w:rsidRPr="00FB19FC" w:rsidRDefault="00FB19FC" w:rsidP="005668E9">
      <w:pPr>
        <w:autoSpaceDE w:val="0"/>
        <w:autoSpaceDN w:val="0"/>
        <w:spacing w:before="190" w:after="0" w:line="271" w:lineRule="auto"/>
        <w:ind w:left="420" w:right="288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 w:right="144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делать выводы с использованием законов логики, дедуктивных и индуктивных умозаключений, умозаключений по аналогии;</w:t>
      </w:r>
    </w:p>
    <w:p w:rsidR="00AE5CA7" w:rsidRPr="00FB19FC" w:rsidRDefault="00FB19FC" w:rsidP="005668E9">
      <w:pPr>
        <w:autoSpaceDE w:val="0"/>
        <w:autoSpaceDN w:val="0"/>
        <w:spacing w:before="192" w:after="0" w:line="271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контрпримеры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; обосновывать собственные рассуждения;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 w:right="86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E5CA7" w:rsidRPr="00FB19FC" w:rsidRDefault="00FB19FC" w:rsidP="005668E9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действия:</w:t>
      </w:r>
    </w:p>
    <w:p w:rsidR="00AE5CA7" w:rsidRPr="00FB19FC" w:rsidRDefault="00FB19FC" w:rsidP="005668E9">
      <w:pPr>
        <w:autoSpaceDE w:val="0"/>
        <w:autoSpaceDN w:val="0"/>
        <w:spacing w:before="178" w:after="0" w:line="271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E5CA7" w:rsidRPr="00FB19FC" w:rsidRDefault="00FB19FC" w:rsidP="005668E9">
      <w:pPr>
        <w:autoSpaceDE w:val="0"/>
        <w:autoSpaceDN w:val="0"/>
        <w:spacing w:before="190" w:after="0" w:line="271" w:lineRule="auto"/>
        <w:ind w:left="420"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E5CA7" w:rsidRPr="00FB19FC" w:rsidRDefault="00FB19FC" w:rsidP="005668E9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</w:t>
      </w:r>
    </w:p>
    <w:p w:rsidR="00AE5CA7" w:rsidRPr="00FB19FC" w:rsidRDefault="00AE5CA7" w:rsidP="005668E9">
      <w:pPr>
        <w:jc w:val="both"/>
        <w:rPr>
          <w:lang w:val="ru-RU"/>
        </w:rPr>
        <w:sectPr w:rsidR="00AE5CA7" w:rsidRPr="00FB19FC">
          <w:pgSz w:w="11900" w:h="16840"/>
          <w:pgMar w:top="286" w:right="762" w:bottom="452" w:left="666" w:header="720" w:footer="720" w:gutter="0"/>
          <w:cols w:space="720" w:equalWidth="0">
            <w:col w:w="10472" w:space="0"/>
          </w:cols>
          <w:docGrid w:linePitch="360"/>
        </w:sectPr>
      </w:pPr>
    </w:p>
    <w:p w:rsidR="00AE5CA7" w:rsidRPr="00FB19FC" w:rsidRDefault="00AE5CA7" w:rsidP="005668E9">
      <w:pPr>
        <w:autoSpaceDE w:val="0"/>
        <w:autoSpaceDN w:val="0"/>
        <w:spacing w:after="66" w:line="220" w:lineRule="exact"/>
        <w:jc w:val="both"/>
        <w:rPr>
          <w:lang w:val="ru-RU"/>
        </w:rPr>
      </w:pPr>
    </w:p>
    <w:p w:rsidR="00AE5CA7" w:rsidRPr="00FB19FC" w:rsidRDefault="00FB19FC" w:rsidP="005668E9">
      <w:pPr>
        <w:autoSpaceDE w:val="0"/>
        <w:autoSpaceDN w:val="0"/>
        <w:spacing w:after="0" w:line="262" w:lineRule="auto"/>
        <w:ind w:left="420" w:right="7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наблюдения, исследования, оценивать достоверность полученных результатов, выводов и обобщений;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 w:right="576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прогнозировать возможное развитие процесса, а также выдвигать предположения о его развитии в новых условиях.</w:t>
      </w:r>
    </w:p>
    <w:p w:rsidR="00AE5CA7" w:rsidRPr="00FB19FC" w:rsidRDefault="00FB19FC" w:rsidP="005668E9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информацией:</w:t>
      </w:r>
    </w:p>
    <w:p w:rsidR="00AE5CA7" w:rsidRPr="00FB19FC" w:rsidRDefault="00FB19FC" w:rsidP="005668E9">
      <w:pPr>
        <w:autoSpaceDE w:val="0"/>
        <w:autoSpaceDN w:val="0"/>
        <w:spacing w:before="178" w:after="0" w:line="262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недостаточность и избыточность информации, данных, необходимых для решения задачи;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 w:right="288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информацию различных видов и форм представления;</w:t>
      </w:r>
    </w:p>
    <w:p w:rsidR="00AE5CA7" w:rsidRPr="00FB19FC" w:rsidRDefault="00FB19FC" w:rsidP="005668E9">
      <w:pPr>
        <w:autoSpaceDE w:val="0"/>
        <w:autoSpaceDN w:val="0"/>
        <w:spacing w:before="192" w:after="0" w:line="262" w:lineRule="auto"/>
        <w:ind w:left="420"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 w:right="1296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информации по критериям, предложенным учителем или сформулированным самостоятельно.</w:t>
      </w:r>
    </w:p>
    <w:p w:rsidR="00AE5CA7" w:rsidRPr="00FB19FC" w:rsidRDefault="00FB19FC" w:rsidP="005668E9">
      <w:pPr>
        <w:tabs>
          <w:tab w:val="left" w:pos="180"/>
        </w:tabs>
        <w:autoSpaceDE w:val="0"/>
        <w:autoSpaceDN w:val="0"/>
        <w:spacing w:before="178" w:after="0" w:line="262" w:lineRule="auto"/>
        <w:ind w:right="288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2)  Универсальные </w:t>
      </w:r>
      <w:r w:rsidRPr="00FB19F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действия обеспечивают </w:t>
      </w:r>
      <w:proofErr w:type="spellStart"/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>сформированность</w:t>
      </w:r>
      <w:proofErr w:type="spellEnd"/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социальных навыков обучающихся.</w:t>
      </w:r>
    </w:p>
    <w:p w:rsidR="00AE5CA7" w:rsidRPr="00FB19FC" w:rsidRDefault="00FB19FC" w:rsidP="005668E9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Общение:</w:t>
      </w:r>
    </w:p>
    <w:p w:rsidR="00AE5CA7" w:rsidRPr="00FB19FC" w:rsidRDefault="00FB19FC" w:rsidP="005668E9">
      <w:pPr>
        <w:autoSpaceDE w:val="0"/>
        <w:autoSpaceDN w:val="0"/>
        <w:spacing w:before="178" w:after="0" w:line="271" w:lineRule="auto"/>
        <w:ind w:left="420" w:right="288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AE5CA7" w:rsidRPr="00FB19FC" w:rsidRDefault="00FB19FC" w:rsidP="005668E9">
      <w:pPr>
        <w:autoSpaceDE w:val="0"/>
        <w:autoSpaceDN w:val="0"/>
        <w:spacing w:before="190" w:after="0"/>
        <w:ind w:left="420"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AE5CA7" w:rsidRPr="00FB19FC" w:rsidRDefault="00FB19FC" w:rsidP="005668E9">
      <w:pPr>
        <w:autoSpaceDE w:val="0"/>
        <w:autoSpaceDN w:val="0"/>
        <w:spacing w:before="190" w:after="0" w:line="271" w:lineRule="auto"/>
        <w:ind w:left="420" w:right="432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AE5CA7" w:rsidRPr="00FB19FC" w:rsidRDefault="00FB19FC" w:rsidP="005668E9">
      <w:pPr>
        <w:autoSpaceDE w:val="0"/>
        <w:autoSpaceDN w:val="0"/>
        <w:spacing w:before="178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Сотрудничество:</w:t>
      </w:r>
    </w:p>
    <w:p w:rsidR="00AE5CA7" w:rsidRPr="00FB19FC" w:rsidRDefault="00FB19FC" w:rsidP="005668E9">
      <w:pPr>
        <w:autoSpaceDE w:val="0"/>
        <w:autoSpaceDN w:val="0"/>
        <w:spacing w:before="180" w:after="0" w:line="262" w:lineRule="auto"/>
        <w:ind w:left="420"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понимать и использовать преимущества командной и индивидуальной работы при решении учебных математических задач;</w:t>
      </w:r>
    </w:p>
    <w:p w:rsidR="00AE5CA7" w:rsidRPr="00FB19FC" w:rsidRDefault="00FB19FC" w:rsidP="005668E9">
      <w:pPr>
        <w:autoSpaceDE w:val="0"/>
        <w:autoSpaceDN w:val="0"/>
        <w:spacing w:before="192" w:after="0" w:line="271" w:lineRule="auto"/>
        <w:ind w:left="420" w:right="288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участвовать в групповых формах работы (обсуждения, обмен мнениями, мозговые штурмы и др.);</w:t>
      </w:r>
    </w:p>
    <w:p w:rsidR="00AE5CA7" w:rsidRPr="00FB19FC" w:rsidRDefault="00FB19FC" w:rsidP="005668E9">
      <w:pPr>
        <w:autoSpaceDE w:val="0"/>
        <w:autoSpaceDN w:val="0"/>
        <w:spacing w:before="190" w:after="0" w:line="230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выполнять свою часть работы и координировать свои действия с другими членами команды;</w:t>
      </w:r>
    </w:p>
    <w:p w:rsidR="00AE5CA7" w:rsidRPr="00FB19FC" w:rsidRDefault="00FB19FC" w:rsidP="005668E9">
      <w:pPr>
        <w:autoSpaceDE w:val="0"/>
        <w:autoSpaceDN w:val="0"/>
        <w:spacing w:before="190" w:after="0" w:line="262" w:lineRule="auto"/>
        <w:ind w:left="420" w:right="576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оценивать качество своего вклада в общий продукт по критериям, сформулированным участниками взаимодействия.</w:t>
      </w:r>
    </w:p>
    <w:p w:rsidR="00AE5CA7" w:rsidRPr="005668E9" w:rsidRDefault="00FB19FC" w:rsidP="005668E9">
      <w:pPr>
        <w:tabs>
          <w:tab w:val="left" w:pos="180"/>
        </w:tabs>
        <w:autoSpaceDE w:val="0"/>
        <w:autoSpaceDN w:val="0"/>
        <w:spacing w:before="178" w:after="0" w:line="262" w:lineRule="auto"/>
        <w:jc w:val="both"/>
        <w:rPr>
          <w:rFonts w:ascii="Times New Roman" w:eastAsia="Times New Roman" w:hAnsi="Times New Roman"/>
          <w:i/>
          <w:color w:val="000000"/>
          <w:sz w:val="24"/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3)  Универсальные </w:t>
      </w:r>
      <w:r w:rsidRPr="00FB19FC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регулятивные 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 обеспечивают формирование смысловых установок и жизненных навыков личности.</w:t>
      </w:r>
    </w:p>
    <w:p w:rsidR="00FB19FC" w:rsidRPr="005668E9" w:rsidRDefault="00FB19FC" w:rsidP="005668E9">
      <w:pPr>
        <w:tabs>
          <w:tab w:val="left" w:pos="180"/>
        </w:tabs>
        <w:autoSpaceDE w:val="0"/>
        <w:autoSpaceDN w:val="0"/>
        <w:spacing w:before="178" w:after="0" w:line="262" w:lineRule="auto"/>
        <w:jc w:val="both"/>
        <w:rPr>
          <w:rFonts w:ascii="Times New Roman" w:eastAsia="Times New Roman" w:hAnsi="Times New Roman"/>
          <w:i/>
          <w:color w:val="000000"/>
          <w:sz w:val="24"/>
          <w:lang w:val="ru-RU"/>
        </w:rPr>
      </w:pPr>
    </w:p>
    <w:p w:rsidR="00FB19FC" w:rsidRPr="005668E9" w:rsidRDefault="00FB19FC" w:rsidP="005668E9">
      <w:pPr>
        <w:tabs>
          <w:tab w:val="left" w:pos="180"/>
        </w:tabs>
        <w:autoSpaceDE w:val="0"/>
        <w:autoSpaceDN w:val="0"/>
        <w:spacing w:before="178" w:after="0" w:line="262" w:lineRule="auto"/>
        <w:jc w:val="both"/>
        <w:rPr>
          <w:lang w:val="ru-RU"/>
        </w:rPr>
      </w:pPr>
    </w:p>
    <w:p w:rsidR="00FB19FC" w:rsidRPr="00FB19FC" w:rsidRDefault="00FB19FC" w:rsidP="005668E9">
      <w:pPr>
        <w:autoSpaceDE w:val="0"/>
        <w:autoSpaceDN w:val="0"/>
        <w:spacing w:after="78" w:line="220" w:lineRule="exact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Самоорганизация:</w:t>
      </w:r>
      <w:r w:rsidRPr="00FB19FC">
        <w:rPr>
          <w:lang w:val="ru-RU"/>
        </w:rPr>
        <w:t xml:space="preserve"> </w:t>
      </w:r>
    </w:p>
    <w:p w:rsidR="00FB19FC" w:rsidRPr="00FB19FC" w:rsidRDefault="00FB19FC" w:rsidP="005668E9">
      <w:pPr>
        <w:autoSpaceDE w:val="0"/>
        <w:autoSpaceDN w:val="0"/>
        <w:spacing w:after="0" w:line="271" w:lineRule="auto"/>
        <w:ind w:right="720" w:firstLine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B19FC" w:rsidRPr="00FB19FC" w:rsidRDefault="00FB19FC" w:rsidP="005668E9">
      <w:pPr>
        <w:autoSpaceDE w:val="0"/>
        <w:autoSpaceDN w:val="0"/>
        <w:spacing w:before="190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Самоконтроль:</w:t>
      </w:r>
    </w:p>
    <w:p w:rsidR="00FB19FC" w:rsidRPr="00FB19FC" w:rsidRDefault="00FB19FC" w:rsidP="005668E9">
      <w:pPr>
        <w:autoSpaceDE w:val="0"/>
        <w:autoSpaceDN w:val="0"/>
        <w:spacing w:before="178" w:after="0" w:line="262" w:lineRule="auto"/>
        <w:ind w:left="420" w:right="144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владеть способами самопроверки, самоконтроля процесса и результата решения математической задачи;</w:t>
      </w:r>
    </w:p>
    <w:p w:rsidR="00FB19FC" w:rsidRPr="00FB19FC" w:rsidRDefault="00FB19FC" w:rsidP="005668E9">
      <w:pPr>
        <w:autoSpaceDE w:val="0"/>
        <w:autoSpaceDN w:val="0"/>
        <w:spacing w:before="190" w:after="0" w:line="262" w:lineRule="auto"/>
        <w:ind w:left="42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—  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B19FC" w:rsidRPr="00FB19FC" w:rsidRDefault="00FB19FC" w:rsidP="005668E9">
      <w:pPr>
        <w:autoSpaceDE w:val="0"/>
        <w:autoSpaceDN w:val="0"/>
        <w:spacing w:before="192" w:after="0" w:line="271" w:lineRule="auto"/>
        <w:ind w:left="420"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цели, находить ошибку, давать оценку приобретённому опыту.</w:t>
      </w:r>
    </w:p>
    <w:p w:rsidR="00FB19FC" w:rsidRPr="00FB19FC" w:rsidRDefault="00FB19FC" w:rsidP="005668E9">
      <w:pPr>
        <w:autoSpaceDE w:val="0"/>
        <w:autoSpaceDN w:val="0"/>
        <w:spacing w:before="322" w:after="0" w:line="230" w:lineRule="auto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FB19FC" w:rsidRPr="00FB19FC" w:rsidRDefault="00FB19FC" w:rsidP="005668E9">
      <w:pPr>
        <w:tabs>
          <w:tab w:val="left" w:pos="180"/>
        </w:tabs>
        <w:autoSpaceDE w:val="0"/>
        <w:autoSpaceDN w:val="0"/>
        <w:spacing w:before="166" w:after="0" w:line="262" w:lineRule="auto"/>
        <w:ind w:right="1008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Освоение учебного курса «Алгебра» 9 класс должно обеспечивать достижение следующих предметных образовательных результатов:</w:t>
      </w:r>
    </w:p>
    <w:p w:rsidR="00FB19FC" w:rsidRPr="00FB19FC" w:rsidRDefault="00FB19FC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Н</w:t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еравенства</w:t>
      </w:r>
    </w:p>
    <w:p w:rsidR="00FB19FC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jc w:val="both"/>
        <w:rPr>
          <w:lang w:val="ru-RU"/>
        </w:rPr>
      </w:pPr>
      <w:r w:rsidRPr="00FB19FC">
        <w:rPr>
          <w:lang w:val="ru-RU"/>
        </w:rPr>
        <w:tab/>
      </w: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Решать линейные неравенства, квадратные неравенства; изображать решение неравенств на числовой прямой, записывать решение с помощью символов.</w:t>
      </w:r>
      <w:proofErr w:type="gramEnd"/>
    </w:p>
    <w:p w:rsidR="00FB19FC" w:rsidRPr="00FB19FC" w:rsidRDefault="00FB19FC" w:rsidP="005668E9">
      <w:pPr>
        <w:autoSpaceDE w:val="0"/>
        <w:autoSpaceDN w:val="0"/>
        <w:spacing w:before="70" w:after="0" w:line="271" w:lineRule="auto"/>
        <w:ind w:right="144" w:firstLine="180"/>
        <w:jc w:val="both"/>
        <w:rPr>
          <w:lang w:val="ru-RU"/>
        </w:rPr>
      </w:pPr>
      <w:proofErr w:type="gramStart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Решать системы линейных неравенств, системы неравенств, включающие квадратное неравенство; изображать решение системы неравенств на числовой прямой, записывать решение с помощью символов.</w:t>
      </w:r>
      <w:proofErr w:type="gramEnd"/>
    </w:p>
    <w:p w:rsidR="00FB19FC" w:rsidRPr="00FB19FC" w:rsidRDefault="00FB19FC" w:rsidP="005668E9">
      <w:pPr>
        <w:autoSpaceDE w:val="0"/>
        <w:autoSpaceDN w:val="0"/>
        <w:spacing w:before="70" w:after="0" w:line="230" w:lineRule="auto"/>
        <w:ind w:left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Использовать неравенства при решении различных задач.</w:t>
      </w:r>
    </w:p>
    <w:p w:rsidR="00AE5CA7" w:rsidRPr="00FB19FC" w:rsidRDefault="00AE5CA7" w:rsidP="005668E9">
      <w:pPr>
        <w:jc w:val="both"/>
        <w:rPr>
          <w:lang w:val="ru-RU"/>
        </w:rPr>
      </w:pPr>
    </w:p>
    <w:p w:rsidR="00FB19FC" w:rsidRPr="00FB19FC" w:rsidRDefault="00FB19FC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Квадратичная функция</w:t>
      </w:r>
    </w:p>
    <w:p w:rsidR="00FB19FC" w:rsidRPr="00FB19FC" w:rsidRDefault="00FB19FC" w:rsidP="005668E9">
      <w:pPr>
        <w:tabs>
          <w:tab w:val="left" w:pos="180"/>
        </w:tabs>
        <w:autoSpaceDE w:val="0"/>
        <w:autoSpaceDN w:val="0"/>
        <w:spacing w:before="166" w:after="0" w:line="262" w:lineRule="auto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Распознавать функции изученных видов. Показывать схематически расположение на координатной плоскости графиков</w:t>
      </w:r>
    </w:p>
    <w:p w:rsidR="00FB19FC" w:rsidRPr="00FB19FC" w:rsidRDefault="00FB19FC" w:rsidP="005668E9">
      <w:pPr>
        <w:tabs>
          <w:tab w:val="left" w:pos="180"/>
        </w:tabs>
        <w:autoSpaceDE w:val="0"/>
        <w:autoSpaceDN w:val="0"/>
        <w:spacing w:after="0" w:line="262" w:lineRule="auto"/>
        <w:ind w:right="144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функций вида: </w:t>
      </w:r>
      <w:r>
        <w:rPr>
          <w:rFonts w:ascii="Times New Roman" w:eastAsia="Times New Roman" w:hAnsi="Times New Roman"/>
          <w:i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=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</w:rPr>
        <w:t>kx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= 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</w:rPr>
        <w:t>kx</w:t>
      </w:r>
      <w:proofErr w:type="spellEnd"/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+ </w:t>
      </w:r>
      <w:r>
        <w:rPr>
          <w:rFonts w:ascii="Times New Roman" w:eastAsia="Times New Roman" w:hAnsi="Times New Roman"/>
          <w:i/>
          <w:color w:val="000000"/>
          <w:sz w:val="24"/>
        </w:rPr>
        <w:t>b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i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= </w:t>
      </w:r>
      <w:r>
        <w:rPr>
          <w:rFonts w:ascii="Times New Roman" w:eastAsia="Times New Roman" w:hAnsi="Times New Roman"/>
          <w:color w:val="000000"/>
          <w:sz w:val="24"/>
        </w:rPr>
        <w:t>k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/х, </w:t>
      </w:r>
      <w:r>
        <w:rPr>
          <w:rFonts w:ascii="Times New Roman" w:eastAsia="Times New Roman" w:hAnsi="Times New Roman"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a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x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² + </w:t>
      </w:r>
      <w:r>
        <w:rPr>
          <w:rFonts w:ascii="Times New Roman" w:eastAsia="Times New Roman" w:hAnsi="Times New Roman"/>
          <w:color w:val="000000"/>
          <w:sz w:val="24"/>
        </w:rPr>
        <w:t>b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x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+ 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</w:t>
      </w:r>
      <w:proofErr w:type="spellEnd"/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= </w:t>
      </w:r>
      <w:r>
        <w:rPr>
          <w:rFonts w:ascii="Times New Roman" w:eastAsia="Times New Roman" w:hAnsi="Times New Roman"/>
          <w:color w:val="000000"/>
          <w:sz w:val="24"/>
        </w:rPr>
        <w:t>x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³, у=√х, </w:t>
      </w:r>
      <w:r>
        <w:rPr>
          <w:rFonts w:ascii="Times New Roman" w:eastAsia="Times New Roman" w:hAnsi="Times New Roman"/>
          <w:color w:val="000000"/>
          <w:sz w:val="24"/>
        </w:rPr>
        <w:t>y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=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х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 в зависимости от значений коэффициентов;</w:t>
      </w:r>
      <w:r w:rsidR="000C2694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описывать свойства функций.</w:t>
      </w:r>
    </w:p>
    <w:p w:rsidR="00FB19FC" w:rsidRPr="00FB19FC" w:rsidRDefault="00FB19FC" w:rsidP="005668E9">
      <w:pPr>
        <w:autoSpaceDE w:val="0"/>
        <w:autoSpaceDN w:val="0"/>
        <w:spacing w:before="70" w:after="0" w:line="262" w:lineRule="auto"/>
        <w:ind w:left="180" w:right="2736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и изображать схематически графики квадратичных 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функций, описывать свойства квадратичных функций по их графикам.</w:t>
      </w:r>
    </w:p>
    <w:p w:rsidR="00FB19FC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62" w:lineRule="auto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FB19FC" w:rsidRPr="00FB19FC" w:rsidRDefault="00FB19FC" w:rsidP="005668E9">
      <w:pPr>
        <w:jc w:val="both"/>
        <w:rPr>
          <w:b/>
          <w:sz w:val="24"/>
          <w:szCs w:val="24"/>
          <w:lang w:val="ru-RU"/>
        </w:rPr>
      </w:pPr>
    </w:p>
    <w:p w:rsidR="00FB19FC" w:rsidRPr="00FB19FC" w:rsidRDefault="00FB19FC" w:rsidP="005668E9">
      <w:pPr>
        <w:jc w:val="both"/>
        <w:rPr>
          <w:b/>
          <w:sz w:val="24"/>
          <w:szCs w:val="24"/>
          <w:lang w:val="ru-RU"/>
        </w:rPr>
      </w:pPr>
      <w:r w:rsidRPr="00FB19FC">
        <w:rPr>
          <w:b/>
          <w:sz w:val="24"/>
          <w:szCs w:val="24"/>
          <w:lang w:val="ru-RU"/>
        </w:rPr>
        <w:t>Элементы прикладной  математики</w:t>
      </w:r>
    </w:p>
    <w:p w:rsidR="00FB19FC" w:rsidRPr="00EF793C" w:rsidRDefault="00EF793C" w:rsidP="005668E9">
      <w:pPr>
        <w:shd w:val="clear" w:color="auto" w:fill="FFFFFF"/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color w:val="111115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Решение задач элементарных представлений</w:t>
      </w:r>
      <w:r w:rsidR="00FB19FC" w:rsidRPr="00FB19F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, св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язанных</w:t>
      </w:r>
      <w:r w:rsidR="00FB19FC" w:rsidRPr="00FB19F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с п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риближёнными значениями величин.</w:t>
      </w:r>
      <w:r>
        <w:rPr>
          <w:rFonts w:ascii="Times New Roman" w:eastAsia="Times New Roman" w:hAnsi="Times New Roman" w:cs="Times New Roman"/>
          <w:color w:val="111115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И</w:t>
      </w:r>
      <w:r w:rsidR="00FB19FC" w:rsidRPr="00EF793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спользовать простейшие способы представления и анализа статистиче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ских данных.</w:t>
      </w:r>
    </w:p>
    <w:p w:rsidR="00FB19FC" w:rsidRPr="00EF793C" w:rsidRDefault="00EF793C" w:rsidP="005668E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Н</w:t>
      </w:r>
      <w:r w:rsidR="00FB19FC" w:rsidRPr="00EF793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аходить относительную частоту и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вероятность случайного события.</w:t>
      </w:r>
    </w:p>
    <w:p w:rsidR="00FB19FC" w:rsidRPr="00EF793C" w:rsidRDefault="00EF793C" w:rsidP="005668E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Р</w:t>
      </w:r>
      <w:r w:rsidR="00FB19FC" w:rsidRPr="00EF793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ешать комбинаторные задачи на нахождение числа объектов или комбинаций.</w:t>
      </w:r>
    </w:p>
    <w:p w:rsidR="00FB19FC" w:rsidRPr="00EF793C" w:rsidRDefault="00EF793C" w:rsidP="005668E9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П</w:t>
      </w:r>
      <w:r w:rsidR="00FB19FC" w:rsidRPr="00EF793C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онять, что погрешность результата вычислений должна быть соизмерим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а с погрешностью исходных данных.</w:t>
      </w:r>
    </w:p>
    <w:p w:rsidR="00FB19FC" w:rsidRPr="00FB19FC" w:rsidRDefault="00FB19FC" w:rsidP="005668E9">
      <w:pPr>
        <w:jc w:val="both"/>
        <w:rPr>
          <w:lang w:val="ru-RU"/>
        </w:rPr>
        <w:sectPr w:rsidR="00FB19FC" w:rsidRPr="00FB19FC">
          <w:pgSz w:w="11900" w:h="16840"/>
          <w:pgMar w:top="286" w:right="844" w:bottom="408" w:left="666" w:header="720" w:footer="720" w:gutter="0"/>
          <w:cols w:space="720" w:equalWidth="0">
            <w:col w:w="10390" w:space="0"/>
          </w:cols>
          <w:docGrid w:linePitch="360"/>
        </w:sectPr>
      </w:pPr>
    </w:p>
    <w:p w:rsidR="00AE5CA7" w:rsidRPr="00FB19FC" w:rsidRDefault="00AE5CA7" w:rsidP="005668E9">
      <w:pPr>
        <w:autoSpaceDE w:val="0"/>
        <w:autoSpaceDN w:val="0"/>
        <w:spacing w:after="78" w:line="220" w:lineRule="exact"/>
        <w:jc w:val="both"/>
        <w:rPr>
          <w:lang w:val="ru-RU"/>
        </w:rPr>
      </w:pPr>
    </w:p>
    <w:p w:rsidR="00FB19FC" w:rsidRPr="00FB19FC" w:rsidRDefault="00FB19FC" w:rsidP="005668E9">
      <w:pPr>
        <w:autoSpaceDE w:val="0"/>
        <w:autoSpaceDN w:val="0"/>
        <w:spacing w:before="70" w:after="0" w:line="230" w:lineRule="auto"/>
        <w:ind w:left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FB19FC" w:rsidRPr="00FB19FC" w:rsidRDefault="00FB19FC" w:rsidP="005668E9">
      <w:pPr>
        <w:autoSpaceDE w:val="0"/>
        <w:autoSpaceDN w:val="0"/>
        <w:spacing w:before="70" w:after="0" w:line="230" w:lineRule="auto"/>
        <w:ind w:left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FB19FC" w:rsidRPr="00FB19FC" w:rsidRDefault="00D471A8" w:rsidP="005668E9">
      <w:pPr>
        <w:autoSpaceDE w:val="0"/>
        <w:autoSpaceDN w:val="0"/>
        <w:spacing w:before="262" w:after="0" w:line="230" w:lineRule="auto"/>
        <w:jc w:val="both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Числовые  последовательности.</w:t>
      </w:r>
    </w:p>
    <w:p w:rsidR="00FB19FC" w:rsidRPr="00FB19FC" w:rsidRDefault="00FB19FC" w:rsidP="005668E9">
      <w:pPr>
        <w:tabs>
          <w:tab w:val="left" w:pos="180"/>
        </w:tabs>
        <w:autoSpaceDE w:val="0"/>
        <w:autoSpaceDN w:val="0"/>
        <w:spacing w:before="166" w:after="0" w:line="271" w:lineRule="auto"/>
        <w:ind w:right="144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арифметическую и геометрическую прогрессии при разных способах задания. </w:t>
      </w: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вычисления с использованием формул </w:t>
      </w:r>
      <w:r>
        <w:rPr>
          <w:rFonts w:ascii="Times New Roman" w:eastAsia="Times New Roman" w:hAnsi="Times New Roman"/>
          <w:i/>
          <w:color w:val="000000"/>
          <w:sz w:val="24"/>
        </w:rPr>
        <w:t>n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eastAsia="Times New Roman" w:hAnsi="Times New Roman"/>
          <w:i/>
          <w:color w:val="000000"/>
          <w:sz w:val="24"/>
        </w:rPr>
        <w:t>n</w:t>
      </w:r>
      <w:r w:rsidRPr="00FB19FC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</w:t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членов.</w:t>
      </w:r>
    </w:p>
    <w:p w:rsidR="00FB19FC" w:rsidRPr="00FB19FC" w:rsidRDefault="00FB19FC" w:rsidP="005668E9">
      <w:pPr>
        <w:autoSpaceDE w:val="0"/>
        <w:autoSpaceDN w:val="0"/>
        <w:spacing w:before="72" w:after="0" w:line="230" w:lineRule="auto"/>
        <w:ind w:left="180"/>
        <w:jc w:val="both"/>
        <w:rPr>
          <w:lang w:val="ru-RU"/>
        </w:rPr>
      </w:pP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Изображать члены последовательности точками на координатной плоскости.</w:t>
      </w:r>
    </w:p>
    <w:p w:rsidR="00FB19FC" w:rsidRPr="00FB19FC" w:rsidRDefault="00FB19FC" w:rsidP="005668E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jc w:val="both"/>
        <w:rPr>
          <w:lang w:val="ru-RU"/>
        </w:rPr>
      </w:pPr>
      <w:r w:rsidRPr="00FB19FC">
        <w:rPr>
          <w:lang w:val="ru-RU"/>
        </w:rPr>
        <w:tab/>
      </w:r>
      <w:r w:rsidRPr="00FB19FC">
        <w:rPr>
          <w:rFonts w:ascii="Times New Roman" w:eastAsia="Times New Roman" w:hAnsi="Times New Roman"/>
          <w:color w:val="000000"/>
          <w:sz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</w:p>
    <w:p w:rsidR="00FB19FC" w:rsidRDefault="00FB19FC">
      <w:pPr>
        <w:rPr>
          <w:lang w:val="ru-RU"/>
        </w:rPr>
      </w:pPr>
    </w:p>
    <w:p w:rsidR="00FB19FC" w:rsidRDefault="00FB19FC" w:rsidP="00FB19FC">
      <w:pPr>
        <w:rPr>
          <w:lang w:val="ru-RU"/>
        </w:rPr>
      </w:pPr>
    </w:p>
    <w:p w:rsidR="00AE5CA7" w:rsidRPr="00FB19FC" w:rsidRDefault="00AE5CA7" w:rsidP="00FB19FC">
      <w:pPr>
        <w:rPr>
          <w:lang w:val="ru-RU"/>
        </w:rPr>
        <w:sectPr w:rsidR="00AE5CA7" w:rsidRPr="00FB19FC">
          <w:pgSz w:w="11900" w:h="16840"/>
          <w:pgMar w:top="298" w:right="698" w:bottom="428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AE5CA7" w:rsidRPr="00FB19FC" w:rsidRDefault="00AE5CA7">
      <w:pPr>
        <w:autoSpaceDE w:val="0"/>
        <w:autoSpaceDN w:val="0"/>
        <w:spacing w:after="78" w:line="220" w:lineRule="exact"/>
        <w:rPr>
          <w:lang w:val="ru-RU"/>
        </w:rPr>
      </w:pPr>
    </w:p>
    <w:p w:rsidR="00AE5CA7" w:rsidRPr="00FB19FC" w:rsidRDefault="00FB19FC" w:rsidP="00FB19FC">
      <w:pPr>
        <w:tabs>
          <w:tab w:val="left" w:pos="180"/>
        </w:tabs>
        <w:autoSpaceDE w:val="0"/>
        <w:autoSpaceDN w:val="0"/>
        <w:spacing w:after="0" w:line="262" w:lineRule="auto"/>
        <w:ind w:right="144"/>
        <w:rPr>
          <w:lang w:val="ru-RU"/>
        </w:rPr>
      </w:pPr>
      <w:r w:rsidRPr="00FB19FC">
        <w:rPr>
          <w:lang w:val="ru-RU"/>
        </w:rPr>
        <w:tab/>
      </w:r>
    </w:p>
    <w:p w:rsidR="00AE5CA7" w:rsidRPr="00FB19FC" w:rsidRDefault="00AE5CA7">
      <w:pPr>
        <w:autoSpaceDE w:val="0"/>
        <w:autoSpaceDN w:val="0"/>
        <w:spacing w:after="64" w:line="220" w:lineRule="exact"/>
        <w:rPr>
          <w:lang w:val="ru-RU"/>
        </w:rPr>
      </w:pPr>
    </w:p>
    <w:p w:rsidR="00AE5CA7" w:rsidRDefault="00FB19FC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7"/>
        <w:gridCol w:w="4706"/>
        <w:gridCol w:w="993"/>
        <w:gridCol w:w="992"/>
        <w:gridCol w:w="1134"/>
        <w:gridCol w:w="850"/>
        <w:gridCol w:w="3828"/>
        <w:gridCol w:w="1221"/>
        <w:gridCol w:w="1382"/>
      </w:tblGrid>
      <w:tr w:rsidR="00AE5CA7" w:rsidTr="00AB23FC">
        <w:trPr>
          <w:trHeight w:hRule="exact" w:val="348"/>
        </w:trPr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FB19FC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FB19FC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AE5CA7" w:rsidTr="00AB23FC">
        <w:trPr>
          <w:trHeight w:hRule="exact" w:val="763"/>
        </w:trPr>
        <w:tc>
          <w:tcPr>
            <w:tcW w:w="397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470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1221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AE5CA7" w:rsidRDefault="00AE5CA7"/>
        </w:tc>
      </w:tr>
      <w:tr w:rsidR="00AE5CA7" w:rsidRPr="00FB19FC" w:rsidTr="00AB23FC">
        <w:trPr>
          <w:trHeight w:hRule="exact" w:val="350"/>
        </w:trPr>
        <w:tc>
          <w:tcPr>
            <w:tcW w:w="15503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F793C" w:rsidRDefault="00FB19FC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EF793C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 xml:space="preserve">Раздел 1. </w:t>
            </w:r>
            <w:r w:rsidR="00EF793C" w:rsidRPr="00EF793C">
              <w:rPr>
                <w:rFonts w:ascii="Times New Roman" w:eastAsia="Times New Roman" w:hAnsi="Times New Roman"/>
                <w:b/>
                <w:color w:val="221F1F"/>
                <w:w w:val="97"/>
                <w:lang w:val="ru-RU"/>
              </w:rPr>
              <w:t>Неравенства.</w:t>
            </w:r>
          </w:p>
        </w:tc>
      </w:tr>
      <w:tr w:rsidR="00AE5CA7" w:rsidRPr="00FB19FC" w:rsidTr="00AB23FC">
        <w:trPr>
          <w:trHeight w:hRule="exact" w:val="53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6" w:after="0" w:line="233" w:lineRule="auto"/>
              <w:jc w:val="center"/>
            </w:pPr>
            <w:r w:rsidRPr="00EF793C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>1.1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F793C" w:rsidRDefault="00EF793C">
            <w:pPr>
              <w:autoSpaceDE w:val="0"/>
              <w:autoSpaceDN w:val="0"/>
              <w:spacing w:before="76" w:after="0" w:line="233" w:lineRule="auto"/>
              <w:ind w:left="72"/>
              <w:rPr>
                <w:sz w:val="20"/>
                <w:szCs w:val="20"/>
                <w:lang w:val="ru-RU"/>
              </w:rPr>
            </w:pPr>
            <w:r w:rsidRPr="00EF793C">
              <w:rPr>
                <w:sz w:val="20"/>
                <w:szCs w:val="20"/>
                <w:lang w:val="ru-RU"/>
              </w:rPr>
              <w:t>Числовые  неравенства.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 w:rsidP="00C10424">
            <w:pPr>
              <w:jc w:val="center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5807" w:rsidRDefault="005F5807">
            <w:pPr>
              <w:rPr>
                <w:lang w:val="ru-RU"/>
              </w:rPr>
            </w:pPr>
          </w:p>
          <w:p w:rsidR="005F5807" w:rsidRDefault="005F5807">
            <w:pPr>
              <w:rPr>
                <w:lang w:val="ru-RU"/>
              </w:rPr>
            </w:pPr>
          </w:p>
          <w:p w:rsidR="005F5807" w:rsidRDefault="005F5807">
            <w:pPr>
              <w:rPr>
                <w:lang w:val="ru-RU"/>
              </w:rPr>
            </w:pPr>
          </w:p>
          <w:p w:rsidR="005F5807" w:rsidRDefault="005F5807">
            <w:pPr>
              <w:rPr>
                <w:lang w:val="ru-RU"/>
              </w:rPr>
            </w:pPr>
          </w:p>
          <w:p w:rsidR="005F5807" w:rsidRDefault="005F5807">
            <w:pPr>
              <w:rPr>
                <w:lang w:val="ru-RU"/>
              </w:rPr>
            </w:pPr>
          </w:p>
          <w:p w:rsidR="005F5807" w:rsidRPr="00FB19FC" w:rsidRDefault="005F580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C34564">
            <w:pPr>
              <w:rPr>
                <w:sz w:val="20"/>
                <w:szCs w:val="20"/>
                <w:lang w:val="ru-RU"/>
              </w:rPr>
            </w:pPr>
            <w:r w:rsidRPr="00C34564">
              <w:rPr>
                <w:sz w:val="20"/>
                <w:szCs w:val="20"/>
                <w:lang w:val="ru-RU"/>
              </w:rPr>
              <w:t>Устный опрос</w:t>
            </w:r>
          </w:p>
          <w:p w:rsidR="005F5807" w:rsidRDefault="005F5807">
            <w:pPr>
              <w:rPr>
                <w:lang w:val="ru-RU"/>
              </w:rPr>
            </w:pPr>
          </w:p>
          <w:p w:rsidR="005F5807" w:rsidRDefault="005F5807">
            <w:pPr>
              <w:rPr>
                <w:lang w:val="ru-RU"/>
              </w:rPr>
            </w:pPr>
          </w:p>
          <w:p w:rsidR="005F5807" w:rsidRDefault="005F5807">
            <w:pPr>
              <w:rPr>
                <w:lang w:val="ru-RU"/>
              </w:rPr>
            </w:pPr>
          </w:p>
          <w:p w:rsidR="005F5807" w:rsidRPr="00FB19FC" w:rsidRDefault="005F5807">
            <w:pPr>
              <w:rPr>
                <w:lang w:val="ru-RU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AB23FC">
        <w:trPr>
          <w:trHeight w:hRule="exact" w:val="529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F793C" w:rsidRDefault="00FB19FC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</w:rPr>
            </w:pPr>
            <w:r w:rsidRPr="00EF793C">
              <w:rPr>
                <w:rFonts w:ascii="Times New Roman" w:eastAsia="Times New Roman" w:hAnsi="Times New Roman"/>
                <w:b/>
                <w:color w:val="000000"/>
                <w:w w:val="97"/>
              </w:rPr>
              <w:t>1.2.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C34564" w:rsidP="00C34564">
            <w:pPr>
              <w:rPr>
                <w:sz w:val="20"/>
                <w:szCs w:val="20"/>
                <w:lang w:val="ru-RU"/>
              </w:rPr>
            </w:pPr>
            <w:r w:rsidRPr="00C34564">
              <w:rPr>
                <w:sz w:val="20"/>
                <w:szCs w:val="20"/>
                <w:lang w:val="ru-RU"/>
              </w:rPr>
              <w:t>Основные  свойства  числовых  неравенств.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C34564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AB23FC">
        <w:trPr>
          <w:trHeight w:hRule="exact" w:val="54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FB19FC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</w:rPr>
            </w:pPr>
            <w:r w:rsidRPr="008423E7">
              <w:rPr>
                <w:rFonts w:ascii="Times New Roman" w:eastAsia="Times New Roman" w:hAnsi="Times New Roman"/>
                <w:b/>
                <w:color w:val="000000"/>
                <w:w w:val="97"/>
              </w:rPr>
              <w:t>1.3.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8423E7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0"/>
                <w:szCs w:val="20"/>
                <w:lang w:val="ru-RU"/>
              </w:rPr>
            </w:pPr>
            <w:r w:rsidRPr="008423E7">
              <w:rPr>
                <w:sz w:val="20"/>
                <w:szCs w:val="20"/>
                <w:lang w:val="ru-RU"/>
              </w:rPr>
              <w:t>Сложение и умножение  числовых неравенств.</w:t>
            </w:r>
            <w:r>
              <w:rPr>
                <w:sz w:val="20"/>
                <w:szCs w:val="20"/>
                <w:lang w:val="ru-RU"/>
              </w:rPr>
              <w:t xml:space="preserve">                                                                      Оценивание  значения  выражения.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AB23FC">
        <w:trPr>
          <w:trHeight w:hRule="exact" w:val="48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FB19FC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8423E7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1.4.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8423E7">
            <w:pPr>
              <w:autoSpaceDE w:val="0"/>
              <w:autoSpaceDN w:val="0"/>
              <w:spacing w:before="7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8423E7">
              <w:rPr>
                <w:sz w:val="20"/>
                <w:szCs w:val="20"/>
                <w:lang w:val="ru-RU"/>
              </w:rPr>
              <w:t>Неравенства  с  одной  пер</w:t>
            </w:r>
            <w:r>
              <w:rPr>
                <w:sz w:val="20"/>
                <w:szCs w:val="20"/>
                <w:lang w:val="ru-RU"/>
              </w:rPr>
              <w:t>е</w:t>
            </w:r>
            <w:r w:rsidRPr="008423E7">
              <w:rPr>
                <w:sz w:val="20"/>
                <w:szCs w:val="20"/>
                <w:lang w:val="ru-RU"/>
              </w:rPr>
              <w:t>менной.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AB23FC">
        <w:trPr>
          <w:trHeight w:hRule="exact" w:val="52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FB19FC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8423E7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1.5</w:t>
            </w:r>
            <w:r w:rsidRPr="008423E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8423E7">
            <w:pPr>
              <w:autoSpaceDE w:val="0"/>
              <w:autoSpaceDN w:val="0"/>
              <w:spacing w:before="7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8423E7">
              <w:rPr>
                <w:sz w:val="20"/>
                <w:szCs w:val="20"/>
                <w:lang w:val="ru-RU"/>
              </w:rPr>
              <w:t>Решение  линейных  неравенств с одной переменной. Числовые промежутки.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5668E9" w:rsidTr="00AB23FC">
        <w:trPr>
          <w:trHeight w:hRule="exact" w:val="57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FB19FC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8423E7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1.6.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8423E7">
            <w:pPr>
              <w:autoSpaceDE w:val="0"/>
              <w:autoSpaceDN w:val="0"/>
              <w:spacing w:before="7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8423E7">
              <w:rPr>
                <w:sz w:val="20"/>
                <w:szCs w:val="20"/>
                <w:lang w:val="ru-RU"/>
              </w:rPr>
              <w:t>Системы  линейных  неравенств с одной пер</w:t>
            </w:r>
            <w:r w:rsidR="003B203A">
              <w:rPr>
                <w:sz w:val="20"/>
                <w:szCs w:val="20"/>
                <w:lang w:val="ru-RU"/>
              </w:rPr>
              <w:t>е</w:t>
            </w:r>
            <w:r w:rsidRPr="008423E7">
              <w:rPr>
                <w:sz w:val="20"/>
                <w:szCs w:val="20"/>
                <w:lang w:val="ru-RU"/>
              </w:rPr>
              <w:t>менной.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8423E7" w:rsidTr="00AB23FC">
        <w:trPr>
          <w:trHeight w:hRule="exact" w:val="350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FB19FC">
            <w:pPr>
              <w:autoSpaceDE w:val="0"/>
              <w:autoSpaceDN w:val="0"/>
              <w:spacing w:before="78" w:after="0" w:line="230" w:lineRule="auto"/>
              <w:ind w:left="72"/>
              <w:rPr>
                <w:b/>
                <w:sz w:val="20"/>
                <w:szCs w:val="20"/>
                <w:lang w:val="ru-RU"/>
              </w:rPr>
            </w:pPr>
            <w:r w:rsidRPr="008423E7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  <w:lang w:val="ru-RU"/>
              </w:rPr>
              <w:t>Итого по разделу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B0AFA" w:rsidRDefault="008B0AFA" w:rsidP="000352B7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8B0AFA" w:rsidP="008B0AF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752E" w:rsidRDefault="003B752E" w:rsidP="008B0AFA">
            <w:pPr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</w:tr>
      <w:tr w:rsidR="00AE5CA7" w:rsidRPr="00FB19FC" w:rsidTr="00AB23FC">
        <w:trPr>
          <w:trHeight w:hRule="exact" w:val="348"/>
        </w:trPr>
        <w:tc>
          <w:tcPr>
            <w:tcW w:w="15503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FB19FC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8423E7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Раздел 2</w:t>
            </w:r>
            <w:r w:rsidRPr="008423E7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.</w:t>
            </w:r>
            <w:r w:rsidR="003B203A">
              <w:rPr>
                <w:rFonts w:ascii="Times New Roman" w:eastAsia="Times New Roman" w:hAnsi="Times New Roman"/>
                <w:b/>
                <w:color w:val="221F1F"/>
                <w:w w:val="97"/>
                <w:lang w:val="ru-RU"/>
              </w:rPr>
              <w:t xml:space="preserve">  </w:t>
            </w:r>
            <w:r w:rsidR="008423E7" w:rsidRPr="008423E7">
              <w:rPr>
                <w:rFonts w:ascii="Times New Roman" w:eastAsia="Times New Roman" w:hAnsi="Times New Roman"/>
                <w:b/>
                <w:color w:val="221F1F"/>
                <w:w w:val="97"/>
                <w:lang w:val="ru-RU"/>
              </w:rPr>
              <w:t xml:space="preserve"> Квадратичная  функция.</w:t>
            </w:r>
          </w:p>
        </w:tc>
      </w:tr>
      <w:tr w:rsidR="00AE5CA7" w:rsidRPr="005668E9" w:rsidTr="00AB23FC">
        <w:trPr>
          <w:trHeight w:hRule="exact" w:val="54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A6733" w:rsidRDefault="00EA6733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lang w:val="ru-RU"/>
              </w:rPr>
            </w:pPr>
            <w:r w:rsidRPr="00EA6733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2.7.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EA6733">
            <w:pPr>
              <w:autoSpaceDE w:val="0"/>
              <w:autoSpaceDN w:val="0"/>
              <w:spacing w:before="76" w:after="0" w:line="233" w:lineRule="auto"/>
              <w:ind w:left="72"/>
              <w:rPr>
                <w:sz w:val="20"/>
                <w:szCs w:val="20"/>
                <w:lang w:val="ru-RU"/>
              </w:rPr>
            </w:pPr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Повторение и  расширение сведений о функции.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AB23FC">
        <w:trPr>
          <w:trHeight w:hRule="exact" w:val="61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A6733" w:rsidRDefault="00EA6733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EA6733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2.8</w:t>
            </w:r>
            <w:r w:rsidRPr="00EA6733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EA6733">
            <w:pPr>
              <w:autoSpaceDE w:val="0"/>
              <w:autoSpaceDN w:val="0"/>
              <w:spacing w:before="76" w:after="0" w:line="233" w:lineRule="auto"/>
              <w:ind w:left="72"/>
              <w:rPr>
                <w:sz w:val="20"/>
                <w:szCs w:val="20"/>
                <w:lang w:val="ru-RU"/>
              </w:rPr>
            </w:pPr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Свойства  функции.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5668E9" w:rsidTr="00AB23FC">
        <w:trPr>
          <w:trHeight w:hRule="exact" w:val="565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A6733" w:rsidRDefault="00EA6733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EA6733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2.9</w:t>
            </w:r>
            <w:r w:rsidR="00FB19FC" w:rsidRPr="00EA6733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EA6733">
            <w:pPr>
              <w:autoSpaceDE w:val="0"/>
              <w:autoSpaceDN w:val="0"/>
              <w:spacing w:before="76" w:after="0" w:line="233" w:lineRule="auto"/>
              <w:ind w:left="72"/>
              <w:rPr>
                <w:rFonts w:cs="Times New Roman"/>
                <w:sz w:val="20"/>
                <w:szCs w:val="20"/>
                <w:lang w:val="ru-RU"/>
              </w:rPr>
            </w:pPr>
            <w:r w:rsidRPr="00C34564">
              <w:rPr>
                <w:rFonts w:cs="Times New Roman"/>
                <w:sz w:val="20"/>
                <w:szCs w:val="20"/>
                <w:lang w:val="ru-RU"/>
              </w:rPr>
              <w:t>Построение  графика  функции  y=</w:t>
            </w:r>
            <w:proofErr w:type="spellStart"/>
            <w:r w:rsidRPr="00C34564">
              <w:rPr>
                <w:rFonts w:cs="Times New Roman"/>
                <w:sz w:val="20"/>
                <w:szCs w:val="20"/>
                <w:lang w:val="ru-RU"/>
              </w:rPr>
              <w:t>kf</w:t>
            </w:r>
            <w:proofErr w:type="spellEnd"/>
            <w:r w:rsidRPr="00C34564">
              <w:rPr>
                <w:rFonts w:cs="Times New Roman"/>
                <w:sz w:val="20"/>
                <w:szCs w:val="20"/>
                <w:lang w:val="ru-RU"/>
              </w:rPr>
              <w:t>(х)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423E7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5668E9" w:rsidTr="00AB23FC">
        <w:trPr>
          <w:trHeight w:hRule="exact" w:val="559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203A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lang w:val="ru-RU"/>
              </w:rPr>
            </w:pPr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2.10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3B203A">
            <w:pPr>
              <w:autoSpaceDE w:val="0"/>
              <w:autoSpaceDN w:val="0"/>
              <w:spacing w:before="76" w:after="0" w:line="233" w:lineRule="auto"/>
              <w:ind w:left="72"/>
              <w:rPr>
                <w:sz w:val="20"/>
                <w:szCs w:val="20"/>
                <w:lang w:val="ru-RU"/>
              </w:rPr>
            </w:pPr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Построение графиков  функций  у=</w:t>
            </w:r>
            <w:r w:rsidRPr="00C34564">
              <w:rPr>
                <w:rFonts w:eastAsia="Times New Roman" w:cs="Times New Roman"/>
                <w:color w:val="221F1F"/>
                <w:w w:val="97"/>
                <w:sz w:val="20"/>
                <w:szCs w:val="20"/>
                <w:lang w:val="ru-RU"/>
              </w:rPr>
              <w:t>f</w:t>
            </w:r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(х)+b  и   у=</w:t>
            </w:r>
            <w:r w:rsidRPr="00C34564">
              <w:rPr>
                <w:rFonts w:eastAsia="Times New Roman" w:cs="Times New Roman"/>
                <w:color w:val="221F1F"/>
                <w:w w:val="97"/>
                <w:sz w:val="20"/>
                <w:szCs w:val="20"/>
                <w:lang w:val="ru-RU"/>
              </w:rPr>
              <w:t>f</w:t>
            </w:r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(</w:t>
            </w:r>
            <w:proofErr w:type="spellStart"/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х+a</w:t>
            </w:r>
            <w:proofErr w:type="spellEnd"/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5668E9" w:rsidTr="00AB23FC">
        <w:trPr>
          <w:trHeight w:hRule="exact" w:val="54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203A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2.11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3B203A">
            <w:pPr>
              <w:autoSpaceDE w:val="0"/>
              <w:autoSpaceDN w:val="0"/>
              <w:spacing w:before="7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Квадратичная  функция,   её  график  и свойства.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AB23FC">
        <w:trPr>
          <w:trHeight w:hRule="exact" w:val="54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203A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  <w:lang w:val="ru-RU"/>
              </w:rPr>
            </w:pPr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2.12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34564" w:rsidRDefault="003B203A">
            <w:pPr>
              <w:autoSpaceDE w:val="0"/>
              <w:autoSpaceDN w:val="0"/>
              <w:spacing w:before="7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C34564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Решение квадратных  неравенств.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5668E9" w:rsidTr="00AB23FC">
        <w:trPr>
          <w:trHeight w:hRule="exact" w:val="54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203A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2.13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203A">
            <w:pPr>
              <w:autoSpaceDE w:val="0"/>
              <w:autoSpaceDN w:val="0"/>
              <w:spacing w:before="78" w:after="0" w:line="230" w:lineRule="auto"/>
              <w:ind w:left="72"/>
              <w:rPr>
                <w:sz w:val="20"/>
                <w:szCs w:val="20"/>
                <w:lang w:val="ru-RU"/>
              </w:rPr>
            </w:pPr>
            <w:r w:rsidRPr="003B203A">
              <w:rPr>
                <w:sz w:val="20"/>
                <w:szCs w:val="20"/>
                <w:lang w:val="ru-RU"/>
              </w:rPr>
              <w:t xml:space="preserve">Системы  уравнений с  двумя  </w:t>
            </w:r>
            <w:proofErr w:type="spellStart"/>
            <w:r w:rsidRPr="003B203A">
              <w:rPr>
                <w:sz w:val="20"/>
                <w:szCs w:val="20"/>
                <w:lang w:val="ru-RU"/>
              </w:rPr>
              <w:t>перменными</w:t>
            </w:r>
            <w:proofErr w:type="spellEnd"/>
            <w:r w:rsidRPr="003B203A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Tr="00AB23FC">
        <w:trPr>
          <w:trHeight w:hRule="exact" w:val="348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FB19FC">
            <w:pPr>
              <w:autoSpaceDE w:val="0"/>
              <w:autoSpaceDN w:val="0"/>
              <w:spacing w:before="76" w:after="0" w:line="233" w:lineRule="auto"/>
              <w:ind w:left="72"/>
              <w:rPr>
                <w:b/>
                <w:sz w:val="20"/>
                <w:szCs w:val="20"/>
              </w:rPr>
            </w:pPr>
            <w:proofErr w:type="spellStart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lastRenderedPageBreak/>
              <w:t>Итого</w:t>
            </w:r>
            <w:proofErr w:type="spellEnd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10424" w:rsidRDefault="00C10424" w:rsidP="00C10424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10424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B752E" w:rsidP="003B752E">
            <w:pPr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</w:tr>
      <w:tr w:rsidR="00AE5CA7" w:rsidRPr="00FB19FC" w:rsidTr="00AB23FC">
        <w:trPr>
          <w:trHeight w:hRule="exact" w:val="348"/>
        </w:trPr>
        <w:tc>
          <w:tcPr>
            <w:tcW w:w="155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203A" w:rsidRDefault="003B203A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Раздел 3.  Элементы  прикладной  математики</w:t>
            </w:r>
          </w:p>
        </w:tc>
      </w:tr>
      <w:tr w:rsidR="00AE5CA7" w:rsidRPr="00FB19FC" w:rsidTr="00AB23FC">
        <w:trPr>
          <w:trHeight w:hRule="exact" w:val="74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F5271" w:rsidRDefault="003B203A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lang w:val="ru-RU"/>
              </w:rPr>
            </w:pPr>
            <w:r w:rsidRPr="00EF5271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3.14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B23FC" w:rsidRDefault="00EF5271">
            <w:pPr>
              <w:autoSpaceDE w:val="0"/>
              <w:autoSpaceDN w:val="0"/>
              <w:spacing w:before="76" w:after="0" w:line="233" w:lineRule="auto"/>
              <w:ind w:left="72"/>
              <w:rPr>
                <w:sz w:val="20"/>
                <w:szCs w:val="20"/>
                <w:lang w:val="ru-RU"/>
              </w:rPr>
            </w:pPr>
            <w:r w:rsidRPr="00AB23FC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Математическое  моделирование.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 w:rsidR="00AB23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AB23FC">
        <w:trPr>
          <w:trHeight w:hRule="exact" w:val="695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F5271" w:rsidRDefault="00EF5271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  <w:lang w:val="ru-RU"/>
              </w:rPr>
            </w:pPr>
            <w:r w:rsidRPr="00EF5271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3.15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B23FC" w:rsidRDefault="00EF5271">
            <w:pPr>
              <w:autoSpaceDE w:val="0"/>
              <w:autoSpaceDN w:val="0"/>
              <w:spacing w:before="76" w:after="0" w:line="233" w:lineRule="auto"/>
              <w:ind w:left="72"/>
              <w:rPr>
                <w:sz w:val="20"/>
                <w:szCs w:val="20"/>
                <w:lang w:val="ru-RU"/>
              </w:rPr>
            </w:pPr>
            <w:r w:rsidRPr="00AB23FC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Процентные  расчёты.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 w:rsidR="00AB23F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C34564" w:rsidRPr="00FB19FC" w:rsidTr="00AB23FC">
        <w:trPr>
          <w:trHeight w:hRule="exact" w:val="71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EF5271" w:rsidRDefault="00C3456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3.16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AB23FC" w:rsidRDefault="00C34564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AB23FC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Абсолютная  и  относительная  прогрессия.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3B752E" w:rsidRDefault="00AB23F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C34564" w:rsidRPr="00FB19FC" w:rsidTr="00AB23FC">
        <w:trPr>
          <w:trHeight w:hRule="exact" w:val="70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C34564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3.17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AB23FC" w:rsidRDefault="00C34564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AB23FC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Основные  правила  комбинаторики.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3B752E" w:rsidRDefault="00AB23F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C34564" w:rsidRPr="00AB23FC" w:rsidTr="00AB23FC">
        <w:trPr>
          <w:trHeight w:hRule="exact" w:val="71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3.18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AB23FC" w:rsidRDefault="00AB23FC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AB23FC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Частота  и  вероятность случайного  события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FB19FC" w:rsidRDefault="00C34564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Default="00AB23F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4564" w:rsidRPr="003B752E" w:rsidRDefault="00AB23F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AB23FC">
        <w:trPr>
          <w:trHeight w:hRule="exact" w:val="693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3.19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AB23FC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AB23FC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Классическое  определение   вероятности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AB23F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C557A6">
        <w:trPr>
          <w:trHeight w:hRule="exact" w:val="717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3.20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AB23FC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AB23FC"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  <w:t>Начальные  сведения  о  статистике.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AB23F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B64505">
        <w:trPr>
          <w:trHeight w:hRule="exact" w:val="493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AB23FC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proofErr w:type="spellStart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3B203A"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20"/>
                <w:szCs w:val="20"/>
                <w:lang w:val="ru-RU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 w:rsidP="00AB23F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AB23F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AB23FC" w:rsidRPr="00FB19FC" w:rsidTr="00A83BC6">
        <w:trPr>
          <w:trHeight w:hRule="exact" w:val="493"/>
        </w:trPr>
        <w:tc>
          <w:tcPr>
            <w:tcW w:w="1550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AB23FC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F5271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Раздел 4.  Числовые  последовательности.</w:t>
            </w:r>
          </w:p>
        </w:tc>
      </w:tr>
      <w:tr w:rsidR="00AB23FC" w:rsidRPr="00FB19FC" w:rsidTr="00C557A6">
        <w:trPr>
          <w:trHeight w:hRule="exact" w:val="699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4.21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C557A6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Числовые последовательности.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C557A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C557A6">
        <w:trPr>
          <w:trHeight w:hRule="exact" w:val="708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4.22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C557A6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EF5271">
              <w:rPr>
                <w:sz w:val="20"/>
                <w:szCs w:val="20"/>
                <w:lang w:val="ru-RU"/>
              </w:rPr>
              <w:t>Арифметическая  прогрессия.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C557A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C557A6">
        <w:trPr>
          <w:trHeight w:hRule="exact" w:val="65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4.23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C557A6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6A481B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Сумма</w:t>
            </w:r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 xml:space="preserve"> </w:t>
            </w:r>
            <w:r w:rsidRPr="006A481B">
              <w:rPr>
                <w:rFonts w:ascii="Times New Roman" w:eastAsia="Times New Roman" w:hAnsi="Times New Roman" w:cs="Times New Roman"/>
                <w:b/>
                <w:color w:val="000000"/>
                <w:w w:val="97"/>
                <w:lang w:val="ru-RU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lang w:val="ru-RU"/>
              </w:rPr>
              <w:t xml:space="preserve">  </w:t>
            </w:r>
            <w:r w:rsidRPr="006A481B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первых  членов  арифметической прогрессии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C557A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C557A6">
        <w:trPr>
          <w:trHeight w:hRule="exact" w:val="75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4.24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C557A6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 w:rsidRPr="006A481B"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Геометрическая прогрессия.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C557A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C557A6">
        <w:trPr>
          <w:trHeight w:hRule="exact" w:val="725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4.25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C557A6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Сумма</w:t>
            </w:r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 xml:space="preserve"> </w:t>
            </w:r>
            <w:r w:rsidRPr="006A481B">
              <w:rPr>
                <w:rFonts w:ascii="Times New Roman" w:eastAsia="Times New Roman" w:hAnsi="Times New Roman" w:cs="Times New Roman"/>
                <w:b/>
                <w:color w:val="000000"/>
                <w:w w:val="97"/>
                <w:lang w:val="ru-RU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7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первых  членов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геометрической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прогресси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C557A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B23FC" w:rsidRPr="00FB19FC" w:rsidTr="00C557A6">
        <w:trPr>
          <w:trHeight w:hRule="exact" w:val="706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>4.26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AB23FC" w:rsidRDefault="00C557A6">
            <w:pPr>
              <w:autoSpaceDE w:val="0"/>
              <w:autoSpaceDN w:val="0"/>
              <w:spacing w:before="76" w:after="0" w:line="233" w:lineRule="auto"/>
              <w:ind w:left="72"/>
              <w:rPr>
                <w:rFonts w:eastAsia="Times New Roman"/>
                <w:color w:val="221F1F"/>
                <w:w w:val="97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Сумма бесконечной  геометрической  прогрессии,  у  которой  модуль  знаменателя  меньше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1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20"/>
                <w:szCs w:val="20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AB23FC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FB19FC" w:rsidRDefault="00AB23FC">
            <w:pPr>
              <w:rPr>
                <w:lang w:val="ru-RU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Default="00C557A6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B23FC" w:rsidRPr="003B752E" w:rsidRDefault="00C557A6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              </w:t>
            </w: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</w:tbl>
    <w:p w:rsidR="00AE5CA7" w:rsidRPr="00FB19FC" w:rsidRDefault="00AE5CA7">
      <w:pPr>
        <w:rPr>
          <w:lang w:val="ru-RU"/>
        </w:rPr>
        <w:sectPr w:rsidR="00AE5CA7" w:rsidRPr="00FB19FC">
          <w:pgSz w:w="16840" w:h="11900"/>
          <w:pgMar w:top="282" w:right="640" w:bottom="31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E5CA7" w:rsidRPr="00FB19FC" w:rsidRDefault="00AE5CA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6"/>
        <w:gridCol w:w="4707"/>
        <w:gridCol w:w="993"/>
        <w:gridCol w:w="992"/>
        <w:gridCol w:w="1134"/>
        <w:gridCol w:w="850"/>
        <w:gridCol w:w="3828"/>
        <w:gridCol w:w="1220"/>
        <w:gridCol w:w="1382"/>
      </w:tblGrid>
      <w:tr w:rsidR="00AE5CA7" w:rsidTr="000352B7">
        <w:trPr>
          <w:trHeight w:hRule="exact" w:val="348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6A481B" w:rsidRDefault="00FB19FC">
            <w:pPr>
              <w:autoSpaceDE w:val="0"/>
              <w:autoSpaceDN w:val="0"/>
              <w:spacing w:before="78" w:after="0" w:line="230" w:lineRule="auto"/>
              <w:ind w:left="72"/>
              <w:rPr>
                <w:b/>
              </w:rPr>
            </w:pPr>
            <w:proofErr w:type="spellStart"/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Итого</w:t>
            </w:r>
            <w:proofErr w:type="spellEnd"/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 xml:space="preserve"> </w:t>
            </w:r>
            <w:proofErr w:type="spellStart"/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по</w:t>
            </w:r>
            <w:proofErr w:type="spellEnd"/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 xml:space="preserve"> </w:t>
            </w:r>
            <w:proofErr w:type="spellStart"/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разделу</w:t>
            </w:r>
            <w:proofErr w:type="spellEnd"/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10424" w:rsidRDefault="00C10424" w:rsidP="00C10424">
            <w:pPr>
              <w:autoSpaceDE w:val="0"/>
              <w:autoSpaceDN w:val="0"/>
              <w:spacing w:before="78" w:after="0" w:line="230" w:lineRule="auto"/>
              <w:ind w:left="72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10424" w:rsidRDefault="00C10424" w:rsidP="00C1042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0352B7" w:rsidP="000352B7">
            <w:pPr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</w:tr>
      <w:tr w:rsidR="00AE5CA7" w:rsidRPr="003B752E" w:rsidTr="003B752E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7F63C3" w:rsidRDefault="00FB19FC">
            <w:pPr>
              <w:autoSpaceDE w:val="0"/>
              <w:autoSpaceDN w:val="0"/>
              <w:spacing w:before="78" w:after="0" w:line="230" w:lineRule="auto"/>
              <w:ind w:left="72"/>
              <w:rPr>
                <w:b/>
                <w:lang w:val="ru-RU"/>
              </w:rPr>
            </w:pPr>
            <w:r w:rsidRPr="007F63C3">
              <w:rPr>
                <w:rFonts w:ascii="Times New Roman" w:eastAsia="Times New Roman" w:hAnsi="Times New Roman"/>
                <w:b/>
                <w:color w:val="000000"/>
                <w:w w:val="97"/>
                <w:lang w:val="ru-RU"/>
              </w:rPr>
              <w:t xml:space="preserve">Раздел 5. </w:t>
            </w:r>
            <w:r w:rsidR="006A481B" w:rsidRPr="007F63C3">
              <w:rPr>
                <w:rFonts w:ascii="Times New Roman" w:eastAsia="Times New Roman" w:hAnsi="Times New Roman"/>
                <w:b/>
                <w:color w:val="221F1F"/>
                <w:w w:val="97"/>
                <w:lang w:val="ru-RU"/>
              </w:rPr>
              <w:t>Повторение,  обобщение,   систематизация  знаний.</w:t>
            </w:r>
          </w:p>
        </w:tc>
      </w:tr>
      <w:tr w:rsidR="00AE5CA7" w:rsidRPr="00FB19FC" w:rsidTr="00C557A6">
        <w:trPr>
          <w:trHeight w:hRule="exact" w:val="729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78" w:after="0" w:line="230" w:lineRule="auto"/>
              <w:jc w:val="center"/>
            </w:pPr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5.1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557A6" w:rsidRDefault="006A481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557A6">
              <w:rPr>
                <w:lang w:val="ru-RU"/>
              </w:rPr>
              <w:t>Неравенства.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557A6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557A6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C557A6">
        <w:trPr>
          <w:trHeight w:hRule="exact" w:val="7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6A481B" w:rsidRDefault="00FB19FC">
            <w:pPr>
              <w:autoSpaceDE w:val="0"/>
              <w:autoSpaceDN w:val="0"/>
              <w:spacing w:before="78" w:after="0" w:line="230" w:lineRule="auto"/>
              <w:jc w:val="center"/>
              <w:rPr>
                <w:b/>
              </w:rPr>
            </w:pPr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5.2.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752E" w:rsidRDefault="006A481B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3B752E">
              <w:rPr>
                <w:rFonts w:ascii="Times New Roman" w:eastAsia="Times New Roman" w:hAnsi="Times New Roman"/>
                <w:color w:val="221F1F"/>
                <w:w w:val="97"/>
                <w:lang w:val="ru-RU"/>
              </w:rPr>
              <w:t>Квадратичная  функция.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RPr="00FB19FC" w:rsidTr="00C557A6">
        <w:trPr>
          <w:trHeight w:hRule="exact" w:val="706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6A481B" w:rsidRDefault="00FB19FC">
            <w:pPr>
              <w:autoSpaceDE w:val="0"/>
              <w:autoSpaceDN w:val="0"/>
              <w:spacing w:before="74" w:after="0" w:line="230" w:lineRule="auto"/>
              <w:jc w:val="center"/>
              <w:rPr>
                <w:b/>
              </w:rPr>
            </w:pPr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5.3.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B752E" w:rsidRDefault="006A481B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3B752E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Элементы  прикладной  математики.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38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AE5CA7">
            <w:pPr>
              <w:rPr>
                <w:lang w:val="ru-RU"/>
              </w:rPr>
            </w:pPr>
          </w:p>
        </w:tc>
        <w:tc>
          <w:tcPr>
            <w:tcW w:w="12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C34564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3B752E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Tr="00C557A6">
        <w:trPr>
          <w:trHeight w:hRule="exact" w:val="7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6A481B" w:rsidRDefault="00FB19FC">
            <w:pPr>
              <w:autoSpaceDE w:val="0"/>
              <w:autoSpaceDN w:val="0"/>
              <w:spacing w:before="76" w:after="0" w:line="233" w:lineRule="auto"/>
              <w:jc w:val="center"/>
              <w:rPr>
                <w:b/>
              </w:rPr>
            </w:pPr>
            <w:r w:rsidRPr="006A481B">
              <w:rPr>
                <w:rFonts w:ascii="Times New Roman" w:eastAsia="Times New Roman" w:hAnsi="Times New Roman"/>
                <w:b/>
                <w:color w:val="000000"/>
                <w:w w:val="97"/>
              </w:rPr>
              <w:t>5.4.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A481B" w:rsidRPr="003B752E" w:rsidRDefault="006A481B" w:rsidP="006A481B">
            <w:pPr>
              <w:autoSpaceDE w:val="0"/>
              <w:autoSpaceDN w:val="0"/>
              <w:spacing w:after="0" w:line="14" w:lineRule="exact"/>
              <w:rPr>
                <w:lang w:val="ru-RU"/>
              </w:rPr>
            </w:pPr>
            <w:r w:rsidRPr="003B752E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Числовые  последовательности.</w:t>
            </w:r>
          </w:p>
          <w:p w:rsidR="006A481B" w:rsidRPr="003B752E" w:rsidRDefault="006A481B" w:rsidP="006A481B">
            <w:pPr>
              <w:rPr>
                <w:lang w:val="ru-RU"/>
              </w:rPr>
            </w:pPr>
            <w:r w:rsidRPr="003B752E">
              <w:rPr>
                <w:rFonts w:ascii="Times New Roman" w:eastAsia="Times New Roman" w:hAnsi="Times New Roman"/>
                <w:color w:val="000000"/>
                <w:w w:val="97"/>
                <w:lang w:val="ru-RU"/>
              </w:rPr>
              <w:t>Числовые  последовательности.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3522D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3522D" w:rsidRDefault="0003522D" w:rsidP="0003522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34564">
            <w:r>
              <w:rPr>
                <w:sz w:val="20"/>
                <w:szCs w:val="20"/>
                <w:lang w:val="ru-RU"/>
              </w:rPr>
              <w:t>Письменный контроль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B752E"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Образовательная платформа  </w:t>
            </w:r>
            <w:proofErr w:type="gramStart"/>
            <w:r w:rsidRPr="003B752E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Я-класс</w:t>
            </w:r>
            <w:proofErr w:type="gramEnd"/>
          </w:p>
        </w:tc>
      </w:tr>
      <w:tr w:rsidR="00AE5CA7" w:rsidTr="000352B7">
        <w:trPr>
          <w:trHeight w:hRule="exact" w:val="516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7F63C3" w:rsidRDefault="00FB19FC">
            <w:pPr>
              <w:autoSpaceDE w:val="0"/>
              <w:autoSpaceDN w:val="0"/>
              <w:spacing w:before="76" w:after="0" w:line="233" w:lineRule="auto"/>
              <w:ind w:left="72"/>
              <w:rPr>
                <w:b/>
              </w:rPr>
            </w:pPr>
            <w:r w:rsidRPr="007F63C3">
              <w:rPr>
                <w:rFonts w:ascii="Times New Roman" w:eastAsia="Times New Roman" w:hAnsi="Times New Roman"/>
                <w:b/>
                <w:color w:val="000000"/>
                <w:w w:val="97"/>
              </w:rPr>
              <w:t>Итого по разделу: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10424" w:rsidRDefault="0003522D" w:rsidP="0003522D">
            <w:pPr>
              <w:autoSpaceDE w:val="0"/>
              <w:autoSpaceDN w:val="0"/>
              <w:spacing w:before="76" w:after="0" w:line="233" w:lineRule="auto"/>
              <w:ind w:left="72"/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0352B7" w:rsidP="000352B7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</w:tr>
    </w:tbl>
    <w:p w:rsidR="00AE5CA7" w:rsidRPr="00FB19FC" w:rsidRDefault="00AE5CA7">
      <w:pPr>
        <w:autoSpaceDE w:val="0"/>
        <w:autoSpaceDN w:val="0"/>
        <w:spacing w:after="0" w:line="14" w:lineRule="exact"/>
        <w:rPr>
          <w:lang w:val="ru-RU"/>
        </w:rPr>
      </w:pPr>
    </w:p>
    <w:p w:rsidR="00AE5CA7" w:rsidRPr="00FB19FC" w:rsidRDefault="00AE5CA7">
      <w:pPr>
        <w:rPr>
          <w:lang w:val="ru-RU"/>
        </w:rPr>
        <w:sectPr w:rsidR="00AE5CA7" w:rsidRPr="00FB19FC">
          <w:pgSz w:w="16840" w:h="11900"/>
          <w:pgMar w:top="284" w:right="640" w:bottom="39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E5CA7" w:rsidRDefault="00AE5CA7">
      <w:pPr>
        <w:autoSpaceDE w:val="0"/>
        <w:autoSpaceDN w:val="0"/>
        <w:spacing w:after="78" w:line="220" w:lineRule="exact"/>
      </w:pPr>
    </w:p>
    <w:p w:rsidR="00AE5CA7" w:rsidRDefault="00FB19FC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732"/>
        <w:gridCol w:w="1620"/>
        <w:gridCol w:w="1668"/>
        <w:gridCol w:w="1164"/>
        <w:gridCol w:w="1682"/>
      </w:tblGrid>
      <w:tr w:rsidR="00AE5CA7" w:rsidTr="008441FC">
        <w:trPr>
          <w:trHeight w:hRule="exact" w:val="49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 w:rsidP="008441FC">
            <w:pPr>
              <w:autoSpaceDE w:val="0"/>
              <w:autoSpaceDN w:val="0"/>
              <w:spacing w:before="98" w:after="0" w:line="262" w:lineRule="auto"/>
              <w:ind w:left="72" w:right="576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AE5CA7" w:rsidTr="008441FC">
        <w:trPr>
          <w:trHeight w:hRule="exact" w:val="828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A7" w:rsidRDefault="00AE5CA7"/>
        </w:tc>
        <w:tc>
          <w:tcPr>
            <w:tcW w:w="1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A7" w:rsidRDefault="00AE5CA7"/>
        </w:tc>
      </w:tr>
      <w:tr w:rsidR="00AE5CA7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5F5807" w:rsidRDefault="00466A3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Повторение. Рациональ</w:t>
            </w:r>
            <w:r w:rsidR="005F5807" w:rsidRPr="005F5807">
              <w:rPr>
                <w:sz w:val="20"/>
                <w:szCs w:val="20"/>
                <w:lang w:val="ru-RU"/>
              </w:rPr>
              <w:t>ные выражения.</w:t>
            </w:r>
          </w:p>
          <w:p w:rsidR="005F5807" w:rsidRDefault="005F5807">
            <w:pPr>
              <w:rPr>
                <w:lang w:val="ru-RU"/>
              </w:rPr>
            </w:pPr>
          </w:p>
          <w:p w:rsidR="005F5807" w:rsidRDefault="005F5807">
            <w:pPr>
              <w:rPr>
                <w:lang w:val="ru-RU"/>
              </w:rPr>
            </w:pPr>
          </w:p>
          <w:p w:rsidR="005F5807" w:rsidRPr="005F5807" w:rsidRDefault="005F5807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8457F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466A3B" w:rsidRDefault="00466A3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5F5807" w:rsidRDefault="00985D8E" w:rsidP="005F5807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Повторение. Квадратные</w:t>
            </w:r>
            <w:r w:rsidR="005F5807" w:rsidRPr="005F5807">
              <w:rPr>
                <w:sz w:val="20"/>
                <w:szCs w:val="20"/>
                <w:lang w:val="ru-RU"/>
              </w:rPr>
              <w:t xml:space="preserve"> числа.  Действительные числа</w:t>
            </w:r>
            <w:r w:rsidR="005F5807">
              <w:rPr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8457F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EE0E94" w:rsidP="005F5807">
            <w:pPr>
              <w:rPr>
                <w:lang w:val="ru-RU"/>
              </w:rPr>
            </w:pPr>
            <w:r w:rsidRPr="005F5807">
              <w:rPr>
                <w:sz w:val="20"/>
                <w:szCs w:val="20"/>
                <w:lang w:val="ru-RU"/>
              </w:rPr>
              <w:t xml:space="preserve">Повторение. </w:t>
            </w:r>
            <w:r>
              <w:rPr>
                <w:sz w:val="20"/>
                <w:szCs w:val="20"/>
                <w:lang w:val="ru-RU"/>
              </w:rPr>
              <w:t>Квадратные  уравнения.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8457F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EE0E94" w:rsidTr="008441FC">
        <w:trPr>
          <w:trHeight w:hRule="exact" w:val="774"/>
        </w:trPr>
        <w:tc>
          <w:tcPr>
            <w:tcW w:w="7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EE0E94">
            <w:pPr>
              <w:rPr>
                <w:sz w:val="20"/>
                <w:szCs w:val="20"/>
                <w:lang w:val="ru-RU"/>
              </w:rPr>
            </w:pPr>
            <w:r w:rsidRPr="00EE0E94">
              <w:rPr>
                <w:sz w:val="20"/>
                <w:szCs w:val="20"/>
                <w:lang w:val="ru-RU"/>
              </w:rPr>
              <w:t>Кон</w:t>
            </w:r>
            <w:r w:rsidR="00985D8E">
              <w:rPr>
                <w:sz w:val="20"/>
                <w:szCs w:val="20"/>
                <w:lang w:val="ru-RU"/>
              </w:rPr>
              <w:t>трольная работа №1 «Входная контрольная работа</w:t>
            </w:r>
            <w:r w:rsidRPr="00EE0E94">
              <w:rPr>
                <w:sz w:val="20"/>
                <w:szCs w:val="20"/>
                <w:lang w:val="ru-RU"/>
              </w:rPr>
              <w:t>»</w:t>
            </w:r>
            <w:r w:rsidR="00985D8E">
              <w:rPr>
                <w:sz w:val="20"/>
                <w:szCs w:val="20"/>
                <w:lang w:val="ru-RU"/>
              </w:rPr>
              <w:t>.</w:t>
            </w:r>
          </w:p>
          <w:p w:rsidR="00EE0E94" w:rsidRPr="00EE0E94" w:rsidRDefault="00EE0E94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87138C" w:rsidP="0087138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E449A" w:rsidRDefault="009E449A">
            <w:pPr>
              <w:rPr>
                <w:b/>
                <w:lang w:val="ru-RU"/>
              </w:rPr>
            </w:pPr>
            <w:r w:rsidRPr="009E449A">
              <w:rPr>
                <w:b/>
                <w:sz w:val="16"/>
                <w:szCs w:val="16"/>
                <w:lang w:val="ru-RU"/>
              </w:rPr>
              <w:t>Контрольная                                      работа</w:t>
            </w:r>
          </w:p>
        </w:tc>
      </w:tr>
      <w:tr w:rsidR="00AE5CA7" w:rsidRPr="00EE0E94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EE0E94">
            <w:pPr>
              <w:rPr>
                <w:sz w:val="20"/>
                <w:szCs w:val="20"/>
                <w:lang w:val="ru-RU"/>
              </w:rPr>
            </w:pPr>
            <w:r w:rsidRPr="00EE0E94">
              <w:rPr>
                <w:sz w:val="20"/>
                <w:szCs w:val="20"/>
                <w:lang w:val="ru-RU"/>
              </w:rPr>
              <w:t>Числовые  неравенства.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466A3B" w:rsidRDefault="00466A3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Устный контроль</w:t>
            </w:r>
          </w:p>
        </w:tc>
      </w:tr>
      <w:tr w:rsidR="00AE5CA7" w:rsidRPr="00EE0E94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EE0E94">
            <w:pPr>
              <w:rPr>
                <w:sz w:val="20"/>
                <w:szCs w:val="20"/>
                <w:lang w:val="ru-RU"/>
              </w:rPr>
            </w:pPr>
            <w:r w:rsidRPr="00EE0E94">
              <w:rPr>
                <w:sz w:val="20"/>
                <w:szCs w:val="20"/>
                <w:lang w:val="ru-RU"/>
              </w:rPr>
              <w:t>Решение задач по теме: «Числовые неравенства»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EE0E94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EE0E94">
            <w:pPr>
              <w:rPr>
                <w:lang w:val="ru-RU"/>
              </w:rPr>
            </w:pPr>
            <w:r w:rsidRPr="00EE0E94">
              <w:rPr>
                <w:sz w:val="20"/>
                <w:szCs w:val="20"/>
                <w:lang w:val="ru-RU"/>
              </w:rPr>
              <w:t>Решение задач по теме: «Числовые неравенства»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EE0E94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87138C">
            <w:pPr>
              <w:rPr>
                <w:sz w:val="20"/>
                <w:szCs w:val="20"/>
                <w:lang w:val="ru-RU"/>
              </w:rPr>
            </w:pPr>
            <w:r w:rsidRPr="00EE0E94">
              <w:rPr>
                <w:sz w:val="20"/>
                <w:szCs w:val="20"/>
                <w:lang w:val="ru-RU"/>
              </w:rPr>
              <w:t>Решение задач по теме: «Числовые неравенства»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466A3B" w:rsidRDefault="00466A3B">
            <w:pPr>
              <w:rPr>
                <w:sz w:val="16"/>
                <w:szCs w:val="16"/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985D8E" w:rsidTr="008441FC">
        <w:trPr>
          <w:trHeight w:hRule="exact" w:val="5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985D8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Основные свойства числовых неравенств.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985D8E" w:rsidTr="008441FC">
        <w:trPr>
          <w:trHeight w:hRule="exact" w:val="8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985D8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«Основные свойства числовых неравенств</w:t>
            </w:r>
            <w:proofErr w:type="gramStart"/>
            <w:r>
              <w:rPr>
                <w:sz w:val="20"/>
                <w:szCs w:val="20"/>
                <w:lang w:val="ru-RU"/>
              </w:rPr>
              <w:t>.»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985D8E" w:rsidTr="008441FC">
        <w:trPr>
          <w:trHeight w:hRule="exact" w:val="84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985D8E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«Основные свойства числовых неравенств</w:t>
            </w:r>
            <w:proofErr w:type="gramStart"/>
            <w:r>
              <w:rPr>
                <w:sz w:val="20"/>
                <w:szCs w:val="20"/>
                <w:lang w:val="ru-RU"/>
              </w:rPr>
              <w:t>.»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985D8E" w:rsidTr="008441FC">
        <w:trPr>
          <w:trHeight w:hRule="exact" w:val="11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2568D" w:rsidRDefault="00985D8E">
            <w:pPr>
              <w:rPr>
                <w:sz w:val="20"/>
                <w:szCs w:val="20"/>
                <w:lang w:val="ru-RU"/>
              </w:rPr>
            </w:pPr>
            <w:r w:rsidRPr="0032568D">
              <w:rPr>
                <w:sz w:val="20"/>
                <w:szCs w:val="20"/>
                <w:lang w:val="ru-RU"/>
              </w:rPr>
              <w:t xml:space="preserve">Сложение и умножение числовых </w:t>
            </w:r>
            <w:r w:rsidR="0032568D" w:rsidRPr="0032568D">
              <w:rPr>
                <w:sz w:val="20"/>
                <w:szCs w:val="20"/>
                <w:lang w:val="ru-RU"/>
              </w:rPr>
              <w:t xml:space="preserve"> неравенств. Оценивание  значения выражения.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985D8E" w:rsidTr="008441FC">
        <w:trPr>
          <w:trHeight w:hRule="exact" w:val="141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059B7" w:rsidRDefault="0032568D" w:rsidP="008059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задач по теме: «Сложение и умножение  числовых неравенств. Оценивание значения </w:t>
            </w:r>
            <w:proofErr w:type="spellStart"/>
            <w:r>
              <w:rPr>
                <w:sz w:val="20"/>
                <w:szCs w:val="20"/>
                <w:lang w:val="ru-RU"/>
              </w:rPr>
              <w:t>выыражений</w:t>
            </w:r>
            <w:proofErr w:type="spellEnd"/>
            <w:r>
              <w:rPr>
                <w:sz w:val="20"/>
                <w:szCs w:val="20"/>
                <w:lang w:val="ru-RU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985D8E" w:rsidTr="008441FC">
        <w:trPr>
          <w:trHeight w:hRule="exact" w:val="14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2568D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«Сложение и умножение  числовых неравенств. Оценивание значения выражений».</w:t>
            </w:r>
          </w:p>
          <w:p w:rsidR="0087138C" w:rsidRDefault="0087138C">
            <w:pPr>
              <w:rPr>
                <w:lang w:val="ru-RU"/>
              </w:rPr>
            </w:pPr>
          </w:p>
          <w:p w:rsidR="0087138C" w:rsidRDefault="0087138C">
            <w:pPr>
              <w:rPr>
                <w:lang w:val="ru-RU"/>
              </w:rPr>
            </w:pPr>
          </w:p>
          <w:p w:rsidR="0087138C" w:rsidRDefault="0087138C">
            <w:pPr>
              <w:rPr>
                <w:lang w:val="ru-RU"/>
              </w:rPr>
            </w:pPr>
          </w:p>
          <w:p w:rsidR="0087138C" w:rsidRDefault="0087138C">
            <w:pPr>
              <w:rPr>
                <w:lang w:val="ru-RU"/>
              </w:rPr>
            </w:pPr>
          </w:p>
          <w:p w:rsidR="0087138C" w:rsidRPr="00EE0E94" w:rsidRDefault="0087138C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985D8E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2568D" w:rsidRDefault="0032568D">
            <w:pPr>
              <w:rPr>
                <w:sz w:val="20"/>
                <w:szCs w:val="20"/>
                <w:lang w:val="ru-RU"/>
              </w:rPr>
            </w:pPr>
            <w:r w:rsidRPr="0032568D">
              <w:rPr>
                <w:sz w:val="20"/>
                <w:szCs w:val="20"/>
                <w:lang w:val="ru-RU"/>
              </w:rPr>
              <w:t>Неравенства с одной переменной.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E0E9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EE0E94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985D8E" w:rsidTr="008441FC">
        <w:trPr>
          <w:trHeight w:hRule="exact" w:val="78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2568D" w:rsidRDefault="0032568D">
            <w:pPr>
              <w:rPr>
                <w:sz w:val="20"/>
                <w:szCs w:val="20"/>
                <w:lang w:val="ru-RU"/>
              </w:rPr>
            </w:pPr>
            <w:r w:rsidRPr="0032568D">
              <w:rPr>
                <w:sz w:val="20"/>
                <w:szCs w:val="20"/>
                <w:lang w:val="ru-RU"/>
              </w:rPr>
              <w:t>Решение задач по теме: «Неравенства с одной пер</w:t>
            </w:r>
            <w:r>
              <w:rPr>
                <w:sz w:val="20"/>
                <w:szCs w:val="20"/>
                <w:lang w:val="ru-RU"/>
              </w:rPr>
              <w:t>е</w:t>
            </w:r>
            <w:r w:rsidRPr="0032568D">
              <w:rPr>
                <w:sz w:val="20"/>
                <w:szCs w:val="20"/>
                <w:lang w:val="ru-RU"/>
              </w:rPr>
              <w:t>менной».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985D8E" w:rsidTr="008441FC">
        <w:trPr>
          <w:trHeight w:hRule="exact" w:val="8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2568D" w:rsidRDefault="0032568D">
            <w:pPr>
              <w:rPr>
                <w:sz w:val="20"/>
                <w:szCs w:val="20"/>
                <w:lang w:val="ru-RU"/>
              </w:rPr>
            </w:pPr>
            <w:r w:rsidRPr="0032568D">
              <w:rPr>
                <w:sz w:val="20"/>
                <w:szCs w:val="20"/>
                <w:lang w:val="ru-RU"/>
              </w:rPr>
              <w:t>Решение</w:t>
            </w:r>
            <w:r>
              <w:rPr>
                <w:sz w:val="20"/>
                <w:szCs w:val="20"/>
                <w:lang w:val="ru-RU"/>
              </w:rPr>
              <w:t xml:space="preserve">  линейных 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 одной переменной.</w:t>
            </w:r>
            <w:r w:rsidR="00F40E6A">
              <w:rPr>
                <w:sz w:val="20"/>
                <w:szCs w:val="20"/>
                <w:lang w:val="ru-RU"/>
              </w:rPr>
              <w:t xml:space="preserve"> Числовые промежутки.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985D8E" w:rsidTr="008441FC">
        <w:trPr>
          <w:trHeight w:hRule="exact" w:val="11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18.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40E6A" w:rsidRDefault="00F40E6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«Решение линейных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 одной переменной. Числовые промежутки».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985D8E" w:rsidTr="008441FC">
        <w:trPr>
          <w:trHeight w:hRule="exact" w:val="11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40E6A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«Решение линейных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 одной переменной. Числовые промежутки».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FB19F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985D8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985D8E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11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40E6A">
            <w:r>
              <w:rPr>
                <w:sz w:val="20"/>
                <w:szCs w:val="20"/>
                <w:lang w:val="ru-RU"/>
              </w:rPr>
              <w:t xml:space="preserve">Решение заданий по теме: «Решение линейных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 одной переменной. Числовые промежутки».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11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40E6A">
            <w:r>
              <w:rPr>
                <w:sz w:val="20"/>
                <w:szCs w:val="20"/>
                <w:lang w:val="ru-RU"/>
              </w:rPr>
              <w:t xml:space="preserve">Решение заданий по теме: «Решение линейных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 одной переменной. Числовые промежутки».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11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40E6A">
            <w:r>
              <w:rPr>
                <w:sz w:val="20"/>
                <w:szCs w:val="20"/>
                <w:lang w:val="ru-RU"/>
              </w:rPr>
              <w:t xml:space="preserve">Решение заданий по теме: «Решение линейных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 одной переменной. Числовые промежутки».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8457F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8457F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40E6A" w:rsidRDefault="00F40E6A">
            <w:pPr>
              <w:rPr>
                <w:sz w:val="20"/>
                <w:szCs w:val="20"/>
                <w:lang w:val="ru-RU"/>
              </w:rPr>
            </w:pPr>
            <w:r w:rsidRPr="00F40E6A">
              <w:rPr>
                <w:sz w:val="20"/>
                <w:szCs w:val="20"/>
                <w:lang w:val="ru-RU"/>
              </w:rPr>
              <w:t xml:space="preserve">Системы </w:t>
            </w:r>
            <w:r>
              <w:rPr>
                <w:sz w:val="20"/>
                <w:szCs w:val="20"/>
                <w:lang w:val="ru-RU"/>
              </w:rPr>
              <w:t xml:space="preserve"> линейных 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с одной переменной.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9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40E6A" w:rsidRDefault="0038457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</w:t>
            </w:r>
            <w:r w:rsidR="00F40E6A" w:rsidRPr="00F40E6A">
              <w:rPr>
                <w:sz w:val="20"/>
                <w:szCs w:val="20"/>
                <w:lang w:val="ru-RU"/>
              </w:rPr>
              <w:t>ме: «</w:t>
            </w:r>
            <w:r w:rsidR="00F40E6A">
              <w:rPr>
                <w:sz w:val="20"/>
                <w:szCs w:val="20"/>
                <w:lang w:val="ru-RU"/>
              </w:rPr>
              <w:t>Системы линейных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 с одной перемен</w:t>
            </w:r>
            <w:r w:rsidR="00F40E6A">
              <w:rPr>
                <w:sz w:val="20"/>
                <w:szCs w:val="20"/>
                <w:lang w:val="ru-RU"/>
              </w:rPr>
              <w:t>ной».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40E6A" w:rsidRDefault="0038457F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</w:t>
            </w:r>
            <w:r w:rsidR="00F40E6A" w:rsidRPr="00F40E6A">
              <w:rPr>
                <w:sz w:val="20"/>
                <w:szCs w:val="20"/>
                <w:lang w:val="ru-RU"/>
              </w:rPr>
              <w:t>ме: «</w:t>
            </w:r>
            <w:r w:rsidR="00F40E6A">
              <w:rPr>
                <w:sz w:val="20"/>
                <w:szCs w:val="20"/>
                <w:lang w:val="ru-RU"/>
              </w:rPr>
              <w:t>Системы линейных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 с одной перемен</w:t>
            </w:r>
            <w:r w:rsidR="00F40E6A">
              <w:rPr>
                <w:sz w:val="20"/>
                <w:szCs w:val="20"/>
                <w:lang w:val="ru-RU"/>
              </w:rPr>
              <w:t>ной».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8457F" w:rsidRDefault="0038457F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8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40E6A" w:rsidRDefault="0038457F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</w:t>
            </w:r>
            <w:r w:rsidR="00F40E6A" w:rsidRPr="00F40E6A">
              <w:rPr>
                <w:sz w:val="20"/>
                <w:szCs w:val="20"/>
                <w:lang w:val="ru-RU"/>
              </w:rPr>
              <w:t>ме: «</w:t>
            </w:r>
            <w:r w:rsidR="00F40E6A">
              <w:rPr>
                <w:sz w:val="20"/>
                <w:szCs w:val="20"/>
                <w:lang w:val="ru-RU"/>
              </w:rPr>
              <w:t>Системы линейных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нер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венств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 с одной перемен</w:t>
            </w:r>
            <w:r w:rsidR="00F40E6A">
              <w:rPr>
                <w:sz w:val="20"/>
                <w:szCs w:val="20"/>
                <w:lang w:val="ru-RU"/>
              </w:rPr>
              <w:t>ной».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40E6A" w:rsidRDefault="00095A93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</w:t>
            </w:r>
            <w:r w:rsidR="00F40E6A" w:rsidRPr="00F40E6A">
              <w:rPr>
                <w:sz w:val="20"/>
                <w:szCs w:val="20"/>
                <w:lang w:val="ru-RU"/>
              </w:rPr>
              <w:t>ме: «</w:t>
            </w:r>
            <w:r w:rsidR="00F40E6A">
              <w:rPr>
                <w:sz w:val="20"/>
                <w:szCs w:val="20"/>
                <w:lang w:val="ru-RU"/>
              </w:rPr>
              <w:t>Системы линейных</w:t>
            </w:r>
            <w:r w:rsidR="0038457F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38457F">
              <w:rPr>
                <w:sz w:val="20"/>
                <w:szCs w:val="20"/>
                <w:lang w:val="ru-RU"/>
              </w:rPr>
              <w:t>нер</w:t>
            </w:r>
            <w:proofErr w:type="gramStart"/>
            <w:r w:rsidR="0038457F">
              <w:rPr>
                <w:sz w:val="20"/>
                <w:szCs w:val="20"/>
                <w:lang w:val="ru-RU"/>
              </w:rPr>
              <w:t>а</w:t>
            </w:r>
            <w:proofErr w:type="spellEnd"/>
            <w:r w:rsidR="0038457F">
              <w:rPr>
                <w:sz w:val="20"/>
                <w:szCs w:val="20"/>
                <w:lang w:val="ru-RU"/>
              </w:rPr>
              <w:t>-</w:t>
            </w:r>
            <w:proofErr w:type="gramEnd"/>
            <w:r w:rsidR="0038457F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38457F">
              <w:rPr>
                <w:sz w:val="20"/>
                <w:szCs w:val="20"/>
                <w:lang w:val="ru-RU"/>
              </w:rPr>
              <w:t>венств</w:t>
            </w:r>
            <w:proofErr w:type="spellEnd"/>
            <w:r w:rsidR="0038457F">
              <w:rPr>
                <w:sz w:val="20"/>
                <w:szCs w:val="20"/>
                <w:lang w:val="ru-RU"/>
              </w:rPr>
              <w:t xml:space="preserve">  с одной перемен</w:t>
            </w:r>
            <w:r w:rsidR="00F40E6A">
              <w:rPr>
                <w:sz w:val="20"/>
                <w:szCs w:val="20"/>
                <w:lang w:val="ru-RU"/>
              </w:rPr>
              <w:t>ной».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F40E6A" w:rsidRPr="00F40E6A" w:rsidTr="008441FC">
        <w:trPr>
          <w:trHeight w:hRule="exact" w:val="8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F40E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095A93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</w:t>
            </w:r>
            <w:r w:rsidR="00F40E6A" w:rsidRPr="00F40E6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40E6A" w:rsidRPr="00F40E6A">
              <w:rPr>
                <w:sz w:val="20"/>
                <w:szCs w:val="20"/>
                <w:lang w:val="ru-RU"/>
              </w:rPr>
              <w:t>ме</w:t>
            </w:r>
            <w:proofErr w:type="spellEnd"/>
            <w:r w:rsidR="00F40E6A" w:rsidRPr="00F40E6A">
              <w:rPr>
                <w:sz w:val="20"/>
                <w:szCs w:val="20"/>
                <w:lang w:val="ru-RU"/>
              </w:rPr>
              <w:t>: «</w:t>
            </w:r>
            <w:r w:rsidR="00F40E6A">
              <w:rPr>
                <w:sz w:val="20"/>
                <w:szCs w:val="20"/>
                <w:lang w:val="ru-RU"/>
              </w:rPr>
              <w:t>Системы линейных</w:t>
            </w:r>
            <w:r w:rsidR="0038457F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38457F">
              <w:rPr>
                <w:sz w:val="20"/>
                <w:szCs w:val="20"/>
                <w:lang w:val="ru-RU"/>
              </w:rPr>
              <w:t>нер</w:t>
            </w:r>
            <w:proofErr w:type="gramStart"/>
            <w:r w:rsidR="0038457F">
              <w:rPr>
                <w:sz w:val="20"/>
                <w:szCs w:val="20"/>
                <w:lang w:val="ru-RU"/>
              </w:rPr>
              <w:t>а</w:t>
            </w:r>
            <w:proofErr w:type="spellEnd"/>
            <w:r w:rsidR="0038457F">
              <w:rPr>
                <w:sz w:val="20"/>
                <w:szCs w:val="20"/>
                <w:lang w:val="ru-RU"/>
              </w:rPr>
              <w:t>-</w:t>
            </w:r>
            <w:proofErr w:type="gramEnd"/>
            <w:r w:rsidR="0038457F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38457F">
              <w:rPr>
                <w:sz w:val="20"/>
                <w:szCs w:val="20"/>
                <w:lang w:val="ru-RU"/>
              </w:rPr>
              <w:t>венств</w:t>
            </w:r>
            <w:proofErr w:type="spellEnd"/>
            <w:r w:rsidR="0038457F">
              <w:rPr>
                <w:sz w:val="20"/>
                <w:szCs w:val="20"/>
                <w:lang w:val="ru-RU"/>
              </w:rPr>
              <w:t xml:space="preserve">  с одной перемен</w:t>
            </w:r>
            <w:r w:rsidR="00F40E6A">
              <w:rPr>
                <w:sz w:val="20"/>
                <w:szCs w:val="20"/>
                <w:lang w:val="ru-RU"/>
              </w:rPr>
              <w:t>ной».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F40E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F40E6A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F40E6A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F40E6A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466A3B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F40E6A" w:rsidRPr="00F40E6A" w:rsidTr="008441FC">
        <w:trPr>
          <w:trHeight w:hRule="exact" w:val="8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Default="00F40E6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C211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Подготовка к контрольной работе по теме: «Неравенства».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F40E6A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F40E6A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0E6A" w:rsidRPr="00F40E6A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C21189" w:rsidRPr="00F40E6A" w:rsidTr="008441FC">
        <w:trPr>
          <w:trHeight w:hRule="exact" w:val="5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C2118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C211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Контрольная работа №2 по теме: «Неравенства».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095A9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9E449A" w:rsidRDefault="00466A3B">
            <w:pPr>
              <w:rPr>
                <w:b/>
                <w:sz w:val="16"/>
                <w:szCs w:val="16"/>
                <w:lang w:val="ru-RU"/>
              </w:rPr>
            </w:pPr>
            <w:r w:rsidRPr="009E449A">
              <w:rPr>
                <w:b/>
                <w:sz w:val="16"/>
                <w:szCs w:val="16"/>
                <w:lang w:val="ru-RU"/>
              </w:rPr>
              <w:t xml:space="preserve">Контрольная </w:t>
            </w:r>
            <w:r w:rsidR="009E449A" w:rsidRPr="009E449A">
              <w:rPr>
                <w:b/>
                <w:sz w:val="16"/>
                <w:szCs w:val="16"/>
                <w:lang w:val="ru-RU"/>
              </w:rPr>
              <w:t xml:space="preserve">                                     </w:t>
            </w:r>
            <w:r w:rsidRPr="009E449A">
              <w:rPr>
                <w:b/>
                <w:sz w:val="16"/>
                <w:szCs w:val="16"/>
                <w:lang w:val="ru-RU"/>
              </w:rPr>
              <w:t>работа</w:t>
            </w:r>
          </w:p>
        </w:tc>
      </w:tr>
      <w:tr w:rsidR="00C21189" w:rsidRPr="00F40E6A" w:rsidTr="008441FC">
        <w:trPr>
          <w:trHeight w:hRule="exact" w:val="8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C2118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C211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Квадратичная функция. Повторение и расширение сведений о функции.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C21189" w:rsidRPr="00F40E6A" w:rsidTr="008441FC">
        <w:trPr>
          <w:trHeight w:hRule="exact" w:val="8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C2118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C211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«Повторение и расширение сведений о функции».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C2118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21189" w:rsidRPr="00F40E6A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</w:tbl>
    <w:p w:rsidR="00AE5CA7" w:rsidRPr="00F40E6A" w:rsidRDefault="00AE5CA7">
      <w:pPr>
        <w:autoSpaceDE w:val="0"/>
        <w:autoSpaceDN w:val="0"/>
        <w:spacing w:after="0" w:line="14" w:lineRule="exact"/>
        <w:rPr>
          <w:lang w:val="ru-RU"/>
        </w:rPr>
      </w:pPr>
    </w:p>
    <w:p w:rsidR="00AE5CA7" w:rsidRPr="00F40E6A" w:rsidRDefault="00AE5CA7">
      <w:pPr>
        <w:rPr>
          <w:lang w:val="ru-RU"/>
        </w:rPr>
        <w:sectPr w:rsidR="00AE5CA7" w:rsidRPr="00F40E6A">
          <w:pgSz w:w="11900" w:h="16840"/>
          <w:pgMar w:top="298" w:right="650" w:bottom="5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Pr="00F40E6A" w:rsidRDefault="00AE5CA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732"/>
        <w:gridCol w:w="1620"/>
        <w:gridCol w:w="1668"/>
        <w:gridCol w:w="1164"/>
        <w:gridCol w:w="1682"/>
      </w:tblGrid>
      <w:tr w:rsidR="00AE5CA7" w:rsidTr="008441FC">
        <w:trPr>
          <w:trHeight w:hRule="exact" w:val="8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autoSpaceDE w:val="0"/>
              <w:autoSpaceDN w:val="0"/>
              <w:spacing w:before="9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C21189">
              <w:rPr>
                <w:sz w:val="24"/>
                <w:szCs w:val="24"/>
                <w:lang w:val="ru-RU"/>
              </w:rPr>
              <w:t>33.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«Повторение и расширение сведений о функции».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«Повторение и расширение сведений о функции».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2118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rPr>
                <w:sz w:val="20"/>
                <w:szCs w:val="20"/>
                <w:lang w:val="ru-RU"/>
              </w:rPr>
            </w:pPr>
            <w:r w:rsidRPr="00C21189">
              <w:rPr>
                <w:sz w:val="20"/>
                <w:szCs w:val="20"/>
                <w:lang w:val="ru-RU"/>
              </w:rPr>
              <w:t>Свойства функции.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62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2118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rPr>
                <w:sz w:val="20"/>
                <w:szCs w:val="20"/>
                <w:lang w:val="ru-RU"/>
              </w:rPr>
            </w:pPr>
            <w:r w:rsidRPr="00C21189">
              <w:rPr>
                <w:sz w:val="20"/>
                <w:szCs w:val="20"/>
                <w:lang w:val="ru-RU"/>
              </w:rPr>
              <w:t>Решение задач по теме: «Свойства функции».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56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2118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rPr>
                <w:lang w:val="ru-RU"/>
              </w:rPr>
            </w:pPr>
            <w:r w:rsidRPr="00C21189">
              <w:rPr>
                <w:sz w:val="20"/>
                <w:szCs w:val="20"/>
                <w:lang w:val="ru-RU"/>
              </w:rPr>
              <w:t>Решение задач по теме: «Свойства функции».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56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2118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21189" w:rsidRDefault="00C21189">
            <w:pPr>
              <w:rPr>
                <w:lang w:val="ru-RU"/>
              </w:rPr>
            </w:pPr>
            <w:r w:rsidRPr="00C21189">
              <w:rPr>
                <w:sz w:val="20"/>
                <w:szCs w:val="20"/>
                <w:lang w:val="ru-RU"/>
              </w:rPr>
              <w:t>Решение задач по теме: «Свойства функции».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56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2118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50AF3" w:rsidRDefault="00C50AF3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Построение графика функции у=</w:t>
            </w:r>
            <w:proofErr w:type="spellStart"/>
            <w:r>
              <w:rPr>
                <w:sz w:val="20"/>
                <w:szCs w:val="20"/>
                <w:lang w:val="ru-RU"/>
              </w:rPr>
              <w:t>kf</w:t>
            </w:r>
            <w:proofErr w:type="spellEnd"/>
            <w:r>
              <w:rPr>
                <w:sz w:val="20"/>
                <w:szCs w:val="20"/>
                <w:lang w:val="ru-RU"/>
              </w:rPr>
              <w:t>(х)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40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50AF3" w:rsidRDefault="00C50AF3">
            <w:pPr>
              <w:rPr>
                <w:sz w:val="20"/>
                <w:szCs w:val="20"/>
                <w:lang w:val="ru-RU"/>
              </w:rPr>
            </w:pPr>
            <w:r w:rsidRPr="00C50AF3">
              <w:rPr>
                <w:sz w:val="20"/>
                <w:szCs w:val="20"/>
                <w:lang w:val="ru-RU"/>
              </w:rPr>
              <w:t>Решение задач по теме: «Построение графика функции у=</w:t>
            </w:r>
            <w:proofErr w:type="spellStart"/>
            <w:r w:rsidRPr="00C50AF3">
              <w:rPr>
                <w:sz w:val="20"/>
                <w:szCs w:val="20"/>
                <w:lang w:val="ru-RU"/>
              </w:rPr>
              <w:t>kf</w:t>
            </w:r>
            <w:proofErr w:type="spellEnd"/>
            <w:r w:rsidRPr="00C50AF3">
              <w:rPr>
                <w:sz w:val="20"/>
                <w:szCs w:val="20"/>
                <w:lang w:val="ru-RU"/>
              </w:rPr>
              <w:t>(х)».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41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50AF3" w:rsidRDefault="00C50AF3">
            <w:pPr>
              <w:rPr>
                <w:lang w:val="ru-RU"/>
              </w:rPr>
            </w:pPr>
            <w:r w:rsidRPr="00C50AF3">
              <w:rPr>
                <w:sz w:val="20"/>
                <w:szCs w:val="20"/>
                <w:lang w:val="ru-RU"/>
              </w:rPr>
              <w:t>Решение задач по теме: «Построение графика функции у=</w:t>
            </w:r>
            <w:proofErr w:type="spellStart"/>
            <w:r w:rsidRPr="00C50AF3">
              <w:rPr>
                <w:sz w:val="20"/>
                <w:szCs w:val="20"/>
                <w:lang w:val="ru-RU"/>
              </w:rPr>
              <w:t>kf</w:t>
            </w:r>
            <w:proofErr w:type="spellEnd"/>
            <w:r w:rsidRPr="00C50AF3">
              <w:rPr>
                <w:sz w:val="20"/>
                <w:szCs w:val="20"/>
                <w:lang w:val="ru-RU"/>
              </w:rPr>
              <w:t>(х)».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5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42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50AF3" w:rsidRDefault="00C50AF3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Построение графиков функций у=f(х)+b и у=f(</w:t>
            </w:r>
            <w:proofErr w:type="spellStart"/>
            <w:r>
              <w:rPr>
                <w:sz w:val="20"/>
                <w:szCs w:val="20"/>
                <w:lang w:val="ru-RU"/>
              </w:rPr>
              <w:t>х+a</w:t>
            </w:r>
            <w:proofErr w:type="spellEnd"/>
            <w:r>
              <w:rPr>
                <w:sz w:val="20"/>
                <w:szCs w:val="20"/>
                <w:lang w:val="ru-RU"/>
              </w:rPr>
              <w:t>).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43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sz w:val="20"/>
                <w:szCs w:val="20"/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Решение задач</w:t>
            </w:r>
            <w:r>
              <w:rPr>
                <w:sz w:val="20"/>
                <w:szCs w:val="20"/>
                <w:lang w:val="ru-RU"/>
              </w:rPr>
              <w:t xml:space="preserve"> по теме: «Построение графиков функций у=f(х)+b и у=f(</w:t>
            </w:r>
            <w:proofErr w:type="spellStart"/>
            <w:r>
              <w:rPr>
                <w:sz w:val="20"/>
                <w:szCs w:val="20"/>
                <w:lang w:val="ru-RU"/>
              </w:rPr>
              <w:t>х+a</w:t>
            </w:r>
            <w:proofErr w:type="spellEnd"/>
            <w:r>
              <w:rPr>
                <w:sz w:val="20"/>
                <w:szCs w:val="20"/>
                <w:lang w:val="ru-RU"/>
              </w:rPr>
              <w:t>)»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44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Решение задач</w:t>
            </w:r>
            <w:r>
              <w:rPr>
                <w:sz w:val="20"/>
                <w:szCs w:val="20"/>
                <w:lang w:val="ru-RU"/>
              </w:rPr>
              <w:t xml:space="preserve"> по теме: «Построение графиков функций у=f(х)+b и у=f(</w:t>
            </w:r>
            <w:proofErr w:type="spellStart"/>
            <w:r>
              <w:rPr>
                <w:sz w:val="20"/>
                <w:szCs w:val="20"/>
                <w:lang w:val="ru-RU"/>
              </w:rPr>
              <w:t>х+a</w:t>
            </w:r>
            <w:proofErr w:type="spellEnd"/>
            <w:r>
              <w:rPr>
                <w:sz w:val="20"/>
                <w:szCs w:val="20"/>
                <w:lang w:val="ru-RU"/>
              </w:rPr>
              <w:t>)»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Решение задач</w:t>
            </w:r>
            <w:r>
              <w:rPr>
                <w:sz w:val="20"/>
                <w:szCs w:val="20"/>
                <w:lang w:val="ru-RU"/>
              </w:rPr>
              <w:t xml:space="preserve"> по теме: «Построение графиков функций у=f(х)+b и у=f(</w:t>
            </w:r>
            <w:proofErr w:type="spellStart"/>
            <w:r>
              <w:rPr>
                <w:sz w:val="20"/>
                <w:szCs w:val="20"/>
                <w:lang w:val="ru-RU"/>
              </w:rPr>
              <w:t>х+a</w:t>
            </w:r>
            <w:proofErr w:type="spellEnd"/>
            <w:r>
              <w:rPr>
                <w:sz w:val="20"/>
                <w:szCs w:val="20"/>
                <w:lang w:val="ru-RU"/>
              </w:rPr>
              <w:t>)»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56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sz w:val="20"/>
                <w:szCs w:val="20"/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Квадратичная функция, её график и свойства.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sz w:val="20"/>
                <w:szCs w:val="20"/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Решение задач по теме: «Квадратичная функция, её график и свойства».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Решение задач по теме: «Квадратичная функция, её график и свойства».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C50AF3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Решение задач по теме: «Квадратичная функция, её график и свойства».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 w:rsidR="00C50AF3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lang w:val="ru-RU"/>
              </w:rPr>
            </w:pPr>
            <w:r w:rsidRPr="00827B57">
              <w:rPr>
                <w:sz w:val="20"/>
                <w:szCs w:val="20"/>
                <w:lang w:val="ru-RU"/>
              </w:rPr>
              <w:t>Решение задач по теме: «Квадратичная функция, её график и свойства».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8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827B5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51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27B57" w:rsidRDefault="00827B57">
            <w:pPr>
              <w:rPr>
                <w:lang w:val="ru-RU"/>
              </w:rPr>
            </w:pPr>
            <w:r w:rsidRPr="007839BE">
              <w:rPr>
                <w:sz w:val="20"/>
                <w:szCs w:val="20"/>
                <w:lang w:val="ru-RU"/>
              </w:rPr>
              <w:t>Решение задач по теме: «Квадратичная функция, её график и свойства».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A75841" w:rsidTr="008441FC">
        <w:trPr>
          <w:trHeight w:hRule="exact" w:val="83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7584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52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sz w:val="20"/>
                <w:szCs w:val="20"/>
                <w:lang w:val="ru-RU"/>
              </w:rPr>
            </w:pPr>
            <w:r w:rsidRPr="007839BE">
              <w:rPr>
                <w:sz w:val="20"/>
                <w:szCs w:val="20"/>
                <w:lang w:val="ru-RU"/>
              </w:rPr>
              <w:t>Решение задач по теме: «Квадратичная функция, её график и свойства».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A75841" w:rsidTr="008441FC">
        <w:trPr>
          <w:trHeight w:hRule="exact" w:val="8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53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sz w:val="20"/>
                <w:szCs w:val="20"/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Подготовка к контрольной работе по теме: «Функция.</w:t>
            </w:r>
            <w:r>
              <w:rPr>
                <w:sz w:val="20"/>
                <w:szCs w:val="20"/>
                <w:lang w:val="ru-RU"/>
              </w:rPr>
              <w:t xml:space="preserve">  Квадратичная функция»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A75841" w:rsidTr="008441FC">
        <w:trPr>
          <w:trHeight w:hRule="exact" w:val="8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54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sz w:val="20"/>
                <w:szCs w:val="20"/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Контрольная работа №3 по теме</w:t>
            </w:r>
            <w:r>
              <w:rPr>
                <w:sz w:val="20"/>
                <w:szCs w:val="20"/>
                <w:lang w:val="ru-RU"/>
              </w:rPr>
              <w:t xml:space="preserve">: «Функция. </w:t>
            </w:r>
            <w:proofErr w:type="spellStart"/>
            <w:r>
              <w:rPr>
                <w:sz w:val="20"/>
                <w:szCs w:val="20"/>
                <w:lang w:val="ru-RU"/>
              </w:rPr>
              <w:t>Квадрати</w:t>
            </w:r>
            <w:proofErr w:type="gramStart"/>
            <w:r>
              <w:rPr>
                <w:sz w:val="20"/>
                <w:szCs w:val="20"/>
                <w:lang w:val="ru-RU"/>
              </w:rPr>
              <w:t>ч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ная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функция».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 w:rsidRPr="009E449A">
              <w:rPr>
                <w:b/>
                <w:sz w:val="16"/>
                <w:szCs w:val="16"/>
                <w:lang w:val="ru-RU"/>
              </w:rPr>
              <w:t>Контрольная                                      работа</w:t>
            </w:r>
          </w:p>
        </w:tc>
      </w:tr>
      <w:tr w:rsidR="00AE5CA7" w:rsidRPr="00A75841" w:rsidTr="008441FC">
        <w:trPr>
          <w:trHeight w:hRule="exact" w:val="56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55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sz w:val="20"/>
                <w:szCs w:val="20"/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Решение квадратных неравенств.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A75841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56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Решение заданий по теме: «Решение  квадратных неравенс</w:t>
            </w:r>
            <w:r>
              <w:rPr>
                <w:sz w:val="20"/>
                <w:szCs w:val="20"/>
                <w:lang w:val="ru-RU"/>
              </w:rPr>
              <w:t>тв».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A75841" w:rsidTr="008441FC">
        <w:trPr>
          <w:trHeight w:hRule="exact" w:val="8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57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Решение заданий по теме: «Решение  квадратных неравенс</w:t>
            </w:r>
            <w:r>
              <w:rPr>
                <w:sz w:val="20"/>
                <w:szCs w:val="20"/>
                <w:lang w:val="ru-RU"/>
              </w:rPr>
              <w:t>тв».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A75841" w:rsidTr="008441FC">
        <w:trPr>
          <w:trHeight w:hRule="exact" w:val="8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58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Решение заданий по теме: «Решение  квадратных неравенс</w:t>
            </w:r>
            <w:r>
              <w:rPr>
                <w:sz w:val="20"/>
                <w:szCs w:val="20"/>
                <w:lang w:val="ru-RU"/>
              </w:rPr>
              <w:t>тв».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A75841" w:rsidTr="008441FC">
        <w:trPr>
          <w:trHeight w:hRule="exact" w:val="8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59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Решение заданий по теме: «Решение  квадратных неравенс</w:t>
            </w:r>
            <w:r>
              <w:rPr>
                <w:sz w:val="20"/>
                <w:szCs w:val="20"/>
                <w:lang w:val="ru-RU"/>
              </w:rPr>
              <w:t>тв».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A75841" w:rsidTr="008441FC">
        <w:trPr>
          <w:trHeight w:hRule="exact" w:val="85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60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Решение заданий по теме: «Решение  квадратных неравенс</w:t>
            </w:r>
            <w:r>
              <w:rPr>
                <w:sz w:val="20"/>
                <w:szCs w:val="20"/>
                <w:lang w:val="ru-RU"/>
              </w:rPr>
              <w:t>тв».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A75841" w:rsidTr="008441FC">
        <w:trPr>
          <w:trHeight w:hRule="exact" w:val="8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61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7839BE">
            <w:pPr>
              <w:rPr>
                <w:sz w:val="20"/>
                <w:szCs w:val="20"/>
                <w:lang w:val="ru-RU"/>
              </w:rPr>
            </w:pPr>
            <w:r w:rsidRPr="00A75841">
              <w:rPr>
                <w:sz w:val="20"/>
                <w:szCs w:val="20"/>
                <w:lang w:val="ru-RU"/>
              </w:rPr>
              <w:t>Решение заданий по теме: «Решение  квадратных неравенс</w:t>
            </w:r>
            <w:r>
              <w:rPr>
                <w:sz w:val="20"/>
                <w:szCs w:val="20"/>
                <w:lang w:val="ru-RU"/>
              </w:rPr>
              <w:t>тв».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A75841" w:rsidTr="008441FC">
        <w:trPr>
          <w:trHeight w:hRule="exact" w:val="8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62</w:t>
            </w:r>
            <w:r w:rsidR="00FB19FC"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7839BE">
            <w:pPr>
              <w:rPr>
                <w:lang w:val="ru-RU"/>
              </w:rPr>
            </w:pPr>
            <w:r w:rsidRPr="00874969">
              <w:rPr>
                <w:sz w:val="20"/>
                <w:szCs w:val="20"/>
                <w:lang w:val="ru-RU"/>
              </w:rPr>
              <w:t>Системы уравнений с двумя</w:t>
            </w:r>
            <w:r>
              <w:rPr>
                <w:sz w:val="20"/>
                <w:szCs w:val="20"/>
                <w:lang w:val="ru-RU"/>
              </w:rPr>
              <w:t xml:space="preserve"> переменными. Графический метод.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A7584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A75841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87496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75841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63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7839BE">
            <w:pPr>
              <w:rPr>
                <w:lang w:val="ru-RU"/>
              </w:rPr>
            </w:pPr>
            <w:r w:rsidRPr="00874969">
              <w:rPr>
                <w:sz w:val="20"/>
                <w:szCs w:val="20"/>
                <w:lang w:val="ru-RU"/>
              </w:rPr>
              <w:t>Системы уравнений с двумя</w:t>
            </w:r>
            <w:r>
              <w:rPr>
                <w:sz w:val="20"/>
                <w:szCs w:val="20"/>
                <w:lang w:val="ru-RU"/>
              </w:rPr>
              <w:t xml:space="preserve"> переменными. Метод подстановки.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874969" w:rsidRPr="0087496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874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7839BE">
            <w:pPr>
              <w:rPr>
                <w:sz w:val="20"/>
                <w:szCs w:val="20"/>
                <w:lang w:val="ru-RU"/>
              </w:rPr>
            </w:pPr>
            <w:r w:rsidRPr="00874969">
              <w:rPr>
                <w:sz w:val="20"/>
                <w:szCs w:val="20"/>
                <w:lang w:val="ru-RU"/>
              </w:rPr>
              <w:t>Системы уравнений с двумя</w:t>
            </w:r>
            <w:r>
              <w:rPr>
                <w:sz w:val="20"/>
                <w:szCs w:val="20"/>
                <w:lang w:val="ru-RU"/>
              </w:rPr>
              <w:t xml:space="preserve"> переменными. Метод сложения.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874969" w:rsidRPr="0087496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874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7839BE">
            <w:pPr>
              <w:rPr>
                <w:sz w:val="20"/>
                <w:szCs w:val="20"/>
                <w:lang w:val="ru-RU"/>
              </w:rPr>
            </w:pPr>
            <w:r w:rsidRPr="00874969">
              <w:rPr>
                <w:sz w:val="20"/>
                <w:szCs w:val="20"/>
                <w:lang w:val="ru-RU"/>
              </w:rPr>
              <w:t>Системы уравнений с двумя</w:t>
            </w:r>
            <w:r>
              <w:rPr>
                <w:sz w:val="20"/>
                <w:szCs w:val="20"/>
                <w:lang w:val="ru-RU"/>
              </w:rPr>
              <w:t xml:space="preserve"> переменными. Метод замены переменной.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874969" w:rsidRPr="0087496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874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</w:t>
            </w:r>
            <w:r w:rsidRPr="00874969">
              <w:rPr>
                <w:sz w:val="20"/>
                <w:szCs w:val="20"/>
                <w:lang w:val="ru-RU"/>
              </w:rPr>
              <w:t>Системы уравнений с двумя</w:t>
            </w:r>
            <w:r>
              <w:rPr>
                <w:sz w:val="20"/>
                <w:szCs w:val="20"/>
                <w:lang w:val="ru-RU"/>
              </w:rPr>
              <w:t xml:space="preserve"> переменными».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874969" w:rsidRPr="0087496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874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</w:t>
            </w:r>
            <w:r w:rsidRPr="00874969">
              <w:rPr>
                <w:sz w:val="20"/>
                <w:szCs w:val="20"/>
                <w:lang w:val="ru-RU"/>
              </w:rPr>
              <w:t>Системы уравнений с двумя</w:t>
            </w:r>
            <w:r>
              <w:rPr>
                <w:sz w:val="20"/>
                <w:szCs w:val="20"/>
                <w:lang w:val="ru-RU"/>
              </w:rPr>
              <w:t xml:space="preserve"> переменными».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874969" w:rsidRPr="00874969" w:rsidTr="008441FC">
        <w:trPr>
          <w:trHeight w:hRule="exact" w:val="87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874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</w:t>
            </w:r>
            <w:r w:rsidRPr="00874969">
              <w:rPr>
                <w:sz w:val="20"/>
                <w:szCs w:val="20"/>
                <w:lang w:val="ru-RU"/>
              </w:rPr>
              <w:t>Системы уравнений с двумя</w:t>
            </w:r>
            <w:r>
              <w:rPr>
                <w:sz w:val="20"/>
                <w:szCs w:val="20"/>
                <w:lang w:val="ru-RU"/>
              </w:rPr>
              <w:t xml:space="preserve"> переменными».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874969" w:rsidRPr="00874969" w:rsidTr="008441FC">
        <w:trPr>
          <w:trHeight w:hRule="exact" w:val="14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874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Подготовка к контрольной работе  по теме: «Решение квадратных неравенств. </w:t>
            </w:r>
            <w:proofErr w:type="spellStart"/>
            <w:r>
              <w:rPr>
                <w:sz w:val="20"/>
                <w:szCs w:val="20"/>
                <w:lang w:val="ru-RU"/>
              </w:rPr>
              <w:t>Си</w:t>
            </w:r>
            <w:proofErr w:type="gramStart"/>
            <w:r>
              <w:rPr>
                <w:sz w:val="20"/>
                <w:szCs w:val="20"/>
                <w:lang w:val="ru-RU"/>
              </w:rPr>
              <w:t>с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темы уравнений с двумя </w:t>
            </w:r>
            <w:proofErr w:type="spellStart"/>
            <w:r>
              <w:rPr>
                <w:sz w:val="20"/>
                <w:szCs w:val="20"/>
                <w:lang w:val="ru-RU"/>
              </w:rPr>
              <w:t>пе</w:t>
            </w:r>
            <w:proofErr w:type="spellEnd"/>
            <w:r>
              <w:rPr>
                <w:sz w:val="20"/>
                <w:szCs w:val="20"/>
                <w:lang w:val="ru-RU"/>
              </w:rPr>
              <w:t>- ременными»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874969" w:rsidRPr="00874969" w:rsidTr="008441FC">
        <w:trPr>
          <w:trHeight w:hRule="exact" w:val="11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874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Контрольная работа №4 по теме: «Решение квадратных неравенств. Системы </w:t>
            </w:r>
            <w:proofErr w:type="spellStart"/>
            <w:r>
              <w:rPr>
                <w:sz w:val="20"/>
                <w:szCs w:val="20"/>
                <w:lang w:val="ru-RU"/>
              </w:rPr>
              <w:t>ура</w:t>
            </w:r>
            <w:proofErr w:type="gramStart"/>
            <w:r>
              <w:rPr>
                <w:sz w:val="20"/>
                <w:szCs w:val="20"/>
                <w:lang w:val="ru-RU"/>
              </w:rPr>
              <w:t>в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нений с двумя переменными».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87496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74969" w:rsidRPr="00874969" w:rsidRDefault="009E449A">
            <w:pPr>
              <w:rPr>
                <w:lang w:val="ru-RU"/>
              </w:rPr>
            </w:pPr>
            <w:r w:rsidRPr="009E449A">
              <w:rPr>
                <w:b/>
                <w:sz w:val="16"/>
                <w:szCs w:val="16"/>
                <w:lang w:val="ru-RU"/>
              </w:rPr>
              <w:t>Контрольная                                      работа</w:t>
            </w:r>
          </w:p>
        </w:tc>
      </w:tr>
    </w:tbl>
    <w:p w:rsidR="00AE5CA7" w:rsidRPr="00874969" w:rsidRDefault="00AE5CA7">
      <w:pPr>
        <w:autoSpaceDE w:val="0"/>
        <w:autoSpaceDN w:val="0"/>
        <w:spacing w:after="0" w:line="14" w:lineRule="exact"/>
        <w:rPr>
          <w:lang w:val="ru-RU"/>
        </w:rPr>
      </w:pPr>
    </w:p>
    <w:p w:rsidR="00AE5CA7" w:rsidRPr="00874969" w:rsidRDefault="00AE5CA7">
      <w:pPr>
        <w:rPr>
          <w:lang w:val="ru-RU"/>
        </w:rPr>
        <w:sectPr w:rsidR="00AE5CA7" w:rsidRPr="00874969">
          <w:pgSz w:w="11900" w:h="16840"/>
          <w:pgMar w:top="284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Pr="00874969" w:rsidRDefault="00AE5CA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732"/>
        <w:gridCol w:w="1620"/>
        <w:gridCol w:w="1668"/>
        <w:gridCol w:w="1164"/>
        <w:gridCol w:w="1682"/>
      </w:tblGrid>
      <w:tr w:rsidR="00AE5CA7" w:rsidRPr="00874969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71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95A93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Математическое  </w:t>
            </w:r>
            <w:proofErr w:type="spellStart"/>
            <w:r>
              <w:rPr>
                <w:sz w:val="20"/>
                <w:szCs w:val="20"/>
                <w:lang w:val="ru-RU"/>
              </w:rPr>
              <w:t>моделир</w:t>
            </w:r>
            <w:proofErr w:type="gramStart"/>
            <w:r>
              <w:rPr>
                <w:sz w:val="20"/>
                <w:szCs w:val="20"/>
                <w:lang w:val="ru-RU"/>
              </w:rPr>
              <w:t>о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вание</w:t>
            </w:r>
            <w:proofErr w:type="spellEnd"/>
            <w:r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874969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72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95A93" w:rsidRDefault="007839BE">
            <w:pPr>
              <w:rPr>
                <w:sz w:val="20"/>
                <w:szCs w:val="20"/>
                <w:lang w:val="ru-RU"/>
              </w:rPr>
            </w:pPr>
            <w:r w:rsidRPr="00095A93">
              <w:rPr>
                <w:sz w:val="20"/>
                <w:szCs w:val="20"/>
                <w:lang w:val="ru-RU"/>
              </w:rPr>
              <w:t>Задачи на движение.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874969" w:rsidTr="008441FC">
        <w:trPr>
          <w:trHeight w:hRule="exact" w:val="4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73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95A93" w:rsidRDefault="007839BE">
            <w:pPr>
              <w:rPr>
                <w:sz w:val="20"/>
                <w:szCs w:val="20"/>
                <w:lang w:val="ru-RU"/>
              </w:rPr>
            </w:pPr>
            <w:r w:rsidRPr="00095A93">
              <w:rPr>
                <w:sz w:val="20"/>
                <w:szCs w:val="20"/>
                <w:lang w:val="ru-RU"/>
              </w:rPr>
              <w:t>Задачи на работу.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874969" w:rsidTr="008441FC">
        <w:trPr>
          <w:trHeight w:hRule="exact" w:val="8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74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95A93" w:rsidRDefault="007839BE">
            <w:pPr>
              <w:rPr>
                <w:sz w:val="20"/>
                <w:szCs w:val="20"/>
                <w:lang w:val="ru-RU"/>
              </w:rPr>
            </w:pPr>
            <w:r w:rsidRPr="00095A93">
              <w:rPr>
                <w:sz w:val="20"/>
                <w:szCs w:val="20"/>
                <w:lang w:val="ru-RU"/>
              </w:rPr>
              <w:t>Решение заданий по теме</w:t>
            </w:r>
            <w:r>
              <w:rPr>
                <w:sz w:val="20"/>
                <w:szCs w:val="20"/>
                <w:lang w:val="ru-RU"/>
              </w:rPr>
              <w:t>: «Математическое модел</w:t>
            </w:r>
            <w:proofErr w:type="gramStart"/>
            <w:r>
              <w:rPr>
                <w:sz w:val="20"/>
                <w:szCs w:val="20"/>
                <w:lang w:val="ru-RU"/>
              </w:rPr>
              <w:t>и-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рование</w:t>
            </w:r>
            <w:proofErr w:type="spellEnd"/>
            <w:r>
              <w:rPr>
                <w:sz w:val="20"/>
                <w:szCs w:val="20"/>
                <w:lang w:val="ru-RU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874969" w:rsidTr="008441FC">
        <w:trPr>
          <w:trHeight w:hRule="exact" w:val="49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75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95A93" w:rsidRDefault="007839BE">
            <w:pPr>
              <w:rPr>
                <w:sz w:val="20"/>
                <w:szCs w:val="20"/>
                <w:lang w:val="ru-RU"/>
              </w:rPr>
            </w:pPr>
            <w:r w:rsidRPr="00095A93">
              <w:rPr>
                <w:sz w:val="20"/>
                <w:szCs w:val="20"/>
                <w:lang w:val="ru-RU"/>
              </w:rPr>
              <w:t>Процентные расчёты.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874969" w:rsidTr="008441FC">
        <w:trPr>
          <w:trHeight w:hRule="exact" w:val="56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76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7839BE">
            <w:pPr>
              <w:rPr>
                <w:lang w:val="ru-RU"/>
              </w:rPr>
            </w:pPr>
            <w:r w:rsidRPr="00095A93">
              <w:rPr>
                <w:sz w:val="20"/>
                <w:szCs w:val="20"/>
                <w:lang w:val="ru-RU"/>
              </w:rPr>
              <w:t>Решение задач по теме</w:t>
            </w:r>
            <w:r>
              <w:rPr>
                <w:sz w:val="20"/>
                <w:szCs w:val="20"/>
                <w:lang w:val="ru-RU"/>
              </w:rPr>
              <w:t>: «Процентные расчёты».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RPr="00874969" w:rsidTr="008441FC">
        <w:trPr>
          <w:trHeight w:hRule="exact" w:val="55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77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7839BE">
            <w:pPr>
              <w:rPr>
                <w:lang w:val="ru-RU"/>
              </w:rPr>
            </w:pPr>
            <w:r w:rsidRPr="00095A93">
              <w:rPr>
                <w:sz w:val="20"/>
                <w:szCs w:val="20"/>
                <w:lang w:val="ru-RU"/>
              </w:rPr>
              <w:t>Решение задач по теме</w:t>
            </w:r>
            <w:r>
              <w:rPr>
                <w:sz w:val="20"/>
                <w:szCs w:val="20"/>
                <w:lang w:val="ru-RU"/>
              </w:rPr>
              <w:t>: «Процентные расчёты».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RPr="00874969" w:rsidTr="008441FC">
        <w:trPr>
          <w:trHeight w:hRule="exact" w:val="5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38457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78</w:t>
            </w:r>
            <w:r w:rsidR="00FB19FC"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7839BE">
            <w:pPr>
              <w:rPr>
                <w:sz w:val="20"/>
                <w:szCs w:val="20"/>
                <w:lang w:val="ru-RU"/>
              </w:rPr>
            </w:pPr>
            <w:r w:rsidRPr="00095A93">
              <w:rPr>
                <w:sz w:val="20"/>
                <w:szCs w:val="20"/>
                <w:lang w:val="ru-RU"/>
              </w:rPr>
              <w:t>Решение задач по теме</w:t>
            </w:r>
            <w:r>
              <w:rPr>
                <w:sz w:val="20"/>
                <w:szCs w:val="20"/>
                <w:lang w:val="ru-RU"/>
              </w:rPr>
              <w:t>: «Процентные расчёты».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FB19FC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87496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AE5CA7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87496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55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79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Абсолютная и относ</w:t>
            </w:r>
            <w:proofErr w:type="gramStart"/>
            <w:r>
              <w:rPr>
                <w:sz w:val="20"/>
                <w:szCs w:val="20"/>
                <w:lang w:val="ru-RU"/>
              </w:rPr>
              <w:t>и-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тельная погрешности.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80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7839BE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«Абсолютная и относ</w:t>
            </w:r>
            <w:proofErr w:type="gramStart"/>
            <w:r>
              <w:rPr>
                <w:sz w:val="20"/>
                <w:szCs w:val="20"/>
                <w:lang w:val="ru-RU"/>
              </w:rPr>
              <w:t>и-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тельная погрешности».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81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задач по теме: «Абсолютная и относ</w:t>
            </w:r>
            <w:proofErr w:type="gramStart"/>
            <w:r>
              <w:rPr>
                <w:sz w:val="20"/>
                <w:szCs w:val="20"/>
                <w:lang w:val="ru-RU"/>
              </w:rPr>
              <w:t>и-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тельная погрешности».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63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82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7839BE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Основные правила комбинаторики.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83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7839BE">
            <w:pPr>
              <w:rPr>
                <w:lang w:val="ru-RU"/>
              </w:rPr>
            </w:pPr>
            <w:r w:rsidRPr="00FC400E">
              <w:rPr>
                <w:sz w:val="20"/>
                <w:szCs w:val="20"/>
                <w:lang w:val="ru-RU"/>
              </w:rPr>
              <w:t xml:space="preserve">Решение  заданий по </w:t>
            </w:r>
            <w:r>
              <w:rPr>
                <w:sz w:val="20"/>
                <w:szCs w:val="20"/>
                <w:lang w:val="ru-RU"/>
              </w:rPr>
              <w:t>теме: «Основные правила комбинаторики».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 w:rsidP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84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9D7689">
            <w:pPr>
              <w:rPr>
                <w:sz w:val="20"/>
                <w:szCs w:val="20"/>
                <w:lang w:val="ru-RU"/>
              </w:rPr>
            </w:pPr>
            <w:r w:rsidRPr="00FC400E">
              <w:rPr>
                <w:sz w:val="20"/>
                <w:szCs w:val="20"/>
                <w:lang w:val="ru-RU"/>
              </w:rPr>
              <w:t xml:space="preserve">Решение  заданий по </w:t>
            </w:r>
            <w:r>
              <w:rPr>
                <w:sz w:val="20"/>
                <w:szCs w:val="20"/>
                <w:lang w:val="ru-RU"/>
              </w:rPr>
              <w:t>теме: «Основные правила комбинаторики».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50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85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Частота и вероятность случайного события.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86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9D768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«Частота  и вероятность случайного события»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87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C400E" w:rsidRDefault="009D7689">
            <w:pPr>
              <w:rPr>
                <w:sz w:val="20"/>
                <w:szCs w:val="20"/>
                <w:lang w:val="ru-RU"/>
              </w:rPr>
            </w:pPr>
            <w:r w:rsidRPr="00FC400E">
              <w:rPr>
                <w:sz w:val="20"/>
                <w:szCs w:val="20"/>
                <w:lang w:val="ru-RU"/>
              </w:rPr>
              <w:t>Классическое определение</w:t>
            </w:r>
            <w:r>
              <w:rPr>
                <w:lang w:val="ru-RU"/>
              </w:rPr>
              <w:t xml:space="preserve"> </w:t>
            </w:r>
            <w:r w:rsidRPr="00FC400E">
              <w:rPr>
                <w:sz w:val="20"/>
                <w:szCs w:val="20"/>
                <w:lang w:val="ru-RU"/>
              </w:rPr>
              <w:t>вероятности.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88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D7689">
            <w:r>
              <w:rPr>
                <w:sz w:val="20"/>
                <w:szCs w:val="20"/>
                <w:lang w:val="ru-RU"/>
              </w:rPr>
              <w:t>Решение вероятностных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89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D7689">
            <w:r>
              <w:rPr>
                <w:sz w:val="20"/>
                <w:szCs w:val="20"/>
                <w:lang w:val="ru-RU"/>
              </w:rPr>
              <w:t>Решение вероятностных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5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90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вероятностных задач.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58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91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Начальные сведения о статистике.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92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«Начальные сведения о статистике».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93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01D7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«Начальные сведения о статистике».</w:t>
            </w:r>
          </w:p>
          <w:p w:rsidR="003E01D7" w:rsidRDefault="003E01D7">
            <w:pPr>
              <w:rPr>
                <w:sz w:val="20"/>
                <w:szCs w:val="20"/>
                <w:lang w:val="ru-RU"/>
              </w:rPr>
            </w:pPr>
          </w:p>
          <w:p w:rsidR="003E01D7" w:rsidRDefault="003E01D7">
            <w:pPr>
              <w:rPr>
                <w:sz w:val="20"/>
                <w:szCs w:val="20"/>
                <w:lang w:val="ru-RU"/>
              </w:rPr>
            </w:pPr>
          </w:p>
          <w:p w:rsidR="003E01D7" w:rsidRDefault="003E01D7">
            <w:pPr>
              <w:rPr>
                <w:sz w:val="20"/>
                <w:szCs w:val="20"/>
                <w:lang w:val="ru-RU"/>
              </w:rPr>
            </w:pPr>
          </w:p>
          <w:p w:rsidR="003E01D7" w:rsidRDefault="003E01D7">
            <w:pPr>
              <w:rPr>
                <w:sz w:val="20"/>
                <w:szCs w:val="20"/>
                <w:lang w:val="ru-RU"/>
              </w:rPr>
            </w:pPr>
          </w:p>
          <w:p w:rsidR="003E01D7" w:rsidRPr="003E01D7" w:rsidRDefault="003E01D7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94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7689" w:rsidRDefault="009D7689" w:rsidP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«Начальные сведения о статистике».</w:t>
            </w:r>
          </w:p>
          <w:p w:rsidR="00AE5CA7" w:rsidRPr="003E01D7" w:rsidRDefault="00AE5CA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85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95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Подготовка к контрольной работе по теме: «Элементы прикладной математики».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85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96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Контрольная работа №5 по теме: «Элементы прикладной математики».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 w:rsidRPr="009E449A">
              <w:rPr>
                <w:b/>
                <w:sz w:val="16"/>
                <w:szCs w:val="16"/>
                <w:lang w:val="ru-RU"/>
              </w:rPr>
              <w:t>Контрольная                                      работа</w:t>
            </w:r>
          </w:p>
        </w:tc>
      </w:tr>
      <w:tr w:rsidR="00AE5CA7" w:rsidTr="008441FC">
        <w:trPr>
          <w:trHeight w:hRule="exact" w:val="6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97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Числовые последовательности.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98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sz w:val="20"/>
                <w:szCs w:val="20"/>
                <w:lang w:val="ru-RU"/>
              </w:rPr>
            </w:pPr>
            <w:r w:rsidRPr="003E01D7">
              <w:rPr>
                <w:sz w:val="20"/>
                <w:szCs w:val="20"/>
                <w:lang w:val="ru-RU"/>
              </w:rPr>
              <w:t>Решений заданий по теме</w:t>
            </w:r>
            <w:r>
              <w:rPr>
                <w:sz w:val="20"/>
                <w:szCs w:val="20"/>
                <w:lang w:val="ru-RU"/>
              </w:rPr>
              <w:t>: «Числовые последовател</w:t>
            </w:r>
            <w:proofErr w:type="gramStart"/>
            <w:r>
              <w:rPr>
                <w:sz w:val="20"/>
                <w:szCs w:val="20"/>
                <w:lang w:val="ru-RU"/>
              </w:rPr>
              <w:t>ь-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ности</w:t>
            </w:r>
            <w:proofErr w:type="spellEnd"/>
            <w:r>
              <w:rPr>
                <w:sz w:val="20"/>
                <w:szCs w:val="20"/>
                <w:lang w:val="ru-RU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5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99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3E01D7" w:rsidRDefault="009D7689">
            <w:pPr>
              <w:rPr>
                <w:sz w:val="20"/>
                <w:szCs w:val="20"/>
                <w:lang w:val="ru-RU"/>
              </w:rPr>
            </w:pPr>
            <w:r w:rsidRPr="003E01D7">
              <w:rPr>
                <w:sz w:val="20"/>
                <w:szCs w:val="20"/>
                <w:lang w:val="ru-RU"/>
              </w:rPr>
              <w:t>Решений заданий по теме</w:t>
            </w:r>
            <w:r>
              <w:rPr>
                <w:sz w:val="20"/>
                <w:szCs w:val="20"/>
                <w:lang w:val="ru-RU"/>
              </w:rPr>
              <w:t>: «Числовые последовател</w:t>
            </w:r>
            <w:proofErr w:type="gramStart"/>
            <w:r>
              <w:rPr>
                <w:sz w:val="20"/>
                <w:szCs w:val="20"/>
                <w:lang w:val="ru-RU"/>
              </w:rPr>
              <w:t>ь-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ности</w:t>
            </w:r>
            <w:proofErr w:type="spellEnd"/>
            <w:r>
              <w:rPr>
                <w:sz w:val="20"/>
                <w:szCs w:val="20"/>
                <w:lang w:val="ru-RU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B653E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466A3B"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AE5CA7" w:rsidTr="008441FC">
        <w:trPr>
          <w:trHeight w:hRule="exact" w:val="4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100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Арифметическая прогрессия.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 w:rsidTr="008441FC">
        <w:trPr>
          <w:trHeight w:hRule="exact" w:val="8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38457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101</w:t>
            </w:r>
            <w:r w:rsidR="00FB19FC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446599" w:rsidRDefault="009D768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«Арифметическая прогрессия».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FB19F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«Арифметическая прогрессия».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«Арифметическая прогрессия».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104.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«Арифметическая прогрессия».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446599" w:rsidRPr="00446599" w:rsidTr="008441FC">
        <w:trPr>
          <w:trHeight w:hRule="exact" w:val="8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105.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Сумма</w:t>
            </w:r>
            <w:r w:rsidRPr="00446599">
              <w:rPr>
                <w:b/>
                <w:sz w:val="20"/>
                <w:szCs w:val="20"/>
                <w:lang w:val="ru-RU"/>
              </w:rPr>
              <w:t xml:space="preserve"> n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первых членов арифметической прогрессии.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112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106.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«Сумма </w:t>
            </w:r>
            <w:r w:rsidRPr="00446599">
              <w:rPr>
                <w:b/>
                <w:sz w:val="20"/>
                <w:szCs w:val="20"/>
                <w:lang w:val="ru-RU"/>
              </w:rPr>
              <w:t>n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первых членов арифметической прогрессии».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11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«Сумма </w:t>
            </w:r>
            <w:r w:rsidRPr="00446599">
              <w:rPr>
                <w:b/>
                <w:sz w:val="20"/>
                <w:szCs w:val="20"/>
                <w:lang w:val="ru-RU"/>
              </w:rPr>
              <w:t>n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первых членов арифметической прогрессии».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11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</w:t>
            </w:r>
            <w:r w:rsidR="009D7689">
              <w:rPr>
                <w:sz w:val="20"/>
                <w:szCs w:val="20"/>
                <w:lang w:val="ru-RU"/>
              </w:rPr>
              <w:t xml:space="preserve"> Решение заданий по теме: «Сумма </w:t>
            </w:r>
            <w:r w:rsidR="009D7689" w:rsidRPr="00446599">
              <w:rPr>
                <w:b/>
                <w:sz w:val="20"/>
                <w:szCs w:val="20"/>
                <w:lang w:val="ru-RU"/>
              </w:rPr>
              <w:t>n</w:t>
            </w:r>
            <w:r w:rsidR="009D7689">
              <w:rPr>
                <w:b/>
                <w:sz w:val="20"/>
                <w:szCs w:val="20"/>
                <w:lang w:val="ru-RU"/>
              </w:rPr>
              <w:t xml:space="preserve"> </w:t>
            </w:r>
            <w:r w:rsidR="009D7689">
              <w:rPr>
                <w:sz w:val="20"/>
                <w:szCs w:val="20"/>
                <w:lang w:val="ru-RU"/>
              </w:rPr>
              <w:t>первых членов арифметической прогрессии».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446599" w:rsidRPr="00446599" w:rsidTr="008441FC">
        <w:trPr>
          <w:trHeight w:hRule="exact" w:val="41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Геометрическая прогрессия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«Геометрическая прогрессия».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84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Решение заданий по теме: «Геометрическая прогрессия».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446599" w:rsidRPr="00446599" w:rsidTr="008441FC">
        <w:trPr>
          <w:trHeight w:hRule="exact" w:val="8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1E2D9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.</w:t>
            </w:r>
            <w:r w:rsidR="009D7689">
              <w:rPr>
                <w:sz w:val="20"/>
                <w:szCs w:val="20"/>
                <w:lang w:val="ru-RU"/>
              </w:rPr>
              <w:t xml:space="preserve"> Решение заданий по теме: «Геометрическая прогрессия».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446599" w:rsidRPr="00446599" w:rsidTr="008441FC">
        <w:trPr>
          <w:trHeight w:hRule="exact" w:val="7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113.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Сумма</w:t>
            </w:r>
            <w:r w:rsidRPr="00446599">
              <w:rPr>
                <w:b/>
                <w:sz w:val="20"/>
                <w:szCs w:val="20"/>
                <w:lang w:val="ru-RU"/>
              </w:rPr>
              <w:t xml:space="preserve"> n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первых членов геометрической прогрессии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446599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46599" w:rsidRPr="00446599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</w:tbl>
    <w:p w:rsidR="00AE5CA7" w:rsidRPr="00446599" w:rsidRDefault="00AE5CA7">
      <w:pPr>
        <w:autoSpaceDE w:val="0"/>
        <w:autoSpaceDN w:val="0"/>
        <w:spacing w:after="0" w:line="14" w:lineRule="exact"/>
        <w:rPr>
          <w:lang w:val="ru-RU"/>
        </w:rPr>
      </w:pPr>
    </w:p>
    <w:p w:rsidR="00AE5CA7" w:rsidRPr="00446599" w:rsidRDefault="00AE5CA7">
      <w:pPr>
        <w:rPr>
          <w:lang w:val="ru-RU"/>
        </w:rPr>
        <w:sectPr w:rsidR="00AE5CA7" w:rsidRPr="00446599">
          <w:pgSz w:w="11900" w:h="16840"/>
          <w:pgMar w:top="284" w:right="650" w:bottom="5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Pr="00446599" w:rsidRDefault="00AE5CA7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732"/>
        <w:gridCol w:w="1620"/>
        <w:gridCol w:w="1668"/>
        <w:gridCol w:w="1164"/>
        <w:gridCol w:w="1682"/>
      </w:tblGrid>
      <w:tr w:rsidR="0003522D" w:rsidRPr="001E2D9A" w:rsidTr="008441FC">
        <w:trPr>
          <w:trHeight w:hRule="exact" w:val="8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1E2D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114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D768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«Сумма </w:t>
            </w:r>
            <w:r w:rsidRPr="00446599">
              <w:rPr>
                <w:b/>
                <w:sz w:val="20"/>
                <w:szCs w:val="20"/>
                <w:lang w:val="ru-RU"/>
              </w:rPr>
              <w:t>n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первых членов геометрической прогрессии».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RPr="001E2D9A" w:rsidTr="008441FC">
        <w:trPr>
          <w:trHeight w:hRule="exact" w:val="85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1E2D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115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«Сумма </w:t>
            </w:r>
            <w:r w:rsidRPr="00446599">
              <w:rPr>
                <w:b/>
                <w:sz w:val="20"/>
                <w:szCs w:val="20"/>
                <w:lang w:val="ru-RU"/>
              </w:rPr>
              <w:t>n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первых членов геометрической прогрессии».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03522D" w:rsidRPr="001E2D9A" w:rsidTr="008441FC">
        <w:trPr>
          <w:trHeight w:hRule="exact" w:val="113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116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D7689" w:rsidP="001E2D9A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Сумма бесконечной </w:t>
            </w:r>
            <w:proofErr w:type="spellStart"/>
            <w:r>
              <w:rPr>
                <w:sz w:val="20"/>
                <w:szCs w:val="20"/>
                <w:lang w:val="ru-RU"/>
              </w:rPr>
              <w:t>геоме</w:t>
            </w:r>
            <w:proofErr w:type="gramStart"/>
            <w:r>
              <w:rPr>
                <w:sz w:val="20"/>
                <w:szCs w:val="20"/>
                <w:lang w:val="ru-RU"/>
              </w:rPr>
              <w:t>т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рической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прогрессии, у которой модуль </w:t>
            </w:r>
            <w:proofErr w:type="spellStart"/>
            <w:r>
              <w:rPr>
                <w:sz w:val="20"/>
                <w:szCs w:val="20"/>
                <w:lang w:val="ru-RU"/>
              </w:rPr>
              <w:t>знаменате</w:t>
            </w:r>
            <w:proofErr w:type="spellEnd"/>
            <w:r>
              <w:rPr>
                <w:sz w:val="20"/>
                <w:szCs w:val="20"/>
                <w:lang w:val="ru-RU"/>
              </w:rPr>
              <w:t>- ля  меньше 1.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03522D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1E2D9A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RPr="0095354F" w:rsidTr="008441FC">
        <w:trPr>
          <w:trHeight w:hRule="exact" w:val="140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117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9D7689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«Сумма бесконечной </w:t>
            </w:r>
            <w:proofErr w:type="spellStart"/>
            <w:r>
              <w:rPr>
                <w:sz w:val="20"/>
                <w:szCs w:val="20"/>
                <w:lang w:val="ru-RU"/>
              </w:rPr>
              <w:t>ге</w:t>
            </w:r>
            <w:proofErr w:type="gramStart"/>
            <w:r>
              <w:rPr>
                <w:sz w:val="20"/>
                <w:szCs w:val="20"/>
                <w:lang w:val="ru-RU"/>
              </w:rPr>
              <w:t>о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метрической прогрессии, у которой модуль </w:t>
            </w:r>
            <w:proofErr w:type="spellStart"/>
            <w:r>
              <w:rPr>
                <w:sz w:val="20"/>
                <w:szCs w:val="20"/>
                <w:lang w:val="ru-RU"/>
              </w:rPr>
              <w:t>знаменате</w:t>
            </w:r>
            <w:proofErr w:type="spellEnd"/>
            <w:r>
              <w:rPr>
                <w:sz w:val="20"/>
                <w:szCs w:val="20"/>
                <w:lang w:val="ru-RU"/>
              </w:rPr>
              <w:t>- ля меньше 1».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03522D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03522D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03522D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9E449A">
            <w:pPr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RPr="0095354F" w:rsidTr="008441FC">
        <w:trPr>
          <w:trHeight w:hRule="exact" w:val="14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 w:rsidP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118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заданий по теме: «Сумма бесконечной </w:t>
            </w:r>
            <w:proofErr w:type="spellStart"/>
            <w:r>
              <w:rPr>
                <w:sz w:val="20"/>
                <w:szCs w:val="20"/>
                <w:lang w:val="ru-RU"/>
              </w:rPr>
              <w:t>ге</w:t>
            </w:r>
            <w:proofErr w:type="gramStart"/>
            <w:r>
              <w:rPr>
                <w:sz w:val="20"/>
                <w:szCs w:val="20"/>
                <w:lang w:val="ru-RU"/>
              </w:rPr>
              <w:t>о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метрической прогрессии, у которой модуль </w:t>
            </w:r>
            <w:proofErr w:type="spellStart"/>
            <w:r>
              <w:rPr>
                <w:sz w:val="20"/>
                <w:szCs w:val="20"/>
                <w:lang w:val="ru-RU"/>
              </w:rPr>
              <w:t>знаменате</w:t>
            </w:r>
            <w:proofErr w:type="spellEnd"/>
            <w:r>
              <w:rPr>
                <w:sz w:val="20"/>
                <w:szCs w:val="20"/>
                <w:lang w:val="ru-RU"/>
              </w:rPr>
              <w:t>- ля меньше 1».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7839B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03522D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03522D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03522D" w:rsidRPr="0095354F" w:rsidTr="008441FC">
        <w:trPr>
          <w:trHeight w:hRule="exact" w:val="84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119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Подготовка к контрольной работе по теме: «Числовые последовательности».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7839B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03522D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B653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03522D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5354F" w:rsidRDefault="00466A3B">
            <w:pPr>
              <w:rPr>
                <w:lang w:val="ru-RU"/>
              </w:rPr>
            </w:pPr>
            <w:r w:rsidRPr="00466A3B">
              <w:rPr>
                <w:sz w:val="16"/>
                <w:szCs w:val="16"/>
                <w:lang w:val="ru-RU"/>
              </w:rPr>
              <w:t>Практическая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466A3B">
              <w:rPr>
                <w:sz w:val="16"/>
                <w:szCs w:val="16"/>
                <w:lang w:val="ru-RU"/>
              </w:rPr>
              <w:t xml:space="preserve"> работа.</w:t>
            </w:r>
          </w:p>
        </w:tc>
      </w:tr>
      <w:tr w:rsidR="0003522D" w:rsidRPr="009D7689" w:rsidTr="008441FC">
        <w:trPr>
          <w:trHeight w:hRule="exact" w:val="85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120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D7689" w:rsidRDefault="009D768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Контрольная работа №6 по теме: «Числовые </w:t>
            </w:r>
            <w:proofErr w:type="spellStart"/>
            <w:r>
              <w:rPr>
                <w:sz w:val="20"/>
                <w:szCs w:val="20"/>
                <w:lang w:val="ru-RU"/>
              </w:rPr>
              <w:t>последов</w:t>
            </w:r>
            <w:proofErr w:type="gramStart"/>
            <w:r>
              <w:rPr>
                <w:sz w:val="20"/>
                <w:szCs w:val="20"/>
                <w:lang w:val="ru-RU"/>
              </w:rPr>
              <w:t>а</w:t>
            </w:r>
            <w:proofErr w:type="spellEnd"/>
            <w:r>
              <w:rPr>
                <w:sz w:val="20"/>
                <w:szCs w:val="20"/>
                <w:lang w:val="ru-RU"/>
              </w:rPr>
              <w:t>-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тельности</w:t>
            </w:r>
            <w:proofErr w:type="spellEnd"/>
            <w:r>
              <w:rPr>
                <w:sz w:val="20"/>
                <w:szCs w:val="20"/>
                <w:lang w:val="ru-RU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D7689" w:rsidRDefault="007839B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D7689" w:rsidRDefault="007839B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D7689" w:rsidRDefault="0003522D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D7689" w:rsidRDefault="0003522D">
            <w:pPr>
              <w:rPr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D7689" w:rsidRDefault="009E449A">
            <w:pPr>
              <w:rPr>
                <w:lang w:val="ru-RU"/>
              </w:rPr>
            </w:pPr>
            <w:r w:rsidRPr="009E449A">
              <w:rPr>
                <w:b/>
                <w:sz w:val="16"/>
                <w:szCs w:val="16"/>
                <w:lang w:val="ru-RU"/>
              </w:rPr>
              <w:t>Контрольная                                      работа</w:t>
            </w:r>
            <w:bookmarkStart w:id="0" w:name="_GoBack"/>
            <w:bookmarkEnd w:id="0"/>
          </w:p>
        </w:tc>
      </w:tr>
      <w:tr w:rsidR="0003522D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121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122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123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1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124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125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03522D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126</w:t>
            </w:r>
            <w:r w:rsidR="000352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03522D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522D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95354F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127.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95354F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95354F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129.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95354F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130.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95354F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131.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95354F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132.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7839BE" w:rsidRDefault="007839BE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5354F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5354F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C557A6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C557A6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C557A6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135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C557A6" w:rsidTr="008441FC">
        <w:trPr>
          <w:trHeight w:hRule="exact"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136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>
            <w:pPr>
              <w:rPr>
                <w:lang w:val="ru-RU"/>
              </w:rPr>
            </w:pPr>
            <w:r>
              <w:rPr>
                <w:lang w:val="ru-RU"/>
              </w:rPr>
              <w:t>Повторение.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Pr="009E449A" w:rsidRDefault="009E449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C557A6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557A6" w:rsidRDefault="009E449A">
            <w:r>
              <w:rPr>
                <w:sz w:val="16"/>
                <w:szCs w:val="16"/>
                <w:lang w:val="ru-RU"/>
              </w:rPr>
              <w:t>Письменный  контроль</w:t>
            </w:r>
          </w:p>
        </w:tc>
      </w:tr>
      <w:tr w:rsidR="00AE5CA7">
        <w:trPr>
          <w:trHeight w:hRule="exact" w:val="808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FB19FC" w:rsidRDefault="00FB19FC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FB19F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C557A6" w:rsidRDefault="0003522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 w:rsidR="00C557A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Pr="0003522D" w:rsidRDefault="0087138C" w:rsidP="0003522D">
            <w:pPr>
              <w:autoSpaceDE w:val="0"/>
              <w:autoSpaceDN w:val="0"/>
              <w:spacing w:before="98" w:after="0" w:line="230" w:lineRule="auto"/>
              <w:ind w:left="72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5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E5CA7" w:rsidRDefault="00AE5CA7"/>
        </w:tc>
      </w:tr>
    </w:tbl>
    <w:p w:rsidR="00AE5CA7" w:rsidRDefault="00AE5CA7">
      <w:pPr>
        <w:autoSpaceDE w:val="0"/>
        <w:autoSpaceDN w:val="0"/>
        <w:spacing w:after="0" w:line="14" w:lineRule="exact"/>
      </w:pPr>
    </w:p>
    <w:p w:rsidR="00AE5CA7" w:rsidRDefault="00AE5CA7" w:rsidP="000352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ectPr w:rsidR="00AE5CA7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Default="00AE5CA7">
      <w:pPr>
        <w:autoSpaceDE w:val="0"/>
        <w:autoSpaceDN w:val="0"/>
        <w:spacing w:after="78" w:line="220" w:lineRule="exact"/>
      </w:pPr>
    </w:p>
    <w:p w:rsidR="00AE5CA7" w:rsidRDefault="00FB19FC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441FC" w:rsidRDefault="00FB19FC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color w:val="000000"/>
          <w:sz w:val="24"/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FB19FC">
        <w:rPr>
          <w:lang w:val="ru-RU"/>
        </w:rPr>
        <w:br/>
      </w:r>
      <w:r w:rsidR="00AC7C3A" w:rsidRPr="00AC7C3A">
        <w:rPr>
          <w:rFonts w:ascii="Times New Roman" w:eastAsia="Times New Roman" w:hAnsi="Times New Roman"/>
          <w:b/>
          <w:color w:val="000000"/>
          <w:sz w:val="24"/>
          <w:lang w:val="ru-RU"/>
        </w:rPr>
        <w:t>1.</w:t>
      </w:r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="005668E9" w:rsidRPr="005668E9">
        <w:rPr>
          <w:rFonts w:ascii="Times New Roman" w:eastAsia="Times New Roman" w:hAnsi="Times New Roman"/>
          <w:color w:val="000000"/>
          <w:sz w:val="24"/>
          <w:lang w:val="ru-RU"/>
        </w:rPr>
        <w:t>Мерзляк</w:t>
      </w:r>
      <w:proofErr w:type="gramEnd"/>
      <w:r w:rsidR="005668E9" w:rsidRPr="005668E9">
        <w:rPr>
          <w:rFonts w:ascii="Times New Roman" w:eastAsia="Times New Roman" w:hAnsi="Times New Roman"/>
          <w:color w:val="000000"/>
          <w:sz w:val="24"/>
          <w:lang w:val="ru-RU"/>
        </w:rPr>
        <w:t xml:space="preserve"> А.Г., Полонский В.Б., Якир М.С.; под редакцией Подольского В.Е., Алгебра, 9 класс, Общество с ограниченной ответственностью "Издательский центр ВЕНТАНА-ГРАФ"; Акционерное обще</w:t>
      </w:r>
      <w:r w:rsidR="005668E9">
        <w:rPr>
          <w:rFonts w:ascii="Times New Roman" w:eastAsia="Times New Roman" w:hAnsi="Times New Roman"/>
          <w:color w:val="000000"/>
          <w:sz w:val="24"/>
          <w:lang w:val="ru-RU"/>
        </w:rPr>
        <w:t>ство "Издательство Просвещение"</w:t>
      </w:r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                                 </w:t>
      </w:r>
      <w:r w:rsidR="00AC7C3A" w:rsidRPr="00AC7C3A">
        <w:rPr>
          <w:rFonts w:ascii="Times New Roman" w:eastAsia="Times New Roman" w:hAnsi="Times New Roman"/>
          <w:b/>
          <w:color w:val="000000"/>
          <w:sz w:val="24"/>
          <w:lang w:val="ru-RU"/>
        </w:rPr>
        <w:t>2</w:t>
      </w:r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>.  Рабочая тетрадь. (2 части</w:t>
      </w:r>
      <w:proofErr w:type="gramStart"/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>)..</w:t>
      </w:r>
      <w:proofErr w:type="gramEnd"/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>Москва Издательский центр «Вента-Граф» 2019</w:t>
      </w:r>
    </w:p>
    <w:p w:rsidR="00661B1D" w:rsidRPr="00AC7C3A" w:rsidRDefault="00FB19FC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color w:val="000000"/>
          <w:sz w:val="24"/>
          <w:lang w:val="ru-RU"/>
        </w:rPr>
      </w:pP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="00661B1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                                 1. </w:t>
      </w:r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Технологические карты уроков по учебнику </w:t>
      </w:r>
      <w:proofErr w:type="spellStart"/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>А.Г.</w:t>
      </w:r>
      <w:proofErr w:type="gramStart"/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>Мерзляка</w:t>
      </w:r>
      <w:proofErr w:type="spellEnd"/>
      <w:proofErr w:type="gramEnd"/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>В.Б.Полонского</w:t>
      </w:r>
      <w:proofErr w:type="spellEnd"/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>М.С.Якира</w:t>
      </w:r>
      <w:proofErr w:type="spellEnd"/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 «Учитель».                                                                                              </w:t>
      </w:r>
      <w:r w:rsidR="00661B1D" w:rsidRPr="00661B1D">
        <w:rPr>
          <w:rFonts w:ascii="Times New Roman" w:eastAsia="Times New Roman" w:hAnsi="Times New Roman"/>
          <w:b/>
          <w:color w:val="000000"/>
          <w:sz w:val="24"/>
          <w:lang w:val="ru-RU"/>
        </w:rPr>
        <w:t>2.</w:t>
      </w:r>
      <w:r w:rsidR="00661B1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</w:t>
      </w:r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>Дидактические</w:t>
      </w:r>
      <w:r w:rsidR="00661B1D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материал</w:t>
      </w:r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 xml:space="preserve">ы. Алгебра 9 класс. Учебное пособие.                                                       Москва «Просвещение» 2022.                                                                                                   </w:t>
      </w:r>
      <w:r w:rsidR="00AC7C3A" w:rsidRPr="00AC7C3A">
        <w:rPr>
          <w:rFonts w:ascii="Times New Roman" w:eastAsia="Times New Roman" w:hAnsi="Times New Roman"/>
          <w:b/>
          <w:color w:val="000000"/>
          <w:sz w:val="24"/>
          <w:lang w:val="ru-RU"/>
        </w:rPr>
        <w:t>3.</w:t>
      </w:r>
      <w:r w:rsidR="00AC7C3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</w:t>
      </w:r>
      <w:r w:rsidR="00AC7C3A">
        <w:rPr>
          <w:rFonts w:ascii="Times New Roman" w:eastAsia="Times New Roman" w:hAnsi="Times New Roman"/>
          <w:color w:val="000000"/>
          <w:sz w:val="24"/>
          <w:lang w:val="ru-RU"/>
        </w:rPr>
        <w:t>Проверочные работы.  Алгебра 9 класс.  Учебное пособие.                                                      Москва «Просвещение». 2022</w:t>
      </w:r>
    </w:p>
    <w:p w:rsidR="00AE5CA7" w:rsidRDefault="00FB19FC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  <w:r w:rsidR="00661B1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- </w:t>
      </w:r>
      <w:r w:rsidR="00661B1D" w:rsidRPr="00661B1D">
        <w:rPr>
          <w:rFonts w:ascii="Times New Roman" w:eastAsia="Times New Roman" w:hAnsi="Times New Roman"/>
          <w:color w:val="000000"/>
          <w:sz w:val="24"/>
          <w:lang w:val="ru-RU"/>
        </w:rPr>
        <w:t>Я Класс</w:t>
      </w:r>
    </w:p>
    <w:p w:rsidR="00661B1D" w:rsidRPr="00FB19FC" w:rsidRDefault="00661B1D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</w:p>
    <w:p w:rsidR="00AE5CA7" w:rsidRPr="00FB19FC" w:rsidRDefault="00AE5CA7">
      <w:pPr>
        <w:rPr>
          <w:lang w:val="ru-RU"/>
        </w:rPr>
        <w:sectPr w:rsidR="00AE5CA7" w:rsidRPr="00FB19F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E5CA7" w:rsidRPr="00FB19FC" w:rsidRDefault="00AE5CA7">
      <w:pPr>
        <w:autoSpaceDE w:val="0"/>
        <w:autoSpaceDN w:val="0"/>
        <w:spacing w:after="78" w:line="220" w:lineRule="exact"/>
        <w:rPr>
          <w:lang w:val="ru-RU"/>
        </w:rPr>
      </w:pPr>
    </w:p>
    <w:p w:rsidR="00AE5CA7" w:rsidRPr="00FB19FC" w:rsidRDefault="00FB19FC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 УЧЕБНОЕ ОБОРУДОВАНИЕ</w:t>
      </w:r>
      <w:r w:rsidR="005668E9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="005668E9">
        <w:rPr>
          <w:rFonts w:ascii="Times New Roman" w:eastAsia="Times New Roman" w:hAnsi="Times New Roman"/>
          <w:b/>
          <w:color w:val="000000"/>
          <w:sz w:val="24"/>
          <w:lang w:val="ru-RU"/>
        </w:rPr>
        <w:t>с</w:t>
      </w:r>
      <w:r w:rsidR="005668E9" w:rsidRPr="005668E9">
        <w:rPr>
          <w:rFonts w:ascii="Times New Roman" w:eastAsia="Times New Roman" w:hAnsi="Times New Roman"/>
          <w:b/>
          <w:color w:val="000000"/>
          <w:sz w:val="24"/>
          <w:lang w:val="ru-RU"/>
        </w:rPr>
        <w:t>правочные таблицы</w:t>
      </w:r>
      <w:r w:rsidRPr="00FB19FC">
        <w:rPr>
          <w:lang w:val="ru-RU"/>
        </w:rPr>
        <w:br/>
      </w:r>
      <w:r w:rsidRPr="00FB19FC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:rsidR="00AE5CA7" w:rsidRPr="00FB19FC" w:rsidRDefault="00AE5CA7">
      <w:pPr>
        <w:rPr>
          <w:lang w:val="ru-RU"/>
        </w:rPr>
        <w:sectPr w:rsidR="00AE5CA7" w:rsidRPr="00FB19FC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B19FC" w:rsidRPr="00FB19FC" w:rsidRDefault="00FB19FC">
      <w:pPr>
        <w:rPr>
          <w:lang w:val="ru-RU"/>
        </w:rPr>
      </w:pPr>
    </w:p>
    <w:sectPr w:rsidR="00FB19FC" w:rsidRPr="00FB19FC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B78" w:rsidRDefault="00FC0B78" w:rsidP="00095A93">
      <w:pPr>
        <w:spacing w:after="0" w:line="240" w:lineRule="auto"/>
      </w:pPr>
      <w:r>
        <w:separator/>
      </w:r>
    </w:p>
  </w:endnote>
  <w:endnote w:type="continuationSeparator" w:id="0">
    <w:p w:rsidR="00FC0B78" w:rsidRDefault="00FC0B78" w:rsidP="0009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B78" w:rsidRDefault="00FC0B78" w:rsidP="00095A93">
      <w:pPr>
        <w:spacing w:after="0" w:line="240" w:lineRule="auto"/>
      </w:pPr>
      <w:r>
        <w:separator/>
      </w:r>
    </w:p>
  </w:footnote>
  <w:footnote w:type="continuationSeparator" w:id="0">
    <w:p w:rsidR="00FC0B78" w:rsidRDefault="00FC0B78" w:rsidP="00095A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3522D"/>
    <w:rsid w:val="000352B7"/>
    <w:rsid w:val="0006063C"/>
    <w:rsid w:val="00095A93"/>
    <w:rsid w:val="000C2694"/>
    <w:rsid w:val="0015074B"/>
    <w:rsid w:val="001B6A01"/>
    <w:rsid w:val="001E2D9A"/>
    <w:rsid w:val="0029639D"/>
    <w:rsid w:val="0032568D"/>
    <w:rsid w:val="00326F90"/>
    <w:rsid w:val="0038457F"/>
    <w:rsid w:val="003B203A"/>
    <w:rsid w:val="003B752E"/>
    <w:rsid w:val="003E01D7"/>
    <w:rsid w:val="00425CC9"/>
    <w:rsid w:val="00446599"/>
    <w:rsid w:val="00466A3B"/>
    <w:rsid w:val="00546EE1"/>
    <w:rsid w:val="005668E9"/>
    <w:rsid w:val="005734EF"/>
    <w:rsid w:val="005F5807"/>
    <w:rsid w:val="00661B1D"/>
    <w:rsid w:val="006A481B"/>
    <w:rsid w:val="006B1DF3"/>
    <w:rsid w:val="007839BE"/>
    <w:rsid w:val="007F63C3"/>
    <w:rsid w:val="008059B7"/>
    <w:rsid w:val="00827B57"/>
    <w:rsid w:val="008423E7"/>
    <w:rsid w:val="008441FC"/>
    <w:rsid w:val="0087138C"/>
    <w:rsid w:val="00874969"/>
    <w:rsid w:val="008B0AFA"/>
    <w:rsid w:val="0095354F"/>
    <w:rsid w:val="00985D8E"/>
    <w:rsid w:val="009D7689"/>
    <w:rsid w:val="009E449A"/>
    <w:rsid w:val="00A75841"/>
    <w:rsid w:val="00AA1D8D"/>
    <w:rsid w:val="00AB23FC"/>
    <w:rsid w:val="00AC7C3A"/>
    <w:rsid w:val="00AE5CA7"/>
    <w:rsid w:val="00B47730"/>
    <w:rsid w:val="00B653EA"/>
    <w:rsid w:val="00C029F5"/>
    <w:rsid w:val="00C10424"/>
    <w:rsid w:val="00C21189"/>
    <w:rsid w:val="00C34564"/>
    <w:rsid w:val="00C50AF3"/>
    <w:rsid w:val="00C557A6"/>
    <w:rsid w:val="00CB0664"/>
    <w:rsid w:val="00D471A8"/>
    <w:rsid w:val="00D76D60"/>
    <w:rsid w:val="00EA6733"/>
    <w:rsid w:val="00EE0E94"/>
    <w:rsid w:val="00EF5271"/>
    <w:rsid w:val="00EF793C"/>
    <w:rsid w:val="00F1516D"/>
    <w:rsid w:val="00F40E6A"/>
    <w:rsid w:val="00FB19FC"/>
    <w:rsid w:val="00FC0B78"/>
    <w:rsid w:val="00FC400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0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02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0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02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830B63-1E5F-4AF9-8E5F-37CBCA8EC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24</Pages>
  <Words>5798</Words>
  <Characters>33051</Characters>
  <Application>Microsoft Office Word</Application>
  <DocSecurity>0</DocSecurity>
  <Lines>275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38772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Ticher</cp:lastModifiedBy>
  <cp:revision>8</cp:revision>
  <cp:lastPrinted>2022-06-24T00:27:00Z</cp:lastPrinted>
  <dcterms:created xsi:type="dcterms:W3CDTF">2022-06-20T00:56:00Z</dcterms:created>
  <dcterms:modified xsi:type="dcterms:W3CDTF">2022-06-27T06:31:00Z</dcterms:modified>
</cp:coreProperties>
</file>