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E68" w:rsidRPr="00BB096C" w:rsidRDefault="00620E68" w:rsidP="00620E68">
      <w:pPr>
        <w:autoSpaceDE w:val="0"/>
        <w:autoSpaceDN w:val="0"/>
        <w:spacing w:after="0" w:line="230" w:lineRule="auto"/>
        <w:ind w:right="3558"/>
        <w:jc w:val="right"/>
        <w:rPr>
          <w:lang w:val="ru-RU"/>
        </w:rPr>
      </w:pPr>
      <w:r>
        <w:rPr>
          <w:lang w:val="ru-RU"/>
        </w:rPr>
        <w:tab/>
      </w:r>
    </w:p>
    <w:p w:rsidR="00620E68" w:rsidRDefault="00620E68" w:rsidP="00620E68">
      <w:pPr>
        <w:tabs>
          <w:tab w:val="left" w:pos="4275"/>
        </w:tabs>
        <w:rPr>
          <w:lang w:val="ru-RU"/>
        </w:rPr>
      </w:pPr>
    </w:p>
    <w:p w:rsidR="00620E68" w:rsidRDefault="00620E68" w:rsidP="00620E68">
      <w:pPr>
        <w:rPr>
          <w:lang w:val="ru-RU"/>
        </w:rPr>
      </w:pPr>
      <w:bookmarkStart w:id="0" w:name="_GoBack"/>
      <w:bookmarkEnd w:id="0"/>
    </w:p>
    <w:p w:rsidR="00373E9E" w:rsidRPr="00620E68" w:rsidRDefault="00620E68" w:rsidP="00620E68">
      <w:pPr>
        <w:sectPr w:rsidR="00373E9E" w:rsidRPr="00620E68">
          <w:pgSz w:w="11900" w:h="16840"/>
          <w:pgMar w:top="298" w:right="872" w:bottom="1436" w:left="738" w:header="720" w:footer="720" w:gutter="0"/>
          <w:cols w:space="720" w:equalWidth="0">
            <w:col w:w="10290" w:space="0"/>
          </w:cols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34150" cy="9233396"/>
            <wp:effectExtent l="0" t="0" r="0" b="0"/>
            <wp:docPr id="3" name="Рисунок 3" descr="\\Vegass\Incoming\Кабинет 35\титулы\Scan_20220627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gass\Incoming\Кабинет 35\титулы\Scan_20220627_1556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9E" w:rsidRPr="00620E68" w:rsidRDefault="00373E9E">
      <w:pPr>
        <w:sectPr w:rsidR="00373E9E" w:rsidRPr="00620E68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373E9E" w:rsidRPr="00BB096C" w:rsidRDefault="001F5CE5">
      <w:pPr>
        <w:autoSpaceDE w:val="0"/>
        <w:autoSpaceDN w:val="0"/>
        <w:spacing w:after="0" w:line="230" w:lineRule="auto"/>
        <w:rPr>
          <w:lang w:val="ru-RU"/>
        </w:rPr>
      </w:pPr>
      <w:r w:rsidRPr="00BB096C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373E9E" w:rsidRPr="0038294C" w:rsidRDefault="001F5CE5">
      <w:pPr>
        <w:autoSpaceDE w:val="0"/>
        <w:autoSpaceDN w:val="0"/>
        <w:spacing w:before="346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 "ГЕОМЕТРИЯ"</w:t>
      </w:r>
    </w:p>
    <w:p w:rsidR="00373E9E" w:rsidRPr="0038294C" w:rsidRDefault="001F5CE5">
      <w:pPr>
        <w:autoSpaceDE w:val="0"/>
        <w:autoSpaceDN w:val="0"/>
        <w:spacing w:before="166" w:after="0" w:line="288" w:lineRule="auto"/>
        <w:ind w:firstLine="180"/>
        <w:rPr>
          <w:lang w:val="ru-RU"/>
        </w:rPr>
      </w:pPr>
      <w:proofErr w:type="gram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учебному курсу "Геометрия" для обучающихся 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программе учтены 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</w:t>
      </w:r>
    </w:p>
    <w:p w:rsidR="00373E9E" w:rsidRPr="0038294C" w:rsidRDefault="001F5CE5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373E9E" w:rsidRPr="0038294C" w:rsidRDefault="001F5CE5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Практическая полезность математики обусловлена тем, что её предметом являются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разнообразной социальной, экономической, политической информации, малоэффективна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373E9E" w:rsidRPr="0038294C" w:rsidRDefault="001F5CE5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373E9E" w:rsidRPr="0038294C" w:rsidRDefault="001F5CE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proofErr w:type="gram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:rsidR="00373E9E" w:rsidRPr="0038294C" w:rsidRDefault="001F5CE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Необходимым компонентом общей культуры в современном толковании является общее знакомство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66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373E9E" w:rsidRPr="0038294C" w:rsidRDefault="001F5CE5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373E9E" w:rsidRPr="0038294C" w:rsidRDefault="001F5CE5">
      <w:pPr>
        <w:autoSpaceDE w:val="0"/>
        <w:autoSpaceDN w:val="0"/>
        <w:spacing w:before="262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КУРСА "ГЕОМЕТРИЯ"</w:t>
      </w:r>
    </w:p>
    <w:p w:rsidR="00373E9E" w:rsidRPr="0038294C" w:rsidRDefault="001F5CE5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«Математику уже затем учить надо, что она ум в порядок приводит», — писал великий русский ученый Михаил Васильевич Ломоносов. И в этом состоит одна из двух целей обучения геометрии как составной части математики в школе. Этой цели соответствует доказательная линия преподавания геометрии. Следуя представленной рабочей программе, начиная с седьмого класса на уроках геометрии </w:t>
      </w:r>
      <w:proofErr w:type="gram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учится проводить доказательные рассуждения, строить логические умозаключения, доказывать истинные утверждения и строить контр примеры к ложным, проводить рассуждения от «противного», отличать свойства от признаков, формулировать обратные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утверждения. Ученик, овладевший искусством рассуждать, будет применять его и в окружающей жизни.</w:t>
      </w:r>
    </w:p>
    <w:p w:rsidR="00373E9E" w:rsidRPr="0038294C" w:rsidRDefault="001F5CE5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писал геометр и педагог Игорь Федорович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Шарыгин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, «людьми, понимающими, что такое доказательство, трудно и даже невозможно манипулировать». И в этом состоит важное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воспитательное значение изучения геометрии, присущее именно отечественной математической школе. Вместе с тем авторы программы предостерегают учителя от излишнего формализма, особенно в отношении начал и оснований геометрии. Французский математик Жан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Дьедонне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по этому поводу высказался так: «Что касается деликатной проблемы введения «аксиом», то мне кажется, что на первых порах нужно вообще избегать произносить само это слово. С другой же стороны, не следует упускать ни одной возможности давать примеры логических заключений, которые куда в большей мере, чем идея аксиом, являются истинными и единственными двигателями математического мышления».</w:t>
      </w:r>
    </w:p>
    <w:p w:rsidR="00373E9E" w:rsidRDefault="001F5CE5">
      <w:pPr>
        <w:autoSpaceDE w:val="0"/>
        <w:autoSpaceDN w:val="0"/>
        <w:spacing w:before="70" w:after="0" w:line="288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Окончивший курс геометрии школьник должен быть в состоянии определить геометрическую фигуру, описать словами данный чертёж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 геометрии в школе. Данная практическая линия является не менее важной, чем первая. Ещё Платон предписывал, чтобы «граждане Прекрасного города ни в коем случае не оставляли геометрию, ведь немаловажно даже побочное её применение — в военном деле да, впрочем, и во всех науках — для лучшего их усвоения: мы ведь знаем, какая бесконечная разница существует между человеком причастным к геометрии и непричастным». Для этого учителю рекомендуется подбирать задачи практического характера для рассматриваемых тем, учить детей строить математические модели реальных жизненных ситуаций, проводить вычисления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:rsidR="002F22BD" w:rsidRDefault="002F22BD">
      <w:pPr>
        <w:autoSpaceDE w:val="0"/>
        <w:autoSpaceDN w:val="0"/>
        <w:spacing w:before="70" w:after="0" w:line="288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F22BD" w:rsidRPr="0038294C" w:rsidRDefault="002F22BD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</w:p>
    <w:p w:rsidR="002F22BD" w:rsidRDefault="002F22BD" w:rsidP="002F22BD">
      <w:pPr>
        <w:autoSpaceDE w:val="0"/>
        <w:autoSpaceDN w:val="0"/>
        <w:spacing w:after="66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2F22BD" w:rsidRDefault="002F22BD" w:rsidP="002F22BD">
      <w:pPr>
        <w:autoSpaceDE w:val="0"/>
        <w:autoSpaceDN w:val="0"/>
        <w:spacing w:after="66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2F22BD" w:rsidRDefault="002F22BD" w:rsidP="002F22BD">
      <w:pPr>
        <w:autoSpaceDE w:val="0"/>
        <w:autoSpaceDN w:val="0"/>
        <w:spacing w:after="66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2F22BD" w:rsidRDefault="002F22BD" w:rsidP="002F22BD">
      <w:pPr>
        <w:autoSpaceDE w:val="0"/>
        <w:autoSpaceDN w:val="0"/>
        <w:spacing w:after="66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2F22BD" w:rsidRPr="0038294C" w:rsidRDefault="001F5CE5" w:rsidP="002F22BD">
      <w:pPr>
        <w:autoSpaceDE w:val="0"/>
        <w:autoSpaceDN w:val="0"/>
        <w:spacing w:after="66" w:line="220" w:lineRule="exact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В УЧЕБНОМ ПЛАНЕ</w:t>
      </w:r>
    </w:p>
    <w:p w:rsidR="002F22BD" w:rsidRPr="0038294C" w:rsidRDefault="002F22BD" w:rsidP="002F22BD">
      <w:pPr>
        <w:autoSpaceDE w:val="0"/>
        <w:autoSpaceDN w:val="0"/>
        <w:spacing w:after="0" w:line="281" w:lineRule="auto"/>
        <w:ind w:firstLine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Согласно учебному плану в 9 классе изучается учебный курс «Геометрия», который включает следующие основные разделы содержания: «Геометрические фигуры и их свойства», «Измерение геометрических величин», а также «Декартовы координаты на плоскости», «Векторы», «Движения плоскости» и «Преобразования подобия». Учебный план предусматривает изучение </w:t>
      </w:r>
      <w:proofErr w:type="gram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геометрии</w:t>
      </w:r>
      <w:proofErr w:type="gram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базовом уровне исходя из 68 учебных часов в учебном году.</w:t>
      </w:r>
    </w:p>
    <w:p w:rsidR="00373E9E" w:rsidRPr="0038294C" w:rsidRDefault="00373E9E">
      <w:pPr>
        <w:autoSpaceDE w:val="0"/>
        <w:autoSpaceDN w:val="0"/>
        <w:spacing w:before="262" w:after="0" w:line="230" w:lineRule="auto"/>
        <w:rPr>
          <w:lang w:val="ru-RU"/>
        </w:rPr>
      </w:pPr>
    </w:p>
    <w:p w:rsidR="002F22BD" w:rsidRPr="0038294C" w:rsidRDefault="002F22BD">
      <w:pPr>
        <w:rPr>
          <w:lang w:val="ru-RU"/>
        </w:rPr>
        <w:sectPr w:rsidR="002F22BD" w:rsidRPr="0038294C">
          <w:pgSz w:w="11900" w:h="16840"/>
          <w:pgMar w:top="286" w:right="680" w:bottom="36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86" w:right="1024" w:bottom="1440" w:left="666" w:header="720" w:footer="720" w:gutter="0"/>
          <w:cols w:space="720" w:equalWidth="0">
            <w:col w:w="10209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78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КУРСА "ГЕОМЕТРИЯ"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346" w:after="0" w:line="262" w:lineRule="auto"/>
        <w:ind w:right="432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Синус, косинус, тангенс углов от 0 до 180°. Основное тригонометрическое тождество. Формулы приведения.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373E9E" w:rsidRPr="0038294C" w:rsidRDefault="001F5CE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Преобразование подобия. Подобие соответственных элементов.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Теорема о произведении отрезков хорд, теоремы о произведении отрезков секущих, теорема о квадрате касательной.</w:t>
      </w:r>
    </w:p>
    <w:p w:rsidR="00373E9E" w:rsidRPr="0038294C" w:rsidRDefault="001F5CE5">
      <w:pPr>
        <w:autoSpaceDE w:val="0"/>
        <w:autoSpaceDN w:val="0"/>
        <w:spacing w:before="70" w:after="0" w:line="278" w:lineRule="auto"/>
        <w:ind w:firstLine="180"/>
        <w:rPr>
          <w:lang w:val="ru-RU"/>
        </w:rPr>
      </w:pPr>
      <w:proofErr w:type="gram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Вектор, длина (модуль) вектора,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сонаправленные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векторы, противоположно направленные векторы,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коллинеарность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векторов, равенство векторов, операции над векторами.</w:t>
      </w:r>
      <w:proofErr w:type="gram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Движения плоскости и внутренние симметрии фигур (элементарные представления). Параллельный перенос. Поворот.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78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373E9E" w:rsidRPr="0038294C" w:rsidRDefault="001F5CE5">
      <w:pPr>
        <w:autoSpaceDE w:val="0"/>
        <w:autoSpaceDN w:val="0"/>
        <w:spacing w:before="346" w:after="0" w:line="271" w:lineRule="auto"/>
        <w:ind w:right="576" w:firstLine="18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учебного курса «Геометрия» должно обеспечивать достижение на уровне основного общего образования следующих личностных,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образовательных результатов:</w:t>
      </w:r>
    </w:p>
    <w:p w:rsidR="00373E9E" w:rsidRPr="0038294C" w:rsidRDefault="001F5CE5">
      <w:pPr>
        <w:autoSpaceDE w:val="0"/>
        <w:autoSpaceDN w:val="0"/>
        <w:spacing w:before="262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учебного курса «Геометрия» характеризуются: </w:t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Патриотическое воспитание: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2" w:after="0" w:line="281" w:lineRule="auto"/>
        <w:ind w:right="288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F0F50"/>
          <w:sz w:val="24"/>
          <w:lang w:val="ru-RU"/>
        </w:rPr>
        <w:t xml:space="preserve">Гражданское </w:t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 духовно-нравственное воспитание: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</w:t>
      </w:r>
      <w:proofErr w:type="gram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ь-</w:t>
      </w:r>
      <w:proofErr w:type="gram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но-этических принципов в деятельности учёного.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Трудовое воспитание: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</w:t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Ценности научного познания: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</w:t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овладением языком математики и математической культурой как средством познания мира; </w:t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овладением простейшими навыками исследовательской деятельности.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Физическое воспитание, формирование культуры здоровья и эмоционального благополучия: </w:t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сформированностью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признанием своего права на ошибку и такого же права другого человека.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Экологическое воспитание: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осознанием глобального характера экологических проблем и путей их решения.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результаты, обеспечивающие адаптацию </w:t>
      </w:r>
      <w:proofErr w:type="gramStart"/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обучающегося</w:t>
      </w:r>
      <w:proofErr w:type="gramEnd"/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98" w:right="650" w:bottom="4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132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 w:line="271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готовностью к действиям в условиях неопределённости, повышению уровня своей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73E9E" w:rsidRPr="0038294C" w:rsidRDefault="001F5CE5">
      <w:pPr>
        <w:autoSpaceDE w:val="0"/>
        <w:autoSpaceDN w:val="0"/>
        <w:spacing w:before="324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373E9E" w:rsidRPr="0038294C" w:rsidRDefault="001F5CE5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программы учебного курса «Геометрия» характеризуются овладением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универсальными </w:t>
      </w:r>
      <w:r w:rsidRPr="0038294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познавательными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действиями, универсальными </w:t>
      </w:r>
      <w:r w:rsidRPr="0038294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коммуникативными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 и универсальными </w:t>
      </w:r>
      <w:r w:rsidRPr="0038294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регулятивными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действиями.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  Универсальные </w:t>
      </w:r>
      <w:r w:rsidRPr="0038294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373E9E" w:rsidRPr="0038294C" w:rsidRDefault="001F5CE5">
      <w:pPr>
        <w:autoSpaceDE w:val="0"/>
        <w:autoSpaceDN w:val="0"/>
        <w:spacing w:before="178" w:after="0"/>
        <w:ind w:left="420" w:right="432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делать выводы с использованием законов логики, дедуктивных и индуктивных умозаключений, умозаключений по аналогии;</w:t>
      </w:r>
    </w:p>
    <w:p w:rsidR="00373E9E" w:rsidRPr="0038294C" w:rsidRDefault="001F5CE5">
      <w:pPr>
        <w:autoSpaceDE w:val="0"/>
        <w:autoSpaceDN w:val="0"/>
        <w:spacing w:before="192" w:after="0" w:line="271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контрпримеры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; обосновывать собственные рассуждения;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73E9E" w:rsidRPr="0038294C" w:rsidRDefault="001F5CE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действия:</w:t>
      </w:r>
    </w:p>
    <w:p w:rsidR="00373E9E" w:rsidRPr="0038294C" w:rsidRDefault="001F5CE5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352" w:right="762" w:bottom="444" w:left="666" w:header="720" w:footer="720" w:gutter="0"/>
          <w:cols w:space="720" w:equalWidth="0">
            <w:col w:w="10472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108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 w:line="271" w:lineRule="auto"/>
        <w:ind w:left="420" w:right="7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развитие процесса, а также выдвигать предположения о его развитии в новых условиях.</w:t>
      </w:r>
    </w:p>
    <w:p w:rsidR="00373E9E" w:rsidRPr="0038294C" w:rsidRDefault="001F5CE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373E9E" w:rsidRPr="0038294C" w:rsidRDefault="001F5CE5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недостаточность и избыточность информации, данных, необходимых для решения задачи;</w:t>
      </w:r>
    </w:p>
    <w:p w:rsidR="00373E9E" w:rsidRPr="0038294C" w:rsidRDefault="001F5CE5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373E9E" w:rsidRPr="0038294C" w:rsidRDefault="001F5CE5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учителем или сформулированным самостоятельно.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178" w:after="0" w:line="262" w:lineRule="auto"/>
        <w:ind w:right="288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 Универсальные </w:t>
      </w:r>
      <w:r w:rsidRPr="0038294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 обеспечивают </w:t>
      </w:r>
      <w:proofErr w:type="spellStart"/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>сформированность</w:t>
      </w:r>
      <w:proofErr w:type="spellEnd"/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социальных навыков обучающихся.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Общение:</w:t>
      </w:r>
    </w:p>
    <w:p w:rsidR="00373E9E" w:rsidRPr="0038294C" w:rsidRDefault="001F5CE5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73E9E" w:rsidRPr="0038294C" w:rsidRDefault="001F5CE5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73E9E" w:rsidRPr="0038294C" w:rsidRDefault="001F5CE5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Сотрудничество:</w:t>
      </w:r>
    </w:p>
    <w:p w:rsidR="00373E9E" w:rsidRPr="0038294C" w:rsidRDefault="001F5CE5">
      <w:pPr>
        <w:autoSpaceDE w:val="0"/>
        <w:autoSpaceDN w:val="0"/>
        <w:spacing w:before="180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понимать и использовать преимущества командной и индивидуальной работы при решении учебных математических задач;</w:t>
      </w:r>
    </w:p>
    <w:p w:rsidR="00373E9E" w:rsidRPr="0038294C" w:rsidRDefault="001F5CE5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участвовать в групповых формах работы (обсуждения, обмен мнениями, мозговые штурмы и др.);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выполнять свою часть работы и координировать свои действия с другими членами команды;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оценивать качество своего вклада в общий продукт по критериям, сформулированным участниками взаимодействия.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178" w:after="0" w:line="262" w:lineRule="auto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3)  Универсальные </w:t>
      </w:r>
      <w:r w:rsidRPr="0038294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</w:t>
      </w:r>
      <w:r w:rsidRPr="0038294C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смысловых установок и жизненных навыков личности.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328" w:right="844" w:bottom="368" w:left="666" w:header="720" w:footer="720" w:gutter="0"/>
          <w:cols w:space="720" w:equalWidth="0">
            <w:col w:w="10390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78" w:line="220" w:lineRule="exact"/>
        <w:rPr>
          <w:lang w:val="ru-RU"/>
        </w:rPr>
      </w:pPr>
    </w:p>
    <w:p w:rsidR="00373E9E" w:rsidRPr="0038294C" w:rsidRDefault="001F5CE5">
      <w:pPr>
        <w:tabs>
          <w:tab w:val="left" w:pos="180"/>
        </w:tabs>
        <w:autoSpaceDE w:val="0"/>
        <w:autoSpaceDN w:val="0"/>
        <w:spacing w:after="0"/>
        <w:ind w:right="720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Самоорганизация: </w:t>
      </w:r>
      <w:r w:rsidRPr="0038294C">
        <w:rPr>
          <w:lang w:val="ru-RU"/>
        </w:rPr>
        <w:br/>
      </w: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Самоконтроль:</w:t>
      </w:r>
    </w:p>
    <w:p w:rsidR="00373E9E" w:rsidRPr="0038294C" w:rsidRDefault="001F5CE5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владеть способами самопроверки, самоконтроля процесса и результата решения математической задачи;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73E9E" w:rsidRPr="0038294C" w:rsidRDefault="001F5CE5">
      <w:pPr>
        <w:autoSpaceDE w:val="0"/>
        <w:autoSpaceDN w:val="0"/>
        <w:spacing w:before="192" w:after="0" w:line="271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цели, находить ошибку, давать оценку приобретённому опыту.</w:t>
      </w:r>
    </w:p>
    <w:p w:rsidR="00373E9E" w:rsidRPr="0038294C" w:rsidRDefault="001F5CE5">
      <w:pPr>
        <w:autoSpaceDE w:val="0"/>
        <w:autoSpaceDN w:val="0"/>
        <w:spacing w:before="322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</w:p>
    <w:p w:rsidR="00373E9E" w:rsidRPr="0038294C" w:rsidRDefault="001F5CE5">
      <w:pPr>
        <w:tabs>
          <w:tab w:val="left" w:pos="180"/>
        </w:tabs>
        <w:autoSpaceDE w:val="0"/>
        <w:autoSpaceDN w:val="0"/>
        <w:spacing w:before="166" w:after="0" w:line="262" w:lineRule="auto"/>
        <w:ind w:right="1152"/>
        <w:rPr>
          <w:lang w:val="ru-RU"/>
        </w:rPr>
      </w:pPr>
      <w:r w:rsidRPr="0038294C">
        <w:rPr>
          <w:lang w:val="ru-RU"/>
        </w:rPr>
        <w:tab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Освоение учебного курса «Геометрия»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373E9E" w:rsidRPr="0038294C" w:rsidRDefault="001F5CE5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тригонометрические функции острых 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для </w:t>
      </w: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нетабличных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значений. 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Пользоваться формулами приведения и основным тригонометрическим тождеством для нахождения соотношений между тригонометрическими величинами. 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 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понятиями преобразования подобия, соответственных элементов подобных фигур. 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Уметь приводить примеры подобных фигур в окружающем мире.</w:t>
      </w:r>
    </w:p>
    <w:p w:rsidR="00373E9E" w:rsidRPr="0038294C" w:rsidRDefault="001F5CE5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Пользоваться теоремами о произведении отрезков хорд, о произведении отрезков секущих, о квадрате касательной. </w:t>
      </w:r>
    </w:p>
    <w:p w:rsidR="00373E9E" w:rsidRPr="0038294C" w:rsidRDefault="001F5CE5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Пользоваться векторами, понимать их геометрический и физический смысл, применять их в решении геометрических и физических задач. 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скалярное произведение векторов для нахождения длин и углов. 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Пользоваться методом координат на плоскости, применять его в решении геометрических и практических задач. 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полученные умения в практических задачах. </w:t>
      </w:r>
    </w:p>
    <w:p w:rsidR="00373E9E" w:rsidRPr="0038294C" w:rsidRDefault="001F5CE5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оси (или центры) симметрии фигур, применять движения плоскости в простейших случаях. </w:t>
      </w:r>
    </w:p>
    <w:p w:rsidR="00373E9E" w:rsidRPr="0038294C" w:rsidRDefault="001F5CE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—  Применять полученные знания на практике — строить математические модели для задач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98" w:right="722" w:bottom="362" w:left="666" w:header="720" w:footer="720" w:gutter="0"/>
          <w:cols w:space="720" w:equalWidth="0">
            <w:col w:w="10512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66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86" w:right="1440" w:bottom="1440" w:left="1086" w:header="720" w:footer="720" w:gutter="0"/>
          <w:cols w:space="720" w:equalWidth="0">
            <w:col w:w="937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64" w:line="220" w:lineRule="exact"/>
        <w:rPr>
          <w:lang w:val="ru-RU"/>
        </w:rPr>
      </w:pPr>
    </w:p>
    <w:p w:rsidR="00373E9E" w:rsidRDefault="001F5CE5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792"/>
        <w:gridCol w:w="850"/>
        <w:gridCol w:w="709"/>
        <w:gridCol w:w="4265"/>
        <w:gridCol w:w="1405"/>
        <w:gridCol w:w="1753"/>
      </w:tblGrid>
      <w:tr w:rsidR="00373E9E" w:rsidTr="0096267B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1F5CE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8294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17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265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C92CBC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="001F5CE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 w:rsidR="001F5CE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="001F5CE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373E9E" w:rsidTr="0096267B">
        <w:trPr>
          <w:trHeight w:hRule="exact" w:val="639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  <w:tc>
          <w:tcPr>
            <w:tcW w:w="4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73E9E" w:rsidRDefault="00373E9E"/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373E9E" w:rsidRDefault="00373E9E"/>
        </w:tc>
        <w:tc>
          <w:tcPr>
            <w:tcW w:w="4265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  <w:tc>
          <w:tcPr>
            <w:tcW w:w="1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</w:tr>
      <w:tr w:rsidR="00373E9E" w:rsidRPr="00C92CBC" w:rsidTr="00C92CBC">
        <w:trPr>
          <w:trHeight w:hRule="exact" w:val="519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92CBC" w:rsidRDefault="001F5CE5">
            <w:pPr>
              <w:autoSpaceDE w:val="0"/>
              <w:autoSpaceDN w:val="0"/>
              <w:spacing w:before="80" w:after="0" w:line="230" w:lineRule="auto"/>
              <w:ind w:left="72"/>
              <w:rPr>
                <w:b/>
                <w:sz w:val="28"/>
                <w:szCs w:val="28"/>
                <w:lang w:val="ru-RU"/>
              </w:rPr>
            </w:pPr>
            <w:r w:rsidRPr="00C92CBC">
              <w:rPr>
                <w:rFonts w:eastAsia="Times New Roman"/>
                <w:b/>
                <w:color w:val="000000"/>
                <w:w w:val="97"/>
                <w:sz w:val="28"/>
                <w:szCs w:val="28"/>
                <w:lang w:val="ru-RU"/>
              </w:rPr>
              <w:t xml:space="preserve">Раздел 1. </w:t>
            </w:r>
            <w:r w:rsidR="00C92CBC" w:rsidRPr="00C92CBC">
              <w:rPr>
                <w:rFonts w:eastAsia="Times New Roman"/>
                <w:b/>
                <w:color w:val="221F1F"/>
                <w:w w:val="97"/>
                <w:sz w:val="28"/>
                <w:szCs w:val="28"/>
                <w:lang w:val="ru-RU"/>
              </w:rPr>
              <w:t>Векторы</w:t>
            </w:r>
          </w:p>
        </w:tc>
      </w:tr>
      <w:tr w:rsidR="00373E9E" w:rsidTr="0096267B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92CBC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92CB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1.1.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C92CBC" w:rsidP="00C92CB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82AA6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Понятие вектора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F01AA" w:rsidRDefault="00EF01AA" w:rsidP="00EF01AA">
            <w:pPr>
              <w:autoSpaceDE w:val="0"/>
              <w:autoSpaceDN w:val="0"/>
              <w:spacing w:before="76" w:after="0" w:line="245" w:lineRule="auto"/>
              <w:rPr>
                <w:lang w:val="ru-RU"/>
              </w:rPr>
            </w:pPr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 xml:space="preserve">Использовать  векторы  как  направленные отрезки,  </w:t>
            </w:r>
            <w:proofErr w:type="spellStart"/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>исслед</w:t>
            </w:r>
            <w:proofErr w:type="gramStart"/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>о</w:t>
            </w:r>
            <w:proofErr w:type="spellEnd"/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>вать</w:t>
            </w:r>
            <w:proofErr w:type="spellEnd"/>
            <w:r w:rsidRPr="00EF01AA">
              <w:rPr>
                <w:rFonts w:eastAsia="Times New Roman"/>
                <w:color w:val="000000"/>
                <w:w w:val="97"/>
                <w:sz w:val="16"/>
                <w:lang w:val="ru-RU"/>
              </w:rPr>
              <w:t xml:space="preserve">  геометрический и  физический  смысл вектора.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Устный опрос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 w:rsidR="0038294C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C92CBC" w:rsidTr="003A72BE">
        <w:trPr>
          <w:trHeight w:hRule="exact" w:val="7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92CBC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</w:rPr>
            </w:pPr>
            <w:r w:rsidRPr="00C92CB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C92CB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82AA6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Сложение и вычитание векторов.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F01AA" w:rsidRDefault="00EF01A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Знать определения  суммы и  разности  векторов,  исследовать  геометрический  и  физический  смысл </w:t>
            </w:r>
            <w:r w:rsidR="003A72BE">
              <w:rPr>
                <w:sz w:val="16"/>
                <w:szCs w:val="16"/>
                <w:lang w:val="ru-RU"/>
              </w:rPr>
              <w:t xml:space="preserve">  </w:t>
            </w:r>
            <w:r>
              <w:rPr>
                <w:sz w:val="16"/>
                <w:szCs w:val="16"/>
                <w:lang w:val="ru-RU"/>
              </w:rPr>
              <w:t xml:space="preserve"> этих </w:t>
            </w:r>
            <w:r w:rsidR="003A72BE">
              <w:rPr>
                <w:sz w:val="16"/>
                <w:szCs w:val="16"/>
                <w:lang w:val="ru-RU"/>
              </w:rPr>
              <w:t xml:space="preserve">  операций.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C92CBC" w:rsidTr="003036EA">
        <w:trPr>
          <w:trHeight w:hRule="exact" w:val="9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92CBC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</w:rPr>
            </w:pPr>
            <w:r w:rsidRPr="00C92CBC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C92CBC" w:rsidP="00C92CBC">
            <w:pPr>
              <w:autoSpaceDE w:val="0"/>
              <w:autoSpaceDN w:val="0"/>
              <w:spacing w:before="76" w:after="0" w:line="245" w:lineRule="auto"/>
              <w:ind w:right="288"/>
              <w:rPr>
                <w:lang w:val="ru-RU"/>
              </w:rPr>
            </w:pPr>
            <w:r w:rsidRPr="00582AA6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Умножение вектора на число.  Применение векторов к решению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C92CB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A72BE" w:rsidRDefault="003A72BE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Умножение  вектора  на  число,  исследовать геометри</w:t>
            </w:r>
            <w:proofErr w:type="gramStart"/>
            <w:r>
              <w:rPr>
                <w:sz w:val="16"/>
                <w:szCs w:val="16"/>
                <w:lang w:val="ru-RU"/>
              </w:rPr>
              <w:t>и-</w:t>
            </w:r>
            <w:proofErr w:type="gramEnd"/>
            <w:r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ru-RU"/>
              </w:rPr>
              <w:t>ческий</w:t>
            </w:r>
            <w:proofErr w:type="spellEnd"/>
            <w:r>
              <w:rPr>
                <w:sz w:val="16"/>
                <w:szCs w:val="16"/>
                <w:lang w:val="ru-RU"/>
              </w:rPr>
              <w:t xml:space="preserve"> и  физический  смысл  этой  операции.  Решать  геометрические   задачи  с  использованием  векторов.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036E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контроль.  Практическая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3036EA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AC581A" w:rsidRDefault="001F5CE5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  <w:sz w:val="24"/>
                <w:szCs w:val="24"/>
                <w:lang w:val="ru-RU"/>
              </w:rPr>
            </w:pPr>
            <w:r w:rsidRPr="003036E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  <w:r w:rsidR="00AC581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92CBC" w:rsidRDefault="00C92CBC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6267B" w:rsidRDefault="0096267B" w:rsidP="00C92CBC">
            <w:pPr>
              <w:tabs>
                <w:tab w:val="left" w:pos="1440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                 4</w:t>
            </w:r>
          </w:p>
        </w:tc>
      </w:tr>
      <w:tr w:rsidR="00373E9E" w:rsidRPr="00C92CBC" w:rsidTr="00582AA6">
        <w:trPr>
          <w:trHeight w:hRule="exact" w:val="441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1F5CE5">
            <w:pPr>
              <w:autoSpaceDE w:val="0"/>
              <w:autoSpaceDN w:val="0"/>
              <w:spacing w:before="76" w:after="0" w:line="233" w:lineRule="auto"/>
              <w:ind w:left="72"/>
              <w:rPr>
                <w:sz w:val="28"/>
                <w:szCs w:val="28"/>
                <w:lang w:val="ru-RU"/>
              </w:rPr>
            </w:pPr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8"/>
                <w:szCs w:val="28"/>
                <w:lang w:val="ru-RU"/>
              </w:rPr>
              <w:t xml:space="preserve">Раздел 2. </w:t>
            </w:r>
            <w:r w:rsidR="00582AA6" w:rsidRPr="00582AA6"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  <w:t>Метод координат.</w:t>
            </w:r>
          </w:p>
        </w:tc>
      </w:tr>
      <w:tr w:rsidR="00373E9E" w:rsidTr="003036EA">
        <w:trPr>
          <w:trHeight w:hRule="exact" w:val="52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3036E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2.1.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582AA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Координаты вектора.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582AA6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A72BE" w:rsidRDefault="003A72BE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Раскладывать вектор  по  двум  неколлинеарным  векторам.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036EA">
            <w:r>
              <w:rPr>
                <w:sz w:val="16"/>
                <w:szCs w:val="16"/>
                <w:lang w:val="ru-RU"/>
              </w:rPr>
              <w:t>Устный  опрос.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AC581A"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Tr="003036EA">
        <w:trPr>
          <w:trHeight w:hRule="exact" w:val="41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</w:rPr>
            </w:pPr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582AA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Простейшие задачи в координатах.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582AA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582AA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B4BB6" w:rsidRDefault="006B4BB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Использовать  скалярное произведение  векторов, выводить его основные  свойства.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Тестирование.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AC581A"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C92CBC" w:rsidTr="003036EA">
        <w:trPr>
          <w:trHeight w:hRule="exact" w:val="6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</w:rPr>
            </w:pPr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>
              <w:rPr>
                <w:lang w:val="ru-RU"/>
              </w:rPr>
              <w:t>Уравнение окружности и прямой.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B4BB6" w:rsidRDefault="006B4BB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Выводить уравнение  прямой  и окружности.  Решать  задачи на нахождение  точек  пересечения  прямых  и  окружностей  с  помощью  метода  координат.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Устный </w:t>
            </w:r>
            <w:proofErr w:type="spellStart"/>
            <w:r>
              <w:rPr>
                <w:sz w:val="16"/>
                <w:szCs w:val="16"/>
                <w:lang w:val="ru-RU"/>
              </w:rPr>
              <w:t>опрс</w:t>
            </w:r>
            <w:proofErr w:type="spellEnd"/>
            <w:r>
              <w:rPr>
                <w:sz w:val="16"/>
                <w:szCs w:val="16"/>
                <w:lang w:val="ru-RU"/>
              </w:rPr>
              <w:t>.  Практическая работа.</w:t>
            </w:r>
          </w:p>
          <w:p w:rsidR="003036EA" w:rsidRPr="003036EA" w:rsidRDefault="003036EA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C92CBC" w:rsidTr="0096267B">
        <w:trPr>
          <w:trHeight w:hRule="exact" w:val="6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373E9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Решение задач и подготовка к контрольной работе по теме: «Метод координат».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582AA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B4BB6" w:rsidRDefault="006B4BB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Применять  координаты  при  решении  геометрических  и  практических  задач,  для  построения  математических  моделей  реальных  задач («метод  координат»)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036E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Практическая работа.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582AA6" w:rsidRPr="00C92CBC" w:rsidTr="0096267B">
        <w:trPr>
          <w:trHeight w:hRule="exact" w:val="6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582AA6" w:rsidRDefault="00582AA6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82AA6" w:rsidRDefault="00582AA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Контрольная работа №1 по теме: «Векторы.  Метод   координат»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38294C" w:rsidRDefault="00582AA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38294C" w:rsidRDefault="00582AA6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38294C" w:rsidRDefault="00582AA6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82AA6" w:rsidRPr="0038294C" w:rsidRDefault="00582AA6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38294C" w:rsidRDefault="00582AA6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Контрольная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2AA6" w:rsidRPr="0038294C" w:rsidRDefault="00582AA6">
            <w:pPr>
              <w:rPr>
                <w:lang w:val="ru-RU"/>
              </w:rPr>
            </w:pPr>
          </w:p>
        </w:tc>
      </w:tr>
      <w:tr w:rsidR="00373E9E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AC581A" w:rsidRDefault="001F5CE5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582AA6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="00AC581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582AA6" w:rsidRDefault="00582AA6" w:rsidP="00582AA6">
            <w:pPr>
              <w:tabs>
                <w:tab w:val="left" w:pos="1395"/>
              </w:tabs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lang w:val="ru-RU"/>
              </w:rPr>
              <w:tab/>
              <w:t>3</w:t>
            </w:r>
          </w:p>
        </w:tc>
      </w:tr>
      <w:tr w:rsidR="00373E9E" w:rsidRPr="007F10B3" w:rsidTr="007F10B3">
        <w:trPr>
          <w:trHeight w:hRule="exact" w:val="83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1F5CE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</w:pPr>
            <w:r w:rsidRPr="007F10B3">
              <w:rPr>
                <w:rFonts w:ascii="Times New Roman" w:eastAsia="Times New Roman" w:hAnsi="Times New Roman"/>
                <w:b/>
                <w:color w:val="000000"/>
                <w:w w:val="97"/>
                <w:sz w:val="28"/>
                <w:szCs w:val="28"/>
                <w:lang w:val="ru-RU"/>
              </w:rPr>
              <w:t xml:space="preserve">Раздел 3. </w:t>
            </w:r>
            <w:r w:rsidR="007F10B3" w:rsidRPr="007F10B3"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  <w:t xml:space="preserve"> Соотношения  между сторонами и углами треугольника</w:t>
            </w:r>
            <w:r w:rsidR="007F10B3"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  <w:t>.</w:t>
            </w:r>
          </w:p>
          <w:p w:rsidR="007F10B3" w:rsidRPr="007F10B3" w:rsidRDefault="007F10B3" w:rsidP="007F10B3">
            <w:pPr>
              <w:autoSpaceDE w:val="0"/>
              <w:autoSpaceDN w:val="0"/>
              <w:spacing w:before="78" w:after="0" w:line="230" w:lineRule="auto"/>
              <w:ind w:left="72" w:firstLine="72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</w:t>
            </w:r>
            <w:proofErr w:type="gramStart"/>
            <w:r w:rsidRPr="007F10B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Скалярное</w:t>
            </w:r>
            <w:proofErr w:type="gramEnd"/>
            <w:r w:rsidRPr="007F10B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произведения векторов.</w:t>
            </w:r>
          </w:p>
        </w:tc>
      </w:tr>
      <w:tr w:rsidR="00373E9E" w:rsidRPr="00C92CBC" w:rsidTr="0096267B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1F5CE5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7F10B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3.1.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7F10B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F10B3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Синус, косинус,  тангенс  угла</w:t>
            </w:r>
            <w:proofErr w:type="gramStart"/>
            <w:r w:rsidRPr="007F10B3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..</w:t>
            </w:r>
            <w:proofErr w:type="gram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ED525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ED525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2F22BD" w:rsidRDefault="002F22B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Формирование определения   тригонометрических  функций  тупых  и  прямых  углов.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Устный опрос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C92CBC" w:rsidTr="003A72BE">
        <w:trPr>
          <w:trHeight w:hRule="exact" w:val="6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7F10B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3.2.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7F10B3" w:rsidP="007F10B3">
            <w:pPr>
              <w:autoSpaceDE w:val="0"/>
              <w:autoSpaceDN w:val="0"/>
              <w:spacing w:before="76" w:after="0" w:line="233" w:lineRule="auto"/>
              <w:rPr>
                <w:lang w:val="ru-RU"/>
              </w:rPr>
            </w:pPr>
            <w:r w:rsidRPr="007F10B3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Соотношение между сторонами и углами треугольника.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ED525E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ED525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B4BB6" w:rsidRDefault="006B4BB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Применять  скалярное  произведение  для нахождения  длин  и  углов.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контроль.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C92CBC" w:rsidTr="00AC581A">
        <w:trPr>
          <w:trHeight w:hRule="exact" w:val="5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1F5CE5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4"/>
                <w:szCs w:val="24"/>
              </w:rPr>
            </w:pPr>
            <w:r w:rsidRPr="007F10B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7F10B3" w:rsidP="007F10B3">
            <w:pPr>
              <w:autoSpaceDE w:val="0"/>
              <w:autoSpaceDN w:val="0"/>
              <w:spacing w:before="76" w:after="0" w:line="233" w:lineRule="auto"/>
              <w:rPr>
                <w:lang w:val="ru-RU"/>
              </w:rPr>
            </w:pPr>
            <w:r w:rsidRPr="007F10B3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Скалярное произведение  векторов.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ED525E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ED525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43EED" w:rsidRDefault="00343EED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Использовать  скалярное  произведение  векторов,  выводить  его  основное  свойство.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контроль.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373E9E" w:rsidRPr="007F10B3" w:rsidTr="0096267B">
        <w:trPr>
          <w:trHeight w:hRule="exact" w:val="9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7F10B3" w:rsidP="007F10B3">
            <w:pPr>
              <w:autoSpaceDE w:val="0"/>
              <w:autoSpaceDN w:val="0"/>
              <w:spacing w:before="76" w:after="0" w:line="233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Решение задач и  подготовка  к  контрольной работе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работе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по  теме: «Соотношения между сторонами  и  углами  треугольника»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ED525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373E9E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ED525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373E9E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43EED" w:rsidRDefault="00343EED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Применять  скалярное  произведение  для  нахождения  длин  и  углов.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036EA" w:rsidRDefault="003036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контроль.  Практическая  работа.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F10B3" w:rsidRDefault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792"/>
        <w:gridCol w:w="850"/>
        <w:gridCol w:w="709"/>
        <w:gridCol w:w="4265"/>
        <w:gridCol w:w="1405"/>
        <w:gridCol w:w="1753"/>
      </w:tblGrid>
      <w:tr w:rsidR="00AC581A" w:rsidRPr="00C92CBC" w:rsidTr="00AC581A">
        <w:trPr>
          <w:trHeight w:hRule="exact" w:val="8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036EA" w:rsidRDefault="00AC581A" w:rsidP="00AC581A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Контрольная работа №2  по   теме: «Соотношения  между  сторонами и углами  треугольника».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036EA" w:rsidRDefault="003036E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Контрольная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</w:tr>
      <w:tr w:rsidR="00AC581A" w:rsidTr="00AC581A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  <w:sz w:val="24"/>
                <w:szCs w:val="24"/>
              </w:rPr>
            </w:pPr>
            <w:proofErr w:type="spellStart"/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</w:tr>
      <w:tr w:rsidR="00AC581A" w:rsidRPr="00620E68" w:rsidTr="00AC581A">
        <w:trPr>
          <w:trHeight w:hRule="exact" w:val="495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sz w:val="28"/>
                <w:szCs w:val="28"/>
                <w:lang w:val="ru-RU"/>
              </w:rPr>
            </w:pPr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sz w:val="28"/>
                <w:szCs w:val="28"/>
                <w:lang w:val="ru-RU"/>
              </w:rPr>
              <w:t>Раздел 4.</w:t>
            </w:r>
            <w:r w:rsidRPr="00ED525E"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  <w:t xml:space="preserve">  Длина окружности и площадь круга.</w:t>
            </w:r>
          </w:p>
        </w:tc>
      </w:tr>
      <w:tr w:rsidR="00AC581A" w:rsidRPr="00C92CBC" w:rsidTr="00AC581A">
        <w:trPr>
          <w:trHeight w:hRule="exact" w:val="44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autoSpaceDE w:val="0"/>
              <w:autoSpaceDN w:val="0"/>
              <w:spacing w:before="78" w:after="0" w:line="230" w:lineRule="auto"/>
              <w:rPr>
                <w:lang w:val="ru-RU"/>
              </w:rPr>
            </w:pPr>
            <w:r>
              <w:rPr>
                <w:lang w:val="ru-RU"/>
              </w:rPr>
              <w:t>Правильные  многоугольники.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2F22BD" w:rsidRDefault="002F22BD" w:rsidP="00AC58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Формулировать  определение  правильных</w:t>
            </w:r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proofErr w:type="spellStart"/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многоугол</w:t>
            </w:r>
            <w:proofErr w:type="gramStart"/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ь</w:t>
            </w:r>
            <w:proofErr w:type="spellEnd"/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</w:t>
            </w:r>
            <w:proofErr w:type="gramEnd"/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ников</w:t>
            </w:r>
            <w:proofErr w:type="spellEnd"/>
            <w:r w:rsidR="001B53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 находить их  элементы.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036EA" w:rsidRDefault="003036E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Устный  опрос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1B53E8" w:rsidTr="00AC581A">
        <w:trPr>
          <w:trHeight w:hRule="exact" w:val="413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6" w:after="0" w:line="230" w:lineRule="auto"/>
              <w:jc w:val="center"/>
              <w:rPr>
                <w:b/>
                <w:lang w:val="ru-RU"/>
              </w:rPr>
            </w:pPr>
            <w:r w:rsidRPr="00ED525E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4.2.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lang w:val="ru-RU"/>
              </w:rPr>
              <w:t>Длина  окружности  и площадь  круга.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1B53E8" w:rsidRDefault="001B53E8" w:rsidP="00AC58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Определить  площадь  круга.  Выводить  формулы  для  длин  дуг,  площадей  секторов  и  сегментов.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Тестирование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1B53E8" w:rsidTr="00AC581A">
        <w:trPr>
          <w:trHeight w:hRule="exact" w:val="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6" w:after="0" w:line="233" w:lineRule="auto"/>
              <w:rPr>
                <w:lang w:val="ru-RU"/>
              </w:rPr>
            </w:pPr>
            <w:r>
              <w:rPr>
                <w:lang w:val="ru-RU"/>
              </w:rPr>
              <w:t>Решение задач  и  подготовка  к  контрольной  работе  по  теме: «Длина  окружности  и  площадь  круга».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1B53E8" w:rsidRDefault="001B53E8" w:rsidP="00AC58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Вычислять  площади  фигур,  включающих  элементы  окружности (круга).  Находить  площади  в  задачах  реальной  жизни.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vertAlign w:val="superscrip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Практическая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ED525E" w:rsidTr="00AC581A">
        <w:trPr>
          <w:trHeight w:hRule="exact" w:val="7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Контрольная  работа  №3  по   теме: «Длина  окружности  и площадь  круга».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Контрольная 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D525E" w:rsidRDefault="00AC581A" w:rsidP="00AC581A">
            <w:pPr>
              <w:rPr>
                <w:lang w:val="ru-RU"/>
              </w:rPr>
            </w:pPr>
          </w:p>
        </w:tc>
      </w:tr>
      <w:tr w:rsidR="00AC581A" w:rsidTr="00AC581A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  <w:sz w:val="24"/>
                <w:szCs w:val="24"/>
              </w:rPr>
            </w:pPr>
            <w:proofErr w:type="spellStart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</w:tr>
      <w:tr w:rsidR="00AC581A" w:rsidRPr="0096267B" w:rsidTr="00AC581A">
        <w:trPr>
          <w:trHeight w:hRule="exact" w:val="369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sz w:val="28"/>
                <w:szCs w:val="28"/>
                <w:lang w:val="ru-RU"/>
              </w:rPr>
            </w:pPr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8"/>
                <w:szCs w:val="28"/>
                <w:lang w:val="ru-RU"/>
              </w:rPr>
              <w:t xml:space="preserve">Раздел 5. </w:t>
            </w:r>
            <w:r w:rsidRPr="0096267B"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  <w:t xml:space="preserve">  Движения.</w:t>
            </w:r>
          </w:p>
        </w:tc>
      </w:tr>
      <w:tr w:rsidR="00AC581A" w:rsidRPr="00946983" w:rsidTr="00EF01AA">
        <w:trPr>
          <w:trHeight w:hRule="exact" w:val="6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5.1.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Понятие движения.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1B53E8" w:rsidRDefault="008C7F16" w:rsidP="00AC58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Разбирать  примеры,  иллюстрирующие  понятия  движения, центров  осей  симметрии.</w:t>
            </w:r>
            <w:r w:rsidR="0094698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Находить  центры  и  оси  симметрий  простейших  фигур.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Устный  опрос.  Практическая работа.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8C7F16" w:rsidTr="00946983">
        <w:trPr>
          <w:trHeight w:hRule="exact" w:val="43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5.2.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Параллельный  перенос  и  поворот.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8C7F16" w:rsidRDefault="008C7F16" w:rsidP="0094698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Формулировать  определения  параллельного переноса,  поворота. 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EF01A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Практическая работа.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946983" w:rsidTr="00AC581A">
        <w:trPr>
          <w:trHeight w:hRule="exact" w:val="5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6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Решение задач и  подготовка  к  контрольной работе  по  теме: «Движения»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46983" w:rsidRDefault="00946983" w:rsidP="00AC58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Применять  параллельный  перенос   и  симметрию  при  решении геометрических  задач.   Использовать  для  построения  и  исследований  цифровые  ресурсы.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vertAlign w:val="superscrip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Тестирование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946983" w:rsidTr="00AC581A">
        <w:trPr>
          <w:trHeight w:hRule="exact" w:val="7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Контрольная работа  №4  по теме: «Движения».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Контрольная работа.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rPr>
                <w:lang w:val="ru-RU"/>
              </w:rPr>
            </w:pPr>
          </w:p>
        </w:tc>
      </w:tr>
      <w:tr w:rsidR="00AC581A" w:rsidTr="00AC581A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  <w:sz w:val="24"/>
                <w:szCs w:val="24"/>
              </w:rPr>
            </w:pPr>
            <w:r w:rsidRPr="00946983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</w:t>
            </w:r>
            <w:proofErr w:type="spellStart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того</w:t>
            </w:r>
            <w:proofErr w:type="spellEnd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96267B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6267B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</w:tr>
      <w:tr w:rsidR="00AC581A" w:rsidRPr="00B036F0" w:rsidTr="00AC581A">
        <w:trPr>
          <w:trHeight w:hRule="exact" w:val="507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sz w:val="28"/>
                <w:szCs w:val="28"/>
                <w:lang w:val="ru-RU"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8"/>
                <w:szCs w:val="28"/>
                <w:lang w:val="ru-RU"/>
              </w:rPr>
              <w:t>Раздел  6.  Начальные геометрические  сведения.</w:t>
            </w:r>
          </w:p>
        </w:tc>
      </w:tr>
      <w:tr w:rsidR="00AC581A" w:rsidRPr="00B036F0" w:rsidTr="00E868E5">
        <w:trPr>
          <w:trHeight w:hRule="exact" w:val="41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6.1.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Многогранники.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946983" w:rsidRDefault="00946983" w:rsidP="00AC58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Разбирать  примеры  многоранников.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Практическая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E868E5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RPr="00C92CBC" w:rsidTr="00E868E5">
        <w:trPr>
          <w:trHeight w:hRule="exact" w:val="4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6.2.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Тела  и  поверхности  вращения.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EF01A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Практическая работа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E868E5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C581A" w:rsidTr="00A96CFA">
        <w:trPr>
          <w:trHeight w:hRule="exact" w:val="425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6" w:after="0" w:line="230" w:lineRule="auto"/>
              <w:jc w:val="center"/>
              <w:rPr>
                <w:b/>
                <w:lang w:val="ru-RU"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6.3.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Об  аксиомах   планиметрии.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4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4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EF01AA" w:rsidP="00AC581A">
            <w:r>
              <w:rPr>
                <w:sz w:val="16"/>
                <w:szCs w:val="16"/>
                <w:lang w:val="ru-RU"/>
              </w:rPr>
              <w:t>Практическая работа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</w:tr>
      <w:tr w:rsidR="00AC581A" w:rsidTr="00A96CFA">
        <w:trPr>
          <w:trHeight w:hRule="exact" w:val="571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  <w:sz w:val="24"/>
                <w:szCs w:val="24"/>
              </w:rPr>
            </w:pPr>
            <w:proofErr w:type="spell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lastRenderedPageBreak/>
              <w:t>Итого</w:t>
            </w:r>
            <w:proofErr w:type="spellEnd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Default="00AC581A" w:rsidP="00AC581A"/>
        </w:tc>
      </w:tr>
      <w:tr w:rsidR="00AC581A" w:rsidRPr="00620E68" w:rsidTr="00AC581A">
        <w:trPr>
          <w:trHeight w:hRule="exact" w:val="434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6" w:after="0" w:line="233" w:lineRule="auto"/>
              <w:ind w:left="72"/>
              <w:rPr>
                <w:sz w:val="28"/>
                <w:szCs w:val="28"/>
                <w:lang w:val="ru-RU"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8"/>
                <w:szCs w:val="28"/>
                <w:lang w:val="ru-RU"/>
              </w:rPr>
              <w:t>Раздел 7</w:t>
            </w:r>
            <w:r w:rsidRPr="00B036F0">
              <w:rPr>
                <w:rFonts w:ascii="Times New Roman" w:eastAsia="Times New Roman" w:hAnsi="Times New Roman"/>
                <w:color w:val="000000"/>
                <w:w w:val="97"/>
                <w:sz w:val="28"/>
                <w:szCs w:val="28"/>
                <w:lang w:val="ru-RU"/>
              </w:rPr>
              <w:t xml:space="preserve">. </w:t>
            </w:r>
            <w:r w:rsidRPr="00B036F0">
              <w:rPr>
                <w:rFonts w:ascii="Times New Roman" w:eastAsia="Times New Roman" w:hAnsi="Times New Roman"/>
                <w:b/>
                <w:color w:val="221F1F"/>
                <w:w w:val="97"/>
                <w:sz w:val="28"/>
                <w:szCs w:val="28"/>
                <w:lang w:val="ru-RU"/>
              </w:rPr>
              <w:t>Повторение, обобщение, систематизация знаний</w:t>
            </w:r>
          </w:p>
        </w:tc>
      </w:tr>
      <w:tr w:rsidR="00AC581A" w:rsidRPr="00C92CBC" w:rsidTr="00AC581A">
        <w:trPr>
          <w:trHeight w:hRule="exact" w:val="7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B036F0" w:rsidRDefault="00AC581A" w:rsidP="00AC581A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</w:rPr>
              <w:t>7.1.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lang w:val="ru-RU"/>
              </w:rPr>
              <w:t>Повторение изученного  материала  7-9 класс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C581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EF01AA" w:rsidRDefault="00EF01AA" w:rsidP="00AC581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Тестирование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581A" w:rsidRPr="0038294C" w:rsidRDefault="00A96CFA" w:rsidP="00AC581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Образовательная платформа</w:t>
            </w:r>
            <w:r>
              <w:rPr>
                <w:lang w:val="ru-RU"/>
              </w:rPr>
              <w:t xml:space="preserve">   </w:t>
            </w:r>
            <w:proofErr w:type="gramStart"/>
            <w:r w:rsidRPr="00582AA6">
              <w:rPr>
                <w:sz w:val="16"/>
                <w:szCs w:val="16"/>
                <w:lang w:val="ru-RU"/>
              </w:rPr>
              <w:t>Я-класс</w:t>
            </w:r>
            <w:proofErr w:type="gramEnd"/>
          </w:p>
        </w:tc>
      </w:tr>
      <w:tr w:rsidR="00A96CFA" w:rsidRPr="00C92CBC" w:rsidTr="002F22BD">
        <w:trPr>
          <w:trHeight w:hRule="exact" w:val="710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96CFA" w:rsidRDefault="00A96CFA" w:rsidP="00AC581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proofErr w:type="spell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Default="00A96CFA" w:rsidP="00AC581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</w:tr>
      <w:tr w:rsidR="00A96CFA" w:rsidRPr="00C92CBC" w:rsidTr="002F22BD">
        <w:trPr>
          <w:trHeight w:hRule="exact" w:val="710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96CFA" w:rsidRDefault="00A96CFA" w:rsidP="00AC581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ОБЩЕЕ КОЛИЧЕСТВО ЧАСОВ </w:t>
            </w:r>
            <w:proofErr w:type="gramStart"/>
            <w:r w:rsidRPr="00B036F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</w:t>
            </w:r>
            <w:proofErr w:type="gram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Default="00A96CFA" w:rsidP="00AC581A">
            <w:pPr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4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96CFA" w:rsidRPr="0038294C" w:rsidRDefault="00A96CFA" w:rsidP="00AC581A">
            <w:pPr>
              <w:rPr>
                <w:lang w:val="ru-RU"/>
              </w:rPr>
            </w:pPr>
          </w:p>
        </w:tc>
      </w:tr>
    </w:tbl>
    <w:p w:rsidR="00373E9E" w:rsidRPr="0038294C" w:rsidRDefault="00373E9E">
      <w:pPr>
        <w:autoSpaceDE w:val="0"/>
        <w:autoSpaceDN w:val="0"/>
        <w:spacing w:after="0" w:line="14" w:lineRule="exact"/>
        <w:rPr>
          <w:lang w:val="ru-RU"/>
        </w:rPr>
      </w:pPr>
    </w:p>
    <w:p w:rsidR="00373E9E" w:rsidRPr="0038294C" w:rsidRDefault="00373E9E">
      <w:pPr>
        <w:rPr>
          <w:lang w:val="ru-RU"/>
        </w:rPr>
        <w:sectPr w:rsidR="00373E9E" w:rsidRPr="0038294C">
          <w:pgSz w:w="16840" w:h="11900"/>
          <w:pgMar w:top="282" w:right="640" w:bottom="3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66" w:line="220" w:lineRule="exact"/>
        <w:rPr>
          <w:lang w:val="ru-RU"/>
        </w:rPr>
      </w:pPr>
    </w:p>
    <w:p w:rsidR="00373E9E" w:rsidRPr="0038294C" w:rsidRDefault="00373E9E">
      <w:pPr>
        <w:autoSpaceDE w:val="0"/>
        <w:autoSpaceDN w:val="0"/>
        <w:spacing w:after="0" w:line="14" w:lineRule="exact"/>
        <w:rPr>
          <w:lang w:val="ru-RU"/>
        </w:rPr>
      </w:pPr>
    </w:p>
    <w:p w:rsidR="00373E9E" w:rsidRPr="0038294C" w:rsidRDefault="00373E9E">
      <w:pPr>
        <w:rPr>
          <w:lang w:val="ru-RU"/>
        </w:rPr>
        <w:sectPr w:rsidR="00373E9E" w:rsidRPr="0038294C">
          <w:pgSz w:w="16840" w:h="11900"/>
          <w:pgMar w:top="284" w:right="640" w:bottom="2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66" w:line="220" w:lineRule="exact"/>
        <w:rPr>
          <w:lang w:val="ru-RU"/>
        </w:rPr>
      </w:pPr>
    </w:p>
    <w:p w:rsidR="00373E9E" w:rsidRDefault="00373E9E">
      <w:pPr>
        <w:autoSpaceDE w:val="0"/>
        <w:autoSpaceDN w:val="0"/>
        <w:spacing w:after="0" w:line="14" w:lineRule="exact"/>
      </w:pPr>
    </w:p>
    <w:p w:rsidR="00373E9E" w:rsidRDefault="00373E9E">
      <w:pPr>
        <w:sectPr w:rsidR="00373E9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73E9E" w:rsidRDefault="00373E9E">
      <w:pPr>
        <w:autoSpaceDE w:val="0"/>
        <w:autoSpaceDN w:val="0"/>
        <w:spacing w:after="78" w:line="220" w:lineRule="exact"/>
      </w:pPr>
    </w:p>
    <w:p w:rsidR="00373E9E" w:rsidRDefault="001F5CE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732"/>
        <w:gridCol w:w="1620"/>
        <w:gridCol w:w="1668"/>
        <w:gridCol w:w="1164"/>
        <w:gridCol w:w="1682"/>
      </w:tblGrid>
      <w:tr w:rsidR="00373E9E" w:rsidTr="00EC05A4">
        <w:trPr>
          <w:trHeight w:hRule="exact" w:val="49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373E9E" w:rsidTr="00EC05A4">
        <w:trPr>
          <w:trHeight w:hRule="exact" w:val="828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E9E" w:rsidRDefault="00373E9E"/>
        </w:tc>
      </w:tr>
      <w:tr w:rsidR="00373E9E" w:rsidTr="00EC05A4">
        <w:trPr>
          <w:trHeight w:hRule="exact" w:val="61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Понятие  вектора.   Равенство  векторов.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5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Откладывание  вектора  от данной  точки.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57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Сумма  двух  векторов.  Законы  сложения  векторов.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560"/>
        </w:trPr>
        <w:tc>
          <w:tcPr>
            <w:tcW w:w="7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Законы сложения векторов. Правило параллелограмма.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5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Сумма  и  вычитание нескольких  векторов.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5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Произведение вектора на  число.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56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Применение  векторов  к  решению 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Средняя  линия  трапеции.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92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Разложение вектора  по  двум  неколлинеарным  векторам.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Координаты  вектора.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9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EC05A4" w:rsidRDefault="00EC05A4">
            <w:pPr>
              <w:rPr>
                <w:lang w:val="ru-RU"/>
              </w:rPr>
            </w:pPr>
            <w:r>
              <w:rPr>
                <w:lang w:val="ru-RU"/>
              </w:rPr>
              <w:t>Связь  между  координатами вектора и  координатами  его начала  и  конца.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6764FF">
        <w:trPr>
          <w:trHeight w:hRule="exact"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Простейшие задачи  в  координатах.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6764FF">
        <w:trPr>
          <w:trHeight w:hRule="exact" w:val="56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Простейшие  задачи в координатах.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6764FF">
        <w:trPr>
          <w:trHeight w:hRule="exact" w:val="8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Уравнение линии на  плоскости.  Уравнение  окружности.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EC05A4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Уравнение  окружности.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6764FF">
        <w:trPr>
          <w:trHeight w:hRule="exact" w:val="6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Взаимное  расположение двух  окружностей.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6764FF">
        <w:trPr>
          <w:trHeight w:hRule="exact"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Решение задач и подготовка  к  контрольной работе  по теме: «Метод  координат»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RPr="006764FF" w:rsidTr="006764FF">
        <w:trPr>
          <w:trHeight w:hRule="exact" w:val="8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Контрольная  работа  №1  по  теме: «Векторы.  Метод  координат».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6764FF">
        <w:trPr>
          <w:trHeight w:hRule="exact" w:val="8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 xml:space="preserve">Анализ  контрольной  </w:t>
            </w:r>
            <w:proofErr w:type="spellStart"/>
            <w:r>
              <w:rPr>
                <w:lang w:val="ru-RU"/>
              </w:rPr>
              <w:t>работы</w:t>
            </w:r>
            <w:proofErr w:type="gramStart"/>
            <w:r>
              <w:rPr>
                <w:lang w:val="ru-RU"/>
              </w:rPr>
              <w:t>.С</w:t>
            </w:r>
            <w:proofErr w:type="gramEnd"/>
            <w:r>
              <w:rPr>
                <w:lang w:val="ru-RU"/>
              </w:rPr>
              <w:t>инус</w:t>
            </w:r>
            <w:proofErr w:type="spellEnd"/>
            <w:r>
              <w:rPr>
                <w:lang w:val="ru-RU"/>
              </w:rPr>
              <w:t>,  косинус, тангенс, котангенс  угла.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6764FF">
        <w:trPr>
          <w:trHeight w:hRule="exact" w:val="8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Основное  тригонометри</w:t>
            </w:r>
            <w:proofErr w:type="gramStart"/>
            <w:r>
              <w:rPr>
                <w:lang w:val="ru-RU"/>
              </w:rPr>
              <w:t>и-</w:t>
            </w:r>
            <w:proofErr w:type="gramEnd"/>
            <w:r>
              <w:rPr>
                <w:lang w:val="ru-RU"/>
              </w:rPr>
              <w:t xml:space="preserve">  </w:t>
            </w:r>
            <w:proofErr w:type="spellStart"/>
            <w:r>
              <w:rPr>
                <w:lang w:val="ru-RU"/>
              </w:rPr>
              <w:t>ческое</w:t>
            </w:r>
            <w:proofErr w:type="spellEnd"/>
            <w:r>
              <w:rPr>
                <w:lang w:val="ru-RU"/>
              </w:rPr>
              <w:t xml:space="preserve">  тождество.  Формулы  приведения.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6764FF">
        <w:trPr>
          <w:trHeight w:hRule="exact" w:val="57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21.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Теорема  о  площади  треугольника.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EC05A4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Теорема  синусов.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EC05A4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Теорема  косинусов.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6764FF">
        <w:trPr>
          <w:trHeight w:hRule="exact" w:val="58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6764FF">
            <w:pPr>
              <w:rPr>
                <w:lang w:val="ru-RU"/>
              </w:rPr>
            </w:pPr>
            <w:r>
              <w:rPr>
                <w:lang w:val="ru-RU"/>
              </w:rPr>
              <w:t>Решение  треугольников. Измерительные  работы.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134547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34547">
            <w:pPr>
              <w:rPr>
                <w:lang w:val="ru-RU"/>
              </w:rPr>
            </w:pPr>
            <w:r>
              <w:rPr>
                <w:lang w:val="ru-RU"/>
              </w:rPr>
              <w:t>Угол  между  векторами. Скалярное  произведение   векторов.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134547">
        <w:trPr>
          <w:trHeight w:hRule="exact" w:val="1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34547">
            <w:pPr>
              <w:rPr>
                <w:lang w:val="ru-RU"/>
              </w:rPr>
            </w:pPr>
            <w:r>
              <w:rPr>
                <w:lang w:val="ru-RU"/>
              </w:rPr>
              <w:t>Скалярное  произведение  в  координатах.  Свойства  скалярного  произведения  векторов.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373E9E" w:rsidRPr="006764FF" w:rsidTr="00134547">
        <w:trPr>
          <w:trHeight w:hRule="exact" w:val="18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34547">
            <w:pPr>
              <w:rPr>
                <w:lang w:val="ru-RU"/>
              </w:rPr>
            </w:pPr>
            <w:r>
              <w:rPr>
                <w:lang w:val="ru-RU"/>
              </w:rPr>
              <w:t>Решение задач  и  подготовка к  контрольной  работе  по  теме: «Соотношение  между  сторонами и углами  треугольника.  Скалярное  произведение  векторов».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1F5C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764F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6764FF" w:rsidRDefault="00373E9E">
            <w:pPr>
              <w:rPr>
                <w:lang w:val="ru-RU"/>
              </w:rPr>
            </w:pPr>
          </w:p>
        </w:tc>
      </w:tr>
      <w:tr w:rsidR="00134547" w:rsidRPr="006764FF" w:rsidTr="00134547">
        <w:trPr>
          <w:trHeight w:hRule="exact" w:val="1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28.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Default="00134547">
            <w:pPr>
              <w:rPr>
                <w:lang w:val="ru-RU"/>
              </w:rPr>
            </w:pPr>
            <w:r>
              <w:rPr>
                <w:lang w:val="ru-RU"/>
              </w:rPr>
              <w:t xml:space="preserve">Контрольная  работа №2  по  теме: «Соотношения между  сторонами  и  углами  </w:t>
            </w:r>
            <w:proofErr w:type="spellStart"/>
            <w:r>
              <w:rPr>
                <w:lang w:val="ru-RU"/>
              </w:rPr>
              <w:t>тре</w:t>
            </w:r>
            <w:proofErr w:type="gramStart"/>
            <w:r>
              <w:rPr>
                <w:lang w:val="ru-RU"/>
              </w:rPr>
              <w:t>у</w:t>
            </w:r>
            <w:proofErr w:type="spellEnd"/>
            <w:r>
              <w:rPr>
                <w:lang w:val="ru-RU"/>
              </w:rPr>
              <w:t>-</w:t>
            </w:r>
            <w:proofErr w:type="gramEnd"/>
            <w:r>
              <w:rPr>
                <w:lang w:val="ru-RU"/>
              </w:rPr>
              <w:t xml:space="preserve">  </w:t>
            </w:r>
            <w:proofErr w:type="spellStart"/>
            <w:r>
              <w:rPr>
                <w:lang w:val="ru-RU"/>
              </w:rPr>
              <w:t>гольника</w:t>
            </w:r>
            <w:proofErr w:type="spellEnd"/>
            <w:r>
              <w:rPr>
                <w:lang w:val="ru-RU"/>
              </w:rPr>
              <w:t>.  Скалярное  произведение  векторов».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</w:tr>
      <w:tr w:rsidR="00134547" w:rsidRPr="00620E68" w:rsidTr="00134547">
        <w:trPr>
          <w:trHeight w:hRule="exact" w:val="11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Default="0013454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Default="00134547">
            <w:pPr>
              <w:rPr>
                <w:lang w:val="ru-RU"/>
              </w:rPr>
            </w:pPr>
            <w:r>
              <w:rPr>
                <w:lang w:val="ru-RU"/>
              </w:rPr>
              <w:t xml:space="preserve">Правильные  </w:t>
            </w:r>
            <w:proofErr w:type="spellStart"/>
            <w:r>
              <w:rPr>
                <w:lang w:val="ru-RU"/>
              </w:rPr>
              <w:t>многоугол</w:t>
            </w:r>
            <w:proofErr w:type="gramStart"/>
            <w:r>
              <w:rPr>
                <w:lang w:val="ru-RU"/>
              </w:rPr>
              <w:t>ь</w:t>
            </w:r>
            <w:proofErr w:type="spellEnd"/>
            <w:r>
              <w:rPr>
                <w:lang w:val="ru-RU"/>
              </w:rPr>
              <w:t>-</w:t>
            </w:r>
            <w:proofErr w:type="gramEnd"/>
            <w:r>
              <w:rPr>
                <w:lang w:val="ru-RU"/>
              </w:rPr>
              <w:t xml:space="preserve">  </w:t>
            </w:r>
            <w:proofErr w:type="spellStart"/>
            <w:r>
              <w:rPr>
                <w:lang w:val="ru-RU"/>
              </w:rPr>
              <w:t>ники</w:t>
            </w:r>
            <w:proofErr w:type="spellEnd"/>
            <w:r>
              <w:rPr>
                <w:lang w:val="ru-RU"/>
              </w:rPr>
              <w:t>. Окружность, описа</w:t>
            </w:r>
            <w:proofErr w:type="gramStart"/>
            <w:r>
              <w:rPr>
                <w:lang w:val="ru-RU"/>
              </w:rPr>
              <w:t>н-</w:t>
            </w:r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ная</w:t>
            </w:r>
            <w:proofErr w:type="spellEnd"/>
            <w:r>
              <w:rPr>
                <w:lang w:val="ru-RU"/>
              </w:rPr>
              <w:t xml:space="preserve">  около  правильного  многоугольника.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</w:tr>
      <w:tr w:rsidR="00134547" w:rsidRPr="00620E68" w:rsidTr="00A35208">
        <w:trPr>
          <w:trHeight w:hRule="exact" w:val="56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Default="0013454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Default="00134547">
            <w:pPr>
              <w:rPr>
                <w:lang w:val="ru-RU"/>
              </w:rPr>
            </w:pPr>
            <w:r>
              <w:rPr>
                <w:lang w:val="ru-RU"/>
              </w:rPr>
              <w:t>Окружность,  вписанная  в  правильный  многоугольник.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4547" w:rsidRPr="006764FF" w:rsidRDefault="00134547">
            <w:pPr>
              <w:rPr>
                <w:lang w:val="ru-RU"/>
              </w:rPr>
            </w:pPr>
          </w:p>
        </w:tc>
      </w:tr>
      <w:tr w:rsidR="00A35208" w:rsidRPr="00620E68" w:rsidTr="00A35208">
        <w:trPr>
          <w:trHeight w:hRule="exact" w:val="15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 xml:space="preserve">Формулы  для  вычисления площади  правильного  многоугольника,  его  </w:t>
            </w:r>
            <w:proofErr w:type="spellStart"/>
            <w:r>
              <w:rPr>
                <w:lang w:val="ru-RU"/>
              </w:rPr>
              <w:t>стор</w:t>
            </w:r>
            <w:proofErr w:type="gramStart"/>
            <w:r>
              <w:rPr>
                <w:lang w:val="ru-RU"/>
              </w:rPr>
              <w:t>о</w:t>
            </w:r>
            <w:proofErr w:type="spellEnd"/>
            <w:r>
              <w:rPr>
                <w:lang w:val="ru-RU"/>
              </w:rPr>
              <w:t>-</w:t>
            </w:r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ны</w:t>
            </w:r>
            <w:proofErr w:type="spellEnd"/>
            <w:r>
              <w:rPr>
                <w:lang w:val="ru-RU"/>
              </w:rPr>
              <w:t xml:space="preserve">  и  радиуса  вписанной  окружности.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  <w:tr w:rsidR="00A35208" w:rsidRPr="006764FF" w:rsidTr="00A35208">
        <w:trPr>
          <w:trHeight w:hRule="exact" w:val="5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Построение  правильных  многоугольников.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  <w:tr w:rsidR="00A35208" w:rsidRPr="006764FF" w:rsidTr="00A35208">
        <w:trPr>
          <w:trHeight w:hRule="exact" w:val="5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Длина  окружности.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  <w:tr w:rsidR="00A35208" w:rsidRPr="006764FF" w:rsidTr="00A35208">
        <w:trPr>
          <w:trHeight w:hRule="exact" w:val="5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Площадь  круга.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  <w:tr w:rsidR="00A35208" w:rsidRPr="006764FF" w:rsidTr="00A35208">
        <w:trPr>
          <w:trHeight w:hRule="exact" w:val="5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Площадь кругового  сектора.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  <w:tr w:rsidR="00A35208" w:rsidRPr="00620E68" w:rsidTr="00A35208">
        <w:trPr>
          <w:trHeight w:hRule="exact" w:val="5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36.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Площадь  круга  и кругового сектора.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  <w:tr w:rsidR="00A35208" w:rsidRPr="00620E68" w:rsidTr="00A35208">
        <w:trPr>
          <w:trHeight w:hRule="exact" w:val="8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Решение задач  по теме: «Длина  окружности  и площадь  круга».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5208" w:rsidRPr="006764FF" w:rsidRDefault="00A35208">
            <w:pPr>
              <w:rPr>
                <w:lang w:val="ru-RU"/>
              </w:rPr>
            </w:pPr>
          </w:p>
        </w:tc>
      </w:tr>
    </w:tbl>
    <w:p w:rsidR="00373E9E" w:rsidRPr="006764FF" w:rsidRDefault="00373E9E">
      <w:pPr>
        <w:autoSpaceDE w:val="0"/>
        <w:autoSpaceDN w:val="0"/>
        <w:spacing w:after="0" w:line="14" w:lineRule="exact"/>
        <w:rPr>
          <w:lang w:val="ru-RU"/>
        </w:rPr>
      </w:pPr>
    </w:p>
    <w:p w:rsidR="00373E9E" w:rsidRPr="006764FF" w:rsidRDefault="00373E9E">
      <w:pPr>
        <w:rPr>
          <w:lang w:val="ru-RU"/>
        </w:rPr>
        <w:sectPr w:rsidR="00373E9E" w:rsidRPr="006764FF">
          <w:pgSz w:w="11900" w:h="16840"/>
          <w:pgMar w:top="298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Pr="006764FF" w:rsidRDefault="00373E9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732"/>
        <w:gridCol w:w="1620"/>
        <w:gridCol w:w="1668"/>
        <w:gridCol w:w="1164"/>
        <w:gridCol w:w="1682"/>
      </w:tblGrid>
      <w:tr w:rsidR="00373E9E" w:rsidTr="00985DA9">
        <w:trPr>
          <w:trHeight w:hRule="exact" w:val="100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A35208" w:rsidRDefault="00A3520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Решение задач  по  теме: «Длина  окружности  и  площадь  круга».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12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>Подготовка  к  контрол</w:t>
            </w:r>
            <w:proofErr w:type="gramStart"/>
            <w:r>
              <w:rPr>
                <w:lang w:val="ru-RU"/>
              </w:rPr>
              <w:t>ь-</w:t>
            </w:r>
            <w:proofErr w:type="gramEnd"/>
            <w:r>
              <w:rPr>
                <w:lang w:val="ru-RU"/>
              </w:rPr>
              <w:t xml:space="preserve">  ной  работе  по  теме: «Длина  окружности  и  площадь  круга».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85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A35208" w:rsidRDefault="00A35208">
            <w:pPr>
              <w:rPr>
                <w:lang w:val="ru-RU"/>
              </w:rPr>
            </w:pPr>
            <w:r>
              <w:rPr>
                <w:lang w:val="ru-RU"/>
              </w:rPr>
              <w:t xml:space="preserve">Контрольная  </w:t>
            </w:r>
            <w:r w:rsidR="00750F63">
              <w:rPr>
                <w:lang w:val="ru-RU"/>
              </w:rPr>
              <w:t xml:space="preserve">работа  №3  по  теме: «Длина  </w:t>
            </w:r>
            <w:proofErr w:type="spellStart"/>
            <w:r w:rsidR="00750F63">
              <w:rPr>
                <w:lang w:val="ru-RU"/>
              </w:rPr>
              <w:t>окру</w:t>
            </w:r>
            <w:proofErr w:type="gramStart"/>
            <w:r w:rsidR="00750F63">
              <w:rPr>
                <w:lang w:val="ru-RU"/>
              </w:rPr>
              <w:t>ж</w:t>
            </w:r>
            <w:proofErr w:type="spellEnd"/>
            <w:r w:rsidR="00750F63">
              <w:rPr>
                <w:lang w:val="ru-RU"/>
              </w:rPr>
              <w:t>-</w:t>
            </w:r>
            <w:proofErr w:type="gramEnd"/>
            <w:r w:rsidR="00750F63">
              <w:rPr>
                <w:lang w:val="ru-RU"/>
              </w:rPr>
              <w:t xml:space="preserve"> </w:t>
            </w:r>
            <w:proofErr w:type="spellStart"/>
            <w:r w:rsidR="00750F63">
              <w:rPr>
                <w:lang w:val="ru-RU"/>
              </w:rPr>
              <w:t>ности</w:t>
            </w:r>
            <w:proofErr w:type="spellEnd"/>
            <w:r w:rsidR="00750F63">
              <w:rPr>
                <w:lang w:val="ru-RU"/>
              </w:rPr>
              <w:t xml:space="preserve">  и площадь круга».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8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50F63" w:rsidRDefault="00750F63">
            <w:pPr>
              <w:rPr>
                <w:lang w:val="ru-RU"/>
              </w:rPr>
            </w:pPr>
            <w:r>
              <w:rPr>
                <w:lang w:val="ru-RU"/>
              </w:rPr>
              <w:t xml:space="preserve">Анализ контрольной </w:t>
            </w:r>
            <w:proofErr w:type="spellStart"/>
            <w:r>
              <w:rPr>
                <w:lang w:val="ru-RU"/>
              </w:rPr>
              <w:t>раб</w:t>
            </w:r>
            <w:proofErr w:type="gramStart"/>
            <w:r>
              <w:rPr>
                <w:lang w:val="ru-RU"/>
              </w:rPr>
              <w:t>о</w:t>
            </w:r>
            <w:proofErr w:type="spellEnd"/>
            <w:r>
              <w:rPr>
                <w:lang w:val="ru-RU"/>
              </w:rPr>
              <w:t>-</w:t>
            </w:r>
            <w:proofErr w:type="gramEnd"/>
            <w:r>
              <w:rPr>
                <w:lang w:val="ru-RU"/>
              </w:rPr>
              <w:t xml:space="preserve"> ты. Отображение  </w:t>
            </w:r>
            <w:proofErr w:type="spellStart"/>
            <w:r>
              <w:rPr>
                <w:lang w:val="ru-RU"/>
              </w:rPr>
              <w:t>пло</w:t>
            </w:r>
            <w:proofErr w:type="gramStart"/>
            <w:r>
              <w:rPr>
                <w:lang w:val="ru-RU"/>
              </w:rPr>
              <w:t>с</w:t>
            </w:r>
            <w:proofErr w:type="spellEnd"/>
            <w:r>
              <w:rPr>
                <w:lang w:val="ru-RU"/>
              </w:rPr>
              <w:t>-</w:t>
            </w:r>
            <w:proofErr w:type="gramEnd"/>
            <w:r>
              <w:rPr>
                <w:lang w:val="ru-RU"/>
              </w:rPr>
              <w:t xml:space="preserve"> кости  на  себя.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50F63" w:rsidRDefault="00750F63">
            <w:pPr>
              <w:rPr>
                <w:lang w:val="ru-RU"/>
              </w:rPr>
            </w:pPr>
            <w:r>
              <w:rPr>
                <w:lang w:val="ru-RU"/>
              </w:rPr>
              <w:t>Понятие  движения.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6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50F63" w:rsidRDefault="00750F63">
            <w:pPr>
              <w:rPr>
                <w:lang w:val="ru-RU"/>
              </w:rPr>
            </w:pPr>
            <w:r>
              <w:rPr>
                <w:lang w:val="ru-RU"/>
              </w:rPr>
              <w:t>Наложения  и  движения. Параллельный  перенос.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50F63" w:rsidRDefault="00750F63">
            <w:pPr>
              <w:rPr>
                <w:lang w:val="ru-RU"/>
              </w:rPr>
            </w:pPr>
            <w:r>
              <w:rPr>
                <w:lang w:val="ru-RU"/>
              </w:rPr>
              <w:t>Параллельный  перенос.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50F63" w:rsidRDefault="00750F63">
            <w:pPr>
              <w:rPr>
                <w:lang w:val="ru-RU"/>
              </w:rPr>
            </w:pPr>
            <w:r>
              <w:rPr>
                <w:lang w:val="ru-RU"/>
              </w:rPr>
              <w:t>Поворот.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750F63" w:rsidRDefault="00750F63">
            <w:pPr>
              <w:rPr>
                <w:lang w:val="ru-RU"/>
              </w:rPr>
            </w:pPr>
            <w:r>
              <w:rPr>
                <w:lang w:val="ru-RU"/>
              </w:rPr>
              <w:t>Поворот.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106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85DA9" w:rsidRDefault="00985DA9">
            <w:pPr>
              <w:rPr>
                <w:lang w:val="ru-RU"/>
              </w:rPr>
            </w:pPr>
            <w:r>
              <w:rPr>
                <w:lang w:val="ru-RU"/>
              </w:rPr>
              <w:t xml:space="preserve">Решение задач  и  </w:t>
            </w:r>
            <w:proofErr w:type="spellStart"/>
            <w:r>
              <w:rPr>
                <w:lang w:val="ru-RU"/>
              </w:rPr>
              <w:t>подг</w:t>
            </w:r>
            <w:proofErr w:type="gramStart"/>
            <w:r>
              <w:rPr>
                <w:lang w:val="ru-RU"/>
              </w:rPr>
              <w:t>о</w:t>
            </w:r>
            <w:proofErr w:type="spellEnd"/>
            <w:r>
              <w:rPr>
                <w:lang w:val="ru-RU"/>
              </w:rPr>
              <w:t>-</w:t>
            </w:r>
            <w:proofErr w:type="gramEnd"/>
            <w:r>
              <w:rPr>
                <w:lang w:val="ru-RU"/>
              </w:rPr>
              <w:t xml:space="preserve">  </w:t>
            </w:r>
            <w:proofErr w:type="spellStart"/>
            <w:r>
              <w:rPr>
                <w:lang w:val="ru-RU"/>
              </w:rPr>
              <w:t>товка</w:t>
            </w:r>
            <w:proofErr w:type="spellEnd"/>
            <w:r>
              <w:rPr>
                <w:lang w:val="ru-RU"/>
              </w:rPr>
              <w:t xml:space="preserve">  к  контрольной  работе  по  теме: «Движения»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5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85DA9" w:rsidRDefault="00985DA9">
            <w:pPr>
              <w:rPr>
                <w:lang w:val="ru-RU"/>
              </w:rPr>
            </w:pPr>
            <w:r>
              <w:rPr>
                <w:lang w:val="ru-RU"/>
              </w:rPr>
              <w:t>Контрольная  работа  №4     по  теме: «Движения»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5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85DA9" w:rsidRDefault="00985DA9">
            <w:pPr>
              <w:rPr>
                <w:lang w:val="ru-RU"/>
              </w:rPr>
            </w:pPr>
            <w:r>
              <w:rPr>
                <w:lang w:val="ru-RU"/>
              </w:rPr>
              <w:t>Предмет  стереометрии.  Многогранник.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85DA9" w:rsidRDefault="00985DA9">
            <w:pPr>
              <w:rPr>
                <w:lang w:val="ru-RU"/>
              </w:rPr>
            </w:pPr>
            <w:r>
              <w:rPr>
                <w:lang w:val="ru-RU"/>
              </w:rPr>
              <w:t xml:space="preserve">Призма.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9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85DA9" w:rsidRDefault="00985DA9">
            <w:pPr>
              <w:rPr>
                <w:lang w:val="ru-RU"/>
              </w:rPr>
            </w:pPr>
            <w:r>
              <w:rPr>
                <w:lang w:val="ru-RU"/>
              </w:rPr>
              <w:t xml:space="preserve">Параллелепипед.  Свойства  прямоугольного  </w:t>
            </w:r>
            <w:proofErr w:type="spellStart"/>
            <w:proofErr w:type="gramStart"/>
            <w:r>
              <w:rPr>
                <w:lang w:val="ru-RU"/>
              </w:rPr>
              <w:t>паралле-лепипеда</w:t>
            </w:r>
            <w:proofErr w:type="spellEnd"/>
            <w:proofErr w:type="gramEnd"/>
            <w:r>
              <w:rPr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985DA9" w:rsidRDefault="00985DA9">
            <w:pPr>
              <w:rPr>
                <w:lang w:val="ru-RU"/>
              </w:rPr>
            </w:pPr>
            <w:r>
              <w:rPr>
                <w:lang w:val="ru-RU"/>
              </w:rPr>
              <w:t>Объём   тела.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Пирамида.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Цилиндр.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Конус.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Сфера и шар.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Об  аксиомах  планиметрии.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C77F4B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Некоторые  сведения  о  развитии  геометрии.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985DA9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Контрольная 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 w:rsidTr="00C77F4B">
        <w:trPr>
          <w:trHeight w:hRule="exact" w:val="65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750F6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1F5CE5"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C77F4B" w:rsidRDefault="00C77F4B">
            <w:pPr>
              <w:rPr>
                <w:lang w:val="ru-RU"/>
              </w:rPr>
            </w:pPr>
            <w:r>
              <w:rPr>
                <w:lang w:val="ru-RU"/>
              </w:rPr>
              <w:t>Анализ  контрольной  работы.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750F63" w:rsidRPr="00985DA9" w:rsidTr="00985DA9">
        <w:trPr>
          <w:trHeight w:hRule="exact" w:val="60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F63" w:rsidRPr="00985DA9" w:rsidRDefault="00985DA9">
            <w:pPr>
              <w:rPr>
                <w:lang w:val="ru-RU"/>
              </w:rPr>
            </w:pPr>
            <w:r w:rsidRPr="0038294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F63" w:rsidRPr="00985DA9" w:rsidRDefault="00985DA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F63" w:rsidRPr="00985DA9" w:rsidRDefault="00750F63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F63" w:rsidRPr="00985DA9" w:rsidRDefault="00750F63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F63" w:rsidRPr="00985DA9" w:rsidRDefault="00750F63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F63" w:rsidRPr="00985DA9" w:rsidRDefault="00750F63">
            <w:pPr>
              <w:rPr>
                <w:lang w:val="ru-RU"/>
              </w:rPr>
            </w:pPr>
          </w:p>
        </w:tc>
      </w:tr>
    </w:tbl>
    <w:p w:rsidR="00373E9E" w:rsidRPr="00985DA9" w:rsidRDefault="00373E9E">
      <w:pPr>
        <w:autoSpaceDE w:val="0"/>
        <w:autoSpaceDN w:val="0"/>
        <w:spacing w:after="0" w:line="14" w:lineRule="exact"/>
        <w:rPr>
          <w:lang w:val="ru-RU"/>
        </w:rPr>
      </w:pPr>
    </w:p>
    <w:p w:rsidR="00373E9E" w:rsidRPr="00985DA9" w:rsidRDefault="00373E9E">
      <w:pPr>
        <w:rPr>
          <w:lang w:val="ru-RU"/>
        </w:rPr>
        <w:sectPr w:rsidR="00373E9E" w:rsidRPr="00985DA9">
          <w:pgSz w:w="11900" w:h="16840"/>
          <w:pgMar w:top="284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Pr="00985DA9" w:rsidRDefault="00373E9E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  <w:tr w:rsidR="00373E9E">
        <w:trPr>
          <w:trHeight w:hRule="exact" w:val="808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Pr="0038294C" w:rsidRDefault="001F5CE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8294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1F5C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73E9E" w:rsidRDefault="00373E9E"/>
        </w:tc>
      </w:tr>
    </w:tbl>
    <w:p w:rsidR="00373E9E" w:rsidRDefault="00373E9E">
      <w:pPr>
        <w:autoSpaceDE w:val="0"/>
        <w:autoSpaceDN w:val="0"/>
        <w:spacing w:after="0" w:line="14" w:lineRule="exact"/>
      </w:pPr>
    </w:p>
    <w:p w:rsidR="00373E9E" w:rsidRDefault="00373E9E">
      <w:pPr>
        <w:sectPr w:rsidR="00373E9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Default="00373E9E">
      <w:pPr>
        <w:autoSpaceDE w:val="0"/>
        <w:autoSpaceDN w:val="0"/>
        <w:spacing w:after="78" w:line="220" w:lineRule="exact"/>
      </w:pPr>
    </w:p>
    <w:p w:rsidR="00373E9E" w:rsidRDefault="001F5CE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73E9E" w:rsidRDefault="001F5CE5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373E9E" w:rsidRPr="0038294C" w:rsidRDefault="001F5CE5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proofErr w:type="spellStart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Атанасян</w:t>
      </w:r>
      <w:proofErr w:type="spellEnd"/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 xml:space="preserve"> Л.С., Бутузов В.Ф., Кадомцев С.Б. и другие, Геометрия, 7–9 класс, Акционерное общество "Издательство "Просвещение"; </w:t>
      </w:r>
      <w:r w:rsidRPr="0038294C">
        <w:rPr>
          <w:lang w:val="ru-RU"/>
        </w:rPr>
        <w:br/>
      </w:r>
      <w:r w:rsidRPr="0038294C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373E9E" w:rsidRPr="0038294C" w:rsidRDefault="001F5CE5">
      <w:pPr>
        <w:autoSpaceDE w:val="0"/>
        <w:autoSpaceDN w:val="0"/>
        <w:spacing w:before="262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373E9E" w:rsidRPr="0038294C" w:rsidRDefault="001F5CE5">
      <w:pPr>
        <w:autoSpaceDE w:val="0"/>
        <w:autoSpaceDN w:val="0"/>
        <w:spacing w:before="262" w:after="0" w:line="230" w:lineRule="auto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73E9E" w:rsidRPr="0038294C" w:rsidRDefault="00373E9E">
      <w:pPr>
        <w:autoSpaceDE w:val="0"/>
        <w:autoSpaceDN w:val="0"/>
        <w:spacing w:after="78" w:line="220" w:lineRule="exact"/>
        <w:rPr>
          <w:lang w:val="ru-RU"/>
        </w:rPr>
      </w:pPr>
    </w:p>
    <w:p w:rsidR="00373E9E" w:rsidRPr="0038294C" w:rsidRDefault="001F5CE5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38294C">
        <w:rPr>
          <w:lang w:val="ru-RU"/>
        </w:rPr>
        <w:br/>
      </w:r>
      <w:proofErr w:type="gramStart"/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gramEnd"/>
      <w:r w:rsidRPr="0038294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 И ПРАКТИЧЕСКИХ РАБОТ</w:t>
      </w:r>
    </w:p>
    <w:p w:rsidR="00373E9E" w:rsidRPr="0038294C" w:rsidRDefault="00373E9E">
      <w:pPr>
        <w:rPr>
          <w:lang w:val="ru-RU"/>
        </w:rPr>
        <w:sectPr w:rsidR="00373E9E" w:rsidRPr="0038294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F5CE5" w:rsidRPr="0038294C" w:rsidRDefault="001F5CE5">
      <w:pPr>
        <w:rPr>
          <w:lang w:val="ru-RU"/>
        </w:rPr>
      </w:pPr>
    </w:p>
    <w:sectPr w:rsidR="001F5CE5" w:rsidRPr="0038294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47730"/>
    <w:rsid w:val="00034616"/>
    <w:rsid w:val="0006063C"/>
    <w:rsid w:val="00134547"/>
    <w:rsid w:val="00147524"/>
    <w:rsid w:val="0015074B"/>
    <w:rsid w:val="001B53E8"/>
    <w:rsid w:val="001F5CE5"/>
    <w:rsid w:val="0029639D"/>
    <w:rsid w:val="002F22BD"/>
    <w:rsid w:val="003036EA"/>
    <w:rsid w:val="00326F90"/>
    <w:rsid w:val="00343EED"/>
    <w:rsid w:val="00373E9E"/>
    <w:rsid w:val="0038294C"/>
    <w:rsid w:val="003A72BE"/>
    <w:rsid w:val="00582AA6"/>
    <w:rsid w:val="00620E68"/>
    <w:rsid w:val="006764FF"/>
    <w:rsid w:val="006B4BB6"/>
    <w:rsid w:val="00750F63"/>
    <w:rsid w:val="007F10B3"/>
    <w:rsid w:val="008C7F16"/>
    <w:rsid w:val="00946983"/>
    <w:rsid w:val="0096267B"/>
    <w:rsid w:val="00985DA9"/>
    <w:rsid w:val="00A35208"/>
    <w:rsid w:val="00A96CFA"/>
    <w:rsid w:val="00AA1D8D"/>
    <w:rsid w:val="00AC581A"/>
    <w:rsid w:val="00B036F0"/>
    <w:rsid w:val="00B47730"/>
    <w:rsid w:val="00BB096C"/>
    <w:rsid w:val="00C77F4B"/>
    <w:rsid w:val="00C92CBC"/>
    <w:rsid w:val="00CB0664"/>
    <w:rsid w:val="00CE4C32"/>
    <w:rsid w:val="00E868E5"/>
    <w:rsid w:val="00EC05A4"/>
    <w:rsid w:val="00ED525E"/>
    <w:rsid w:val="00EF01AA"/>
    <w:rsid w:val="00FC693F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2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20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5C14A-DD5B-4D72-ACE1-38E192D52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26</Pages>
  <Words>4396</Words>
  <Characters>25063</Characters>
  <Application>Microsoft Office Word</Application>
  <DocSecurity>0</DocSecurity>
  <Lines>208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29401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Ticher</cp:lastModifiedBy>
  <cp:revision>7</cp:revision>
  <dcterms:created xsi:type="dcterms:W3CDTF">2013-12-23T23:15:00Z</dcterms:created>
  <dcterms:modified xsi:type="dcterms:W3CDTF">2022-06-27T06:38:00Z</dcterms:modified>
  <cp:category/>
</cp:coreProperties>
</file>