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2836F" w14:textId="12484F50" w:rsidR="00415640" w:rsidRDefault="00A04C0C">
      <w:pPr>
        <w:autoSpaceDE w:val="0"/>
        <w:autoSpaceDN w:val="0"/>
        <w:spacing w:after="78" w:line="220" w:lineRule="exact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081648F1" wp14:editId="24BD34E9">
            <wp:simplePos x="0" y="0"/>
            <wp:positionH relativeFrom="column">
              <wp:posOffset>217170</wp:posOffset>
            </wp:positionH>
            <wp:positionV relativeFrom="paragraph">
              <wp:posOffset>1270</wp:posOffset>
            </wp:positionV>
            <wp:extent cx="6229350" cy="9238615"/>
            <wp:effectExtent l="0" t="0" r="0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23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ECF5BD4" w14:textId="09A38918" w:rsidR="00415640" w:rsidRPr="004C7DBE" w:rsidRDefault="00415640" w:rsidP="00045D15">
      <w:pPr>
        <w:autoSpaceDE w:val="0"/>
        <w:autoSpaceDN w:val="0"/>
        <w:spacing w:after="1376" w:line="230" w:lineRule="auto"/>
        <w:ind w:right="4038"/>
        <w:jc w:val="right"/>
        <w:rPr>
          <w:lang w:val="ru-RU"/>
        </w:rPr>
      </w:pPr>
    </w:p>
    <w:p w14:paraId="4B7C89EA" w14:textId="6FCF3565" w:rsidR="00D93A17" w:rsidRPr="004C7DBE" w:rsidRDefault="00D93A17">
      <w:pPr>
        <w:rPr>
          <w:lang w:val="ru-RU"/>
        </w:rPr>
        <w:sectPr w:rsidR="00D93A17" w:rsidRPr="004C7DBE">
          <w:pgSz w:w="11900" w:h="16840"/>
          <w:pgMar w:top="298" w:right="866" w:bottom="1440" w:left="738" w:header="720" w:footer="720" w:gutter="0"/>
          <w:cols w:space="720" w:equalWidth="0">
            <w:col w:w="10296" w:space="0"/>
          </w:cols>
          <w:docGrid w:linePitch="360"/>
        </w:sectPr>
      </w:pPr>
    </w:p>
    <w:p w14:paraId="4FF171FD" w14:textId="77777777" w:rsidR="00415640" w:rsidRPr="004C7DBE" w:rsidRDefault="00415640">
      <w:pPr>
        <w:autoSpaceDE w:val="0"/>
        <w:autoSpaceDN w:val="0"/>
        <w:spacing w:after="78" w:line="220" w:lineRule="exact"/>
        <w:rPr>
          <w:lang w:val="ru-RU"/>
        </w:rPr>
      </w:pPr>
    </w:p>
    <w:p w14:paraId="7CAEE414" w14:textId="77777777" w:rsidR="00415640" w:rsidRPr="004C7DBE" w:rsidRDefault="007632FC">
      <w:pPr>
        <w:autoSpaceDE w:val="0"/>
        <w:autoSpaceDN w:val="0"/>
        <w:spacing w:after="0" w:line="230" w:lineRule="auto"/>
        <w:rPr>
          <w:lang w:val="ru-RU"/>
        </w:rPr>
      </w:pPr>
      <w:r w:rsidRPr="004C7DBE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14:paraId="5C70C60E" w14:textId="77777777" w:rsidR="00415640" w:rsidRPr="004C7DBE" w:rsidRDefault="007632FC">
      <w:pPr>
        <w:autoSpaceDE w:val="0"/>
        <w:autoSpaceDN w:val="0"/>
        <w:spacing w:before="346" w:after="0"/>
        <w:ind w:firstLine="18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по предмету «Математика» для обучающихся 2 класса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образования, а также Примерной программы воспитания.</w:t>
      </w:r>
    </w:p>
    <w:p w14:paraId="6D6AEB6A" w14:textId="77777777" w:rsidR="00415640" w:rsidRPr="004C7DBE" w:rsidRDefault="007632FC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В начальной школе изучение математики имеет особое значение в развитии младшего школьника.</w:t>
      </w:r>
    </w:p>
    <w:p w14:paraId="39D623AA" w14:textId="77777777" w:rsidR="00415640" w:rsidRPr="004C7DBE" w:rsidRDefault="007632FC">
      <w:pPr>
        <w:autoSpaceDE w:val="0"/>
        <w:autoSpaceDN w:val="0"/>
        <w:spacing w:before="70" w:after="0" w:line="271" w:lineRule="auto"/>
        <w:ind w:right="144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Приобретённые им знания, опыт выполнения предметных и универсальных действий на </w:t>
      </w:r>
      <w:r w:rsidRPr="004C7DBE">
        <w:rPr>
          <w:lang w:val="ru-RU"/>
        </w:rPr>
        <w:br/>
      </w: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математическом материале, первоначальное овладение математическим языком станут фундаментом обучения в основном звене школы, а также будут востребованы в жизни.</w:t>
      </w:r>
    </w:p>
    <w:p w14:paraId="672308CC" w14:textId="77777777" w:rsidR="00415640" w:rsidRPr="004C7DBE" w:rsidRDefault="007632FC">
      <w:pPr>
        <w:tabs>
          <w:tab w:val="left" w:pos="180"/>
        </w:tabs>
        <w:autoSpaceDE w:val="0"/>
        <w:autoSpaceDN w:val="0"/>
        <w:spacing w:before="192" w:after="0" w:line="262" w:lineRule="auto"/>
        <w:ind w:right="144"/>
        <w:rPr>
          <w:lang w:val="ru-RU"/>
        </w:rPr>
      </w:pPr>
      <w:r w:rsidRPr="004C7DBE">
        <w:rPr>
          <w:lang w:val="ru-RU"/>
        </w:rPr>
        <w:tab/>
      </w: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Изучение математики в начальной школе направлено на достижение следующих образовательных, развивающих целей, а также целей воспитания:</w:t>
      </w:r>
    </w:p>
    <w:p w14:paraId="4615645C" w14:textId="77777777" w:rsidR="00415640" w:rsidRPr="004C7DBE" w:rsidRDefault="007632FC">
      <w:pPr>
        <w:autoSpaceDE w:val="0"/>
        <w:autoSpaceDN w:val="0"/>
        <w:spacing w:before="178" w:after="0"/>
        <w:ind w:left="420" w:right="288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Освоение начальных математических знаний - понимание значения величин и способов их измерения; использование арифметических способов для разрешения сюжетных ситуаций; формирование умения решать учебные и практические задачи средствами математики; работа с алгоритмами выполнения арифметических действий. </w:t>
      </w:r>
    </w:p>
    <w:p w14:paraId="3DB7E6A1" w14:textId="77777777" w:rsidR="00415640" w:rsidRPr="004C7DBE" w:rsidRDefault="007632FC">
      <w:pPr>
        <w:autoSpaceDE w:val="0"/>
        <w:autoSpaceDN w:val="0"/>
        <w:spacing w:before="190" w:after="0" w:line="281" w:lineRule="auto"/>
        <w:ind w:left="420" w:right="144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функциональной математической грамотности младшего школьника,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(«часть-</w:t>
      </w:r>
      <w:proofErr w:type="spellStart"/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целое»,«больше</w:t>
      </w:r>
      <w:proofErr w:type="spellEnd"/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-меньше», «равно-неравно», «порядок»), смысла арифметических действий, </w:t>
      </w:r>
      <w:r w:rsidRPr="004C7DBE">
        <w:rPr>
          <w:lang w:val="ru-RU"/>
        </w:rPr>
        <w:br/>
      </w: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зависимостей (работа, движение, продолжительность события). </w:t>
      </w:r>
    </w:p>
    <w:p w14:paraId="531773B9" w14:textId="77777777" w:rsidR="00415640" w:rsidRPr="004C7DBE" w:rsidRDefault="007632FC">
      <w:pPr>
        <w:autoSpaceDE w:val="0"/>
        <w:autoSpaceDN w:val="0"/>
        <w:spacing w:before="190" w:after="0" w:line="281" w:lineRule="auto"/>
        <w:ind w:left="420" w:right="144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Обеспечение математического развития младшего школьника — формирование способности к интеллектуальной деятельности, пространственного воображения, математической речи; умение строить рассуждения, выбирать аргументацию,  различать верные (истинные) и неверные (ложные) утверждения, вести поиск информации (примеров, оснований для упорядочения, вариантов и др.). </w:t>
      </w:r>
    </w:p>
    <w:p w14:paraId="45BF53C1" w14:textId="77777777" w:rsidR="00415640" w:rsidRPr="004C7DBE" w:rsidRDefault="007632FC">
      <w:pPr>
        <w:autoSpaceDE w:val="0"/>
        <w:autoSpaceDN w:val="0"/>
        <w:spacing w:before="190" w:after="0" w:line="281" w:lineRule="auto"/>
        <w:ind w:left="420" w:right="144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Становление учебно-познавательных мотивов и интереса к изучению математики и </w:t>
      </w:r>
      <w:r w:rsidRPr="004C7DBE">
        <w:rPr>
          <w:lang w:val="ru-RU"/>
        </w:rPr>
        <w:br/>
      </w: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умственному труду; важнейших качеств интеллектуальной деятельности: теоретического и пространственного мышления, воображения, математической речи, ориентировки в </w:t>
      </w:r>
      <w:r w:rsidRPr="004C7DBE">
        <w:rPr>
          <w:lang w:val="ru-RU"/>
        </w:rPr>
        <w:br/>
      </w: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математических терминах и понятиях; прочных  навыков использования математических знаний в повседневной жизни.</w:t>
      </w:r>
    </w:p>
    <w:p w14:paraId="57FCDAE5" w14:textId="77777777" w:rsidR="00415640" w:rsidRPr="004C7DBE" w:rsidRDefault="007632FC">
      <w:pPr>
        <w:tabs>
          <w:tab w:val="left" w:pos="180"/>
        </w:tabs>
        <w:autoSpaceDE w:val="0"/>
        <w:autoSpaceDN w:val="0"/>
        <w:spacing w:before="180" w:after="0" w:line="262" w:lineRule="auto"/>
        <w:ind w:right="720"/>
        <w:rPr>
          <w:lang w:val="ru-RU"/>
        </w:rPr>
      </w:pPr>
      <w:r w:rsidRPr="004C7DBE">
        <w:rPr>
          <w:lang w:val="ru-RU"/>
        </w:rPr>
        <w:tab/>
      </w: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В основе конструирования содержания и отбора планируемых результатов лежат следующие ценности математики, коррелирующие со становлением личности младшего школьника:</w:t>
      </w:r>
    </w:p>
    <w:p w14:paraId="1A665D7C" w14:textId="77777777" w:rsidR="00415640" w:rsidRPr="004C7DBE" w:rsidRDefault="007632FC">
      <w:pPr>
        <w:autoSpaceDE w:val="0"/>
        <w:autoSpaceDN w:val="0"/>
        <w:spacing w:before="178" w:after="0"/>
        <w:ind w:left="42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понимание математических отношений выступает средством познания закономерностей существования   окружающего мира, фактов, процессов  и  явлений,  происходящих  в  природе и в обществе (хронология событий, протяжённость по времени, образование целого из частей, изменение формы, размера и т.д.); </w:t>
      </w:r>
    </w:p>
    <w:p w14:paraId="641D0CCD" w14:textId="77777777" w:rsidR="00415640" w:rsidRPr="004C7DBE" w:rsidRDefault="007632FC">
      <w:pPr>
        <w:autoSpaceDE w:val="0"/>
        <w:autoSpaceDN w:val="0"/>
        <w:spacing w:before="190" w:after="0" w:line="271" w:lineRule="auto"/>
        <w:ind w:left="420" w:right="72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 </w:t>
      </w:r>
    </w:p>
    <w:p w14:paraId="4980FB80" w14:textId="77777777" w:rsidR="00415640" w:rsidRPr="004C7DBE" w:rsidRDefault="007632FC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—  владение математическим языком, элементами алгоритмического мышления позволяет ученику совершенствовать коммуникативную деятельность (аргументировать свою точку зрения, строить логические цепочки рассуждений; опровергать или подтверждать истинность</w:t>
      </w:r>
    </w:p>
    <w:p w14:paraId="743D2DF8" w14:textId="77777777" w:rsidR="00415640" w:rsidRPr="004C7DBE" w:rsidRDefault="00415640">
      <w:pPr>
        <w:rPr>
          <w:lang w:val="ru-RU"/>
        </w:rPr>
        <w:sectPr w:rsidR="00415640" w:rsidRPr="004C7DBE">
          <w:pgSz w:w="11900" w:h="16840"/>
          <w:pgMar w:top="298" w:right="634" w:bottom="380" w:left="666" w:header="720" w:footer="720" w:gutter="0"/>
          <w:cols w:space="720" w:equalWidth="0">
            <w:col w:w="10600" w:space="0"/>
          </w:cols>
          <w:docGrid w:linePitch="360"/>
        </w:sectPr>
      </w:pPr>
    </w:p>
    <w:p w14:paraId="6A198671" w14:textId="77777777" w:rsidR="00415640" w:rsidRPr="004C7DBE" w:rsidRDefault="00415640">
      <w:pPr>
        <w:autoSpaceDE w:val="0"/>
        <w:autoSpaceDN w:val="0"/>
        <w:spacing w:after="66" w:line="220" w:lineRule="exact"/>
        <w:rPr>
          <w:lang w:val="ru-RU"/>
        </w:rPr>
      </w:pPr>
    </w:p>
    <w:p w14:paraId="704786EC" w14:textId="77777777" w:rsidR="00415640" w:rsidRPr="004C7DBE" w:rsidRDefault="007632FC">
      <w:pPr>
        <w:autoSpaceDE w:val="0"/>
        <w:autoSpaceDN w:val="0"/>
        <w:spacing w:after="0" w:line="230" w:lineRule="auto"/>
        <w:ind w:left="42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предположения).</w:t>
      </w:r>
    </w:p>
    <w:p w14:paraId="030FFED4" w14:textId="77777777" w:rsidR="00415640" w:rsidRPr="004C7DBE" w:rsidRDefault="007632FC">
      <w:pPr>
        <w:autoSpaceDE w:val="0"/>
        <w:autoSpaceDN w:val="0"/>
        <w:spacing w:before="178" w:after="0" w:line="281" w:lineRule="auto"/>
        <w:ind w:firstLine="18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Младшие школьники проявляют интерес к математической сущности предметов и явлений окружающей жизни - возможности их измерить, определить величину, форму, выявить зависимости и  закономерности  их  расположения  во  времени  и в пространстве. Осознанию младшим школьником многих математических явлений помогает его тяга к моделированию, что облегчает освоение общего способа решения учебной задачи, а также работу с разными средствами </w:t>
      </w:r>
      <w:r w:rsidRPr="004C7DBE">
        <w:rPr>
          <w:lang w:val="ru-RU"/>
        </w:rPr>
        <w:br/>
      </w: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информации, в том числе и графическими (таблица, диаграмма, схема).</w:t>
      </w:r>
    </w:p>
    <w:p w14:paraId="17AFBE7F" w14:textId="77777777" w:rsidR="00415640" w:rsidRPr="004C7DBE" w:rsidRDefault="007632FC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В начальной школе математические знания и умения применяются школьником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учеником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школы.</w:t>
      </w:r>
    </w:p>
    <w:p w14:paraId="4C2BB972" w14:textId="0942F66A" w:rsidR="00415640" w:rsidRPr="004C7DBE" w:rsidRDefault="007632FC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На изучение математики в 2 классе отводится </w:t>
      </w:r>
      <w:r w:rsidR="004C7DBE">
        <w:rPr>
          <w:rFonts w:ascii="Times New Roman" w:eastAsia="Times New Roman" w:hAnsi="Times New Roman"/>
          <w:color w:val="000000"/>
          <w:sz w:val="24"/>
          <w:lang w:val="ru-RU"/>
        </w:rPr>
        <w:t>5</w:t>
      </w: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 час</w:t>
      </w:r>
      <w:r w:rsidR="004C7DBE">
        <w:rPr>
          <w:rFonts w:ascii="Times New Roman" w:eastAsia="Times New Roman" w:hAnsi="Times New Roman"/>
          <w:color w:val="000000"/>
          <w:sz w:val="24"/>
          <w:lang w:val="ru-RU"/>
        </w:rPr>
        <w:t>ов</w:t>
      </w: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 в неделю, всего </w:t>
      </w:r>
      <w:r w:rsidR="004C7DBE">
        <w:rPr>
          <w:rFonts w:ascii="Times New Roman" w:eastAsia="Times New Roman" w:hAnsi="Times New Roman"/>
          <w:color w:val="000000"/>
          <w:sz w:val="24"/>
          <w:lang w:val="ru-RU"/>
        </w:rPr>
        <w:t>170</w:t>
      </w: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 часов.</w:t>
      </w:r>
    </w:p>
    <w:p w14:paraId="44763ACE" w14:textId="77777777" w:rsidR="00415640" w:rsidRPr="004C7DBE" w:rsidRDefault="00415640">
      <w:pPr>
        <w:rPr>
          <w:lang w:val="ru-RU"/>
        </w:rPr>
        <w:sectPr w:rsidR="00415640" w:rsidRPr="004C7DBE">
          <w:pgSz w:w="11900" w:h="16840"/>
          <w:pgMar w:top="286" w:right="828" w:bottom="1440" w:left="666" w:header="720" w:footer="720" w:gutter="0"/>
          <w:cols w:space="720" w:equalWidth="0">
            <w:col w:w="10406" w:space="0"/>
          </w:cols>
          <w:docGrid w:linePitch="360"/>
        </w:sectPr>
      </w:pPr>
    </w:p>
    <w:p w14:paraId="06BADC5D" w14:textId="77777777" w:rsidR="00415640" w:rsidRPr="004C7DBE" w:rsidRDefault="00415640">
      <w:pPr>
        <w:autoSpaceDE w:val="0"/>
        <w:autoSpaceDN w:val="0"/>
        <w:spacing w:after="78" w:line="220" w:lineRule="exact"/>
        <w:rPr>
          <w:lang w:val="ru-RU"/>
        </w:rPr>
      </w:pPr>
    </w:p>
    <w:p w14:paraId="49A48200" w14:textId="77777777" w:rsidR="00415640" w:rsidRPr="004C7DBE" w:rsidRDefault="007632FC">
      <w:pPr>
        <w:autoSpaceDE w:val="0"/>
        <w:autoSpaceDN w:val="0"/>
        <w:spacing w:after="0" w:line="230" w:lineRule="auto"/>
        <w:rPr>
          <w:lang w:val="ru-RU"/>
        </w:rPr>
      </w:pPr>
      <w:r w:rsidRPr="004C7DB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14:paraId="471C05E7" w14:textId="77777777" w:rsidR="00415640" w:rsidRPr="004C7DBE" w:rsidRDefault="007632FC">
      <w:pPr>
        <w:autoSpaceDE w:val="0"/>
        <w:autoSpaceDN w:val="0"/>
        <w:spacing w:before="346" w:after="0" w:line="271" w:lineRule="auto"/>
        <w:ind w:right="144" w:firstLine="18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Основное содержание обучения в программе представлено разделами: «Числа и </w:t>
      </w:r>
      <w:proofErr w:type="spellStart"/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величины»,«Арифметические</w:t>
      </w:r>
      <w:proofErr w:type="spellEnd"/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 действия», «Текстовые задачи», «Пространственные отношения и геометрические фигуры», «Математическая информация».</w:t>
      </w:r>
    </w:p>
    <w:p w14:paraId="191B48D6" w14:textId="77777777" w:rsidR="00415640" w:rsidRPr="004C7DBE" w:rsidRDefault="007632FC">
      <w:pPr>
        <w:autoSpaceDE w:val="0"/>
        <w:autoSpaceDN w:val="0"/>
        <w:spacing w:before="262" w:after="0" w:line="230" w:lineRule="auto"/>
        <w:rPr>
          <w:lang w:val="ru-RU"/>
        </w:rPr>
      </w:pPr>
      <w:r w:rsidRPr="004C7DBE">
        <w:rPr>
          <w:rFonts w:ascii="Times New Roman" w:eastAsia="Times New Roman" w:hAnsi="Times New Roman"/>
          <w:b/>
          <w:color w:val="000000"/>
          <w:sz w:val="24"/>
          <w:lang w:val="ru-RU"/>
        </w:rPr>
        <w:t>Числа и величины</w:t>
      </w:r>
    </w:p>
    <w:p w14:paraId="46C5EC05" w14:textId="77777777" w:rsidR="00415640" w:rsidRPr="004C7DBE" w:rsidRDefault="007632FC">
      <w:pPr>
        <w:tabs>
          <w:tab w:val="left" w:pos="180"/>
        </w:tabs>
        <w:autoSpaceDE w:val="0"/>
        <w:autoSpaceDN w:val="0"/>
        <w:spacing w:before="118" w:after="0" w:line="262" w:lineRule="auto"/>
        <w:ind w:right="144"/>
        <w:rPr>
          <w:lang w:val="ru-RU"/>
        </w:rPr>
      </w:pPr>
      <w:r w:rsidRPr="004C7DBE">
        <w:rPr>
          <w:lang w:val="ru-RU"/>
        </w:rPr>
        <w:tab/>
      </w: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Числа в пределах 100: чтение, запись, десятичный состав, сравнение Запись равенства, неравенства Увеличение/уменьшение числа на несколько единиц/десятков; разностное сравнение чисел.</w:t>
      </w:r>
    </w:p>
    <w:p w14:paraId="31FC5116" w14:textId="77777777" w:rsidR="00415640" w:rsidRPr="004C7DBE" w:rsidRDefault="007632FC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Величины: сравнение по массе (единица массы — кило- грамм); измерение длины (единицы длины— метр, дециметр, сантиметр, миллиметр), времени (единицы времени — час, ми- нута) Соотношение между единицами величины (в пределах 100), его применение для решения практических задач</w:t>
      </w:r>
    </w:p>
    <w:p w14:paraId="37BF8798" w14:textId="77777777" w:rsidR="00415640" w:rsidRPr="004C7DBE" w:rsidRDefault="007632FC">
      <w:pPr>
        <w:autoSpaceDE w:val="0"/>
        <w:autoSpaceDN w:val="0"/>
        <w:spacing w:before="264" w:after="0" w:line="230" w:lineRule="auto"/>
        <w:rPr>
          <w:lang w:val="ru-RU"/>
        </w:rPr>
      </w:pPr>
      <w:r w:rsidRPr="004C7DBE">
        <w:rPr>
          <w:rFonts w:ascii="Times New Roman" w:eastAsia="Times New Roman" w:hAnsi="Times New Roman"/>
          <w:b/>
          <w:color w:val="000000"/>
          <w:sz w:val="24"/>
          <w:lang w:val="ru-RU"/>
        </w:rPr>
        <w:t>Арифметические действия</w:t>
      </w:r>
    </w:p>
    <w:p w14:paraId="49C19A73" w14:textId="77777777" w:rsidR="00415640" w:rsidRPr="004C7DBE" w:rsidRDefault="007632FC">
      <w:pPr>
        <w:tabs>
          <w:tab w:val="left" w:pos="180"/>
        </w:tabs>
        <w:autoSpaceDE w:val="0"/>
        <w:autoSpaceDN w:val="0"/>
        <w:spacing w:before="118" w:after="0" w:line="281" w:lineRule="auto"/>
        <w:rPr>
          <w:lang w:val="ru-RU"/>
        </w:rPr>
      </w:pPr>
      <w:r w:rsidRPr="004C7DBE">
        <w:rPr>
          <w:lang w:val="ru-RU"/>
        </w:rPr>
        <w:tab/>
      </w: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Устное сложение и вычитание чисел в пределах 100 без перехода и с переходом через разряд Письменное сложение и вычитание чисел в пределах 100. Переместительное, сочетательное свойства сложения, их применение для вычислений Взаимосвязь компонентов и результата действия сложения, действия вычитания Проверка результата вычисления (реальность ответа, обратное действие) </w:t>
      </w:r>
      <w:r w:rsidRPr="004C7DBE">
        <w:rPr>
          <w:lang w:val="ru-RU"/>
        </w:rPr>
        <w:tab/>
      </w: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Действия умножения и деления чисел в практических и учебных ситуациях Названия компонентов действий умножения, деления.</w:t>
      </w:r>
    </w:p>
    <w:p w14:paraId="234F0B84" w14:textId="77777777" w:rsidR="00415640" w:rsidRPr="004C7DBE" w:rsidRDefault="007632FC">
      <w:pPr>
        <w:autoSpaceDE w:val="0"/>
        <w:autoSpaceDN w:val="0"/>
        <w:spacing w:before="70" w:after="0" w:line="271" w:lineRule="auto"/>
        <w:ind w:right="432" w:firstLine="18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Табличное умножение в пределах 50 Табличные случаи умножения, деления при вычислениях и решении задач. Переместительное свойство умножения. Взаимосвязь компонентов и результата действия умножения, действия деления.</w:t>
      </w:r>
    </w:p>
    <w:p w14:paraId="2A798359" w14:textId="77777777" w:rsidR="00415640" w:rsidRPr="004C7DBE" w:rsidRDefault="007632F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Неизвестный компонент действия сложения, действия вычитания; его нахождение.</w:t>
      </w:r>
    </w:p>
    <w:p w14:paraId="12B0B03F" w14:textId="77777777" w:rsidR="00415640" w:rsidRPr="004C7DBE" w:rsidRDefault="007632FC">
      <w:pPr>
        <w:autoSpaceDE w:val="0"/>
        <w:autoSpaceDN w:val="0"/>
        <w:spacing w:before="70" w:after="0"/>
        <w:ind w:firstLine="18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Числовое выражение: чтение, запись, вычисление значения Порядок выполнения действий в числовом выражении, содержащем действия сложения и вычитания (со скобками/без скобок) в пределах 100 (не более трех действий); нахождение его значения. Рациональные приемы вычислений: использование переместительного и сочетательного свойства.</w:t>
      </w:r>
    </w:p>
    <w:p w14:paraId="1F661C3B" w14:textId="77777777" w:rsidR="00415640" w:rsidRPr="004C7DBE" w:rsidRDefault="007632FC">
      <w:pPr>
        <w:autoSpaceDE w:val="0"/>
        <w:autoSpaceDN w:val="0"/>
        <w:spacing w:before="262" w:after="0" w:line="230" w:lineRule="auto"/>
        <w:rPr>
          <w:lang w:val="ru-RU"/>
        </w:rPr>
      </w:pPr>
      <w:r w:rsidRPr="004C7DBE">
        <w:rPr>
          <w:rFonts w:ascii="Times New Roman" w:eastAsia="Times New Roman" w:hAnsi="Times New Roman"/>
          <w:b/>
          <w:color w:val="000000"/>
          <w:sz w:val="24"/>
          <w:lang w:val="ru-RU"/>
        </w:rPr>
        <w:t>Текстовые задачи</w:t>
      </w:r>
    </w:p>
    <w:p w14:paraId="2B55D7E1" w14:textId="77777777" w:rsidR="00415640" w:rsidRPr="004C7DBE" w:rsidRDefault="007632FC">
      <w:pPr>
        <w:autoSpaceDE w:val="0"/>
        <w:autoSpaceDN w:val="0"/>
        <w:spacing w:before="118" w:after="0" w:line="283" w:lineRule="auto"/>
        <w:ind w:firstLine="18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Чтение, представление текста задачи в виде рисунка, схемы или другой модели.  План решения задачи в два действия, выбор соответствующих плану арифметических действий. Запись решения и ответа задачи. Решение текстовых задач на применение смысла арифметического действия </w:t>
      </w:r>
      <w:r w:rsidRPr="004C7DBE">
        <w:rPr>
          <w:lang w:val="ru-RU"/>
        </w:rPr>
        <w:br/>
      </w: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(сложение, вычитание, умножение, деление). Расчётные задачи на увеличение/ уменьшение величины на несколько единиц/в несколько раз. Фиксация ответа к задаче и его проверка (формулирование, проверка на достоверность, следование плану, соответствие поставленному вопросу).</w:t>
      </w:r>
    </w:p>
    <w:p w14:paraId="1747A16A" w14:textId="77777777" w:rsidR="00415640" w:rsidRPr="004C7DBE" w:rsidRDefault="007632FC">
      <w:pPr>
        <w:autoSpaceDE w:val="0"/>
        <w:autoSpaceDN w:val="0"/>
        <w:spacing w:before="262" w:after="0" w:line="230" w:lineRule="auto"/>
        <w:rPr>
          <w:lang w:val="ru-RU"/>
        </w:rPr>
      </w:pPr>
      <w:r w:rsidRPr="004C7DBE">
        <w:rPr>
          <w:rFonts w:ascii="Times New Roman" w:eastAsia="Times New Roman" w:hAnsi="Times New Roman"/>
          <w:b/>
          <w:color w:val="000000"/>
          <w:sz w:val="24"/>
          <w:lang w:val="ru-RU"/>
        </w:rPr>
        <w:t>Пространственные отношения и геометрические фигуры</w:t>
      </w:r>
    </w:p>
    <w:p w14:paraId="32082EB5" w14:textId="77777777" w:rsidR="00415640" w:rsidRPr="004C7DBE" w:rsidRDefault="007632FC">
      <w:pPr>
        <w:autoSpaceDE w:val="0"/>
        <w:autoSpaceDN w:val="0"/>
        <w:spacing w:before="118" w:after="0" w:line="281" w:lineRule="auto"/>
        <w:ind w:firstLine="18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Распознавание и изображение геометрических фигур: точка, прямая, прямой угол, ломаная, многоугольник. Построение от резка заданной длины с помощью линейки. Изображение на клетчатой бумаге прямоугольника с заданными длинами сторон, квадрата с заданной длиной стороны. Длина ломаной. Измерение периметра данного/изображенного прямоугольника (квадрата), запись результата измерения в сантиметрах.</w:t>
      </w:r>
    </w:p>
    <w:p w14:paraId="7EF4AF5D" w14:textId="77777777" w:rsidR="00415640" w:rsidRPr="004C7DBE" w:rsidRDefault="007632FC">
      <w:pPr>
        <w:autoSpaceDE w:val="0"/>
        <w:autoSpaceDN w:val="0"/>
        <w:spacing w:before="262" w:after="0" w:line="230" w:lineRule="auto"/>
        <w:rPr>
          <w:lang w:val="ru-RU"/>
        </w:rPr>
      </w:pPr>
      <w:r w:rsidRPr="004C7DBE">
        <w:rPr>
          <w:rFonts w:ascii="Times New Roman" w:eastAsia="Times New Roman" w:hAnsi="Times New Roman"/>
          <w:b/>
          <w:color w:val="000000"/>
          <w:sz w:val="24"/>
          <w:lang w:val="ru-RU"/>
        </w:rPr>
        <w:t>Математическая информация</w:t>
      </w:r>
    </w:p>
    <w:p w14:paraId="0BF88C48" w14:textId="77777777" w:rsidR="00415640" w:rsidRPr="004C7DBE" w:rsidRDefault="007632FC">
      <w:pPr>
        <w:autoSpaceDE w:val="0"/>
        <w:autoSpaceDN w:val="0"/>
        <w:spacing w:before="118" w:after="0" w:line="271" w:lineRule="auto"/>
        <w:ind w:right="144" w:firstLine="18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Нахождение, формулирование одного-двух общих  признаков набора математических объектов: чисел, величин, геометрических фигур. Классификация объектов по заданному или самостоятельно установленному   признаку.     Закономерность в ряду чисел, геометрических фигур, объектов</w:t>
      </w:r>
    </w:p>
    <w:p w14:paraId="592A659F" w14:textId="77777777" w:rsidR="00415640" w:rsidRPr="004C7DBE" w:rsidRDefault="00415640">
      <w:pPr>
        <w:rPr>
          <w:lang w:val="ru-RU"/>
        </w:rPr>
        <w:sectPr w:rsidR="00415640" w:rsidRPr="004C7DBE">
          <w:pgSz w:w="11900" w:h="16840"/>
          <w:pgMar w:top="298" w:right="650" w:bottom="36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4A8958D5" w14:textId="77777777" w:rsidR="00415640" w:rsidRPr="004C7DBE" w:rsidRDefault="00415640">
      <w:pPr>
        <w:autoSpaceDE w:val="0"/>
        <w:autoSpaceDN w:val="0"/>
        <w:spacing w:after="66" w:line="220" w:lineRule="exact"/>
        <w:rPr>
          <w:lang w:val="ru-RU"/>
        </w:rPr>
      </w:pPr>
    </w:p>
    <w:p w14:paraId="1221B594" w14:textId="77777777" w:rsidR="00415640" w:rsidRPr="004C7DBE" w:rsidRDefault="007632FC">
      <w:pPr>
        <w:autoSpaceDE w:val="0"/>
        <w:autoSpaceDN w:val="0"/>
        <w:spacing w:after="0" w:line="286" w:lineRule="auto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повседневной  жизни. Верные (истинные) и неверные (ложные) утверждения, со- держащие </w:t>
      </w:r>
      <w:r w:rsidRPr="004C7DBE">
        <w:rPr>
          <w:lang w:val="ru-RU"/>
        </w:rPr>
        <w:br/>
      </w: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количественные, пространственные отношения,  зависимости между числами/величинами </w:t>
      </w:r>
      <w:r w:rsidRPr="004C7DBE">
        <w:rPr>
          <w:lang w:val="ru-RU"/>
        </w:rPr>
        <w:br/>
      </w: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Конструирование утверждений с использованием слов «каждый», «все». Работа с таблицами: извлечение и использование для ответа на вопрос информации, представленной в таблице (таблицы сложения, умножения; график дежурств, наблюдения в природе и пр.) Внесение данных в таблицу, дополнение моделей (схем, изображений) готовыми числовыми данными. Алгоритмы (приёмы, правила) устных и письменных вычислений, измерений и построения геометрических фигур. Правила работы с электронными средствами обучения (электронной формой учебника, компьютерными тренажёрами).</w:t>
      </w:r>
    </w:p>
    <w:p w14:paraId="323FAC35" w14:textId="77777777" w:rsidR="00415640" w:rsidRPr="004C7DBE" w:rsidRDefault="007632FC">
      <w:pPr>
        <w:autoSpaceDE w:val="0"/>
        <w:autoSpaceDN w:val="0"/>
        <w:spacing w:before="264" w:after="0" w:line="230" w:lineRule="auto"/>
        <w:rPr>
          <w:lang w:val="ru-RU"/>
        </w:rPr>
      </w:pPr>
      <w:r w:rsidRPr="004C7DBE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УЧЕБНЫЕ ДЕЙСТВИЯ (ПРОПЕДЕВТИЧЕСКИЙ УРОВЕНЬ)</w:t>
      </w:r>
    </w:p>
    <w:p w14:paraId="4FBE44FF" w14:textId="77777777" w:rsidR="00415640" w:rsidRPr="004C7DBE" w:rsidRDefault="007632FC">
      <w:pPr>
        <w:autoSpaceDE w:val="0"/>
        <w:autoSpaceDN w:val="0"/>
        <w:spacing w:before="168" w:after="0" w:line="230" w:lineRule="auto"/>
        <w:ind w:left="180"/>
        <w:rPr>
          <w:lang w:val="ru-RU"/>
        </w:rPr>
      </w:pPr>
      <w:r w:rsidRPr="004C7DBE">
        <w:rPr>
          <w:rFonts w:ascii="Times New Roman" w:eastAsia="Times New Roman" w:hAnsi="Times New Roman"/>
          <w:i/>
          <w:color w:val="000000"/>
          <w:sz w:val="24"/>
          <w:lang w:val="ru-RU"/>
        </w:rPr>
        <w:t>Универсальные познавательные учебные действия:</w:t>
      </w:r>
    </w:p>
    <w:p w14:paraId="5169B903" w14:textId="77777777" w:rsidR="00415640" w:rsidRPr="004C7DBE" w:rsidRDefault="007632FC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наблюдать математические отношения (часть-целое, больше-меньше) в окружающем мире; </w:t>
      </w:r>
    </w:p>
    <w:p w14:paraId="5FEB81C7" w14:textId="77777777" w:rsidR="00415640" w:rsidRPr="004C7DBE" w:rsidRDefault="007632FC">
      <w:pPr>
        <w:autoSpaceDE w:val="0"/>
        <w:autoSpaceDN w:val="0"/>
        <w:spacing w:before="190" w:after="0" w:line="262" w:lineRule="auto"/>
        <w:ind w:left="420" w:right="1296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характеризовать назначение и использовать простейшие измерительные приборы (сантиметровая лента, весы); </w:t>
      </w:r>
    </w:p>
    <w:p w14:paraId="68DE9964" w14:textId="77777777" w:rsidR="00415640" w:rsidRPr="004C7DBE" w:rsidRDefault="007632FC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группы объектов (чисел, величин, геометрических фигур) по самостоятельно выбранному основанию; </w:t>
      </w:r>
    </w:p>
    <w:p w14:paraId="3EAF72F6" w14:textId="77777777" w:rsidR="00415640" w:rsidRPr="004C7DBE" w:rsidRDefault="007632FC">
      <w:pPr>
        <w:autoSpaceDE w:val="0"/>
        <w:autoSpaceDN w:val="0"/>
        <w:spacing w:before="190" w:after="0" w:line="262" w:lineRule="auto"/>
        <w:ind w:left="420" w:right="72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распределять (классифицировать) объекты (числа,  величины, геометрические фигуры, текстовые задачи в одно действие) на группы; </w:t>
      </w:r>
    </w:p>
    <w:p w14:paraId="6BDA14D7" w14:textId="77777777" w:rsidR="00415640" w:rsidRPr="004C7DBE" w:rsidRDefault="007632FC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обнаруживать модели геометрических фигур в окружающем мире; вести поиск различных решений задачи (расчётной, с геометрическим содержанием); </w:t>
      </w:r>
    </w:p>
    <w:p w14:paraId="285E7544" w14:textId="77777777" w:rsidR="00415640" w:rsidRPr="004C7DBE" w:rsidRDefault="007632FC">
      <w:pPr>
        <w:autoSpaceDE w:val="0"/>
        <w:autoSpaceDN w:val="0"/>
        <w:spacing w:before="190" w:after="0" w:line="262" w:lineRule="auto"/>
        <w:ind w:left="420" w:right="1008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воспроизводить порядок выполнения действий в числовом выражении, содержащем действия  сложения  и  вычитания (со скобками/без скобок); </w:t>
      </w:r>
    </w:p>
    <w:p w14:paraId="4AC5809A" w14:textId="77777777" w:rsidR="00415640" w:rsidRPr="004C7DBE" w:rsidRDefault="007632FC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устанавливать соответствие между математическим выражением и его текстовым описанием; </w:t>
      </w:r>
    </w:p>
    <w:p w14:paraId="15E3780D" w14:textId="77777777" w:rsidR="00415640" w:rsidRPr="004C7DBE" w:rsidRDefault="007632FC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—  подбирать примеры, подтверждающие суждение, вывод, ответ.</w:t>
      </w:r>
    </w:p>
    <w:p w14:paraId="528157F9" w14:textId="77777777" w:rsidR="00415640" w:rsidRPr="004C7DBE" w:rsidRDefault="007632FC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4C7DBE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информацией:</w:t>
      </w:r>
    </w:p>
    <w:p w14:paraId="4718CFB6" w14:textId="77777777" w:rsidR="00415640" w:rsidRPr="004C7DBE" w:rsidRDefault="007632FC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извлекать и использовать информацию, представленную в текстовой, графической (рисунок, схема, таблица) форме, заполнять таблицы; </w:t>
      </w:r>
    </w:p>
    <w:p w14:paraId="1DE5544F" w14:textId="77777777" w:rsidR="00415640" w:rsidRPr="004C7DBE" w:rsidRDefault="007632FC">
      <w:pPr>
        <w:autoSpaceDE w:val="0"/>
        <w:autoSpaceDN w:val="0"/>
        <w:spacing w:before="192" w:after="0" w:line="230" w:lineRule="auto"/>
        <w:jc w:val="center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устанавливать логику перебора вариантов для решения простейших комбинаторных задач; </w:t>
      </w:r>
    </w:p>
    <w:p w14:paraId="01E0105A" w14:textId="77777777" w:rsidR="00415640" w:rsidRPr="004C7DBE" w:rsidRDefault="007632FC">
      <w:pPr>
        <w:autoSpaceDE w:val="0"/>
        <w:autoSpaceDN w:val="0"/>
        <w:spacing w:before="192" w:after="0" w:line="230" w:lineRule="auto"/>
        <w:ind w:left="42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—  дополнять модели (схемы, изображения) готовыми числовыми данными.</w:t>
      </w:r>
    </w:p>
    <w:p w14:paraId="0BE00246" w14:textId="77777777" w:rsidR="00415640" w:rsidRPr="004C7DBE" w:rsidRDefault="007632FC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4C7DBE">
        <w:rPr>
          <w:rFonts w:ascii="Times New Roman" w:eastAsia="Times New Roman" w:hAnsi="Times New Roman"/>
          <w:i/>
          <w:color w:val="000000"/>
          <w:sz w:val="24"/>
          <w:lang w:val="ru-RU"/>
        </w:rPr>
        <w:t>Универсальные коммуникативные учебные действия:</w:t>
      </w:r>
    </w:p>
    <w:p w14:paraId="2BC3E60A" w14:textId="77777777" w:rsidR="00415640" w:rsidRPr="004C7DBE" w:rsidRDefault="007632FC">
      <w:pPr>
        <w:autoSpaceDE w:val="0"/>
        <w:autoSpaceDN w:val="0"/>
        <w:spacing w:before="178" w:after="0" w:line="262" w:lineRule="auto"/>
        <w:ind w:left="420" w:right="432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комментировать ход вычислений; объяснять выбор величины, соответствующей ситуации измерения; </w:t>
      </w:r>
    </w:p>
    <w:p w14:paraId="155CD75B" w14:textId="77777777" w:rsidR="00415640" w:rsidRPr="004C7DBE" w:rsidRDefault="007632FC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составлять текстовую задачу с заданным отношением (готовым решением) по образцу; </w:t>
      </w:r>
    </w:p>
    <w:p w14:paraId="25BE7E76" w14:textId="77777777" w:rsidR="00415640" w:rsidRPr="004C7DBE" w:rsidRDefault="007632FC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математические знаки и терминологию для описания сюжетной ситуации; </w:t>
      </w:r>
    </w:p>
    <w:p w14:paraId="18064023" w14:textId="77777777" w:rsidR="00415640" w:rsidRPr="004C7DBE" w:rsidRDefault="007632FC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конструирования утверждений, выводов относительно данных объектов, отношения; </w:t>
      </w:r>
    </w:p>
    <w:p w14:paraId="42D73094" w14:textId="77777777" w:rsidR="00415640" w:rsidRPr="004C7DBE" w:rsidRDefault="007632FC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называть числа, величины, геометрические фигуры, обладающие заданным свойством; </w:t>
      </w:r>
    </w:p>
    <w:p w14:paraId="546F8641" w14:textId="77777777" w:rsidR="00415640" w:rsidRPr="004C7DBE" w:rsidRDefault="007632FC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записывать, читать число, числовое выражение; </w:t>
      </w:r>
    </w:p>
    <w:p w14:paraId="557E3DBC" w14:textId="77777777" w:rsidR="00415640" w:rsidRPr="004C7DBE" w:rsidRDefault="007632FC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приводить примеры, иллюстрирующие смысл арифметического действия; </w:t>
      </w:r>
    </w:p>
    <w:p w14:paraId="67133222" w14:textId="77777777" w:rsidR="00415640" w:rsidRPr="004C7DBE" w:rsidRDefault="00415640">
      <w:pPr>
        <w:rPr>
          <w:lang w:val="ru-RU"/>
        </w:rPr>
        <w:sectPr w:rsidR="00415640" w:rsidRPr="004C7DBE">
          <w:pgSz w:w="11900" w:h="16840"/>
          <w:pgMar w:top="286" w:right="688" w:bottom="468" w:left="666" w:header="720" w:footer="720" w:gutter="0"/>
          <w:cols w:space="720" w:equalWidth="0">
            <w:col w:w="10546" w:space="0"/>
          </w:cols>
          <w:docGrid w:linePitch="360"/>
        </w:sectPr>
      </w:pPr>
    </w:p>
    <w:p w14:paraId="66771E36" w14:textId="77777777" w:rsidR="00415640" w:rsidRPr="004C7DBE" w:rsidRDefault="00415640">
      <w:pPr>
        <w:autoSpaceDE w:val="0"/>
        <w:autoSpaceDN w:val="0"/>
        <w:spacing w:after="108" w:line="220" w:lineRule="exact"/>
        <w:rPr>
          <w:lang w:val="ru-RU"/>
        </w:rPr>
      </w:pPr>
    </w:p>
    <w:p w14:paraId="02CEF1FC" w14:textId="77777777" w:rsidR="00415640" w:rsidRPr="004C7DBE" w:rsidRDefault="007632FC">
      <w:pPr>
        <w:autoSpaceDE w:val="0"/>
        <w:autoSpaceDN w:val="0"/>
        <w:spacing w:after="0" w:line="230" w:lineRule="auto"/>
        <w:ind w:left="24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—  конструировать утверждения с использованием слов «каждый», «все».</w:t>
      </w:r>
    </w:p>
    <w:p w14:paraId="58260765" w14:textId="77777777" w:rsidR="00415640" w:rsidRPr="004C7DBE" w:rsidRDefault="007632FC">
      <w:pPr>
        <w:autoSpaceDE w:val="0"/>
        <w:autoSpaceDN w:val="0"/>
        <w:spacing w:before="178" w:after="0" w:line="230" w:lineRule="auto"/>
        <w:rPr>
          <w:lang w:val="ru-RU"/>
        </w:rPr>
      </w:pPr>
      <w:r w:rsidRPr="004C7DBE">
        <w:rPr>
          <w:rFonts w:ascii="Times New Roman" w:eastAsia="Times New Roman" w:hAnsi="Times New Roman"/>
          <w:i/>
          <w:color w:val="000000"/>
          <w:sz w:val="24"/>
          <w:lang w:val="ru-RU"/>
        </w:rPr>
        <w:t>Универсальные регулятивные учебные действия:</w:t>
      </w:r>
    </w:p>
    <w:p w14:paraId="45F68609" w14:textId="77777777" w:rsidR="00415640" w:rsidRPr="004C7DBE" w:rsidRDefault="007632FC">
      <w:pPr>
        <w:autoSpaceDE w:val="0"/>
        <w:autoSpaceDN w:val="0"/>
        <w:spacing w:before="178" w:after="0" w:line="262" w:lineRule="auto"/>
        <w:ind w:left="240" w:right="1296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следовать установленному правилу, по которому составлен ряд чисел, величин, геометрических фигур; </w:t>
      </w:r>
    </w:p>
    <w:p w14:paraId="1D80D7AC" w14:textId="77777777" w:rsidR="00415640" w:rsidRPr="004C7DBE" w:rsidRDefault="007632FC">
      <w:pPr>
        <w:autoSpaceDE w:val="0"/>
        <w:autoSpaceDN w:val="0"/>
        <w:spacing w:before="190" w:after="0" w:line="262" w:lineRule="auto"/>
        <w:ind w:left="240" w:right="1296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организовывать, участвовать, контролировать ход и результат парной работы с математическим материалом; </w:t>
      </w:r>
    </w:p>
    <w:p w14:paraId="72DE9123" w14:textId="77777777" w:rsidR="00415640" w:rsidRPr="004C7DBE" w:rsidRDefault="007632FC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проверять правильность вычисления с помощью другого приёма выполнения действия, обратного действия; </w:t>
      </w:r>
    </w:p>
    <w:p w14:paraId="5F72D9A2" w14:textId="77777777" w:rsidR="00415640" w:rsidRPr="004C7DBE" w:rsidRDefault="007632FC">
      <w:pPr>
        <w:autoSpaceDE w:val="0"/>
        <w:autoSpaceDN w:val="0"/>
        <w:spacing w:before="192" w:after="0" w:line="230" w:lineRule="auto"/>
        <w:ind w:left="24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—  находить с помощью учителя причину возникшей ошибки и трудности.</w:t>
      </w:r>
    </w:p>
    <w:p w14:paraId="541407AC" w14:textId="77777777" w:rsidR="00415640" w:rsidRPr="004C7DBE" w:rsidRDefault="007632FC">
      <w:pPr>
        <w:autoSpaceDE w:val="0"/>
        <w:autoSpaceDN w:val="0"/>
        <w:spacing w:before="180" w:after="0" w:line="230" w:lineRule="auto"/>
        <w:rPr>
          <w:lang w:val="ru-RU"/>
        </w:rPr>
      </w:pPr>
      <w:r w:rsidRPr="004C7DBE">
        <w:rPr>
          <w:rFonts w:ascii="Times New Roman" w:eastAsia="Times New Roman" w:hAnsi="Times New Roman"/>
          <w:i/>
          <w:color w:val="000000"/>
          <w:sz w:val="24"/>
          <w:lang w:val="ru-RU"/>
        </w:rPr>
        <w:t>Совместная деятельность:</w:t>
      </w:r>
    </w:p>
    <w:p w14:paraId="1F7739F0" w14:textId="77777777" w:rsidR="00415640" w:rsidRPr="004C7DBE" w:rsidRDefault="007632FC">
      <w:pPr>
        <w:autoSpaceDE w:val="0"/>
        <w:autoSpaceDN w:val="0"/>
        <w:spacing w:before="178" w:after="0" w:line="262" w:lineRule="auto"/>
        <w:ind w:left="240" w:right="288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принимать правила совместной деятельности при работе в парах, группах, составленных учителем или самостоятельно; </w:t>
      </w:r>
    </w:p>
    <w:p w14:paraId="3BF6679B" w14:textId="77777777" w:rsidR="00415640" w:rsidRPr="004C7DBE" w:rsidRDefault="007632FC">
      <w:pPr>
        <w:autoSpaceDE w:val="0"/>
        <w:autoSpaceDN w:val="0"/>
        <w:spacing w:before="190" w:after="0" w:line="271" w:lineRule="auto"/>
        <w:ind w:left="240" w:right="288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участвовать в парной и групповой работе с математическим материалом: обсуждать цель деятельности, ход работы, комментировать свои действия, выслушивать мнения других участников, готовить презентацию (устное выступление) решения или ответа; </w:t>
      </w:r>
    </w:p>
    <w:p w14:paraId="76F180B8" w14:textId="77777777" w:rsidR="00415640" w:rsidRPr="004C7DBE" w:rsidRDefault="007632FC">
      <w:pPr>
        <w:autoSpaceDE w:val="0"/>
        <w:autoSpaceDN w:val="0"/>
        <w:spacing w:before="190" w:after="0" w:line="271" w:lineRule="auto"/>
        <w:ind w:left="24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решать совместно математические задачи поискового и творческого характера (определять с помощью измерительных инструментов длину, определять время и продолжительность с помощью часов; </w:t>
      </w:r>
    </w:p>
    <w:p w14:paraId="29E403C3" w14:textId="77777777" w:rsidR="00415640" w:rsidRPr="004C7DBE" w:rsidRDefault="007632FC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прикидку и оценку результата действий, измерений); </w:t>
      </w:r>
    </w:p>
    <w:p w14:paraId="2B711F7D" w14:textId="77777777" w:rsidR="00415640" w:rsidRPr="004C7DBE" w:rsidRDefault="007632FC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—  совместно с учителем оценивать результаты выполнения общей работы.</w:t>
      </w:r>
    </w:p>
    <w:p w14:paraId="2DD1DB79" w14:textId="77777777" w:rsidR="00415640" w:rsidRPr="004C7DBE" w:rsidRDefault="00415640">
      <w:pPr>
        <w:rPr>
          <w:lang w:val="ru-RU"/>
        </w:rPr>
        <w:sectPr w:rsidR="00415640" w:rsidRPr="004C7DBE">
          <w:pgSz w:w="11900" w:h="16840"/>
          <w:pgMar w:top="328" w:right="888" w:bottom="1440" w:left="846" w:header="720" w:footer="720" w:gutter="0"/>
          <w:cols w:space="720" w:equalWidth="0">
            <w:col w:w="10166" w:space="0"/>
          </w:cols>
          <w:docGrid w:linePitch="360"/>
        </w:sectPr>
      </w:pPr>
    </w:p>
    <w:p w14:paraId="66DD7B5C" w14:textId="77777777" w:rsidR="00415640" w:rsidRPr="004C7DBE" w:rsidRDefault="00415640">
      <w:pPr>
        <w:autoSpaceDE w:val="0"/>
        <w:autoSpaceDN w:val="0"/>
        <w:spacing w:after="78" w:line="220" w:lineRule="exact"/>
        <w:rPr>
          <w:lang w:val="ru-RU"/>
        </w:rPr>
      </w:pPr>
    </w:p>
    <w:p w14:paraId="59D2606C" w14:textId="77777777" w:rsidR="00415640" w:rsidRPr="004C7DBE" w:rsidRDefault="007632FC">
      <w:pPr>
        <w:autoSpaceDE w:val="0"/>
        <w:autoSpaceDN w:val="0"/>
        <w:spacing w:after="0" w:line="230" w:lineRule="auto"/>
        <w:rPr>
          <w:lang w:val="ru-RU"/>
        </w:rPr>
      </w:pPr>
      <w:r w:rsidRPr="004C7DBE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14:paraId="76C9ED91" w14:textId="77777777" w:rsidR="00415640" w:rsidRPr="004C7DBE" w:rsidRDefault="007632FC">
      <w:pPr>
        <w:tabs>
          <w:tab w:val="left" w:pos="180"/>
        </w:tabs>
        <w:autoSpaceDE w:val="0"/>
        <w:autoSpaceDN w:val="0"/>
        <w:spacing w:before="346" w:after="0" w:line="262" w:lineRule="auto"/>
        <w:ind w:right="1152"/>
        <w:rPr>
          <w:lang w:val="ru-RU"/>
        </w:rPr>
      </w:pPr>
      <w:r w:rsidRPr="004C7DBE">
        <w:rPr>
          <w:lang w:val="ru-RU"/>
        </w:rPr>
        <w:tab/>
      </w: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Изучение математики в 2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3BABC7D1" w14:textId="77777777" w:rsidR="00415640" w:rsidRPr="004C7DBE" w:rsidRDefault="007632FC">
      <w:pPr>
        <w:autoSpaceDE w:val="0"/>
        <w:autoSpaceDN w:val="0"/>
        <w:spacing w:before="262" w:after="0" w:line="230" w:lineRule="auto"/>
        <w:rPr>
          <w:lang w:val="ru-RU"/>
        </w:rPr>
      </w:pPr>
      <w:r w:rsidRPr="004C7DBE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14:paraId="481D6562" w14:textId="77777777" w:rsidR="00415640" w:rsidRPr="004C7DBE" w:rsidRDefault="007632FC">
      <w:pPr>
        <w:tabs>
          <w:tab w:val="left" w:pos="180"/>
        </w:tabs>
        <w:autoSpaceDE w:val="0"/>
        <w:autoSpaceDN w:val="0"/>
        <w:spacing w:before="166" w:after="0" w:line="262" w:lineRule="auto"/>
        <w:ind w:right="288"/>
        <w:rPr>
          <w:lang w:val="ru-RU"/>
        </w:rPr>
      </w:pPr>
      <w:r w:rsidRPr="004C7DBE">
        <w:rPr>
          <w:lang w:val="ru-RU"/>
        </w:rPr>
        <w:tab/>
      </w: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В результате изучения предмета «Математика» у обучающегося будут сформированы следующие личностные результаты:</w:t>
      </w:r>
    </w:p>
    <w:p w14:paraId="2AC72CE1" w14:textId="77777777" w:rsidR="00415640" w:rsidRPr="004C7DBE" w:rsidRDefault="007632FC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осознавать необходимость изучения математики для адаптации к жизненным ситуациям, для развития общей культуры человека; </w:t>
      </w:r>
    </w:p>
    <w:p w14:paraId="36118A22" w14:textId="77777777" w:rsidR="00415640" w:rsidRPr="004C7DBE" w:rsidRDefault="007632FC">
      <w:pPr>
        <w:autoSpaceDE w:val="0"/>
        <w:autoSpaceDN w:val="0"/>
        <w:spacing w:before="192" w:after="0" w:line="262" w:lineRule="auto"/>
        <w:ind w:left="420" w:right="576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развития способности мыслить, рассуждать, выдвигать предположения и доказывать или опровергать их; </w:t>
      </w:r>
    </w:p>
    <w:p w14:paraId="59ECFE63" w14:textId="77777777" w:rsidR="00415640" w:rsidRPr="004C7DBE" w:rsidRDefault="007632FC">
      <w:pPr>
        <w:autoSpaceDE w:val="0"/>
        <w:autoSpaceDN w:val="0"/>
        <w:spacing w:before="190" w:after="0" w:line="271" w:lineRule="auto"/>
        <w:ind w:left="420" w:right="864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—  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14:paraId="73E7F31B" w14:textId="77777777" w:rsidR="00415640" w:rsidRPr="004C7DBE" w:rsidRDefault="007632FC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осваивать навыки организации безопасного поведения в информационной среде; </w:t>
      </w:r>
    </w:p>
    <w:p w14:paraId="2466362A" w14:textId="77777777" w:rsidR="00415640" w:rsidRPr="004C7DBE" w:rsidRDefault="007632FC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 </w:t>
      </w:r>
    </w:p>
    <w:p w14:paraId="0038BDB5" w14:textId="77777777" w:rsidR="00415640" w:rsidRPr="004C7DBE" w:rsidRDefault="007632FC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своих силах при решении поставленных задач, умение преодолевать трудности; </w:t>
      </w:r>
    </w:p>
    <w:p w14:paraId="1BD27111" w14:textId="77777777" w:rsidR="00415640" w:rsidRPr="004C7DBE" w:rsidRDefault="007632FC">
      <w:pPr>
        <w:autoSpaceDE w:val="0"/>
        <w:autoSpaceDN w:val="0"/>
        <w:spacing w:before="190" w:after="0" w:line="262" w:lineRule="auto"/>
        <w:ind w:left="420" w:right="864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 </w:t>
      </w:r>
    </w:p>
    <w:p w14:paraId="73486860" w14:textId="77777777" w:rsidR="00415640" w:rsidRPr="004C7DBE" w:rsidRDefault="007632FC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оценивать свои успехи в изучении математики, намечать пути устранения трудностей; </w:t>
      </w:r>
    </w:p>
    <w:p w14:paraId="3BD912E0" w14:textId="77777777" w:rsidR="00415640" w:rsidRPr="004C7DBE" w:rsidRDefault="007632FC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—  стремиться углублять свои математические знания и умения; 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14:paraId="11B5F9B6" w14:textId="77777777" w:rsidR="00415640" w:rsidRPr="004C7DBE" w:rsidRDefault="007632FC">
      <w:pPr>
        <w:autoSpaceDE w:val="0"/>
        <w:autoSpaceDN w:val="0"/>
        <w:spacing w:before="324" w:after="0" w:line="230" w:lineRule="auto"/>
        <w:rPr>
          <w:lang w:val="ru-RU"/>
        </w:rPr>
      </w:pPr>
      <w:r w:rsidRPr="004C7DBE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14:paraId="0D3988E5" w14:textId="77777777" w:rsidR="00415640" w:rsidRPr="004C7DBE" w:rsidRDefault="007632FC">
      <w:pPr>
        <w:autoSpaceDE w:val="0"/>
        <w:autoSpaceDN w:val="0"/>
        <w:spacing w:before="168" w:after="0" w:line="230" w:lineRule="auto"/>
        <w:ind w:left="18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 у обучающегося формируются следующие универсальные учебные действия.</w:t>
      </w:r>
    </w:p>
    <w:p w14:paraId="7345817F" w14:textId="77777777" w:rsidR="00415640" w:rsidRPr="004C7DBE" w:rsidRDefault="007632FC">
      <w:pPr>
        <w:autoSpaceDE w:val="0"/>
        <w:autoSpaceDN w:val="0"/>
        <w:spacing w:before="192" w:after="0" w:line="230" w:lineRule="auto"/>
        <w:ind w:left="180"/>
        <w:rPr>
          <w:lang w:val="ru-RU"/>
        </w:rPr>
      </w:pPr>
      <w:r w:rsidRPr="004C7DBE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 познавательные учебные действия:</w:t>
      </w:r>
    </w:p>
    <w:p w14:paraId="4C85C9D7" w14:textId="77777777" w:rsidR="00415640" w:rsidRPr="004C7DBE" w:rsidRDefault="007632FC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4C7DBE">
        <w:rPr>
          <w:rFonts w:ascii="Times New Roman" w:eastAsia="Times New Roman" w:hAnsi="Times New Roman"/>
          <w:i/>
          <w:color w:val="000000"/>
          <w:sz w:val="24"/>
          <w:lang w:val="ru-RU"/>
        </w:rPr>
        <w:t>1)  Базовые логические действия:</w:t>
      </w:r>
    </w:p>
    <w:p w14:paraId="439D1BBD" w14:textId="77777777" w:rsidR="00415640" w:rsidRPr="004C7DBE" w:rsidRDefault="007632FC">
      <w:pPr>
        <w:autoSpaceDE w:val="0"/>
        <w:autoSpaceDN w:val="0"/>
        <w:spacing w:before="178" w:after="0" w:line="262" w:lineRule="auto"/>
        <w:ind w:left="420" w:right="1008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устанавливать связи и зависимости между математическими объектами (часть-целое; причина-следствие; протяжённость); </w:t>
      </w:r>
    </w:p>
    <w:p w14:paraId="7D3E0B4E" w14:textId="77777777" w:rsidR="00415640" w:rsidRPr="004C7DBE" w:rsidRDefault="007632FC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—  применять базовые логические универсальные действия: сравнение, анализ, классификация (группировка), обобщение;</w:t>
      </w:r>
    </w:p>
    <w:p w14:paraId="5044B3E2" w14:textId="77777777" w:rsidR="00415640" w:rsidRPr="004C7DBE" w:rsidRDefault="007632FC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—  приобретать практические графические и измерительные навыки для успешного решения учебных и житейских задач;</w:t>
      </w:r>
    </w:p>
    <w:p w14:paraId="76B5CB60" w14:textId="77777777" w:rsidR="00415640" w:rsidRPr="004C7DBE" w:rsidRDefault="007632FC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—  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14:paraId="37481FC1" w14:textId="77777777" w:rsidR="00415640" w:rsidRPr="004C7DBE" w:rsidRDefault="007632FC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4C7DBE">
        <w:rPr>
          <w:rFonts w:ascii="Times New Roman" w:eastAsia="Times New Roman" w:hAnsi="Times New Roman"/>
          <w:i/>
          <w:color w:val="000000"/>
          <w:sz w:val="24"/>
          <w:lang w:val="ru-RU"/>
        </w:rPr>
        <w:t>2)  Базовые исследовательские действия:</w:t>
      </w:r>
    </w:p>
    <w:p w14:paraId="64F70EF2" w14:textId="77777777" w:rsidR="00415640" w:rsidRPr="004C7DBE" w:rsidRDefault="00415640">
      <w:pPr>
        <w:rPr>
          <w:lang w:val="ru-RU"/>
        </w:rPr>
        <w:sectPr w:rsidR="00415640" w:rsidRPr="004C7DBE">
          <w:pgSz w:w="11900" w:h="16840"/>
          <w:pgMar w:top="298" w:right="650" w:bottom="372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75053FF7" w14:textId="77777777" w:rsidR="00415640" w:rsidRPr="004C7DBE" w:rsidRDefault="00415640">
      <w:pPr>
        <w:autoSpaceDE w:val="0"/>
        <w:autoSpaceDN w:val="0"/>
        <w:spacing w:after="132" w:line="220" w:lineRule="exact"/>
        <w:rPr>
          <w:lang w:val="ru-RU"/>
        </w:rPr>
      </w:pPr>
    </w:p>
    <w:p w14:paraId="6573CFB4" w14:textId="77777777" w:rsidR="00415640" w:rsidRPr="004C7DBE" w:rsidRDefault="007632FC">
      <w:pPr>
        <w:autoSpaceDE w:val="0"/>
        <w:autoSpaceDN w:val="0"/>
        <w:spacing w:after="0" w:line="262" w:lineRule="auto"/>
        <w:ind w:left="240" w:right="864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проявлять способность ориентироваться в учебном материале разных разделов курса математики; </w:t>
      </w:r>
    </w:p>
    <w:p w14:paraId="26F418AA" w14:textId="77777777" w:rsidR="00415640" w:rsidRPr="004C7DBE" w:rsidRDefault="007632FC">
      <w:pPr>
        <w:autoSpaceDE w:val="0"/>
        <w:autoSpaceDN w:val="0"/>
        <w:spacing w:before="190" w:after="0" w:line="262" w:lineRule="auto"/>
        <w:ind w:left="240" w:right="144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и адекватно использовать математическую терминологию: различать, характеризовать, использовать для решения учебных и практических задач; </w:t>
      </w:r>
    </w:p>
    <w:p w14:paraId="7D62F74A" w14:textId="77777777" w:rsidR="00415640" w:rsidRPr="004C7DBE" w:rsidRDefault="007632FC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—  применять изученные методы познания (измерение, моделирование, перебор вариантов)</w:t>
      </w:r>
    </w:p>
    <w:p w14:paraId="58B5C14D" w14:textId="77777777" w:rsidR="00415640" w:rsidRPr="004C7DBE" w:rsidRDefault="007632FC">
      <w:pPr>
        <w:autoSpaceDE w:val="0"/>
        <w:autoSpaceDN w:val="0"/>
        <w:spacing w:before="178" w:after="0" w:line="230" w:lineRule="auto"/>
        <w:rPr>
          <w:lang w:val="ru-RU"/>
        </w:rPr>
      </w:pPr>
      <w:r w:rsidRPr="004C7DBE">
        <w:rPr>
          <w:rFonts w:ascii="Times New Roman" w:eastAsia="Times New Roman" w:hAnsi="Times New Roman"/>
          <w:i/>
          <w:color w:val="000000"/>
          <w:sz w:val="24"/>
          <w:lang w:val="ru-RU"/>
        </w:rPr>
        <w:t>3)  Работа с информацией:</w:t>
      </w:r>
    </w:p>
    <w:p w14:paraId="4FC584B5" w14:textId="77777777" w:rsidR="00415640" w:rsidRPr="004C7DBE" w:rsidRDefault="007632FC">
      <w:pPr>
        <w:autoSpaceDE w:val="0"/>
        <w:autoSpaceDN w:val="0"/>
        <w:spacing w:before="178" w:after="0" w:line="262" w:lineRule="auto"/>
        <w:ind w:left="24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и использовать для решения учебных задач текстовую, графическую информацию в разных источниках информационной среды; </w:t>
      </w:r>
    </w:p>
    <w:p w14:paraId="6780F682" w14:textId="77777777" w:rsidR="00415640" w:rsidRPr="004C7DBE" w:rsidRDefault="007632FC">
      <w:pPr>
        <w:autoSpaceDE w:val="0"/>
        <w:autoSpaceDN w:val="0"/>
        <w:spacing w:before="192" w:after="0" w:line="262" w:lineRule="auto"/>
        <w:ind w:left="240" w:right="864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читать, интерпретировать графически представленную информацию (схему, таблицу, диаграмму, другую модель); </w:t>
      </w:r>
    </w:p>
    <w:p w14:paraId="597DC280" w14:textId="77777777" w:rsidR="00415640" w:rsidRPr="004C7DBE" w:rsidRDefault="007632FC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 </w:t>
      </w:r>
    </w:p>
    <w:p w14:paraId="489B8A35" w14:textId="77777777" w:rsidR="00415640" w:rsidRPr="004C7DBE" w:rsidRDefault="007632FC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—  принимать правила, безопасно использовать предлагаемые электронные средства и источники информации.</w:t>
      </w:r>
    </w:p>
    <w:p w14:paraId="1211E7B4" w14:textId="77777777" w:rsidR="00415640" w:rsidRPr="004C7DBE" w:rsidRDefault="007632FC">
      <w:pPr>
        <w:autoSpaceDE w:val="0"/>
        <w:autoSpaceDN w:val="0"/>
        <w:spacing w:before="178" w:after="0" w:line="230" w:lineRule="auto"/>
        <w:rPr>
          <w:lang w:val="ru-RU"/>
        </w:rPr>
      </w:pPr>
      <w:r w:rsidRPr="004C7DBE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коммуникативные учебные действия:</w:t>
      </w:r>
    </w:p>
    <w:p w14:paraId="53F28CB3" w14:textId="77777777" w:rsidR="00415640" w:rsidRPr="004C7DBE" w:rsidRDefault="007632FC">
      <w:pPr>
        <w:autoSpaceDE w:val="0"/>
        <w:autoSpaceDN w:val="0"/>
        <w:spacing w:before="178" w:after="0" w:line="230" w:lineRule="auto"/>
        <w:ind w:left="24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—  конструировать утверждения, проверять их истинность;</w:t>
      </w:r>
    </w:p>
    <w:p w14:paraId="1B0CA498" w14:textId="77777777" w:rsidR="00415640" w:rsidRPr="004C7DBE" w:rsidRDefault="007632FC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—  строить логическое рассуждение;</w:t>
      </w:r>
    </w:p>
    <w:p w14:paraId="4F130E78" w14:textId="77777777" w:rsidR="00415640" w:rsidRPr="004C7DBE" w:rsidRDefault="007632FC">
      <w:pPr>
        <w:autoSpaceDE w:val="0"/>
        <w:autoSpaceDN w:val="0"/>
        <w:spacing w:before="238" w:after="0" w:line="230" w:lineRule="auto"/>
        <w:jc w:val="center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 текст задания для объяснения способа и хода решения математической задачи;</w:t>
      </w:r>
    </w:p>
    <w:p w14:paraId="291EF4BA" w14:textId="77777777" w:rsidR="00415640" w:rsidRPr="004C7DBE" w:rsidRDefault="007632FC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ответ;</w:t>
      </w:r>
    </w:p>
    <w:p w14:paraId="239F42F6" w14:textId="77777777" w:rsidR="00415640" w:rsidRPr="004C7DBE" w:rsidRDefault="007632FC">
      <w:pPr>
        <w:autoSpaceDE w:val="0"/>
        <w:autoSpaceDN w:val="0"/>
        <w:spacing w:before="238" w:after="0" w:line="262" w:lineRule="auto"/>
        <w:ind w:left="240" w:right="288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—  комментировать процесс вычисления, построения, решения; объяснять полученный ответ с использованием изученной терминологии;</w:t>
      </w:r>
    </w:p>
    <w:p w14:paraId="2FD8A478" w14:textId="77777777" w:rsidR="00415640" w:rsidRPr="004C7DBE" w:rsidRDefault="007632FC">
      <w:pPr>
        <w:autoSpaceDE w:val="0"/>
        <w:autoSpaceDN w:val="0"/>
        <w:spacing w:before="238" w:after="0" w:line="271" w:lineRule="auto"/>
        <w:ind w:left="24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—  в процессе диалогов по обсуждению изученного материала —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14:paraId="252A65EA" w14:textId="77777777" w:rsidR="00415640" w:rsidRPr="004C7DBE" w:rsidRDefault="007632FC">
      <w:pPr>
        <w:autoSpaceDE w:val="0"/>
        <w:autoSpaceDN w:val="0"/>
        <w:spacing w:before="238" w:after="0" w:line="274" w:lineRule="auto"/>
        <w:ind w:left="24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—  создавать в соответствии с учебной задачей тексты разного вида -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14:paraId="66947F13" w14:textId="77777777" w:rsidR="00415640" w:rsidRPr="004C7DBE" w:rsidRDefault="007632FC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—  ориентироваться в алгоритмах: воспроизводить, дополнять, исправлять деформированные;</w:t>
      </w:r>
    </w:p>
    <w:p w14:paraId="69DBD72A" w14:textId="77777777" w:rsidR="00415640" w:rsidRPr="004C7DBE" w:rsidRDefault="007632FC">
      <w:pPr>
        <w:autoSpaceDE w:val="0"/>
        <w:autoSpaceDN w:val="0"/>
        <w:spacing w:before="238" w:after="0" w:line="262" w:lineRule="auto"/>
        <w:ind w:left="240" w:right="144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—  составлять по аналогии; . самостоятельно составлять тексты заданий, аналогичные типовым изученным.</w:t>
      </w:r>
    </w:p>
    <w:p w14:paraId="31DA493D" w14:textId="77777777" w:rsidR="00415640" w:rsidRPr="004C7DBE" w:rsidRDefault="007632FC">
      <w:pPr>
        <w:autoSpaceDE w:val="0"/>
        <w:autoSpaceDN w:val="0"/>
        <w:spacing w:before="298" w:after="0" w:line="230" w:lineRule="auto"/>
        <w:rPr>
          <w:lang w:val="ru-RU"/>
        </w:rPr>
      </w:pPr>
      <w:r w:rsidRPr="004C7DBE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регулятивные учебные действия:</w:t>
      </w:r>
    </w:p>
    <w:p w14:paraId="1E3880FA" w14:textId="77777777" w:rsidR="00415640" w:rsidRPr="004C7DBE" w:rsidRDefault="007632FC">
      <w:pPr>
        <w:autoSpaceDE w:val="0"/>
        <w:autoSpaceDN w:val="0"/>
        <w:spacing w:before="190" w:after="0" w:line="230" w:lineRule="auto"/>
        <w:rPr>
          <w:lang w:val="ru-RU"/>
        </w:rPr>
      </w:pPr>
      <w:r w:rsidRPr="004C7DBE">
        <w:rPr>
          <w:rFonts w:ascii="Times New Roman" w:eastAsia="Times New Roman" w:hAnsi="Times New Roman"/>
          <w:i/>
          <w:color w:val="000000"/>
          <w:sz w:val="24"/>
          <w:lang w:val="ru-RU"/>
        </w:rPr>
        <w:t>1)  Самоорганизация:</w:t>
      </w:r>
    </w:p>
    <w:p w14:paraId="78B8CC29" w14:textId="77777777" w:rsidR="00415640" w:rsidRPr="004C7DBE" w:rsidRDefault="007632FC">
      <w:pPr>
        <w:autoSpaceDE w:val="0"/>
        <w:autoSpaceDN w:val="0"/>
        <w:spacing w:before="178" w:after="0" w:line="230" w:lineRule="auto"/>
        <w:ind w:left="24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планировать этапы предстоящей работы, определять последовательность учебных действий; </w:t>
      </w:r>
    </w:p>
    <w:p w14:paraId="647D3CD3" w14:textId="77777777" w:rsidR="00415640" w:rsidRPr="004C7DBE" w:rsidRDefault="007632FC">
      <w:pPr>
        <w:autoSpaceDE w:val="0"/>
        <w:autoSpaceDN w:val="0"/>
        <w:spacing w:before="190" w:after="0" w:line="262" w:lineRule="auto"/>
        <w:ind w:left="240" w:right="864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—  выполнять правила безопасного использования электронных средств, предлагаемых в процессе обучения.</w:t>
      </w:r>
    </w:p>
    <w:p w14:paraId="33935547" w14:textId="77777777" w:rsidR="00415640" w:rsidRPr="004C7DBE" w:rsidRDefault="007632FC">
      <w:pPr>
        <w:autoSpaceDE w:val="0"/>
        <w:autoSpaceDN w:val="0"/>
        <w:spacing w:before="178" w:after="0" w:line="230" w:lineRule="auto"/>
        <w:rPr>
          <w:lang w:val="ru-RU"/>
        </w:rPr>
      </w:pPr>
      <w:r w:rsidRPr="004C7DBE">
        <w:rPr>
          <w:rFonts w:ascii="Times New Roman" w:eastAsia="Times New Roman" w:hAnsi="Times New Roman"/>
          <w:i/>
          <w:color w:val="000000"/>
          <w:sz w:val="24"/>
          <w:lang w:val="ru-RU"/>
        </w:rPr>
        <w:t>2)  Самоконтроль:</w:t>
      </w:r>
    </w:p>
    <w:p w14:paraId="363B4A7A" w14:textId="77777777" w:rsidR="00415640" w:rsidRPr="004C7DBE" w:rsidRDefault="007632FC">
      <w:pPr>
        <w:autoSpaceDE w:val="0"/>
        <w:autoSpaceDN w:val="0"/>
        <w:spacing w:before="178" w:after="0" w:line="230" w:lineRule="auto"/>
        <w:ind w:left="24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осуществлять контроль процесса и результата своей деятельности, объективно оценивать их; </w:t>
      </w:r>
    </w:p>
    <w:p w14:paraId="1BA50151" w14:textId="77777777" w:rsidR="00415640" w:rsidRPr="004C7DBE" w:rsidRDefault="00415640">
      <w:pPr>
        <w:rPr>
          <w:lang w:val="ru-RU"/>
        </w:rPr>
        <w:sectPr w:rsidR="00415640" w:rsidRPr="004C7DBE">
          <w:pgSz w:w="11900" w:h="16840"/>
          <w:pgMar w:top="352" w:right="722" w:bottom="302" w:left="846" w:header="720" w:footer="720" w:gutter="0"/>
          <w:cols w:space="720" w:equalWidth="0">
            <w:col w:w="10332" w:space="0"/>
          </w:cols>
          <w:docGrid w:linePitch="360"/>
        </w:sectPr>
      </w:pPr>
    </w:p>
    <w:p w14:paraId="24302F7C" w14:textId="77777777" w:rsidR="00415640" w:rsidRPr="004C7DBE" w:rsidRDefault="00415640">
      <w:pPr>
        <w:autoSpaceDE w:val="0"/>
        <w:autoSpaceDN w:val="0"/>
        <w:spacing w:after="144" w:line="220" w:lineRule="exact"/>
        <w:rPr>
          <w:lang w:val="ru-RU"/>
        </w:rPr>
      </w:pPr>
    </w:p>
    <w:p w14:paraId="679A5E38" w14:textId="77777777" w:rsidR="00415640" w:rsidRPr="004C7DBE" w:rsidRDefault="007632FC">
      <w:pPr>
        <w:autoSpaceDE w:val="0"/>
        <w:autoSpaceDN w:val="0"/>
        <w:spacing w:after="0" w:line="230" w:lineRule="auto"/>
        <w:ind w:left="42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выбирать и при необходимости корректировать способы действий; </w:t>
      </w:r>
    </w:p>
    <w:p w14:paraId="281D70B3" w14:textId="77777777" w:rsidR="00415640" w:rsidRPr="004C7DBE" w:rsidRDefault="007632FC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—  находить ошибки в своей работе, устанавливать их причины, вести поиск путей преодоления ошибок.</w:t>
      </w:r>
    </w:p>
    <w:p w14:paraId="0C793B27" w14:textId="77777777" w:rsidR="00415640" w:rsidRPr="004C7DBE" w:rsidRDefault="007632FC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4C7DBE">
        <w:rPr>
          <w:rFonts w:ascii="Times New Roman" w:eastAsia="Times New Roman" w:hAnsi="Times New Roman"/>
          <w:i/>
          <w:color w:val="000000"/>
          <w:sz w:val="24"/>
          <w:lang w:val="ru-RU"/>
        </w:rPr>
        <w:t>3)  Самооценка:</w:t>
      </w:r>
    </w:p>
    <w:p w14:paraId="21DEFC85" w14:textId="77777777" w:rsidR="00415640" w:rsidRPr="004C7DBE" w:rsidRDefault="007632FC">
      <w:pPr>
        <w:autoSpaceDE w:val="0"/>
        <w:autoSpaceDN w:val="0"/>
        <w:spacing w:before="178" w:after="0" w:line="271" w:lineRule="auto"/>
        <w:ind w:left="42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 </w:t>
      </w:r>
    </w:p>
    <w:p w14:paraId="028A3A62" w14:textId="77777777" w:rsidR="00415640" w:rsidRPr="004C7DBE" w:rsidRDefault="007632FC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—  оценивать рациональность своих действий, давать им качественную характеристику.</w:t>
      </w:r>
    </w:p>
    <w:p w14:paraId="0BEE80B2" w14:textId="77777777" w:rsidR="00415640" w:rsidRPr="004C7DBE" w:rsidRDefault="007632FC">
      <w:pPr>
        <w:autoSpaceDE w:val="0"/>
        <w:autoSpaceDN w:val="0"/>
        <w:spacing w:before="180" w:after="0" w:line="230" w:lineRule="auto"/>
        <w:ind w:left="180"/>
        <w:rPr>
          <w:lang w:val="ru-RU"/>
        </w:rPr>
      </w:pPr>
      <w:r w:rsidRPr="004C7DBE"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деятельность:</w:t>
      </w:r>
    </w:p>
    <w:p w14:paraId="57CBDDE5" w14:textId="77777777" w:rsidR="00415640" w:rsidRPr="004C7DBE" w:rsidRDefault="007632FC">
      <w:pPr>
        <w:autoSpaceDE w:val="0"/>
        <w:autoSpaceDN w:val="0"/>
        <w:spacing w:before="180" w:after="0" w:line="271" w:lineRule="auto"/>
        <w:ind w:left="420" w:right="72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контрпримеров); </w:t>
      </w:r>
    </w:p>
    <w:p w14:paraId="430C71A0" w14:textId="77777777" w:rsidR="00415640" w:rsidRPr="004C7DBE" w:rsidRDefault="007632FC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—  согласовывать  мнения в ходе поиска доказательств, выбора рационального способа, анализа информации;</w:t>
      </w:r>
    </w:p>
    <w:p w14:paraId="4F6FD0B4" w14:textId="77777777" w:rsidR="00415640" w:rsidRPr="004C7DBE" w:rsidRDefault="007632FC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—  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14:paraId="0FA67178" w14:textId="77777777" w:rsidR="00415640" w:rsidRPr="004C7DBE" w:rsidRDefault="007632FC">
      <w:pPr>
        <w:autoSpaceDE w:val="0"/>
        <w:autoSpaceDN w:val="0"/>
        <w:spacing w:before="322" w:after="0" w:line="230" w:lineRule="auto"/>
        <w:rPr>
          <w:lang w:val="ru-RU"/>
        </w:rPr>
      </w:pPr>
      <w:r w:rsidRPr="004C7DBE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14:paraId="7F5BC788" w14:textId="77777777" w:rsidR="00415640" w:rsidRPr="004C7DBE" w:rsidRDefault="007632FC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 во 2классе  обучающийся научится:</w:t>
      </w:r>
    </w:p>
    <w:p w14:paraId="7F029C6C" w14:textId="77777777" w:rsidR="00415640" w:rsidRPr="004C7DBE" w:rsidRDefault="007632FC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читать, записывать, сравнивать, упорядочивать числа в пределах 100; </w:t>
      </w:r>
    </w:p>
    <w:p w14:paraId="2237CA5B" w14:textId="77777777" w:rsidR="00415640" w:rsidRPr="004C7DBE" w:rsidRDefault="007632FC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число большее/меньшее данного числа на заданное число (в пределах 100); большее данного числа в заданное число раз (в пределах 20); </w:t>
      </w:r>
    </w:p>
    <w:p w14:paraId="515AC6EB" w14:textId="77777777" w:rsidR="00415640" w:rsidRPr="004C7DBE" w:rsidRDefault="007632FC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устанавливать и соблюдать порядок при вычислении значения числового выражения (со скобками/без скобок), содержащего действия сложения и вычитания в пределах 100; </w:t>
      </w:r>
    </w:p>
    <w:p w14:paraId="228E189D" w14:textId="77777777" w:rsidR="00415640" w:rsidRPr="004C7DBE" w:rsidRDefault="007632FC">
      <w:pPr>
        <w:autoSpaceDE w:val="0"/>
        <w:autoSpaceDN w:val="0"/>
        <w:spacing w:before="190" w:after="0" w:line="262" w:lineRule="auto"/>
        <w:ind w:left="288" w:right="864"/>
        <w:jc w:val="center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арифметические действия: сложение и вычитание, в пределах 100 устно и письменно; умножение и деление в пределах 50 с использованием таблицы умножения; </w:t>
      </w:r>
    </w:p>
    <w:p w14:paraId="40530073" w14:textId="77777777" w:rsidR="00415640" w:rsidRPr="004C7DBE" w:rsidRDefault="007632FC">
      <w:pPr>
        <w:autoSpaceDE w:val="0"/>
        <w:autoSpaceDN w:val="0"/>
        <w:spacing w:before="192" w:after="0" w:line="262" w:lineRule="auto"/>
        <w:ind w:left="42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называть и различать компоненты действий умножения (множители, произведение); деления (делимое, делитель, частное); </w:t>
      </w:r>
    </w:p>
    <w:p w14:paraId="4B450535" w14:textId="77777777" w:rsidR="00415640" w:rsidRPr="004C7DBE" w:rsidRDefault="007632FC">
      <w:pPr>
        <w:autoSpaceDE w:val="0"/>
        <w:autoSpaceDN w:val="0"/>
        <w:spacing w:before="192" w:after="0"/>
        <w:ind w:left="42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неизвестный компонент сложения, вычитания; использовать при выполнении практических заданий единицы величин длины (сантиметр, дециметр, метр), массы (килограмм), времени (минута, час); стоимости (рубль, копейка); преобразовывать одни единицы данных величин  в другие; </w:t>
      </w:r>
    </w:p>
    <w:p w14:paraId="31E59C65" w14:textId="77777777" w:rsidR="00415640" w:rsidRPr="004C7DBE" w:rsidRDefault="007632FC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определять с помощью измерительных инструментов длину; определять время с помощью часов; выполнять прикидку и оценку результата измерений; сравнивать величины длины, массы, времени, стоимости, устанавливая между ними соотношение «больше/меньше на»; </w:t>
      </w:r>
    </w:p>
    <w:p w14:paraId="50AD95DF" w14:textId="77777777" w:rsidR="00415640" w:rsidRPr="004C7DBE" w:rsidRDefault="007632FC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решать текстовые задачи в одно-два действия: представлять задачу (краткая запись, рисунок, таблица или другая модель); </w:t>
      </w:r>
    </w:p>
    <w:p w14:paraId="2E5B7B48" w14:textId="77777777" w:rsidR="00415640" w:rsidRPr="004C7DBE" w:rsidRDefault="007632FC">
      <w:pPr>
        <w:autoSpaceDE w:val="0"/>
        <w:autoSpaceDN w:val="0"/>
        <w:spacing w:before="190" w:after="0" w:line="262" w:lineRule="auto"/>
        <w:ind w:left="420" w:right="1296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планировать ход решения текстовой задачи в два действия, оформлять его в виде арифметического действия/действий, записывать ответ; </w:t>
      </w:r>
    </w:p>
    <w:p w14:paraId="069548E2" w14:textId="77777777" w:rsidR="00415640" w:rsidRPr="004C7DBE" w:rsidRDefault="007632FC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различать и называть геометрические фигуры: прямой угол; ломаную, многоугольник; </w:t>
      </w:r>
    </w:p>
    <w:p w14:paraId="2819C3C5" w14:textId="77777777" w:rsidR="00415640" w:rsidRPr="004C7DBE" w:rsidRDefault="00415640">
      <w:pPr>
        <w:rPr>
          <w:lang w:val="ru-RU"/>
        </w:rPr>
        <w:sectPr w:rsidR="00415640" w:rsidRPr="004C7DBE">
          <w:pgSz w:w="11900" w:h="16840"/>
          <w:pgMar w:top="364" w:right="760" w:bottom="312" w:left="666" w:header="720" w:footer="720" w:gutter="0"/>
          <w:cols w:space="720" w:equalWidth="0">
            <w:col w:w="10474" w:space="0"/>
          </w:cols>
          <w:docGrid w:linePitch="360"/>
        </w:sectPr>
      </w:pPr>
    </w:p>
    <w:p w14:paraId="7F7822D8" w14:textId="77777777" w:rsidR="00415640" w:rsidRPr="004C7DBE" w:rsidRDefault="00415640">
      <w:pPr>
        <w:autoSpaceDE w:val="0"/>
        <w:autoSpaceDN w:val="0"/>
        <w:spacing w:after="132" w:line="220" w:lineRule="exact"/>
        <w:rPr>
          <w:lang w:val="ru-RU"/>
        </w:rPr>
      </w:pPr>
    </w:p>
    <w:p w14:paraId="3EDDC735" w14:textId="77777777" w:rsidR="00415640" w:rsidRPr="004C7DBE" w:rsidRDefault="007632FC">
      <w:pPr>
        <w:autoSpaceDE w:val="0"/>
        <w:autoSpaceDN w:val="0"/>
        <w:spacing w:after="0" w:line="353" w:lineRule="auto"/>
        <w:rPr>
          <w:lang w:val="ru-RU"/>
        </w:rPr>
      </w:pP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выделять среди четырехугольников прямоугольники, квадраты; </w:t>
      </w:r>
      <w:r w:rsidRPr="004C7DBE">
        <w:rPr>
          <w:lang w:val="ru-RU"/>
        </w:rPr>
        <w:br/>
      </w: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 бумаге в клетку изображать ломаную, многоугольник; чертить прямой угол, </w:t>
      </w:r>
      <w:r w:rsidRPr="004C7DBE">
        <w:rPr>
          <w:lang w:val="ru-RU"/>
        </w:rPr>
        <w:br/>
      </w: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прямоугольник с заданными длинами сторон; </w:t>
      </w:r>
      <w:r w:rsidRPr="004C7DBE">
        <w:rPr>
          <w:lang w:val="ru-RU"/>
        </w:rPr>
        <w:br/>
      </w: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для выполнения построений линейку, угольник; </w:t>
      </w:r>
      <w:r w:rsidRPr="004C7DBE">
        <w:rPr>
          <w:lang w:val="ru-RU"/>
        </w:rPr>
        <w:br/>
      </w: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измерение длин реальных объектов с помощью линейки; находить длину ломаной, состоящей из двух-трёх звеньев, периметр прямоугольника (квадрата); </w:t>
      </w:r>
      <w:r w:rsidRPr="004C7DBE">
        <w:rPr>
          <w:lang w:val="ru-RU"/>
        </w:rPr>
        <w:br/>
      </w: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верные (истинные) и неверные (ложные) утверждения со словами «</w:t>
      </w:r>
      <w:proofErr w:type="spellStart"/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все»,«каждый</w:t>
      </w:r>
      <w:proofErr w:type="spellEnd"/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»; </w:t>
      </w:r>
      <w:r w:rsidRPr="004C7DBE">
        <w:rPr>
          <w:lang w:val="ru-RU"/>
        </w:rPr>
        <w:br/>
      </w: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—  проводить одно-</w:t>
      </w:r>
      <w:proofErr w:type="spellStart"/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двухшаговые</w:t>
      </w:r>
      <w:proofErr w:type="spellEnd"/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 логические рассуждения и делать выводы; </w:t>
      </w:r>
      <w:r w:rsidRPr="004C7DBE">
        <w:rPr>
          <w:lang w:val="ru-RU"/>
        </w:rPr>
        <w:br/>
      </w: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общий признак группы математических объектов (чисел, величин, геометрических фигур); </w:t>
      </w:r>
      <w:r w:rsidRPr="004C7DBE">
        <w:rPr>
          <w:lang w:val="ru-RU"/>
        </w:rPr>
        <w:br/>
      </w: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закономерность в ряду объектов (чисел, геометрических фигур); </w:t>
      </w:r>
      <w:r w:rsidRPr="004C7DBE">
        <w:rPr>
          <w:lang w:val="ru-RU"/>
        </w:rPr>
        <w:br/>
      </w: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представлять информацию в заданной форме: дополнять текст задачи числами, заполнять строку/столбец таблицы, указывать числовые данные на рисунке (изображении геометрических фигур); </w:t>
      </w:r>
      <w:r w:rsidRPr="004C7DBE">
        <w:rPr>
          <w:lang w:val="ru-RU"/>
        </w:rPr>
        <w:br/>
      </w: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группы объектов (находить общее, различное); </w:t>
      </w:r>
      <w:r w:rsidRPr="004C7DBE">
        <w:rPr>
          <w:lang w:val="ru-RU"/>
        </w:rPr>
        <w:br/>
      </w: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обнаруживать модели геометрических фигур в окружающем мире; подбирать примеры, подтверждающие суждение, ответ; </w:t>
      </w:r>
      <w:r w:rsidRPr="004C7DBE">
        <w:rPr>
          <w:lang w:val="ru-RU"/>
        </w:rPr>
        <w:br/>
      </w: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составлять (дополнять) текстовую задачу; </w:t>
      </w:r>
      <w:r w:rsidRPr="004C7DBE">
        <w:rPr>
          <w:lang w:val="ru-RU"/>
        </w:rPr>
        <w:br/>
      </w:r>
      <w:r w:rsidRPr="004C7DBE">
        <w:rPr>
          <w:rFonts w:ascii="Times New Roman" w:eastAsia="Times New Roman" w:hAnsi="Times New Roman"/>
          <w:color w:val="000000"/>
          <w:sz w:val="24"/>
          <w:lang w:val="ru-RU"/>
        </w:rPr>
        <w:t>—  проверять правильность вычислений.</w:t>
      </w:r>
    </w:p>
    <w:p w14:paraId="5D301724" w14:textId="77777777" w:rsidR="00415640" w:rsidRPr="004C7DBE" w:rsidRDefault="00415640">
      <w:pPr>
        <w:rPr>
          <w:lang w:val="ru-RU"/>
        </w:rPr>
        <w:sectPr w:rsidR="00415640" w:rsidRPr="004C7DBE">
          <w:pgSz w:w="11900" w:h="16840"/>
          <w:pgMar w:top="352" w:right="752" w:bottom="1440" w:left="1086" w:header="720" w:footer="720" w:gutter="0"/>
          <w:cols w:space="720" w:equalWidth="0">
            <w:col w:w="10062" w:space="0"/>
          </w:cols>
          <w:docGrid w:linePitch="360"/>
        </w:sectPr>
      </w:pPr>
    </w:p>
    <w:p w14:paraId="18F4A695" w14:textId="77777777" w:rsidR="00415640" w:rsidRPr="004C7DBE" w:rsidRDefault="00415640">
      <w:pPr>
        <w:autoSpaceDE w:val="0"/>
        <w:autoSpaceDN w:val="0"/>
        <w:spacing w:after="64" w:line="220" w:lineRule="exact"/>
        <w:rPr>
          <w:lang w:val="ru-RU"/>
        </w:rPr>
      </w:pPr>
    </w:p>
    <w:p w14:paraId="7CA7682F" w14:textId="77777777" w:rsidR="00415640" w:rsidRDefault="007632FC">
      <w:pPr>
        <w:autoSpaceDE w:val="0"/>
        <w:autoSpaceDN w:val="0"/>
        <w:spacing w:after="666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562"/>
        <w:gridCol w:w="530"/>
        <w:gridCol w:w="1104"/>
        <w:gridCol w:w="1140"/>
        <w:gridCol w:w="806"/>
        <w:gridCol w:w="4106"/>
        <w:gridCol w:w="1116"/>
        <w:gridCol w:w="1670"/>
      </w:tblGrid>
      <w:tr w:rsidR="00415640" w14:paraId="28CF2FD1" w14:textId="77777777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54CCE8" w14:textId="77777777" w:rsidR="00415640" w:rsidRDefault="007632FC">
            <w:pPr>
              <w:autoSpaceDE w:val="0"/>
              <w:autoSpaceDN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4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45C79B" w14:textId="77777777" w:rsidR="00415640" w:rsidRPr="004C7DBE" w:rsidRDefault="007632FC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0771A9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часов</w:t>
            </w:r>
            <w:proofErr w:type="spellEnd"/>
          </w:p>
        </w:tc>
        <w:tc>
          <w:tcPr>
            <w:tcW w:w="8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A006B0" w14:textId="77777777" w:rsidR="00415640" w:rsidRDefault="007632FC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Дата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  <w:proofErr w:type="spellEnd"/>
          </w:p>
        </w:tc>
        <w:tc>
          <w:tcPr>
            <w:tcW w:w="41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2D3A72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деятельности</w:t>
            </w:r>
            <w:proofErr w:type="spellEnd"/>
          </w:p>
        </w:tc>
        <w:tc>
          <w:tcPr>
            <w:tcW w:w="1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27FD34" w14:textId="77777777" w:rsidR="00415640" w:rsidRDefault="007632FC">
            <w:pPr>
              <w:autoSpaceDE w:val="0"/>
              <w:autoSpaceDN w:val="0"/>
              <w:spacing w:before="78" w:after="0" w:line="247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формы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  <w:proofErr w:type="spellEnd"/>
          </w:p>
        </w:tc>
        <w:tc>
          <w:tcPr>
            <w:tcW w:w="1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29B345" w14:textId="77777777" w:rsidR="00415640" w:rsidRDefault="007632FC">
            <w:pPr>
              <w:autoSpaceDE w:val="0"/>
              <w:autoSpaceDN w:val="0"/>
              <w:spacing w:before="78" w:after="0" w:line="250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цифровые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)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ресурсы</w:t>
            </w:r>
            <w:proofErr w:type="spellEnd"/>
          </w:p>
        </w:tc>
      </w:tr>
      <w:tr w:rsidR="00415640" w14:paraId="4BC8E454" w14:textId="77777777">
        <w:trPr>
          <w:trHeight w:hRule="exact" w:val="576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F6A1EEC" w14:textId="77777777" w:rsidR="00415640" w:rsidRDefault="00415640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15310DD7" w14:textId="77777777" w:rsidR="00415640" w:rsidRDefault="00415640"/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ECBD3C" w14:textId="77777777" w:rsidR="00415640" w:rsidRDefault="007632FC">
            <w:pPr>
              <w:autoSpaceDE w:val="0"/>
              <w:autoSpaceDN w:val="0"/>
              <w:spacing w:before="78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  <w:proofErr w:type="spellEnd"/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246F41" w14:textId="77777777" w:rsidR="00415640" w:rsidRDefault="007632FC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работы</w:t>
            </w:r>
            <w:proofErr w:type="spellEnd"/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CCDCE4" w14:textId="77777777" w:rsidR="00415640" w:rsidRDefault="007632FC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работы</w:t>
            </w:r>
            <w:proofErr w:type="spellEnd"/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0442ED39" w14:textId="77777777" w:rsidR="00415640" w:rsidRDefault="00415640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169367BF" w14:textId="77777777" w:rsidR="00415640" w:rsidRDefault="00415640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FFFBB2B" w14:textId="77777777" w:rsidR="00415640" w:rsidRDefault="00415640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00BC1D9E" w14:textId="77777777" w:rsidR="00415640" w:rsidRDefault="00415640"/>
        </w:tc>
      </w:tr>
      <w:tr w:rsidR="00415640" w14:paraId="2903FD4E" w14:textId="77777777">
        <w:trPr>
          <w:trHeight w:hRule="exact" w:val="350"/>
        </w:trPr>
        <w:tc>
          <w:tcPr>
            <w:tcW w:w="15502" w:type="dxa"/>
            <w:gridSpan w:val="9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EC519D" w14:textId="77777777" w:rsidR="00415640" w:rsidRDefault="007632FC">
            <w:pPr>
              <w:autoSpaceDE w:val="0"/>
              <w:autoSpaceDN w:val="0"/>
              <w:spacing w:before="76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1.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Числа</w:t>
            </w:r>
            <w:proofErr w:type="spellEnd"/>
          </w:p>
        </w:tc>
      </w:tr>
      <w:tr w:rsidR="00415640" w14:paraId="4856DD8D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196A30" w14:textId="77777777" w:rsidR="00415640" w:rsidRDefault="007632F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0B6689" w14:textId="77777777" w:rsidR="00415640" w:rsidRPr="004C7DBE" w:rsidRDefault="007632FC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Числа в пределах 100: чтение, запись, десятичный состав, сравнение.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699153" w14:textId="0C0BC2CF" w:rsidR="00415640" w:rsidRPr="00EA5D25" w:rsidRDefault="00EA5D25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F90B39" w14:textId="77777777" w:rsidR="00415640" w:rsidRDefault="007632F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305D19" w14:textId="77777777" w:rsidR="00415640" w:rsidRDefault="007632F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708EA6" w14:textId="77777777" w:rsidR="00415640" w:rsidRDefault="00415640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1D7F33" w14:textId="77777777" w:rsidR="00415640" w:rsidRPr="004C7DBE" w:rsidRDefault="007632FC">
            <w:pPr>
              <w:autoSpaceDE w:val="0"/>
              <w:autoSpaceDN w:val="0"/>
              <w:spacing w:before="76" w:after="0" w:line="250" w:lineRule="auto"/>
              <w:ind w:left="72" w:right="432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Устная и письменная работа с числами: чтение, составление, сравнение, изменение; счёт единицами, двойками, тройками от заданного числа в порядке убывания/ возрастания;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A59BF8" w14:textId="77777777" w:rsidR="00415640" w:rsidRDefault="007632FC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5D6E23" w14:textId="77777777" w:rsidR="00415640" w:rsidRDefault="007632FC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415640" w14:paraId="74B1EDF7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7E43D6" w14:textId="77777777" w:rsidR="00415640" w:rsidRDefault="007632F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FD4BDF" w14:textId="77777777" w:rsidR="00415640" w:rsidRPr="004C7DBE" w:rsidRDefault="007632FC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Запись равенства, неравенства. Увеличение/уменьшение числа на несколько единиц/десятков; разностное сравнение чисел.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548FC3" w14:textId="56B180D5" w:rsidR="00415640" w:rsidRPr="00EA5D25" w:rsidRDefault="00EA5D25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1C1F4E" w14:textId="77777777" w:rsidR="00415640" w:rsidRDefault="007632F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E9C9BA" w14:textId="77777777" w:rsidR="00415640" w:rsidRDefault="007632F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ECCEF8" w14:textId="77777777" w:rsidR="00415640" w:rsidRDefault="00415640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CCD73C" w14:textId="77777777" w:rsidR="00415640" w:rsidRPr="004C7DBE" w:rsidRDefault="007632FC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Учебный диалог: формулирование предположения о результате сравнения чисел, его словесное объяснение (устно, письменно);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69FC26" w14:textId="77777777" w:rsidR="00415640" w:rsidRDefault="007632FC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FB3876" w14:textId="77777777" w:rsidR="00415640" w:rsidRDefault="007632FC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415640" w14:paraId="1339B3F6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031A88" w14:textId="77777777" w:rsidR="00415640" w:rsidRDefault="007632F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1DD2B6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Чётные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нечётные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числа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295AE6" w14:textId="3D827ADC" w:rsidR="00415640" w:rsidRPr="00EA5D25" w:rsidRDefault="00EA5D25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90E7AB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147B37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C7BCA1" w14:textId="77777777" w:rsidR="00415640" w:rsidRDefault="00415640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9C498C" w14:textId="77777777" w:rsidR="00415640" w:rsidRPr="004C7DBE" w:rsidRDefault="007632FC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Запись общего свойства группы чисел. Характеристика одного числа (величины, геометрической фигуры) из группы;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BE70A0" w14:textId="77777777" w:rsidR="00415640" w:rsidRDefault="007632FC">
            <w:pPr>
              <w:autoSpaceDE w:val="0"/>
              <w:autoSpaceDN w:val="0"/>
              <w:spacing w:before="78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F39220" w14:textId="77777777" w:rsidR="00415640" w:rsidRDefault="007632FC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415640" w14:paraId="73D76437" w14:textId="77777777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B9B225" w14:textId="77777777" w:rsidR="00415640" w:rsidRDefault="007632F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1.4.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F3FDC0" w14:textId="77777777" w:rsidR="00415640" w:rsidRPr="004C7DBE" w:rsidRDefault="007632FC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Представление числа в  виде суммы разрядных слагаемых</w:t>
            </w: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5A6D17" w14:textId="6CB7C8C0" w:rsidR="00415640" w:rsidRPr="00EA5D25" w:rsidRDefault="00EA5D25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17E9FD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78788E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B5E422" w14:textId="77777777" w:rsidR="00415640" w:rsidRDefault="00415640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FDD2A2" w14:textId="77777777" w:rsidR="00415640" w:rsidRPr="004C7DBE" w:rsidRDefault="007632FC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Учебный диалог: обсуждение возможности представления числа разными способами (предметная модель, запись словами, с помощью таблицы разрядов, в виде суммы разрядных слагаемых);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864201" w14:textId="77777777" w:rsidR="00415640" w:rsidRDefault="007632FC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9F0032" w14:textId="77777777" w:rsidR="00415640" w:rsidRDefault="007632FC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415640" w14:paraId="5172383F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2C7AF5" w14:textId="77777777" w:rsidR="00415640" w:rsidRDefault="007632F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1.5.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75CEEA" w14:textId="77777777" w:rsidR="00415640" w:rsidRPr="004C7DBE" w:rsidRDefault="007632FC">
            <w:pPr>
              <w:autoSpaceDE w:val="0"/>
              <w:autoSpaceDN w:val="0"/>
              <w:spacing w:before="76" w:after="0" w:line="250" w:lineRule="auto"/>
              <w:ind w:left="72" w:right="432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Работа с математической терминологией (однозначное, двузначное, чётное-нечётное число; число и  цифра; компоненты арифметического действия, их название)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8FAC8C" w14:textId="6F95BB20" w:rsidR="00415640" w:rsidRPr="00EA5D25" w:rsidRDefault="00EA5D25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DB198E" w14:textId="77777777" w:rsidR="00415640" w:rsidRDefault="007632F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7013E1" w14:textId="77777777" w:rsidR="00415640" w:rsidRDefault="007632F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B7A0E3" w14:textId="77777777" w:rsidR="00415640" w:rsidRDefault="00415640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A411F0" w14:textId="77777777" w:rsidR="00415640" w:rsidRDefault="007632FC">
            <w:pPr>
              <w:autoSpaceDE w:val="0"/>
              <w:autoSpaceDN w:val="0"/>
              <w:spacing w:before="76" w:after="0" w:line="250" w:lineRule="auto"/>
              <w:ind w:left="72" w:right="144"/>
            </w:pP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парах: ответ на вопрос: «Зачем нужны знаки в жизни, как они используются в математике?»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цифры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знаки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сравнения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равенства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арифметических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действий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скобки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);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50E620" w14:textId="77777777" w:rsidR="00415640" w:rsidRDefault="007632FC">
            <w:pPr>
              <w:autoSpaceDE w:val="0"/>
              <w:autoSpaceDN w:val="0"/>
              <w:spacing w:before="76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992D79" w14:textId="77777777" w:rsidR="00415640" w:rsidRDefault="007632FC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415640" w14:paraId="60E915A8" w14:textId="77777777">
        <w:trPr>
          <w:trHeight w:hRule="exact" w:val="348"/>
        </w:trPr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E4B90E" w14:textId="77777777" w:rsidR="00415640" w:rsidRDefault="007632FC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9C24B4" w14:textId="41220BAA" w:rsidR="00415640" w:rsidRPr="00EA5D25" w:rsidRDefault="007632FC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  <w:r w:rsidR="00EA5D2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</w:t>
            </w:r>
          </w:p>
        </w:tc>
        <w:tc>
          <w:tcPr>
            <w:tcW w:w="99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38E655" w14:textId="77777777" w:rsidR="00415640" w:rsidRDefault="00415640"/>
        </w:tc>
      </w:tr>
      <w:tr w:rsidR="00415640" w14:paraId="74FD1551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F0B282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2.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Величины</w:t>
            </w:r>
            <w:proofErr w:type="spellEnd"/>
          </w:p>
        </w:tc>
      </w:tr>
      <w:tr w:rsidR="00415640" w14:paraId="2A8C346F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27BA70" w14:textId="77777777" w:rsidR="00415640" w:rsidRDefault="007632F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2837D4" w14:textId="77777777" w:rsidR="00415640" w:rsidRPr="004C7DBE" w:rsidRDefault="007632FC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Работа с величинами: сравнение по массе (единица массы —килограмм); измерение длины (единицы длины — метр, дециметр, сантиметр, миллиметр), времени (единицы </w:t>
            </w:r>
            <w:r w:rsidRPr="004C7DBE">
              <w:rPr>
                <w:lang w:val="ru-RU"/>
              </w:rPr>
              <w:br/>
            </w: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времени  — час, минута).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F26B07" w14:textId="03685F77" w:rsidR="00415640" w:rsidRPr="006F35D8" w:rsidRDefault="006F35D8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00A910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628329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4E8627" w14:textId="77777777" w:rsidR="00415640" w:rsidRDefault="00415640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7D39DF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Обсуждение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практических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ситуаций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21E039" w14:textId="77777777" w:rsidR="00415640" w:rsidRDefault="007632FC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A3DE18" w14:textId="77777777" w:rsidR="00415640" w:rsidRDefault="007632FC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415640" w14:paraId="35F2247F" w14:textId="77777777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C44796" w14:textId="77777777" w:rsidR="00415640" w:rsidRDefault="007632F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FB275A" w14:textId="77777777" w:rsidR="00415640" w:rsidRPr="004C7DBE" w:rsidRDefault="007632FC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Соотношения между единицами величины (в  пределах 100), решение практических задач.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2163B6" w14:textId="17C4849A" w:rsidR="00415640" w:rsidRPr="006F35D8" w:rsidRDefault="006F35D8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FB29EA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83C5F4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4E1A94" w14:textId="77777777" w:rsidR="00415640" w:rsidRDefault="00415640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5E59AF" w14:textId="77777777" w:rsidR="00415640" w:rsidRPr="004C7DBE" w:rsidRDefault="007632FC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Различение единиц измерения одной и той же величины, установление между ними отношения (больше, меньше, равно), запись результата сравнения;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A37812" w14:textId="77777777" w:rsidR="00415640" w:rsidRDefault="007632FC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424F8A" w14:textId="77777777" w:rsidR="00415640" w:rsidRDefault="007632FC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415640" w14:paraId="7DA667FD" w14:textId="77777777">
        <w:trPr>
          <w:trHeight w:hRule="exact" w:val="90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6EDAEE" w14:textId="77777777" w:rsidR="00415640" w:rsidRDefault="007632F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D1982E" w14:textId="77777777" w:rsidR="00415640" w:rsidRDefault="007632FC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Измерение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величин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C7EDA3" w14:textId="05AFFE82" w:rsidR="00415640" w:rsidRPr="006F35D8" w:rsidRDefault="006F35D8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F4404A" w14:textId="77777777" w:rsidR="00415640" w:rsidRDefault="007632F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530198" w14:textId="77777777" w:rsidR="00415640" w:rsidRDefault="007632F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70EC3A" w14:textId="77777777" w:rsidR="00415640" w:rsidRDefault="00415640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2335E6" w14:textId="77777777" w:rsidR="00415640" w:rsidRPr="004C7DBE" w:rsidRDefault="007632FC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Сравнение по росту, массе, возрасту в житейской ситуации и при решении учебных задач;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D7A7AC" w14:textId="77777777" w:rsidR="00415640" w:rsidRDefault="007632FC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4859B7" w14:textId="77777777" w:rsidR="00415640" w:rsidRDefault="007632FC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</w:tbl>
    <w:p w14:paraId="73F0630C" w14:textId="77777777" w:rsidR="00415640" w:rsidRDefault="00415640">
      <w:pPr>
        <w:autoSpaceDE w:val="0"/>
        <w:autoSpaceDN w:val="0"/>
        <w:spacing w:after="0" w:line="14" w:lineRule="exact"/>
      </w:pPr>
    </w:p>
    <w:p w14:paraId="6814B33A" w14:textId="77777777" w:rsidR="00415640" w:rsidRDefault="00415640">
      <w:pPr>
        <w:sectPr w:rsidR="00415640">
          <w:pgSz w:w="16840" w:h="11900"/>
          <w:pgMar w:top="282" w:right="640" w:bottom="538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7D2C9940" w14:textId="77777777" w:rsidR="00415640" w:rsidRDefault="00415640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562"/>
        <w:gridCol w:w="530"/>
        <w:gridCol w:w="1104"/>
        <w:gridCol w:w="1140"/>
        <w:gridCol w:w="806"/>
        <w:gridCol w:w="4106"/>
        <w:gridCol w:w="1116"/>
        <w:gridCol w:w="1670"/>
      </w:tblGrid>
      <w:tr w:rsidR="00415640" w14:paraId="356B6101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001CA5" w14:textId="77777777" w:rsidR="00415640" w:rsidRDefault="007632F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57AB1A" w14:textId="77777777" w:rsidR="00415640" w:rsidRPr="004C7DBE" w:rsidRDefault="007632FC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Сравнение и упорядочение однородных величин.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4BD107" w14:textId="241BF22B" w:rsidR="00415640" w:rsidRPr="006F35D8" w:rsidRDefault="006F35D8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9E9F15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49C28C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B92723" w14:textId="77777777" w:rsidR="00415640" w:rsidRDefault="00415640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1F3EFB" w14:textId="77777777" w:rsidR="00415640" w:rsidRPr="004C7DBE" w:rsidRDefault="007632FC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Пропедевтика исследовательской работы: переход от одних единиц измерения величин к другим, обратный переход; иллюстрация перехода с помощью модели;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C01827" w14:textId="77777777" w:rsidR="00415640" w:rsidRDefault="007632FC">
            <w:pPr>
              <w:autoSpaceDE w:val="0"/>
              <w:autoSpaceDN w:val="0"/>
              <w:spacing w:before="78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6B320A" w14:textId="77777777" w:rsidR="00415640" w:rsidRDefault="007632FC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415640" w14:paraId="19A035B1" w14:textId="77777777">
        <w:trPr>
          <w:trHeight w:hRule="exact" w:val="348"/>
        </w:trPr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75461E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0FD62B" w14:textId="555F9E40" w:rsidR="00415640" w:rsidRPr="006F35D8" w:rsidRDefault="007632FC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  <w:r w:rsidR="006F35D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</w:t>
            </w:r>
          </w:p>
        </w:tc>
        <w:tc>
          <w:tcPr>
            <w:tcW w:w="99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9837C3" w14:textId="77777777" w:rsidR="00415640" w:rsidRDefault="00415640"/>
        </w:tc>
      </w:tr>
      <w:tr w:rsidR="00415640" w14:paraId="404E81FA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3898E6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3.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Арифметические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действия</w:t>
            </w:r>
            <w:proofErr w:type="spellEnd"/>
          </w:p>
        </w:tc>
      </w:tr>
      <w:tr w:rsidR="00415640" w14:paraId="21A32FD2" w14:textId="77777777">
        <w:trPr>
          <w:trHeight w:hRule="exact" w:val="926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DD262B" w14:textId="77777777" w:rsidR="00415640" w:rsidRDefault="007632FC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456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0E0B00" w14:textId="77777777" w:rsidR="00415640" w:rsidRPr="004C7DBE" w:rsidRDefault="007632FC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Устное сложение и вычитание чисел в пределах 100 без перехода и с переходом через разряд.</w:t>
            </w:r>
          </w:p>
        </w:tc>
        <w:tc>
          <w:tcPr>
            <w:tcW w:w="5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C8CE80" w14:textId="6FD6E1D3" w:rsidR="00415640" w:rsidRPr="004D7BF9" w:rsidRDefault="004D7BF9">
            <w:pPr>
              <w:autoSpaceDE w:val="0"/>
              <w:autoSpaceDN w:val="0"/>
              <w:spacing w:before="76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A6D3A1" w14:textId="77777777" w:rsidR="00415640" w:rsidRDefault="007632FC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1173C6" w14:textId="77777777" w:rsidR="00415640" w:rsidRDefault="007632FC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9333D3" w14:textId="77777777" w:rsidR="00415640" w:rsidRDefault="00415640"/>
        </w:tc>
        <w:tc>
          <w:tcPr>
            <w:tcW w:w="41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37C9CE" w14:textId="77777777" w:rsidR="00415640" w:rsidRDefault="007632FC">
            <w:pPr>
              <w:autoSpaceDE w:val="0"/>
              <w:autoSpaceDN w:val="0"/>
              <w:spacing w:before="76" w:after="0" w:line="250" w:lineRule="auto"/>
              <w:ind w:left="72" w:right="144"/>
            </w:pP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Упражнения: различение приёмов вычисления (устные и письменные).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Выбор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удобного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способа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выполнения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действия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45C31C" w14:textId="77777777" w:rsidR="00415640" w:rsidRDefault="007632FC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5ACE24" w14:textId="77777777" w:rsidR="00415640" w:rsidRDefault="007632FC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415640" w14:paraId="52008195" w14:textId="77777777">
        <w:trPr>
          <w:trHeight w:hRule="exact" w:val="106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6E3E9E" w14:textId="77777777" w:rsidR="00415640" w:rsidRDefault="007632F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64F721" w14:textId="77777777" w:rsidR="00415640" w:rsidRPr="004C7DBE" w:rsidRDefault="007632FC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Письменное сложение и  вычитание чисел в пределах 100. Переместительное, сочетательное свойства сложения, их применение для вычислений.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69B4FC" w14:textId="77777777" w:rsidR="00415640" w:rsidRDefault="007632F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50F51A" w14:textId="77777777" w:rsidR="00415640" w:rsidRDefault="007632F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D799D9" w14:textId="77777777" w:rsidR="00415640" w:rsidRDefault="007632F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35E48A" w14:textId="77777777" w:rsidR="00415640" w:rsidRDefault="00415640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8D3948" w14:textId="77777777" w:rsidR="00415640" w:rsidRPr="004C7DBE" w:rsidRDefault="007632FC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Учебный диалог: участие в обсуждении возможных ошибок в выполнении арифметических действий;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DB4D02" w14:textId="77777777" w:rsidR="00415640" w:rsidRDefault="007632FC">
            <w:pPr>
              <w:autoSpaceDE w:val="0"/>
              <w:autoSpaceDN w:val="0"/>
              <w:spacing w:before="76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261500" w14:textId="77777777" w:rsidR="00415640" w:rsidRDefault="007632FC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415640" w14:paraId="157E0356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781023" w14:textId="77777777" w:rsidR="00415640" w:rsidRDefault="007632F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0FF4D8" w14:textId="77777777" w:rsidR="00415640" w:rsidRDefault="007632FC">
            <w:pPr>
              <w:autoSpaceDE w:val="0"/>
              <w:autoSpaceDN w:val="0"/>
              <w:spacing w:before="78" w:after="0" w:line="247" w:lineRule="auto"/>
              <w:ind w:left="72" w:right="144"/>
            </w:pP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Взаимосвязь компонентов и результата действия сложения, действия вычитания.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Проверка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результата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вычисления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реальность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ответа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обратное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действие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30CC1F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13B04F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5F8185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F89558" w14:textId="77777777" w:rsidR="00415640" w:rsidRDefault="00415640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863C7D" w14:textId="77777777" w:rsidR="00415640" w:rsidRDefault="007632FC">
            <w:pPr>
              <w:autoSpaceDE w:val="0"/>
              <w:autoSpaceDN w:val="0"/>
              <w:spacing w:before="78" w:after="0" w:line="245" w:lineRule="auto"/>
              <w:ind w:left="72"/>
            </w:pP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 деятельность: устные и письменные приёмы вычислений.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Прикидка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результата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выполнения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действия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CB7A6C" w14:textId="77777777" w:rsidR="00415640" w:rsidRDefault="007632FC">
            <w:pPr>
              <w:autoSpaceDE w:val="0"/>
              <w:autoSpaceDN w:val="0"/>
              <w:spacing w:before="78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247A8B" w14:textId="77777777" w:rsidR="00415640" w:rsidRDefault="007632FC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415640" w14:paraId="14B8F85C" w14:textId="77777777">
        <w:trPr>
          <w:trHeight w:hRule="exact" w:val="11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52AFBE" w14:textId="77777777" w:rsidR="00415640" w:rsidRDefault="007632F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2CDA06" w14:textId="77777777" w:rsidR="00415640" w:rsidRPr="004C7DBE" w:rsidRDefault="007632FC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Действия умножения и  деления чисел. Взаимосвязь </w:t>
            </w:r>
            <w:r w:rsidRPr="004C7DBE">
              <w:rPr>
                <w:lang w:val="ru-RU"/>
              </w:rPr>
              <w:br/>
            </w: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сложения и умножения. Иллюстрация умножения с помощью предметной модели сюжетной ситуации.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B4F565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36D5AC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AFE0E2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52F6D3" w14:textId="77777777" w:rsidR="00415640" w:rsidRDefault="00415640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D3C363" w14:textId="77777777" w:rsidR="00415640" w:rsidRPr="004C7DBE" w:rsidRDefault="007632FC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группах: приведение примеров, </w:t>
            </w:r>
            <w:r w:rsidRPr="004C7DBE">
              <w:rPr>
                <w:lang w:val="ru-RU"/>
              </w:rPr>
              <w:br/>
            </w: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иллюстрирующих смысл арифметического действия, свойства действий. Обсуждение смысла использования скобок в записи числового выражения; запись решения с помощью разных числовых выражений;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FB726D" w14:textId="77777777" w:rsidR="00415640" w:rsidRDefault="007632FC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6181B0" w14:textId="77777777" w:rsidR="00415640" w:rsidRDefault="007632FC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415640" w14:paraId="070EC8DB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1C967A" w14:textId="77777777" w:rsidR="00415640" w:rsidRDefault="007632F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3.5.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C57603" w14:textId="77777777" w:rsidR="00415640" w:rsidRPr="004C7DBE" w:rsidRDefault="007632FC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Названия компонентов действий умножения, деления</w:t>
            </w: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4D2F50" w14:textId="3EDD8220" w:rsidR="00415640" w:rsidRPr="004D7BF9" w:rsidRDefault="004D7BF9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1CE689" w14:textId="77777777" w:rsidR="00415640" w:rsidRDefault="007632F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C4BA68" w14:textId="77777777" w:rsidR="00415640" w:rsidRDefault="007632F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30212B" w14:textId="77777777" w:rsidR="00415640" w:rsidRDefault="00415640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752BFE" w14:textId="77777777" w:rsidR="00415640" w:rsidRPr="004C7DBE" w:rsidRDefault="007632FC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Учебный диалог: участие в обсуждении возможных ошибок в выполнении арифметических действий;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2559AF" w14:textId="77777777" w:rsidR="00415640" w:rsidRDefault="007632FC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EE6112" w14:textId="77777777" w:rsidR="00415640" w:rsidRDefault="007632FC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415640" w14:paraId="64868AB6" w14:textId="77777777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3C40D0" w14:textId="77777777" w:rsidR="00415640" w:rsidRDefault="007632F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3.6.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8F61CC" w14:textId="77777777" w:rsidR="00415640" w:rsidRPr="004C7DBE" w:rsidRDefault="007632FC">
            <w:pPr>
              <w:autoSpaceDE w:val="0"/>
              <w:autoSpaceDN w:val="0"/>
              <w:spacing w:before="76" w:after="0" w:line="245" w:lineRule="auto"/>
              <w:ind w:right="432"/>
              <w:jc w:val="center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Табличное умножение в  пределах 50. Табличные случаи умножения, деления при вычислениях и решении задач.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A7C113" w14:textId="77777777" w:rsidR="00415640" w:rsidRDefault="007632F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A6DA62" w14:textId="77777777" w:rsidR="00415640" w:rsidRDefault="007632F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14AB68" w14:textId="77777777" w:rsidR="00415640" w:rsidRDefault="007632F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008B66" w14:textId="77777777" w:rsidR="00415640" w:rsidRDefault="00415640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F0A0FF" w14:textId="77777777" w:rsidR="00415640" w:rsidRDefault="007632FC">
            <w:pPr>
              <w:autoSpaceDE w:val="0"/>
              <w:autoSpaceDN w:val="0"/>
              <w:spacing w:before="76" w:after="0" w:line="252" w:lineRule="auto"/>
              <w:ind w:left="72"/>
            </w:pP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Моделирование: использование предметной модели </w:t>
            </w:r>
            <w:r w:rsidRPr="004C7DBE">
              <w:rPr>
                <w:lang w:val="ru-RU"/>
              </w:rPr>
              <w:br/>
            </w: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сюжетной ситуации для составления числового выражения со скобками. Сравнение значений числовых выражений, записанных с помощью одних и тех же чисел и знаков действия, со скобками и без скобок.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Выбор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числового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выражения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соответствующего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сюжетной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ситуации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5D2169" w14:textId="77777777" w:rsidR="00415640" w:rsidRDefault="007632FC">
            <w:pPr>
              <w:autoSpaceDE w:val="0"/>
              <w:autoSpaceDN w:val="0"/>
              <w:spacing w:before="76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D7C3FE" w14:textId="77777777" w:rsidR="00415640" w:rsidRDefault="007632FC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415640" w14:paraId="39D09C46" w14:textId="77777777">
        <w:trPr>
          <w:trHeight w:hRule="exact" w:val="132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84651A" w14:textId="77777777" w:rsidR="00415640" w:rsidRDefault="007632F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3.7.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274906" w14:textId="77777777" w:rsidR="00415640" w:rsidRPr="004C7DBE" w:rsidRDefault="007632FC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Умножение на 1, на 0 (по  правилу).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2935F5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07DC7D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A24AC7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1B83F1" w14:textId="77777777" w:rsidR="00415640" w:rsidRDefault="00415640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A1919E" w14:textId="77777777" w:rsidR="00415640" w:rsidRDefault="007632FC">
            <w:pPr>
              <w:autoSpaceDE w:val="0"/>
              <w:autoSpaceDN w:val="0"/>
              <w:spacing w:before="78" w:after="0" w:line="252" w:lineRule="auto"/>
              <w:ind w:left="72" w:right="288"/>
            </w:pP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Пропедевтика исследовательской работы: выполнение задания разными способами (вычисления с </w:t>
            </w:r>
            <w:r w:rsidRPr="004C7DBE">
              <w:rPr>
                <w:lang w:val="ru-RU"/>
              </w:rPr>
              <w:br/>
            </w: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использованием переместительного, сочетательного свойств сложения).Объяснение с помощью модели приёмов нахождения суммы, разности.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Использование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правил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умножения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0,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1)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вычислении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5BFE70" w14:textId="77777777" w:rsidR="00415640" w:rsidRDefault="007632FC">
            <w:pPr>
              <w:autoSpaceDE w:val="0"/>
              <w:autoSpaceDN w:val="0"/>
              <w:spacing w:before="78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3CF6B1" w14:textId="77777777" w:rsidR="00415640" w:rsidRDefault="007632FC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415640" w14:paraId="22744CD4" w14:textId="77777777">
        <w:trPr>
          <w:trHeight w:hRule="exact" w:val="128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07F735" w14:textId="77777777" w:rsidR="00415640" w:rsidRDefault="007632F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3.8.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A37490" w14:textId="77777777" w:rsidR="00415640" w:rsidRDefault="007632FC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Переместительное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свойство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умножения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BB76A8" w14:textId="48CF54DD" w:rsidR="00415640" w:rsidRPr="004D7BF9" w:rsidRDefault="004D7BF9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C3C34D" w14:textId="77777777" w:rsidR="00415640" w:rsidRDefault="007632F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284A9F" w14:textId="77777777" w:rsidR="00415640" w:rsidRDefault="007632F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C393F3" w14:textId="77777777" w:rsidR="00415640" w:rsidRDefault="00415640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0F911E" w14:textId="77777777" w:rsidR="00415640" w:rsidRDefault="007632FC">
            <w:pPr>
              <w:autoSpaceDE w:val="0"/>
              <w:autoSpaceDN w:val="0"/>
              <w:spacing w:before="76" w:after="0" w:line="252" w:lineRule="auto"/>
              <w:ind w:left="72" w:right="288"/>
            </w:pP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Пропедевтика исследовательской работы: выполнение задания разными способами (вычисления с </w:t>
            </w:r>
            <w:r w:rsidRPr="004C7DBE">
              <w:rPr>
                <w:lang w:val="ru-RU"/>
              </w:rPr>
              <w:br/>
            </w: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использованием переместительного, сочетательного свойств сложения).Объяснение с помощью модели приёмов нахождения суммы, разности.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Использование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правил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умножения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0,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1)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вычислении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3EFC72" w14:textId="77777777" w:rsidR="00415640" w:rsidRDefault="007632FC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67855E" w14:textId="77777777" w:rsidR="00415640" w:rsidRDefault="007632FC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</w:tbl>
    <w:p w14:paraId="62B42726" w14:textId="77777777" w:rsidR="00415640" w:rsidRDefault="00415640">
      <w:pPr>
        <w:autoSpaceDE w:val="0"/>
        <w:autoSpaceDN w:val="0"/>
        <w:spacing w:after="0" w:line="14" w:lineRule="exact"/>
      </w:pPr>
    </w:p>
    <w:p w14:paraId="344EB73F" w14:textId="77777777" w:rsidR="00415640" w:rsidRDefault="00415640">
      <w:pPr>
        <w:sectPr w:rsidR="00415640">
          <w:pgSz w:w="16840" w:h="11900"/>
          <w:pgMar w:top="284" w:right="640" w:bottom="40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4AD8A894" w14:textId="77777777" w:rsidR="00415640" w:rsidRDefault="00415640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562"/>
        <w:gridCol w:w="530"/>
        <w:gridCol w:w="1104"/>
        <w:gridCol w:w="1140"/>
        <w:gridCol w:w="806"/>
        <w:gridCol w:w="4106"/>
        <w:gridCol w:w="1116"/>
        <w:gridCol w:w="1670"/>
      </w:tblGrid>
      <w:tr w:rsidR="00415640" w14:paraId="1EAB727B" w14:textId="77777777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C8148C" w14:textId="77777777" w:rsidR="00415640" w:rsidRDefault="007632F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3.9.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C93672" w14:textId="77777777" w:rsidR="00415640" w:rsidRPr="004C7DBE" w:rsidRDefault="007632FC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Взаимосвязь компонентов и результата действия умножения, действия деления.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3A895B" w14:textId="6BDE9B69" w:rsidR="00415640" w:rsidRPr="004D7BF9" w:rsidRDefault="004D7BF9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B44F02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47EF97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BF7B54" w14:textId="77777777" w:rsidR="00415640" w:rsidRDefault="00415640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EB0893" w14:textId="77777777" w:rsidR="00415640" w:rsidRPr="004C7DBE" w:rsidRDefault="007632FC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группах: приведение примеров, </w:t>
            </w:r>
            <w:r w:rsidRPr="004C7DBE">
              <w:rPr>
                <w:lang w:val="ru-RU"/>
              </w:rPr>
              <w:br/>
            </w: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иллюстрирующих смысл арифметического действия, свойства действий. Обсуждение смысла использования скобок в записи числового выражения; запись решения с помощью разных числовых выражений;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B4DF0C" w14:textId="77777777" w:rsidR="00415640" w:rsidRDefault="007632FC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DD9BB7" w14:textId="77777777" w:rsidR="00415640" w:rsidRDefault="007632FC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415640" w14:paraId="50721D81" w14:textId="77777777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539899" w14:textId="77777777" w:rsidR="00415640" w:rsidRDefault="007632F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3.10.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11FD19" w14:textId="77777777" w:rsidR="00415640" w:rsidRPr="004C7DBE" w:rsidRDefault="007632FC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Неизвестный компонент действия сложения, действия вычитания; его  нахождение.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2787EA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960210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D9E26D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D0356E" w14:textId="77777777" w:rsidR="00415640" w:rsidRDefault="00415640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9EA1E4" w14:textId="77777777" w:rsidR="00415640" w:rsidRPr="004C7DBE" w:rsidRDefault="007632FC">
            <w:pPr>
              <w:autoSpaceDE w:val="0"/>
              <w:autoSpaceDN w:val="0"/>
              <w:spacing w:before="78" w:after="0" w:line="250" w:lineRule="auto"/>
              <w:ind w:left="72" w:right="432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Оформление математической записи: составление и проверка истинности математических утверждений относительно разностного сравнения чисел, величин (длин, масс и пр.);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B57515" w14:textId="77777777" w:rsidR="00415640" w:rsidRDefault="007632FC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596486" w14:textId="77777777" w:rsidR="00415640" w:rsidRDefault="007632FC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415640" w14:paraId="3D89F139" w14:textId="77777777">
        <w:trPr>
          <w:trHeight w:hRule="exact" w:val="146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E2B9E0" w14:textId="77777777" w:rsidR="00415640" w:rsidRDefault="007632F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3.11.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01A250" w14:textId="77777777" w:rsidR="00415640" w:rsidRPr="004C7DBE" w:rsidRDefault="007632FC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Числовое выражение: чтение, запись, вычисление значения. Порядок выполнения действий в  числовом выражении, содержащем действия сложения и вычитания (со </w:t>
            </w:r>
            <w:r w:rsidRPr="004C7DBE">
              <w:rPr>
                <w:lang w:val="ru-RU"/>
              </w:rPr>
              <w:br/>
            </w: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скобками/без скобок) в  пределах 100 (не более трёх </w:t>
            </w:r>
            <w:r w:rsidRPr="004C7DBE">
              <w:rPr>
                <w:lang w:val="ru-RU"/>
              </w:rPr>
              <w:br/>
            </w: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действий); нахождение его значения.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BCAC08" w14:textId="77777777" w:rsidR="00415640" w:rsidRDefault="007632F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208800" w14:textId="77777777" w:rsidR="00415640" w:rsidRDefault="007632F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0E1A5B" w14:textId="77777777" w:rsidR="00415640" w:rsidRDefault="007632F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15CAEE" w14:textId="77777777" w:rsidR="00415640" w:rsidRDefault="00415640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16FD4D" w14:textId="77777777" w:rsidR="00415640" w:rsidRDefault="007632FC">
            <w:pPr>
              <w:autoSpaceDE w:val="0"/>
              <w:autoSpaceDN w:val="0"/>
              <w:spacing w:before="76" w:after="0" w:line="252" w:lineRule="auto"/>
              <w:ind w:left="72"/>
            </w:pP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Моделирование: использование предметной модели </w:t>
            </w:r>
            <w:r w:rsidRPr="004C7DBE">
              <w:rPr>
                <w:lang w:val="ru-RU"/>
              </w:rPr>
              <w:br/>
            </w: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сюжетной ситуации для составления числового выражения со скобками. Сравнение значений числовых выражений, записанных с помощью одних и тех же чисел и знаков действия, со скобками и без скобок.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Выбор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числового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выражения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соответствующего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сюжетной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ситуации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0061F2" w14:textId="77777777" w:rsidR="00415640" w:rsidRDefault="007632FC">
            <w:pPr>
              <w:autoSpaceDE w:val="0"/>
              <w:autoSpaceDN w:val="0"/>
              <w:spacing w:before="76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BA34D6" w14:textId="77777777" w:rsidR="00415640" w:rsidRDefault="007632FC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415640" w14:paraId="04DA538F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F7FEBB" w14:textId="77777777" w:rsidR="00415640" w:rsidRDefault="007632F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3.12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F442C6" w14:textId="77777777" w:rsidR="00415640" w:rsidRPr="004C7DBE" w:rsidRDefault="007632FC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Вычитание суммы из  числа, числа из суммы.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B25CB5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9B36C4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90BAB8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58038E" w14:textId="77777777" w:rsidR="00415640" w:rsidRDefault="00415640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8D28D7" w14:textId="77777777" w:rsidR="00415640" w:rsidRDefault="007632FC">
            <w:pPr>
              <w:autoSpaceDE w:val="0"/>
              <w:autoSpaceDN w:val="0"/>
              <w:spacing w:before="78" w:after="0" w:line="250" w:lineRule="auto"/>
              <w:ind w:left="72" w:right="144"/>
            </w:pP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Дифференцированное задание: объяснение хода </w:t>
            </w:r>
            <w:r w:rsidRPr="004C7DBE">
              <w:rPr>
                <w:lang w:val="ru-RU"/>
              </w:rPr>
              <w:br/>
            </w: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выполнения вычислений по образцу.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Применение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правил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порядка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выполнения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действий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объяснение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возможных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ошибок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649A2B" w14:textId="77777777" w:rsidR="00415640" w:rsidRDefault="007632FC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7B4A33" w14:textId="77777777" w:rsidR="00415640" w:rsidRDefault="007632FC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415640" w14:paraId="5946577F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C43DEF" w14:textId="77777777" w:rsidR="00415640" w:rsidRDefault="007632F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3.13.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88E15F" w14:textId="77777777" w:rsidR="00415640" w:rsidRPr="004C7DBE" w:rsidRDefault="007632FC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Вычисление суммы, разности удобным способом.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3AFAC4" w14:textId="34285765" w:rsidR="00415640" w:rsidRPr="004D7BF9" w:rsidRDefault="004D7BF9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B2F16B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E462E6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B2E0E7" w14:textId="77777777" w:rsidR="00415640" w:rsidRDefault="00415640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6AE578" w14:textId="77777777" w:rsidR="00415640" w:rsidRPr="004C7DBE" w:rsidRDefault="007632FC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Пропедевтика исследовательской работы: рациональные приёмы вычислений;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F2077B" w14:textId="77777777" w:rsidR="00415640" w:rsidRDefault="007632FC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15E02F" w14:textId="77777777" w:rsidR="00415640" w:rsidRDefault="007632FC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415640" w14:paraId="36803B1F" w14:textId="77777777">
        <w:trPr>
          <w:trHeight w:hRule="exact" w:val="350"/>
        </w:trPr>
        <w:tc>
          <w:tcPr>
            <w:tcW w:w="5030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97769B" w14:textId="77777777" w:rsidR="00415640" w:rsidRDefault="007632FC">
            <w:pPr>
              <w:autoSpaceDE w:val="0"/>
              <w:autoSpaceDN w:val="0"/>
              <w:spacing w:before="76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ADFF7D" w14:textId="0E2A182E" w:rsidR="00415640" w:rsidRPr="004D7BF9" w:rsidRDefault="004D7BF9">
            <w:pPr>
              <w:autoSpaceDE w:val="0"/>
              <w:autoSpaceDN w:val="0"/>
              <w:spacing w:before="76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64</w:t>
            </w:r>
          </w:p>
        </w:tc>
        <w:tc>
          <w:tcPr>
            <w:tcW w:w="9942" w:type="dxa"/>
            <w:gridSpan w:val="6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2F1687" w14:textId="77777777" w:rsidR="00415640" w:rsidRDefault="00415640"/>
        </w:tc>
      </w:tr>
      <w:tr w:rsidR="00415640" w14:paraId="00A6599C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68D453" w14:textId="77777777" w:rsidR="00415640" w:rsidRDefault="007632FC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4.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Текстовые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задачи</w:t>
            </w:r>
            <w:proofErr w:type="spellEnd"/>
          </w:p>
        </w:tc>
      </w:tr>
      <w:tr w:rsidR="00415640" w14:paraId="7F32ED29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C8670E" w14:textId="77777777" w:rsidR="00415640" w:rsidRDefault="007632F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262C1A" w14:textId="77777777" w:rsidR="00415640" w:rsidRPr="004C7DBE" w:rsidRDefault="007632FC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Чтение, представление текста задачи в виде рисунка, схемы или другой модели.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76A046" w14:textId="47472D53" w:rsidR="00415640" w:rsidRPr="00683A53" w:rsidRDefault="00683A53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EF6FD1" w14:textId="77777777" w:rsidR="00415640" w:rsidRDefault="007632F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A16092" w14:textId="77777777" w:rsidR="00415640" w:rsidRDefault="007632F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028AFF" w14:textId="77777777" w:rsidR="00415640" w:rsidRDefault="00415640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9B16D5" w14:textId="77777777" w:rsidR="00415640" w:rsidRPr="004C7DBE" w:rsidRDefault="007632FC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Чтение текста задачи с учётом предлагаемого задания: найти условие и вопрос задачи. Сравнение различных текстов, ответ на вопрос: является ли текст задачей?;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C793B8" w14:textId="77777777" w:rsidR="00415640" w:rsidRDefault="007632FC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7A9F02" w14:textId="77777777" w:rsidR="00415640" w:rsidRDefault="007632FC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415640" w14:paraId="183909FC" w14:textId="77777777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C12B23" w14:textId="77777777" w:rsidR="00415640" w:rsidRDefault="007632F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A0D7A0" w14:textId="77777777" w:rsidR="00415640" w:rsidRDefault="007632FC">
            <w:pPr>
              <w:autoSpaceDE w:val="0"/>
              <w:autoSpaceDN w:val="0"/>
              <w:spacing w:before="78" w:after="0" w:line="247" w:lineRule="auto"/>
              <w:ind w:left="72" w:right="144"/>
            </w:pP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План решения задачи в  два действия, выбор </w:t>
            </w:r>
            <w:r w:rsidRPr="004C7DBE">
              <w:rPr>
                <w:lang w:val="ru-RU"/>
              </w:rPr>
              <w:br/>
            </w: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соответствующих плану арифметических действий.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Запись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решения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ответа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задачи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7CDCE9" w14:textId="4ADAD5DE" w:rsidR="00415640" w:rsidRPr="00683A53" w:rsidRDefault="00683A53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338A92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57D829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0C5D8E" w14:textId="77777777" w:rsidR="00415640" w:rsidRDefault="00415640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6E076D" w14:textId="77777777" w:rsidR="00415640" w:rsidRPr="004C7DBE" w:rsidRDefault="007632FC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Упражнения: поэтапное решение текстовой задачи: анализ данных, их представление на модели и использование в ходе поиска идеи решения; составление плана; </w:t>
            </w:r>
            <w:r w:rsidRPr="004C7DBE">
              <w:rPr>
                <w:lang w:val="ru-RU"/>
              </w:rPr>
              <w:br/>
            </w: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составление арифметических действий в соответствии с планом; использование модели для решения, поиск </w:t>
            </w:r>
            <w:r w:rsidRPr="004C7DBE">
              <w:rPr>
                <w:lang w:val="ru-RU"/>
              </w:rPr>
              <w:br/>
            </w: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другого способа и др.;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1F975F" w14:textId="77777777" w:rsidR="00415640" w:rsidRDefault="007632FC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FEE8E2" w14:textId="77777777" w:rsidR="00415640" w:rsidRDefault="007632FC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415640" w14:paraId="29EE9E82" w14:textId="77777777">
        <w:trPr>
          <w:trHeight w:hRule="exact" w:val="13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40C0E4" w14:textId="77777777" w:rsidR="00415640" w:rsidRDefault="007632F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4.3.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34DB72" w14:textId="77777777" w:rsidR="00415640" w:rsidRPr="004C7DBE" w:rsidRDefault="007632FC">
            <w:pPr>
              <w:autoSpaceDE w:val="0"/>
              <w:autoSpaceDN w:val="0"/>
              <w:spacing w:before="78" w:after="0" w:line="247" w:lineRule="auto"/>
              <w:ind w:left="72" w:right="864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Решение текстовых задач на применение смысла арифметического действия (сложение, вычитание, умножение, деление).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D37E7A" w14:textId="130D9418" w:rsidR="00415640" w:rsidRPr="00683A53" w:rsidRDefault="00683A53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A7F4E5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6AE895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696B7A" w14:textId="77777777" w:rsidR="00415640" w:rsidRDefault="00415640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4D0EDF" w14:textId="77777777" w:rsidR="00415640" w:rsidRPr="004C7DBE" w:rsidRDefault="007632FC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Упражнения: поэтапное решение текстовой задачи: анализ данных, их представление на модели и использование в ходе поиска идеи решения; составление плана; </w:t>
            </w:r>
            <w:r w:rsidRPr="004C7DBE">
              <w:rPr>
                <w:lang w:val="ru-RU"/>
              </w:rPr>
              <w:br/>
            </w: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составление арифметических действий в соответствии с планом; использование модели для решения, поиск </w:t>
            </w:r>
            <w:r w:rsidRPr="004C7DBE">
              <w:rPr>
                <w:lang w:val="ru-RU"/>
              </w:rPr>
              <w:br/>
            </w: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другого способа и др.;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405BE7" w14:textId="77777777" w:rsidR="00415640" w:rsidRDefault="007632FC">
            <w:pPr>
              <w:autoSpaceDE w:val="0"/>
              <w:autoSpaceDN w:val="0"/>
              <w:spacing w:before="78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126D0F" w14:textId="77777777" w:rsidR="00415640" w:rsidRDefault="007632FC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415640" w14:paraId="1AD4201A" w14:textId="77777777">
        <w:trPr>
          <w:trHeight w:hRule="exact" w:val="109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43B4B2" w14:textId="77777777" w:rsidR="00415640" w:rsidRDefault="007632F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4.4.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77F7D7" w14:textId="77777777" w:rsidR="00415640" w:rsidRPr="004C7DBE" w:rsidRDefault="007632FC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Расчётные задачи на увеличение/ уменьшение величины на несколько единиц/ в  несколько раз.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6BD184" w14:textId="4509AAC1" w:rsidR="00415640" w:rsidRPr="00683A53" w:rsidRDefault="00683A53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5189B2" w14:textId="77777777" w:rsidR="00415640" w:rsidRDefault="007632F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1C5C36" w14:textId="77777777" w:rsidR="00415640" w:rsidRDefault="007632F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0A68D8" w14:textId="77777777" w:rsidR="00415640" w:rsidRDefault="00415640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650F86" w14:textId="77777777" w:rsidR="00415640" w:rsidRPr="004C7DBE" w:rsidRDefault="007632FC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в парах/группах. Составление задач с заданным математическим отношением, по заданному числовому выражению. Составление модели, плана решения задачи.</w:t>
            </w:r>
          </w:p>
          <w:p w14:paraId="62112E1E" w14:textId="77777777" w:rsidR="00415640" w:rsidRPr="004C7DBE" w:rsidRDefault="007632FC">
            <w:pPr>
              <w:autoSpaceDE w:val="0"/>
              <w:autoSpaceDN w:val="0"/>
              <w:spacing w:before="18" w:after="0" w:line="245" w:lineRule="auto"/>
              <w:ind w:left="72" w:right="288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Назначение скобок в записи числового выражения при решении задачи;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2315B5" w14:textId="77777777" w:rsidR="00415640" w:rsidRDefault="007632FC">
            <w:pPr>
              <w:autoSpaceDE w:val="0"/>
              <w:autoSpaceDN w:val="0"/>
              <w:spacing w:before="76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048E4F" w14:textId="77777777" w:rsidR="00415640" w:rsidRDefault="007632FC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</w:tbl>
    <w:p w14:paraId="56E05026" w14:textId="77777777" w:rsidR="00415640" w:rsidRDefault="00415640">
      <w:pPr>
        <w:autoSpaceDE w:val="0"/>
        <w:autoSpaceDN w:val="0"/>
        <w:spacing w:after="0" w:line="14" w:lineRule="exact"/>
      </w:pPr>
    </w:p>
    <w:p w14:paraId="766F9F50" w14:textId="77777777" w:rsidR="00415640" w:rsidRDefault="00415640">
      <w:pPr>
        <w:sectPr w:rsidR="00415640">
          <w:pgSz w:w="16840" w:h="11900"/>
          <w:pgMar w:top="284" w:right="640" w:bottom="304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333FB447" w14:textId="77777777" w:rsidR="00415640" w:rsidRDefault="00415640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562"/>
        <w:gridCol w:w="530"/>
        <w:gridCol w:w="1104"/>
        <w:gridCol w:w="1140"/>
        <w:gridCol w:w="806"/>
        <w:gridCol w:w="4106"/>
        <w:gridCol w:w="1116"/>
        <w:gridCol w:w="1670"/>
      </w:tblGrid>
      <w:tr w:rsidR="00415640" w14:paraId="48829E60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F3D725" w14:textId="77777777" w:rsidR="00415640" w:rsidRDefault="007632F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4.5.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9167A0" w14:textId="77777777" w:rsidR="00415640" w:rsidRPr="004C7DBE" w:rsidRDefault="007632FC">
            <w:pPr>
              <w:autoSpaceDE w:val="0"/>
              <w:autoSpaceDN w:val="0"/>
              <w:spacing w:before="78" w:after="0" w:line="247" w:lineRule="auto"/>
              <w:ind w:left="72" w:right="202"/>
              <w:jc w:val="both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Фиксация ответа к задаче и его проверка (формулирование, проверка на достоверность, следование плану, соответствие поставленному вопросу).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416661" w14:textId="5C74ADA0" w:rsidR="00415640" w:rsidRPr="00683A53" w:rsidRDefault="00683A53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015775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84CA2A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4CA2F8" w14:textId="77777777" w:rsidR="00415640" w:rsidRDefault="00415640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14EBA5" w14:textId="77777777" w:rsidR="00415640" w:rsidRPr="004C7DBE" w:rsidRDefault="007632FC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Контроль и самоконтроль при решении задач. Анализ образцов записи решения задачи по действиям и с помощью числового выражения;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A0F3D5" w14:textId="77777777" w:rsidR="00415640" w:rsidRDefault="007632FC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B6F285" w14:textId="77777777" w:rsidR="00415640" w:rsidRDefault="007632FC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415640" w14:paraId="2BD7BFF1" w14:textId="77777777">
        <w:trPr>
          <w:trHeight w:hRule="exact" w:val="348"/>
        </w:trPr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029C58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34C325" w14:textId="4113450B" w:rsidR="00415640" w:rsidRPr="00683A53" w:rsidRDefault="007632FC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  <w:r w:rsidR="00683A5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</w:t>
            </w:r>
          </w:p>
        </w:tc>
        <w:tc>
          <w:tcPr>
            <w:tcW w:w="99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2F40DA" w14:textId="77777777" w:rsidR="00415640" w:rsidRDefault="00415640"/>
        </w:tc>
      </w:tr>
      <w:tr w:rsidR="00415640" w:rsidRPr="00A04C0C" w14:paraId="72B8C55F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EB44BD" w14:textId="77777777" w:rsidR="00415640" w:rsidRPr="004C7DBE" w:rsidRDefault="007632FC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Раздел 5.</w:t>
            </w: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Пространственные отношения и  геометрические фигуры</w:t>
            </w:r>
          </w:p>
        </w:tc>
      </w:tr>
      <w:tr w:rsidR="00415640" w14:paraId="3B21634B" w14:textId="77777777">
        <w:trPr>
          <w:trHeight w:hRule="exact" w:val="926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78CEFD" w14:textId="77777777" w:rsidR="00415640" w:rsidRDefault="007632FC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5.1.</w:t>
            </w:r>
          </w:p>
        </w:tc>
        <w:tc>
          <w:tcPr>
            <w:tcW w:w="456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A994F3" w14:textId="77777777" w:rsidR="00415640" w:rsidRPr="004C7DBE" w:rsidRDefault="007632FC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Распознавание и изображение геометрических фигур: точка, прямая, прямой угол, ломаная, многоугольник.</w:t>
            </w:r>
          </w:p>
        </w:tc>
        <w:tc>
          <w:tcPr>
            <w:tcW w:w="5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C434B2" w14:textId="6A44D7C3" w:rsidR="00415640" w:rsidRPr="003D3D1A" w:rsidRDefault="003D3D1A">
            <w:pPr>
              <w:autoSpaceDE w:val="0"/>
              <w:autoSpaceDN w:val="0"/>
              <w:spacing w:before="76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268BC6" w14:textId="77777777" w:rsidR="00415640" w:rsidRDefault="007632FC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CCEF1E" w14:textId="77777777" w:rsidR="00415640" w:rsidRDefault="007632FC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FE109E" w14:textId="77777777" w:rsidR="00415640" w:rsidRDefault="00415640"/>
        </w:tc>
        <w:tc>
          <w:tcPr>
            <w:tcW w:w="41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D03225" w14:textId="77777777" w:rsidR="00415640" w:rsidRPr="004C7DBE" w:rsidRDefault="007632FC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Игровые упражнения: «Опиши фигуру», «Нарисуй фигуру по инструкции», «Найди модели фигур в окружающем» и т.п.;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20B0D9" w14:textId="77777777" w:rsidR="00415640" w:rsidRDefault="007632FC">
            <w:pPr>
              <w:autoSpaceDE w:val="0"/>
              <w:autoSpaceDN w:val="0"/>
              <w:spacing w:before="76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2D54F7" w14:textId="77777777" w:rsidR="00415640" w:rsidRDefault="007632FC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415640" w14:paraId="1A5684E3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EB0CBD" w14:textId="77777777" w:rsidR="00415640" w:rsidRDefault="007632F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5.2.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5475FD" w14:textId="77777777" w:rsidR="00415640" w:rsidRPr="004C7DBE" w:rsidRDefault="007632FC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Построение отрезка заданной длины с помощью линейки.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3F681E" w14:textId="6946FFCE" w:rsidR="00415640" w:rsidRPr="003D3D1A" w:rsidRDefault="003D3D1A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8A0E75" w14:textId="77777777" w:rsidR="00415640" w:rsidRDefault="007632F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5963E4" w14:textId="77777777" w:rsidR="00415640" w:rsidRDefault="007632F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59DCF3" w14:textId="77777777" w:rsidR="00415640" w:rsidRDefault="00415640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7E15D0" w14:textId="77777777" w:rsidR="00415640" w:rsidRPr="004C7DBE" w:rsidRDefault="007632FC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Измерение расстояний с использованием заданных или самостоятельно выбранных единиц;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17CDF7" w14:textId="77777777" w:rsidR="00415640" w:rsidRDefault="007632FC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454AE2" w14:textId="77777777" w:rsidR="00415640" w:rsidRDefault="007632FC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415640" w14:paraId="71806B0D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34C891" w14:textId="77777777" w:rsidR="00415640" w:rsidRDefault="007632F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5.3.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FF1CD1" w14:textId="77777777" w:rsidR="00415640" w:rsidRPr="004C7DBE" w:rsidRDefault="007632FC">
            <w:pPr>
              <w:autoSpaceDE w:val="0"/>
              <w:autoSpaceDN w:val="0"/>
              <w:spacing w:before="78" w:after="0" w:line="247" w:lineRule="auto"/>
              <w:ind w:left="72" w:right="432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Изображение на клетчатой бумаге прямоугольника с заданными длинами сторон, квадрата с заданной длиной стороны.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017C55" w14:textId="4DD23111" w:rsidR="00415640" w:rsidRPr="003D3D1A" w:rsidRDefault="003D3D1A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0B8CD8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26E448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105F44" w14:textId="77777777" w:rsidR="00415640" w:rsidRDefault="00415640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23B97C" w14:textId="77777777" w:rsidR="00415640" w:rsidRPr="004C7DBE" w:rsidRDefault="007632FC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Построение и обозначение прямоугольника с заданными длинами сторон на клетчатой бумаге;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8FC35C" w14:textId="77777777" w:rsidR="00415640" w:rsidRDefault="007632FC">
            <w:pPr>
              <w:autoSpaceDE w:val="0"/>
              <w:autoSpaceDN w:val="0"/>
              <w:spacing w:before="78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4656E5" w14:textId="77777777" w:rsidR="00415640" w:rsidRDefault="007632FC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415640" w14:paraId="2AC9EED2" w14:textId="77777777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97C616" w14:textId="77777777" w:rsidR="00415640" w:rsidRDefault="007632F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5.4.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971747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Длина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ломаной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64DE1A" w14:textId="120A1A97" w:rsidR="00415640" w:rsidRPr="003D3D1A" w:rsidRDefault="003D3D1A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A96714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E47016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ACE5B8" w14:textId="77777777" w:rsidR="00415640" w:rsidRDefault="00415640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F582A2" w14:textId="77777777" w:rsidR="00415640" w:rsidRPr="004C7DBE" w:rsidRDefault="007632FC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Измерение расстояний с использованием заданных или самостоятельно выбранных единиц;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A162F0" w14:textId="77777777" w:rsidR="00415640" w:rsidRDefault="007632FC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5D3BC0" w14:textId="77777777" w:rsidR="00415640" w:rsidRDefault="007632FC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415640" w14:paraId="62F9312A" w14:textId="77777777">
        <w:trPr>
          <w:trHeight w:hRule="exact" w:val="924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DBBF5D" w14:textId="77777777" w:rsidR="00415640" w:rsidRDefault="007632FC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5.5.</w:t>
            </w:r>
          </w:p>
        </w:tc>
        <w:tc>
          <w:tcPr>
            <w:tcW w:w="456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491ACA" w14:textId="77777777" w:rsidR="00415640" w:rsidRPr="004C7DBE" w:rsidRDefault="007632FC">
            <w:pPr>
              <w:autoSpaceDE w:val="0"/>
              <w:autoSpaceDN w:val="0"/>
              <w:spacing w:before="74" w:after="0" w:line="250" w:lineRule="auto"/>
              <w:ind w:left="72" w:right="144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Измерение периметра данного/ изображённого </w:t>
            </w:r>
            <w:r w:rsidRPr="004C7DBE">
              <w:rPr>
                <w:lang w:val="ru-RU"/>
              </w:rPr>
              <w:br/>
            </w: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прямоугольника (квадрата), запись результата измерения в сантиметрах.</w:t>
            </w:r>
          </w:p>
        </w:tc>
        <w:tc>
          <w:tcPr>
            <w:tcW w:w="5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95A694" w14:textId="3D0B5F95" w:rsidR="00415640" w:rsidRPr="003D3D1A" w:rsidRDefault="003D3D1A">
            <w:pPr>
              <w:autoSpaceDE w:val="0"/>
              <w:autoSpaceDN w:val="0"/>
              <w:spacing w:before="74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244486" w14:textId="77777777" w:rsidR="00415640" w:rsidRDefault="007632FC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658A78" w14:textId="77777777" w:rsidR="00415640" w:rsidRDefault="007632FC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7DE381" w14:textId="77777777" w:rsidR="00415640" w:rsidRDefault="00415640"/>
        </w:tc>
        <w:tc>
          <w:tcPr>
            <w:tcW w:w="41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8D9165" w14:textId="77777777" w:rsidR="00415640" w:rsidRPr="004C7DBE" w:rsidRDefault="007632FC">
            <w:pPr>
              <w:autoSpaceDE w:val="0"/>
              <w:autoSpaceDN w:val="0"/>
              <w:spacing w:before="74" w:after="0" w:line="250" w:lineRule="auto"/>
              <w:ind w:left="72" w:right="576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Нахождение периметра прямоугольника, квадрата, составление числового равенства при вычислении периметра прямоугольника;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0FBF1C" w14:textId="77777777" w:rsidR="00415640" w:rsidRDefault="007632FC">
            <w:pPr>
              <w:autoSpaceDE w:val="0"/>
              <w:autoSpaceDN w:val="0"/>
              <w:spacing w:before="74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2372D5" w14:textId="77777777" w:rsidR="00415640" w:rsidRDefault="007632FC">
            <w:pPr>
              <w:autoSpaceDE w:val="0"/>
              <w:autoSpaceDN w:val="0"/>
              <w:spacing w:before="74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415640" w14:paraId="65ADAEBF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E005A8" w14:textId="77777777" w:rsidR="00415640" w:rsidRDefault="007632F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5.6.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45B901" w14:textId="77777777" w:rsidR="00415640" w:rsidRPr="004C7DBE" w:rsidRDefault="007632FC">
            <w:pPr>
              <w:autoSpaceDE w:val="0"/>
              <w:autoSpaceDN w:val="0"/>
              <w:spacing w:before="76" w:after="0" w:line="245" w:lineRule="auto"/>
              <w:ind w:right="864"/>
              <w:jc w:val="center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Точка, конец отрезка, вершина многоугольника. Обозначение точки буквой латинского алфавита.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D70CF7" w14:textId="634AB0AE" w:rsidR="00415640" w:rsidRPr="003D3D1A" w:rsidRDefault="003D3D1A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194303" w14:textId="77777777" w:rsidR="00415640" w:rsidRDefault="007632F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2C976B" w14:textId="77777777" w:rsidR="00415640" w:rsidRDefault="007632F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B9A8BA" w14:textId="77777777" w:rsidR="00415640" w:rsidRDefault="00415640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8AE501" w14:textId="77777777" w:rsidR="00415640" w:rsidRDefault="007632FC">
            <w:pPr>
              <w:autoSpaceDE w:val="0"/>
              <w:autoSpaceDN w:val="0"/>
              <w:spacing w:before="76" w:after="0" w:line="250" w:lineRule="auto"/>
              <w:ind w:left="72" w:right="432"/>
            </w:pP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диалог: расстояние как длина отрезка, </w:t>
            </w:r>
            <w:r w:rsidRPr="004C7DBE">
              <w:rPr>
                <w:lang w:val="ru-RU"/>
              </w:rPr>
              <w:br/>
            </w: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нахождение и прикидка расстояний.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Использование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различных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источников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информации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определении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размеров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протяжённостей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800D8A" w14:textId="77777777" w:rsidR="00415640" w:rsidRDefault="007632FC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942720" w14:textId="77777777" w:rsidR="00415640" w:rsidRDefault="007632FC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415640" w14:paraId="5DC0CCCE" w14:textId="77777777">
        <w:trPr>
          <w:trHeight w:hRule="exact" w:val="348"/>
        </w:trPr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15B119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37F283" w14:textId="295C88BE" w:rsidR="00415640" w:rsidRPr="003D3D1A" w:rsidRDefault="007632FC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  <w:r w:rsidR="003D3D1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6</w:t>
            </w:r>
          </w:p>
        </w:tc>
        <w:tc>
          <w:tcPr>
            <w:tcW w:w="99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5F4AAE" w14:textId="77777777" w:rsidR="00415640" w:rsidRDefault="00415640"/>
        </w:tc>
      </w:tr>
      <w:tr w:rsidR="00415640" w14:paraId="1DF8C6A9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7DD247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6.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Математическая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информация</w:t>
            </w:r>
            <w:proofErr w:type="spellEnd"/>
          </w:p>
        </w:tc>
      </w:tr>
      <w:tr w:rsidR="00415640" w14:paraId="25C06D47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EA0534" w14:textId="77777777" w:rsidR="00415640" w:rsidRDefault="007632F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6.1.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D6847E" w14:textId="77777777" w:rsidR="00415640" w:rsidRPr="004C7DBE" w:rsidRDefault="007632FC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Нахождение, формулирование одного-двух общих признаков набора математических объектов: чисел, величин, </w:t>
            </w:r>
            <w:r w:rsidRPr="004C7DBE">
              <w:rPr>
                <w:lang w:val="ru-RU"/>
              </w:rPr>
              <w:br/>
            </w: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геометрических фигур.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A59F21" w14:textId="183F154F" w:rsidR="00415640" w:rsidRPr="00566774" w:rsidRDefault="00566774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D68828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325832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6E650F" w14:textId="77777777" w:rsidR="00415640" w:rsidRDefault="00415640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27C3B3" w14:textId="77777777" w:rsidR="00415640" w:rsidRPr="004C7DBE" w:rsidRDefault="007632FC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Наблюдение закономерности в составлении ряда чисел (величин, геометрических фигур), формулирование правила;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8B55EF" w14:textId="77777777" w:rsidR="00415640" w:rsidRDefault="007632FC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6C9C9A" w14:textId="77777777" w:rsidR="00415640" w:rsidRDefault="007632FC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415640" w14:paraId="29F923F1" w14:textId="77777777">
        <w:trPr>
          <w:trHeight w:hRule="exact" w:val="926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2D1282" w14:textId="77777777" w:rsidR="00415640" w:rsidRDefault="007632FC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6.2.</w:t>
            </w:r>
          </w:p>
        </w:tc>
        <w:tc>
          <w:tcPr>
            <w:tcW w:w="456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2BFDA2" w14:textId="77777777" w:rsidR="00415640" w:rsidRPr="004C7DBE" w:rsidRDefault="007632FC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Классификация объектов по заданному или самостоятельно установленному основанию.</w:t>
            </w:r>
          </w:p>
        </w:tc>
        <w:tc>
          <w:tcPr>
            <w:tcW w:w="5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AE2C16" w14:textId="603CDB1A" w:rsidR="00415640" w:rsidRPr="00566774" w:rsidRDefault="00566774">
            <w:pPr>
              <w:autoSpaceDE w:val="0"/>
              <w:autoSpaceDN w:val="0"/>
              <w:spacing w:before="76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DE01C4" w14:textId="77777777" w:rsidR="00415640" w:rsidRDefault="007632FC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F67167" w14:textId="77777777" w:rsidR="00415640" w:rsidRDefault="007632FC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6954E9" w14:textId="77777777" w:rsidR="00415640" w:rsidRDefault="00415640"/>
        </w:tc>
        <w:tc>
          <w:tcPr>
            <w:tcW w:w="41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EB35FA" w14:textId="77777777" w:rsidR="00415640" w:rsidRPr="004C7DBE" w:rsidRDefault="007632FC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диалог: установление последовательности </w:t>
            </w:r>
            <w:r w:rsidRPr="004C7DBE">
              <w:rPr>
                <w:lang w:val="ru-RU"/>
              </w:rPr>
              <w:br/>
            </w: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событий (действий) сюжета. Описание рисунка (схемы, модели) по заданному или самостоятельно составленному плану;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828EAB" w14:textId="77777777" w:rsidR="00415640" w:rsidRDefault="007632FC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A7D73E" w14:textId="77777777" w:rsidR="00415640" w:rsidRDefault="007632FC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415640" w14:paraId="6317B88A" w14:textId="77777777">
        <w:trPr>
          <w:trHeight w:hRule="exact" w:val="90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E49F4A" w14:textId="77777777" w:rsidR="00415640" w:rsidRDefault="007632F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6.3.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BFCE0F" w14:textId="77777777" w:rsidR="00415640" w:rsidRPr="004C7DBE" w:rsidRDefault="007632FC">
            <w:pPr>
              <w:autoSpaceDE w:val="0"/>
              <w:autoSpaceDN w:val="0"/>
              <w:spacing w:before="76" w:after="0" w:line="250" w:lineRule="auto"/>
              <w:ind w:left="72" w:right="576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Закономерность в  ряду чисел, геометрических фигур, объектов повседневной жизни: её  объяснение с </w:t>
            </w:r>
            <w:r w:rsidRPr="004C7DBE">
              <w:rPr>
                <w:lang w:val="ru-RU"/>
              </w:rPr>
              <w:br/>
            </w: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использованием математической терминологии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50F475" w14:textId="518D7AB4" w:rsidR="00415640" w:rsidRPr="00566774" w:rsidRDefault="00566774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BF12A2" w14:textId="77777777" w:rsidR="00415640" w:rsidRDefault="007632F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3A9A6F" w14:textId="77777777" w:rsidR="00415640" w:rsidRDefault="007632F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43560A" w14:textId="77777777" w:rsidR="00415640" w:rsidRDefault="00415640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487C93" w14:textId="77777777" w:rsidR="00415640" w:rsidRPr="004C7DBE" w:rsidRDefault="007632FC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Наблюдение закономерности в составлении ряда чисел (величин, геометрических фигур), формулирование правила;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DFDD0E" w14:textId="77777777" w:rsidR="00415640" w:rsidRDefault="007632FC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306822" w14:textId="77777777" w:rsidR="00415640" w:rsidRDefault="007632FC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</w:tbl>
    <w:p w14:paraId="200F7E52" w14:textId="77777777" w:rsidR="00415640" w:rsidRDefault="00415640">
      <w:pPr>
        <w:autoSpaceDE w:val="0"/>
        <w:autoSpaceDN w:val="0"/>
        <w:spacing w:after="0" w:line="14" w:lineRule="exact"/>
      </w:pPr>
    </w:p>
    <w:p w14:paraId="0D6DD0C1" w14:textId="77777777" w:rsidR="00415640" w:rsidRDefault="00415640">
      <w:pPr>
        <w:sectPr w:rsidR="00415640">
          <w:pgSz w:w="16840" w:h="11900"/>
          <w:pgMar w:top="284" w:right="640" w:bottom="3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48EE4219" w14:textId="77777777" w:rsidR="00415640" w:rsidRDefault="00415640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562"/>
        <w:gridCol w:w="530"/>
        <w:gridCol w:w="1104"/>
        <w:gridCol w:w="1140"/>
        <w:gridCol w:w="806"/>
        <w:gridCol w:w="4106"/>
        <w:gridCol w:w="1116"/>
        <w:gridCol w:w="1670"/>
      </w:tblGrid>
      <w:tr w:rsidR="00415640" w14:paraId="62B40549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6A8595" w14:textId="77777777" w:rsidR="00415640" w:rsidRDefault="007632F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6.4.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93906D" w14:textId="77777777" w:rsidR="00415640" w:rsidRPr="004C7DBE" w:rsidRDefault="007632FC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Верные (истинные) и  неверные (ложные) утверждения, содержащие количественные, пространственные отношения, зависимости между числами/величинами.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1883A2" w14:textId="65E03941" w:rsidR="00415640" w:rsidRPr="00566774" w:rsidRDefault="00566774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7EB61E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1D75B0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38C425" w14:textId="77777777" w:rsidR="00415640" w:rsidRDefault="00415640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C985CD" w14:textId="77777777" w:rsidR="00415640" w:rsidRPr="004C7DBE" w:rsidRDefault="007632FC">
            <w:pPr>
              <w:autoSpaceDE w:val="0"/>
              <w:autoSpaceDN w:val="0"/>
              <w:spacing w:before="78" w:after="0" w:line="247" w:lineRule="auto"/>
              <w:ind w:left="72" w:right="344"/>
              <w:jc w:val="both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Распознавание в окружающем мире ситуаций, которые целесообразно сформулировать на языке математики и решить математическими средствами;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1ED275" w14:textId="77777777" w:rsidR="00415640" w:rsidRDefault="007632FC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7C82D6" w14:textId="77777777" w:rsidR="00415640" w:rsidRDefault="007632FC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415640" w14:paraId="32D921AC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3BAE8B" w14:textId="77777777" w:rsidR="00415640" w:rsidRDefault="007632F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6.5.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A3C8FD" w14:textId="77777777" w:rsidR="00415640" w:rsidRPr="004C7DBE" w:rsidRDefault="007632FC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Конструирование утверждений с использованием </w:t>
            </w:r>
            <w:proofErr w:type="spellStart"/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слов«каждый</w:t>
            </w:r>
            <w:proofErr w:type="spellEnd"/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», «все».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62581E" w14:textId="5EE9A141" w:rsidR="00415640" w:rsidRPr="00566774" w:rsidRDefault="00566774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DB584D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D78746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6D414D" w14:textId="77777777" w:rsidR="00415640" w:rsidRDefault="00415640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6EFBA4" w14:textId="77777777" w:rsidR="00415640" w:rsidRPr="004C7DBE" w:rsidRDefault="007632FC">
            <w:pPr>
              <w:autoSpaceDE w:val="0"/>
              <w:autoSpaceDN w:val="0"/>
              <w:spacing w:before="78" w:after="0" w:line="250" w:lineRule="auto"/>
              <w:ind w:left="72" w:right="432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Оформление математической записи. Использование математической терминологии для формулирования вопросов, заданий, при построении предположений, проверке гипотез;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B8A629" w14:textId="77777777" w:rsidR="00415640" w:rsidRDefault="007632FC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CB35BA" w14:textId="77777777" w:rsidR="00415640" w:rsidRDefault="007632FC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415640" w14:paraId="13810AC9" w14:textId="77777777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ED9C20" w14:textId="77777777" w:rsidR="00415640" w:rsidRDefault="007632F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6.6.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8B4CE6" w14:textId="77777777" w:rsidR="00415640" w:rsidRPr="004C7DBE" w:rsidRDefault="007632FC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Работа с таблицами: извлечение и использование для  ответа на вопрос информации, представленной в таблице (таблицы сложения, умножения; график дежурств, наблюдения в природе и пр.); внесение данных в таблицу.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11BBCA" w14:textId="6EDB22DC" w:rsidR="00415640" w:rsidRPr="00566774" w:rsidRDefault="00566774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5E22FA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70AE8E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E56057" w14:textId="77777777" w:rsidR="00415640" w:rsidRDefault="00415640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ADD2E2" w14:textId="77777777" w:rsidR="00415640" w:rsidRPr="004C7DBE" w:rsidRDefault="007632FC">
            <w:pPr>
              <w:autoSpaceDE w:val="0"/>
              <w:autoSpaceDN w:val="0"/>
              <w:spacing w:before="78" w:after="0" w:line="250" w:lineRule="auto"/>
              <w:ind w:left="72" w:right="432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с информацией: чтение таблицы (расписание, график работы, схему), нахождение информации, удовлетворяющей заданному условию задачи.</w:t>
            </w:r>
          </w:p>
          <w:p w14:paraId="6A7FE371" w14:textId="77777777" w:rsidR="00415640" w:rsidRDefault="007632FC">
            <w:pPr>
              <w:autoSpaceDE w:val="0"/>
              <w:autoSpaceDN w:val="0"/>
              <w:spacing w:before="18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Составление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вопросов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таблице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4560DC" w14:textId="77777777" w:rsidR="00415640" w:rsidRDefault="007632FC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A1A699" w14:textId="77777777" w:rsidR="00415640" w:rsidRDefault="007632FC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415640" w14:paraId="39A95510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877445" w14:textId="77777777" w:rsidR="00415640" w:rsidRDefault="007632F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6.7.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845E32" w14:textId="77777777" w:rsidR="00415640" w:rsidRPr="004C7DBE" w:rsidRDefault="007632FC">
            <w:pPr>
              <w:autoSpaceDE w:val="0"/>
              <w:autoSpaceDN w:val="0"/>
              <w:spacing w:before="76" w:after="0" w:line="245" w:lineRule="auto"/>
              <w:ind w:left="72" w:right="720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Дополнение моделей (схем, изображений) готовыми числовыми данными.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1E89EA" w14:textId="7B5B02C9" w:rsidR="00415640" w:rsidRPr="00566774" w:rsidRDefault="00566774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9DC979" w14:textId="77777777" w:rsidR="00415640" w:rsidRDefault="007632F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46FD5A" w14:textId="77777777" w:rsidR="00415640" w:rsidRDefault="007632F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7229BB" w14:textId="77777777" w:rsidR="00415640" w:rsidRDefault="00415640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B7C214" w14:textId="77777777" w:rsidR="00415640" w:rsidRPr="004C7DBE" w:rsidRDefault="007632FC">
            <w:pPr>
              <w:autoSpaceDE w:val="0"/>
              <w:autoSpaceDN w:val="0"/>
              <w:spacing w:before="76" w:after="0" w:line="250" w:lineRule="auto"/>
              <w:ind w:left="72" w:right="432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с информацией: чтение таблицы (расписание, график работы, схему), нахождение информации, удовлетворяющей заданному условию задачи.</w:t>
            </w:r>
          </w:p>
          <w:p w14:paraId="229D3642" w14:textId="77777777" w:rsidR="00415640" w:rsidRDefault="007632FC">
            <w:pPr>
              <w:autoSpaceDE w:val="0"/>
              <w:autoSpaceDN w:val="0"/>
              <w:spacing w:before="18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Составление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вопросов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таблице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375646" w14:textId="77777777" w:rsidR="00415640" w:rsidRDefault="007632FC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F57C2B" w14:textId="77777777" w:rsidR="00415640" w:rsidRDefault="007632FC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415640" w14:paraId="6007593D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311FAE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6.8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991A05" w14:textId="77777777" w:rsidR="00415640" w:rsidRPr="004C7DBE" w:rsidRDefault="007632FC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Правило составления ряда чисел, величин, геометрических фигур (формулирование правила, проверка правила, </w:t>
            </w:r>
            <w:r w:rsidRPr="004C7DBE">
              <w:rPr>
                <w:lang w:val="ru-RU"/>
              </w:rPr>
              <w:br/>
            </w: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дополнение ряда).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881A6A" w14:textId="68F4D547" w:rsidR="00415640" w:rsidRPr="00566774" w:rsidRDefault="00566774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6A443A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C83850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254DB2" w14:textId="77777777" w:rsidR="00415640" w:rsidRDefault="00415640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229097" w14:textId="77777777" w:rsidR="00415640" w:rsidRPr="004C7DBE" w:rsidRDefault="007632FC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с информацией: анализ информации, представ-ленной на рисунке и в тексте задания;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11AC20" w14:textId="77777777" w:rsidR="00415640" w:rsidRDefault="007632FC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051519" w14:textId="77777777" w:rsidR="00415640" w:rsidRDefault="007632FC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415640" w14:paraId="2BB5E5A9" w14:textId="77777777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F76E5A" w14:textId="77777777" w:rsidR="00415640" w:rsidRDefault="007632F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6.9.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512977" w14:textId="77777777" w:rsidR="00415640" w:rsidRPr="004C7DBE" w:rsidRDefault="007632FC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Алгоритмы (приёмы, правила) устных и письменных </w:t>
            </w:r>
            <w:r w:rsidRPr="004C7DBE">
              <w:rPr>
                <w:lang w:val="ru-RU"/>
              </w:rPr>
              <w:br/>
            </w: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вычислений, измерений и построения геометрических фигур.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B0B1F8" w14:textId="06699F7D" w:rsidR="00415640" w:rsidRPr="00566774" w:rsidRDefault="00566774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A834C3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FCE320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A204A2" w14:textId="77777777" w:rsidR="00415640" w:rsidRDefault="00415640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98BC07" w14:textId="77777777" w:rsidR="00415640" w:rsidRPr="004C7DBE" w:rsidRDefault="007632FC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с информацией: анализ информации, представ-ленной на рисунке и в тексте задания;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723813" w14:textId="77777777" w:rsidR="00415640" w:rsidRDefault="007632FC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DE2171" w14:textId="77777777" w:rsidR="00415640" w:rsidRDefault="007632FC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415640" w14:paraId="7E1049A5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3856BD" w14:textId="77777777" w:rsidR="00415640" w:rsidRDefault="007632F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6.10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648267" w14:textId="77777777" w:rsidR="00415640" w:rsidRPr="004C7DBE" w:rsidRDefault="007632FC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Правила работы с электронными средствами обучения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EB7911" w14:textId="456F556E" w:rsidR="00415640" w:rsidRPr="00566774" w:rsidRDefault="00566774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905E3C" w14:textId="77777777" w:rsidR="00415640" w:rsidRDefault="007632F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7C1491" w14:textId="77777777" w:rsidR="00415640" w:rsidRDefault="007632F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2DC063" w14:textId="77777777" w:rsidR="00415640" w:rsidRDefault="00415640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3A7B44" w14:textId="77777777" w:rsidR="00415640" w:rsidRPr="004C7DBE" w:rsidRDefault="007632FC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Обсуждение правил работы с электронными средствами обучения;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97CFB8" w14:textId="77777777" w:rsidR="00415640" w:rsidRDefault="007632FC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08B4E4" w14:textId="77777777" w:rsidR="00415640" w:rsidRDefault="007632FC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415640" w14:paraId="609A448A" w14:textId="77777777">
        <w:trPr>
          <w:trHeight w:hRule="exact" w:val="348"/>
        </w:trPr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E62F55" w14:textId="77777777" w:rsidR="00415640" w:rsidRDefault="007632FC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: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B2BB68" w14:textId="6E51C286" w:rsidR="00415640" w:rsidRDefault="0056677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  <w:r w:rsidR="007632FC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99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CC2AFF" w14:textId="77777777" w:rsidR="00415640" w:rsidRDefault="00415640"/>
        </w:tc>
      </w:tr>
      <w:tr w:rsidR="00415640" w14:paraId="40E43FAB" w14:textId="77777777">
        <w:trPr>
          <w:trHeight w:hRule="exact" w:val="348"/>
        </w:trPr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443C0D" w14:textId="77777777" w:rsidR="00415640" w:rsidRDefault="007632FC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Резервное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время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C070FF" w14:textId="56B0F2F5" w:rsidR="00415640" w:rsidRPr="00073A34" w:rsidRDefault="00073A34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8</w:t>
            </w:r>
          </w:p>
        </w:tc>
        <w:tc>
          <w:tcPr>
            <w:tcW w:w="99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BBE245" w14:textId="77777777" w:rsidR="00415640" w:rsidRDefault="00415640"/>
        </w:tc>
      </w:tr>
      <w:tr w:rsidR="00415640" w14:paraId="2B5A41BC" w14:textId="77777777">
        <w:trPr>
          <w:trHeight w:hRule="exact" w:val="328"/>
        </w:trPr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6B4B5B" w14:textId="77777777" w:rsidR="00415640" w:rsidRPr="004C7DBE" w:rsidRDefault="007632FC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4C7DB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36996F" w14:textId="0A7B2516" w:rsidR="00415640" w:rsidRPr="00073A34" w:rsidRDefault="007632FC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  <w:r w:rsidR="00073A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A8F3B8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9A9CC2" w14:textId="77777777" w:rsidR="00415640" w:rsidRDefault="007632F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76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7C79D1" w14:textId="77777777" w:rsidR="00415640" w:rsidRDefault="00415640"/>
        </w:tc>
      </w:tr>
    </w:tbl>
    <w:p w14:paraId="4098980C" w14:textId="77777777" w:rsidR="00415640" w:rsidRDefault="00415640">
      <w:pPr>
        <w:autoSpaceDE w:val="0"/>
        <w:autoSpaceDN w:val="0"/>
        <w:spacing w:after="0" w:line="14" w:lineRule="exact"/>
      </w:pPr>
    </w:p>
    <w:p w14:paraId="390DDA87" w14:textId="77777777" w:rsidR="00415640" w:rsidRDefault="00415640">
      <w:pPr>
        <w:sectPr w:rsidR="00415640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63854289" w14:textId="77777777" w:rsidR="00415640" w:rsidRDefault="00415640">
      <w:pPr>
        <w:autoSpaceDE w:val="0"/>
        <w:autoSpaceDN w:val="0"/>
        <w:spacing w:after="78" w:line="220" w:lineRule="exact"/>
      </w:pPr>
    </w:p>
    <w:p w14:paraId="637E2012" w14:textId="77777777" w:rsidR="00415640" w:rsidRDefault="00415640">
      <w:pPr>
        <w:autoSpaceDE w:val="0"/>
        <w:autoSpaceDN w:val="0"/>
        <w:spacing w:after="78" w:line="220" w:lineRule="exact"/>
      </w:pPr>
    </w:p>
    <w:p w14:paraId="78A1372A" w14:textId="77777777" w:rsidR="00415640" w:rsidRPr="00D93A17" w:rsidRDefault="007632FC">
      <w:pPr>
        <w:autoSpaceDE w:val="0"/>
        <w:autoSpaceDN w:val="0"/>
        <w:spacing w:after="0" w:line="230" w:lineRule="auto"/>
        <w:rPr>
          <w:lang w:val="ru-RU"/>
        </w:rPr>
      </w:pPr>
      <w:r w:rsidRPr="00D93A1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УЧЕБНО-МЕТОДИЧЕСКОЕ ОБЕСПЕЧЕНИЕ ОБРАЗОВАТЕЛЬНОГО ПРОЦЕССА </w:t>
      </w:r>
    </w:p>
    <w:p w14:paraId="5BCE4449" w14:textId="77777777" w:rsidR="00415640" w:rsidRPr="00D93A17" w:rsidRDefault="007632FC">
      <w:pPr>
        <w:autoSpaceDE w:val="0"/>
        <w:autoSpaceDN w:val="0"/>
        <w:spacing w:before="346" w:after="0" w:line="230" w:lineRule="auto"/>
        <w:rPr>
          <w:lang w:val="ru-RU"/>
        </w:rPr>
      </w:pPr>
      <w:r w:rsidRPr="00D93A17">
        <w:rPr>
          <w:rFonts w:ascii="Times New Roman" w:eastAsia="Times New Roman" w:hAnsi="Times New Roman"/>
          <w:b/>
          <w:color w:val="000000"/>
          <w:sz w:val="24"/>
          <w:lang w:val="ru-RU"/>
        </w:rPr>
        <w:t>ОБЯЗАТЕЛЬНЫЕ УЧЕБНЫЕ МАТЕРИАЛЫ ДЛЯ УЧЕНИКА</w:t>
      </w:r>
    </w:p>
    <w:p w14:paraId="131E9271" w14:textId="77777777" w:rsidR="00415640" w:rsidRPr="00EA5D25" w:rsidRDefault="007632FC">
      <w:pPr>
        <w:autoSpaceDE w:val="0"/>
        <w:autoSpaceDN w:val="0"/>
        <w:spacing w:before="166" w:after="0"/>
        <w:ind w:right="288"/>
        <w:rPr>
          <w:lang w:val="ru-RU"/>
        </w:rPr>
      </w:pPr>
      <w:r w:rsidRPr="00EA5D25">
        <w:rPr>
          <w:rFonts w:ascii="Times New Roman" w:eastAsia="Times New Roman" w:hAnsi="Times New Roman"/>
          <w:color w:val="000000"/>
          <w:sz w:val="24"/>
          <w:lang w:val="ru-RU"/>
        </w:rPr>
        <w:t>Математика (в 2 частях), 2 класс /</w:t>
      </w:r>
      <w:proofErr w:type="spellStart"/>
      <w:r w:rsidRPr="00EA5D25">
        <w:rPr>
          <w:rFonts w:ascii="Times New Roman" w:eastAsia="Times New Roman" w:hAnsi="Times New Roman"/>
          <w:color w:val="000000"/>
          <w:sz w:val="24"/>
          <w:lang w:val="ru-RU"/>
        </w:rPr>
        <w:t>Рудницкая</w:t>
      </w:r>
      <w:proofErr w:type="spellEnd"/>
      <w:r w:rsidRPr="00EA5D25">
        <w:rPr>
          <w:rFonts w:ascii="Times New Roman" w:eastAsia="Times New Roman" w:hAnsi="Times New Roman"/>
          <w:color w:val="000000"/>
          <w:sz w:val="24"/>
          <w:lang w:val="ru-RU"/>
        </w:rPr>
        <w:t xml:space="preserve"> В.Н., </w:t>
      </w:r>
      <w:proofErr w:type="spellStart"/>
      <w:r w:rsidRPr="00EA5D25">
        <w:rPr>
          <w:rFonts w:ascii="Times New Roman" w:eastAsia="Times New Roman" w:hAnsi="Times New Roman"/>
          <w:color w:val="000000"/>
          <w:sz w:val="24"/>
          <w:lang w:val="ru-RU"/>
        </w:rPr>
        <w:t>Юдачёва</w:t>
      </w:r>
      <w:proofErr w:type="spellEnd"/>
      <w:r w:rsidRPr="00EA5D25">
        <w:rPr>
          <w:rFonts w:ascii="Times New Roman" w:eastAsia="Times New Roman" w:hAnsi="Times New Roman"/>
          <w:color w:val="000000"/>
          <w:sz w:val="24"/>
          <w:lang w:val="ru-RU"/>
        </w:rPr>
        <w:t xml:space="preserve"> Т.В., Общество с ограниченной ответственностью «Издательский центр ВЕНТАНА-ГРАФ»; Акционерное общество «Издательство Просвещение»; </w:t>
      </w:r>
      <w:r w:rsidRPr="00EA5D25">
        <w:rPr>
          <w:lang w:val="ru-RU"/>
        </w:rPr>
        <w:br/>
      </w:r>
      <w:r w:rsidRPr="00EA5D25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14:paraId="16E4BE70" w14:textId="77777777" w:rsidR="00415640" w:rsidRPr="00EA5D25" w:rsidRDefault="007632FC">
      <w:pPr>
        <w:autoSpaceDE w:val="0"/>
        <w:autoSpaceDN w:val="0"/>
        <w:spacing w:before="262" w:after="0" w:line="230" w:lineRule="auto"/>
        <w:rPr>
          <w:lang w:val="ru-RU"/>
        </w:rPr>
      </w:pPr>
      <w:r w:rsidRPr="00EA5D25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14:paraId="606A89CE" w14:textId="77777777" w:rsidR="00415640" w:rsidRPr="00EA5D25" w:rsidRDefault="007632FC">
      <w:pPr>
        <w:autoSpaceDE w:val="0"/>
        <w:autoSpaceDN w:val="0"/>
        <w:spacing w:before="166" w:after="0" w:line="262" w:lineRule="auto"/>
        <w:rPr>
          <w:lang w:val="ru-RU"/>
        </w:rPr>
      </w:pPr>
      <w:r w:rsidRPr="00EA5D25">
        <w:rPr>
          <w:rFonts w:ascii="Times New Roman" w:eastAsia="Times New Roman" w:hAnsi="Times New Roman"/>
          <w:color w:val="000000"/>
          <w:sz w:val="24"/>
          <w:lang w:val="ru-RU"/>
        </w:rPr>
        <w:t xml:space="preserve">Математика : 2 класс : методическое пособие / В.Н. </w:t>
      </w:r>
      <w:proofErr w:type="spellStart"/>
      <w:r w:rsidRPr="00EA5D25">
        <w:rPr>
          <w:rFonts w:ascii="Times New Roman" w:eastAsia="Times New Roman" w:hAnsi="Times New Roman"/>
          <w:color w:val="000000"/>
          <w:sz w:val="24"/>
          <w:lang w:val="ru-RU"/>
        </w:rPr>
        <w:t>Рудницкая</w:t>
      </w:r>
      <w:proofErr w:type="spellEnd"/>
      <w:r w:rsidRPr="00EA5D25">
        <w:rPr>
          <w:rFonts w:ascii="Times New Roman" w:eastAsia="Times New Roman" w:hAnsi="Times New Roman"/>
          <w:color w:val="000000"/>
          <w:sz w:val="24"/>
          <w:lang w:val="ru-RU"/>
        </w:rPr>
        <w:t xml:space="preserve">, Т.В. </w:t>
      </w:r>
      <w:proofErr w:type="spellStart"/>
      <w:r w:rsidRPr="00EA5D25">
        <w:rPr>
          <w:rFonts w:ascii="Times New Roman" w:eastAsia="Times New Roman" w:hAnsi="Times New Roman"/>
          <w:color w:val="000000"/>
          <w:sz w:val="24"/>
          <w:lang w:val="ru-RU"/>
        </w:rPr>
        <w:t>Юдачёва</w:t>
      </w:r>
      <w:proofErr w:type="spellEnd"/>
      <w:r w:rsidRPr="00EA5D25">
        <w:rPr>
          <w:rFonts w:ascii="Times New Roman" w:eastAsia="Times New Roman" w:hAnsi="Times New Roman"/>
          <w:color w:val="000000"/>
          <w:sz w:val="24"/>
          <w:lang w:val="ru-RU"/>
        </w:rPr>
        <w:t xml:space="preserve">. — 4-е изд., </w:t>
      </w:r>
      <w:proofErr w:type="spellStart"/>
      <w:r w:rsidRPr="00EA5D25">
        <w:rPr>
          <w:rFonts w:ascii="Times New Roman" w:eastAsia="Times New Roman" w:hAnsi="Times New Roman"/>
          <w:color w:val="000000"/>
          <w:sz w:val="24"/>
          <w:lang w:val="ru-RU"/>
        </w:rPr>
        <w:t>перераб</w:t>
      </w:r>
      <w:proofErr w:type="spellEnd"/>
      <w:r w:rsidRPr="00EA5D25">
        <w:rPr>
          <w:rFonts w:ascii="Times New Roman" w:eastAsia="Times New Roman" w:hAnsi="Times New Roman"/>
          <w:color w:val="000000"/>
          <w:sz w:val="24"/>
          <w:lang w:val="ru-RU"/>
        </w:rPr>
        <w:t xml:space="preserve">. —М. : </w:t>
      </w:r>
      <w:proofErr w:type="spellStart"/>
      <w:r w:rsidRPr="00EA5D25">
        <w:rPr>
          <w:rFonts w:ascii="Times New Roman" w:eastAsia="Times New Roman" w:hAnsi="Times New Roman"/>
          <w:color w:val="000000"/>
          <w:sz w:val="24"/>
          <w:lang w:val="ru-RU"/>
        </w:rPr>
        <w:t>Вентана</w:t>
      </w:r>
      <w:proofErr w:type="spellEnd"/>
      <w:r w:rsidRPr="00EA5D25">
        <w:rPr>
          <w:rFonts w:ascii="Times New Roman" w:eastAsia="Times New Roman" w:hAnsi="Times New Roman"/>
          <w:color w:val="000000"/>
          <w:sz w:val="24"/>
          <w:lang w:val="ru-RU"/>
        </w:rPr>
        <w:t>-Граф, 2019.</w:t>
      </w:r>
    </w:p>
    <w:p w14:paraId="723589BC" w14:textId="77777777" w:rsidR="00415640" w:rsidRPr="00EA5D25" w:rsidRDefault="007632FC">
      <w:pPr>
        <w:autoSpaceDE w:val="0"/>
        <w:autoSpaceDN w:val="0"/>
        <w:spacing w:before="264" w:after="0" w:line="230" w:lineRule="auto"/>
        <w:rPr>
          <w:lang w:val="ru-RU"/>
        </w:rPr>
      </w:pPr>
      <w:r w:rsidRPr="00EA5D25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14:paraId="0AF1F2B4" w14:textId="77777777" w:rsidR="00415640" w:rsidRPr="00EA5D25" w:rsidRDefault="007632FC">
      <w:pPr>
        <w:autoSpaceDE w:val="0"/>
        <w:autoSpaceDN w:val="0"/>
        <w:spacing w:before="166" w:after="0" w:line="271" w:lineRule="auto"/>
        <w:ind w:right="7488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EA5D2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school</w:t>
      </w:r>
      <w:r w:rsidRPr="00EA5D25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collection</w:t>
      </w:r>
      <w:r w:rsidRPr="00EA5D2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EA5D2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A5D25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EA5D25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EA5D2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resh</w:t>
      </w:r>
      <w:proofErr w:type="spellEnd"/>
      <w:r w:rsidRPr="00EA5D2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EA5D2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A5D25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EA5D25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EA5D2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uchebnik</w:t>
      </w:r>
      <w:proofErr w:type="spellEnd"/>
      <w:r w:rsidRPr="00EA5D2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mos</w:t>
      </w:r>
      <w:proofErr w:type="spellEnd"/>
      <w:r w:rsidRPr="00EA5D2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EA5D25">
        <w:rPr>
          <w:rFonts w:ascii="Times New Roman" w:eastAsia="Times New Roman" w:hAnsi="Times New Roman"/>
          <w:color w:val="000000"/>
          <w:sz w:val="24"/>
          <w:lang w:val="ru-RU"/>
        </w:rPr>
        <w:t>/</w:t>
      </w:r>
    </w:p>
    <w:p w14:paraId="7EF88B2D" w14:textId="77777777" w:rsidR="00415640" w:rsidRPr="00EA5D25" w:rsidRDefault="00415640">
      <w:pPr>
        <w:rPr>
          <w:lang w:val="ru-RU"/>
        </w:rPr>
        <w:sectPr w:rsidR="00415640" w:rsidRPr="00EA5D25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2000287F" w14:textId="77777777" w:rsidR="00415640" w:rsidRPr="00EA5D25" w:rsidRDefault="00415640">
      <w:pPr>
        <w:autoSpaceDE w:val="0"/>
        <w:autoSpaceDN w:val="0"/>
        <w:spacing w:after="78" w:line="220" w:lineRule="exact"/>
        <w:rPr>
          <w:lang w:val="ru-RU"/>
        </w:rPr>
      </w:pPr>
    </w:p>
    <w:p w14:paraId="411E6063" w14:textId="77777777" w:rsidR="00415640" w:rsidRPr="00EA5D25" w:rsidRDefault="007632FC">
      <w:pPr>
        <w:autoSpaceDE w:val="0"/>
        <w:autoSpaceDN w:val="0"/>
        <w:spacing w:after="0" w:line="398" w:lineRule="auto"/>
        <w:ind w:right="432"/>
        <w:rPr>
          <w:lang w:val="ru-RU"/>
        </w:rPr>
      </w:pPr>
      <w:r w:rsidRPr="00EA5D2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EA5D25">
        <w:rPr>
          <w:lang w:val="ru-RU"/>
        </w:rPr>
        <w:br/>
      </w:r>
      <w:r w:rsidRPr="00EA5D25">
        <w:rPr>
          <w:rFonts w:ascii="Times New Roman" w:eastAsia="Times New Roman" w:hAnsi="Times New Roman"/>
          <w:color w:val="000000"/>
          <w:sz w:val="24"/>
          <w:lang w:val="ru-RU"/>
        </w:rPr>
        <w:t xml:space="preserve">Интерактивная доска, справочные таблицы </w:t>
      </w:r>
      <w:r w:rsidRPr="00EA5D25">
        <w:rPr>
          <w:lang w:val="ru-RU"/>
        </w:rPr>
        <w:br/>
      </w:r>
      <w:r w:rsidRPr="00EA5D25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ЛАБОРАТОРНЫХ И ПРАКТИЧЕСКИХ РАБОТ</w:t>
      </w:r>
    </w:p>
    <w:p w14:paraId="45647E0C" w14:textId="77777777" w:rsidR="00415640" w:rsidRPr="00EA5D25" w:rsidRDefault="00415640">
      <w:pPr>
        <w:rPr>
          <w:lang w:val="ru-RU"/>
        </w:rPr>
        <w:sectPr w:rsidR="00415640" w:rsidRPr="00EA5D25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3B446229" w14:textId="77777777" w:rsidR="007632FC" w:rsidRPr="00EA5D25" w:rsidRDefault="007632FC">
      <w:pPr>
        <w:rPr>
          <w:lang w:val="ru-RU"/>
        </w:rPr>
      </w:pPr>
    </w:p>
    <w:sectPr w:rsidR="007632FC" w:rsidRPr="00EA5D25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45D15"/>
    <w:rsid w:val="0006063C"/>
    <w:rsid w:val="00073A34"/>
    <w:rsid w:val="0015074B"/>
    <w:rsid w:val="0029639D"/>
    <w:rsid w:val="00326F90"/>
    <w:rsid w:val="003D3D1A"/>
    <w:rsid w:val="00415640"/>
    <w:rsid w:val="004C7DBE"/>
    <w:rsid w:val="004D7BF9"/>
    <w:rsid w:val="00566774"/>
    <w:rsid w:val="00683A53"/>
    <w:rsid w:val="006F35D8"/>
    <w:rsid w:val="007632FC"/>
    <w:rsid w:val="00A04C0C"/>
    <w:rsid w:val="00AA1D8D"/>
    <w:rsid w:val="00B47730"/>
    <w:rsid w:val="00CB0664"/>
    <w:rsid w:val="00D93A17"/>
    <w:rsid w:val="00EA5D25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2A0BA91"/>
  <w14:defaultImageDpi w14:val="300"/>
  <w15:docId w15:val="{C0CAB6B4-842C-4584-BCA9-38903440E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FF18D11-5460-427B-98BF-6BCB6343D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5495</Words>
  <Characters>31323</Characters>
  <Application>Microsoft Office Word</Application>
  <DocSecurity>0</DocSecurity>
  <Lines>261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36745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НАТАША</cp:lastModifiedBy>
  <cp:revision>12</cp:revision>
  <dcterms:created xsi:type="dcterms:W3CDTF">2013-12-23T23:15:00Z</dcterms:created>
  <dcterms:modified xsi:type="dcterms:W3CDTF">2022-06-28T00:23:00Z</dcterms:modified>
  <cp:category/>
</cp:coreProperties>
</file>