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5C24D" w14:textId="77777777" w:rsidR="00E71498" w:rsidRDefault="00E71498">
      <w:pPr>
        <w:autoSpaceDE w:val="0"/>
        <w:autoSpaceDN w:val="0"/>
        <w:spacing w:after="78" w:line="220" w:lineRule="exact"/>
      </w:pPr>
    </w:p>
    <w:p w14:paraId="429ED21C" w14:textId="35DD8782" w:rsidR="00E71498" w:rsidRPr="00C024A7" w:rsidRDefault="00C024A7" w:rsidP="00867219">
      <w:pPr>
        <w:autoSpaceDE w:val="0"/>
        <w:autoSpaceDN w:val="0"/>
        <w:spacing w:after="0" w:line="230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                      </w:t>
      </w:r>
      <w:r w:rsidR="00867219">
        <w:rPr>
          <w:noProof/>
        </w:rPr>
        <w:drawing>
          <wp:inline distT="0" distB="0" distL="0" distR="0" wp14:anchorId="438DD805" wp14:editId="02EF6AB6">
            <wp:extent cx="5727700" cy="809371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F5E54" w14:textId="77777777" w:rsidR="00E71498" w:rsidRPr="00C024A7" w:rsidRDefault="00E71498">
      <w:pPr>
        <w:rPr>
          <w:lang w:val="ru-RU"/>
        </w:rPr>
        <w:sectPr w:rsidR="00E71498" w:rsidRPr="00C024A7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37029468" w14:textId="77777777" w:rsidR="00E71498" w:rsidRPr="00C024A7" w:rsidRDefault="00E71498">
      <w:pPr>
        <w:autoSpaceDE w:val="0"/>
        <w:autoSpaceDN w:val="0"/>
        <w:spacing w:after="78" w:line="220" w:lineRule="exact"/>
        <w:rPr>
          <w:lang w:val="ru-RU"/>
        </w:rPr>
      </w:pPr>
    </w:p>
    <w:p w14:paraId="79043617" w14:textId="77777777" w:rsidR="00E71498" w:rsidRPr="00C024A7" w:rsidRDefault="008E4B97">
      <w:pPr>
        <w:autoSpaceDE w:val="0"/>
        <w:autoSpaceDN w:val="0"/>
        <w:spacing w:after="0" w:line="230" w:lineRule="auto"/>
        <w:rPr>
          <w:lang w:val="ru-RU"/>
        </w:rPr>
      </w:pP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319C082B" w14:textId="77777777" w:rsidR="00E71498" w:rsidRPr="00C024A7" w:rsidRDefault="008E4B97">
      <w:pPr>
        <w:autoSpaceDE w:val="0"/>
        <w:autoSpaceDN w:val="0"/>
        <w:spacing w:before="346" w:after="0" w:line="271" w:lineRule="auto"/>
        <w:ind w:right="432" w:firstLine="180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14:paraId="49F21E2E" w14:textId="77777777" w:rsidR="00E71498" w:rsidRPr="00C024A7" w:rsidRDefault="008E4B97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 w:rsidRPr="00C024A7">
        <w:rPr>
          <w:lang w:val="ru-RU"/>
        </w:rPr>
        <w:br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14:paraId="687CAC44" w14:textId="77777777" w:rsidR="00E71498" w:rsidRPr="00C024A7" w:rsidRDefault="008E4B97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обучения раскрывается через модули.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 начальных классов.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</w:t>
      </w:r>
      <w:r w:rsidRPr="00C024A7">
        <w:rPr>
          <w:lang w:val="ru-RU"/>
        </w:rPr>
        <w:br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саморегуляция,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 — «Совместная деятельность».</w:t>
      </w:r>
    </w:p>
    <w:p w14:paraId="11E99994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школе.</w:t>
      </w:r>
    </w:p>
    <w:p w14:paraId="49B57352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190" w:after="0" w:line="281" w:lineRule="auto"/>
        <w:ind w:right="864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«ТЕХНОЛОГИЯ»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</w:t>
      </w:r>
    </w:p>
    <w:p w14:paraId="5115DF3D" w14:textId="77777777" w:rsidR="00E71498" w:rsidRPr="00C024A7" w:rsidRDefault="008E4B97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требованиями времени и инновационными установками отечественного </w:t>
      </w:r>
      <w:r w:rsidRPr="00C024A7">
        <w:rPr>
          <w:lang w:val="ru-RU"/>
        </w:rPr>
        <w:br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образования, обозначенными во ФГОС НОО, данная программа обеспечивает реализацию </w:t>
      </w:r>
      <w:r w:rsidRPr="00C024A7">
        <w:rPr>
          <w:lang w:val="ru-RU"/>
        </w:rPr>
        <w:br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обновлённой концептуальной идеи учебного предмета «Технология». Её особенность состоит в формировании у обучающихся социально ценных качеств, креативности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 w14:paraId="4F2207D1" w14:textId="77777777" w:rsidR="00E71498" w:rsidRPr="00C024A7" w:rsidRDefault="008E4B9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В курсе технологии осуществляется реализация широкого спектра межпредметных связей.</w:t>
      </w:r>
    </w:p>
    <w:p w14:paraId="6792C2E7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Математика </w:t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— 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числами.</w:t>
      </w:r>
    </w:p>
    <w:p w14:paraId="044BF9EE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 — использование средств художественной выразительности, законов и правил декоративно-прикладного искусства и дизайна.</w:t>
      </w:r>
    </w:p>
    <w:p w14:paraId="71BFC30D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>Окружающий мир</w:t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 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 </w:t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>Родной язык</w:t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 —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деятельности.</w:t>
      </w:r>
    </w:p>
    <w:p w14:paraId="64AAAE46" w14:textId="77777777" w:rsidR="00E71498" w:rsidRPr="00C024A7" w:rsidRDefault="008E4B9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>Литературное чтени</w:t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е — работа с текстами для создания образа, реализуемого в изделии.</w:t>
      </w:r>
    </w:p>
    <w:p w14:paraId="02ECAAA5" w14:textId="77777777" w:rsidR="00E71498" w:rsidRPr="00C024A7" w:rsidRDefault="008E4B97">
      <w:pPr>
        <w:autoSpaceDE w:val="0"/>
        <w:autoSpaceDN w:val="0"/>
        <w:spacing w:before="70" w:after="0" w:line="262" w:lineRule="auto"/>
        <w:ind w:right="720"/>
        <w:jc w:val="center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Важнейшая особенность уроков технологии в начальной школе — предметно-практическая деятельность как необходимая составляющая целостного процесса интеллектуального, а также</w:t>
      </w:r>
    </w:p>
    <w:p w14:paraId="4C5B2F0B" w14:textId="77777777" w:rsidR="00E71498" w:rsidRPr="00C024A7" w:rsidRDefault="00E71498">
      <w:pPr>
        <w:rPr>
          <w:lang w:val="ru-RU"/>
        </w:rPr>
        <w:sectPr w:rsidR="00E71498" w:rsidRPr="00C024A7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1288E31" w14:textId="77777777" w:rsidR="00E71498" w:rsidRPr="00C024A7" w:rsidRDefault="00E71498">
      <w:pPr>
        <w:autoSpaceDE w:val="0"/>
        <w:autoSpaceDN w:val="0"/>
        <w:spacing w:after="66" w:line="220" w:lineRule="exact"/>
        <w:rPr>
          <w:lang w:val="ru-RU"/>
        </w:rPr>
      </w:pPr>
    </w:p>
    <w:p w14:paraId="6BE3CC6F" w14:textId="77777777" w:rsidR="00E71498" w:rsidRPr="00C024A7" w:rsidRDefault="008E4B97">
      <w:pPr>
        <w:autoSpaceDE w:val="0"/>
        <w:autoSpaceDN w:val="0"/>
        <w:spacing w:after="0" w:line="230" w:lineRule="auto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духовного и нравственного развития обучающихся младшего школьного возраста.</w:t>
      </w:r>
    </w:p>
    <w:p w14:paraId="1D26A7FA" w14:textId="77777777" w:rsidR="00E71498" w:rsidRPr="00C024A7" w:rsidRDefault="008E4B97">
      <w:pPr>
        <w:autoSpaceDE w:val="0"/>
        <w:autoSpaceDN w:val="0"/>
        <w:spacing w:before="70" w:after="0"/>
        <w:ind w:firstLine="180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</w:t>
      </w:r>
      <w:r w:rsidRPr="00C024A7">
        <w:rPr>
          <w:lang w:val="ru-RU"/>
        </w:rPr>
        <w:br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материальной культуры и семейных традиций своего и других народов и уважительного отношения к ним.</w:t>
      </w:r>
    </w:p>
    <w:p w14:paraId="6F06D9CA" w14:textId="77777777" w:rsidR="00E71498" w:rsidRPr="00C024A7" w:rsidRDefault="008E4B97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Занятия продуктивной деятельностью закладывают основу для формирования у обучающихся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 w14:paraId="74DE0E85" w14:textId="77777777" w:rsidR="00E71498" w:rsidRPr="00C024A7" w:rsidRDefault="008E4B97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На уроках технологии ученики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14:paraId="05DFF324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192" w:after="0" w:line="281" w:lineRule="auto"/>
        <w:ind w:right="144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«ТЕХНОЛОГИЯ»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Основной целью </w:t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предмета является успешная социализация обучающихся, формирование у них функциональной грамотности на базе освоения культурологических и конструкторско-</w:t>
      </w:r>
      <w:r w:rsidRPr="00C024A7">
        <w:rPr>
          <w:lang w:val="ru-RU"/>
        </w:rPr>
        <w:br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</w:t>
      </w:r>
    </w:p>
    <w:p w14:paraId="7B7F5210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Для реализации основной цели и концептуальной идеи данного предмета необходимо решение системы приоритетных задач: образовательных, развивающих и воспитательных.</w:t>
      </w:r>
    </w:p>
    <w:p w14:paraId="5E7C3389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Образовательные задачи курса: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общих представлений о культуре и организации трудовой деятельности как важной части общей культуры человека;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основ чертёжно-графической грамотности, умения работать с простейшей технологической документацией (рисунок, чертёж, эскиз, схема);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умений.</w:t>
      </w:r>
    </w:p>
    <w:p w14:paraId="5DD1F532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Развивающие задачи: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сенсомоторных процессов, психомоторной координации, глазомера через формирование практических умений;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расширение культурного кругозора, развитие способности творческого использования полученных знаний и умений в практической деятельности;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развитие гибкости и вариативности мышления, способностей к изобретательской деятельности.</w:t>
      </w:r>
    </w:p>
    <w:p w14:paraId="5AB8649E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Воспитательные задачи: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уважительного отношения к людям труда, к культурным традициям, понимания ценности предшествующих культур, отражённых в материальном мире;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становление экологического сознания, внимательного и вдумчивого отношения к окружающей</w:t>
      </w:r>
    </w:p>
    <w:p w14:paraId="6EF8D8FD" w14:textId="77777777" w:rsidR="00E71498" w:rsidRPr="00C024A7" w:rsidRDefault="00E71498">
      <w:pPr>
        <w:rPr>
          <w:lang w:val="ru-RU"/>
        </w:rPr>
        <w:sectPr w:rsidR="00E71498" w:rsidRPr="00C024A7">
          <w:pgSz w:w="11900" w:h="16840"/>
          <w:pgMar w:top="286" w:right="704" w:bottom="378" w:left="666" w:header="720" w:footer="720" w:gutter="0"/>
          <w:cols w:space="720" w:equalWidth="0">
            <w:col w:w="10530" w:space="0"/>
          </w:cols>
          <w:docGrid w:linePitch="360"/>
        </w:sectPr>
      </w:pPr>
    </w:p>
    <w:p w14:paraId="5BA948B6" w14:textId="77777777" w:rsidR="00E71498" w:rsidRPr="00C024A7" w:rsidRDefault="00E71498">
      <w:pPr>
        <w:autoSpaceDE w:val="0"/>
        <w:autoSpaceDN w:val="0"/>
        <w:spacing w:after="66" w:line="220" w:lineRule="exact"/>
        <w:rPr>
          <w:lang w:val="ru-RU"/>
        </w:rPr>
      </w:pPr>
    </w:p>
    <w:p w14:paraId="0857500D" w14:textId="77777777" w:rsidR="00E71498" w:rsidRPr="00C024A7" w:rsidRDefault="008E4B97">
      <w:pPr>
        <w:tabs>
          <w:tab w:val="left" w:pos="180"/>
        </w:tabs>
        <w:autoSpaceDE w:val="0"/>
        <w:autoSpaceDN w:val="0"/>
        <w:spacing w:after="0" w:line="271" w:lineRule="auto"/>
        <w:ind w:right="144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природе, осознание взаимосвязи рукотворного мира с миром природы;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18A6C5B6" w14:textId="77777777" w:rsidR="00E71498" w:rsidRPr="00C024A7" w:rsidRDefault="008E4B97">
      <w:pPr>
        <w:autoSpaceDE w:val="0"/>
        <w:autoSpaceDN w:val="0"/>
        <w:spacing w:before="190" w:after="0" w:line="271" w:lineRule="auto"/>
        <w:ind w:firstLine="180"/>
        <w:rPr>
          <w:lang w:val="ru-RU"/>
        </w:rPr>
      </w:pP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«ТЕХНОЛОГИЯ» В УЧЕБНОМ ПЛАНЕ </w:t>
      </w:r>
      <w:r w:rsidRPr="00C024A7">
        <w:rPr>
          <w:lang w:val="ru-RU"/>
        </w:rPr>
        <w:br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Согласно требованиям ФГОС общее число часов на изучение курса «Технология» в 3 классе — 34 часа (по 1 часу в неделю).</w:t>
      </w:r>
    </w:p>
    <w:p w14:paraId="50FB996E" w14:textId="77777777" w:rsidR="00E71498" w:rsidRPr="00C024A7" w:rsidRDefault="00E71498">
      <w:pPr>
        <w:rPr>
          <w:lang w:val="ru-RU"/>
        </w:rPr>
        <w:sectPr w:rsidR="00E71498" w:rsidRPr="00C024A7">
          <w:pgSz w:w="11900" w:h="16840"/>
          <w:pgMar w:top="286" w:right="1086" w:bottom="1440" w:left="666" w:header="720" w:footer="720" w:gutter="0"/>
          <w:cols w:space="720" w:equalWidth="0">
            <w:col w:w="10148" w:space="0"/>
          </w:cols>
          <w:docGrid w:linePitch="360"/>
        </w:sectPr>
      </w:pPr>
    </w:p>
    <w:p w14:paraId="5F39E148" w14:textId="77777777" w:rsidR="00E71498" w:rsidRPr="00C024A7" w:rsidRDefault="00E71498">
      <w:pPr>
        <w:autoSpaceDE w:val="0"/>
        <w:autoSpaceDN w:val="0"/>
        <w:spacing w:after="78" w:line="220" w:lineRule="exact"/>
        <w:rPr>
          <w:lang w:val="ru-RU"/>
        </w:rPr>
      </w:pPr>
    </w:p>
    <w:p w14:paraId="4A847C92" w14:textId="77777777" w:rsidR="00E71498" w:rsidRPr="00C024A7" w:rsidRDefault="008E4B97">
      <w:pPr>
        <w:autoSpaceDE w:val="0"/>
        <w:autoSpaceDN w:val="0"/>
        <w:spacing w:after="0" w:line="230" w:lineRule="auto"/>
        <w:rPr>
          <w:lang w:val="ru-RU"/>
        </w:rPr>
      </w:pP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57ABB8B7" w14:textId="77777777" w:rsidR="00E71498" w:rsidRPr="00C024A7" w:rsidRDefault="008E4B97">
      <w:pPr>
        <w:autoSpaceDE w:val="0"/>
        <w:autoSpaceDN w:val="0"/>
        <w:spacing w:before="346" w:after="0" w:line="262" w:lineRule="auto"/>
        <w:ind w:left="180" w:right="1008"/>
        <w:rPr>
          <w:lang w:val="ru-RU"/>
        </w:rPr>
      </w:pP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Технологии, профессии и производства </w:t>
      </w:r>
      <w:r w:rsidRPr="00C024A7">
        <w:rPr>
          <w:lang w:val="ru-RU"/>
        </w:rPr>
        <w:br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Непрерывность процесса деятельностного освоения мира человеком и создания культуры.</w:t>
      </w:r>
    </w:p>
    <w:p w14:paraId="71DA2FDA" w14:textId="77777777" w:rsidR="00E71498" w:rsidRPr="00C024A7" w:rsidRDefault="008E4B97">
      <w:pPr>
        <w:autoSpaceDE w:val="0"/>
        <w:autoSpaceDN w:val="0"/>
        <w:spacing w:before="70" w:after="0" w:line="230" w:lineRule="auto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Материальные и духовные потребности человека как движущие силы прогресса.</w:t>
      </w:r>
    </w:p>
    <w:p w14:paraId="5A6AA333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</w:t>
      </w:r>
    </w:p>
    <w:p w14:paraId="4803AFAC" w14:textId="77777777" w:rsidR="00E71498" w:rsidRPr="00C024A7" w:rsidRDefault="008E4B97">
      <w:pPr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Современные производства и профессии, связанные с обработкой материалов, аналогичных используемым на уроках технологии.</w:t>
      </w:r>
    </w:p>
    <w:p w14:paraId="507732A6" w14:textId="77777777" w:rsidR="00E71498" w:rsidRPr="00C024A7" w:rsidRDefault="008E4B97">
      <w:pPr>
        <w:autoSpaceDE w:val="0"/>
        <w:autoSpaceDN w:val="0"/>
        <w:spacing w:before="70" w:after="0" w:line="274" w:lineRule="auto"/>
        <w:ind w:right="144" w:firstLine="180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ансамбле; гармония предметной и окружающей среды (общее представление).</w:t>
      </w:r>
    </w:p>
    <w:p w14:paraId="07DEE9FE" w14:textId="77777777" w:rsidR="00E71498" w:rsidRPr="00C024A7" w:rsidRDefault="008E4B97">
      <w:pPr>
        <w:autoSpaceDE w:val="0"/>
        <w:autoSpaceDN w:val="0"/>
        <w:spacing w:before="70" w:after="0"/>
        <w:ind w:firstLine="180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—</w:t>
      </w:r>
      <w:r w:rsidRPr="00C024A7">
        <w:rPr>
          <w:lang w:val="ru-RU"/>
        </w:rPr>
        <w:br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жёсткость конструкции (трубчатые сооружения, треугольник как устойчивая геометрическая форма и др.).</w:t>
      </w:r>
    </w:p>
    <w:p w14:paraId="0DC36707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1C544266" w14:textId="77777777" w:rsidR="00E71498" w:rsidRPr="00C024A7" w:rsidRDefault="008E4B97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сотрудничества; распределение работы, выполнение социальных ролей (руководитель/лидер и подчинённый).</w:t>
      </w:r>
    </w:p>
    <w:p w14:paraId="67840823" w14:textId="77777777" w:rsidR="00E71498" w:rsidRPr="00C024A7" w:rsidRDefault="008E4B97">
      <w:pPr>
        <w:autoSpaceDE w:val="0"/>
        <w:autoSpaceDN w:val="0"/>
        <w:spacing w:before="190" w:after="0" w:line="262" w:lineRule="auto"/>
        <w:ind w:left="180" w:right="1296"/>
        <w:rPr>
          <w:lang w:val="ru-RU"/>
        </w:rPr>
      </w:pP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Технологии ручной обработки материалов </w:t>
      </w:r>
      <w:r w:rsidRPr="00C024A7">
        <w:rPr>
          <w:lang w:val="ru-RU"/>
        </w:rPr>
        <w:br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Некоторые (доступные в обработке) виды искусственных и синтетических материалов.</w:t>
      </w:r>
    </w:p>
    <w:p w14:paraId="4F3912B0" w14:textId="77777777" w:rsidR="00E71498" w:rsidRPr="00C024A7" w:rsidRDefault="008E4B97">
      <w:pPr>
        <w:autoSpaceDE w:val="0"/>
        <w:autoSpaceDN w:val="0"/>
        <w:spacing w:before="70" w:after="0" w:line="281" w:lineRule="auto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Разнообразие технологий и способов обработки материалов в различных видах изделий; </w:t>
      </w:r>
      <w:r w:rsidRPr="00C024A7">
        <w:rPr>
          <w:lang w:val="ru-RU"/>
        </w:rPr>
        <w:br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сравнительный анализ технологий при использовании того или иного материала (например, аппликация из бумаги и ткани, коллаж и др.).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5B8EB9F6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Инструменты и приспособления (циркуль, угольник, канцелярский нож, шило и др.); называние и выполнение приёмов их рационального и безопасного использования.</w:t>
      </w:r>
    </w:p>
    <w:p w14:paraId="0D80EBE9" w14:textId="77777777" w:rsidR="00E71498" w:rsidRPr="00C024A7" w:rsidRDefault="008E4B97">
      <w:pPr>
        <w:autoSpaceDE w:val="0"/>
        <w:autoSpaceDN w:val="0"/>
        <w:spacing w:before="72" w:after="0" w:line="281" w:lineRule="auto"/>
        <w:ind w:firstLine="180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Углубление общих представлений о технологическом процессе (анализ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 материалов; обработка с целью получения деталей, сборка, отделка изделия;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25E6FF72" w14:textId="77777777" w:rsidR="00E71498" w:rsidRPr="00C024A7" w:rsidRDefault="008E4B97">
      <w:pPr>
        <w:autoSpaceDE w:val="0"/>
        <w:autoSpaceDN w:val="0"/>
        <w:spacing w:before="70" w:after="0"/>
        <w:ind w:firstLine="180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Технология обработки бумаги и картона. Виды картона (гофрированный, толстый, тонкий, цветной и др.). Чтение и построение простого чертежа/эскиза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29E27BED" w14:textId="77777777" w:rsidR="00E71498" w:rsidRPr="00C024A7" w:rsidRDefault="008E4B9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Выполнение рицовки на картоне с помощью канцелярского ножа, выполнение отверстий шилом.</w:t>
      </w:r>
    </w:p>
    <w:p w14:paraId="70B8FFD2" w14:textId="77777777" w:rsidR="00E71498" w:rsidRPr="00C024A7" w:rsidRDefault="008E4B97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др.) и/или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043B1B7F" w14:textId="77777777" w:rsidR="00E71498" w:rsidRPr="00C024A7" w:rsidRDefault="00E71498">
      <w:pPr>
        <w:rPr>
          <w:lang w:val="ru-RU"/>
        </w:rPr>
        <w:sectPr w:rsidR="00E71498" w:rsidRPr="00C024A7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A9A8285" w14:textId="77777777" w:rsidR="00E71498" w:rsidRPr="00C024A7" w:rsidRDefault="00E71498">
      <w:pPr>
        <w:autoSpaceDE w:val="0"/>
        <w:autoSpaceDN w:val="0"/>
        <w:spacing w:after="78" w:line="220" w:lineRule="exact"/>
        <w:rPr>
          <w:lang w:val="ru-RU"/>
        </w:rPr>
      </w:pPr>
    </w:p>
    <w:p w14:paraId="448E08AD" w14:textId="77777777" w:rsidR="00E71498" w:rsidRPr="00C024A7" w:rsidRDefault="008E4B97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Использование дополнительных материалов. Комбинирование разных материалов в одном изделии.</w:t>
      </w:r>
    </w:p>
    <w:p w14:paraId="17EF9EF4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Конструирование и моделирование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 и моделирование изделий из различных материалов, в том числе наборов«Конструктор»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изделиях; жёсткость и устойчивость конструкции.</w:t>
      </w:r>
    </w:p>
    <w:p w14:paraId="5EB1C2C4" w14:textId="77777777" w:rsidR="00E71498" w:rsidRPr="00C024A7" w:rsidRDefault="008E4B97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6489C805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192" w:after="0" w:line="281" w:lineRule="auto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4. Информационно-коммуникативные технологии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др.</w:t>
      </w:r>
    </w:p>
    <w:p w14:paraId="14CB5A76" w14:textId="77777777" w:rsidR="00E71498" w:rsidRPr="00C024A7" w:rsidRDefault="008E4B97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Интернет[1], видео, </w:t>
      </w:r>
      <w:r>
        <w:rPr>
          <w:rFonts w:ascii="Times New Roman" w:eastAsia="Times New Roman" w:hAnsi="Times New Roman"/>
          <w:color w:val="000000"/>
          <w:sz w:val="24"/>
        </w:rPr>
        <w:t>DVD</w:t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). Работа с текстовым редактором </w:t>
      </w:r>
      <w:r>
        <w:rPr>
          <w:rFonts w:ascii="Times New Roman" w:eastAsia="Times New Roman" w:hAnsi="Times New Roman"/>
          <w:color w:val="000000"/>
          <w:sz w:val="24"/>
        </w:rPr>
        <w:t>Microsoft</w:t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Word</w:t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 или другим.</w:t>
      </w:r>
    </w:p>
    <w:p w14:paraId="585A10E5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190" w:after="0" w:line="288" w:lineRule="auto"/>
        <w:ind w:right="144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Познавательные УУД: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изученного);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анализ предложенных образцов с выделением существенных и несущественных признаков;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работу в соответствии с инструкцией, устной или письменной, а также графически представленной в схеме, таблице;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способы доработки конструкций с учётом предложенных условий;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изделия по самостоятельно предложенному существенному признаку (используемый материал, форма, размер, назначение, способ сборки);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читать и воспроизводить простой чертёж/эскиз развёртки изделия;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восстанавливать нарушенную последовательность выполнения изделия.</w:t>
      </w:r>
    </w:p>
    <w:p w14:paraId="12470B98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и использовать знаково-символические средства представления информации для создания моделей и макетов изучаемых объектов;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на основе анализа информации производить выбор наиболее эффективных способов работы; </w:t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поиск необходимой информации для выполнения учебных заданий с использованием учебной литературы;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4A9476FF" w14:textId="77777777" w:rsidR="00E71498" w:rsidRPr="00C024A7" w:rsidRDefault="008E4B97">
      <w:pPr>
        <w:autoSpaceDE w:val="0"/>
        <w:autoSpaceDN w:val="0"/>
        <w:spacing w:before="70" w:after="0" w:line="271" w:lineRule="auto"/>
        <w:ind w:left="180" w:right="720"/>
        <w:rPr>
          <w:lang w:val="ru-RU"/>
        </w:rPr>
      </w:pPr>
      <w:r w:rsidRPr="00C024A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Коммуникативные УУД: </w:t>
      </w:r>
      <w:r w:rsidRPr="00C024A7">
        <w:rPr>
          <w:lang w:val="ru-RU"/>
        </w:rPr>
        <w:br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строить монологическое высказывание, владеть диалогической формой коммуникации; строить рассуждения в форме связи простых суждений об объекте, его строении, свойствах и</w:t>
      </w:r>
    </w:p>
    <w:p w14:paraId="3CA5F7FE" w14:textId="77777777" w:rsidR="00E71498" w:rsidRPr="00C024A7" w:rsidRDefault="00E71498">
      <w:pPr>
        <w:rPr>
          <w:lang w:val="ru-RU"/>
        </w:rPr>
        <w:sectPr w:rsidR="00E71498" w:rsidRPr="00C024A7">
          <w:pgSz w:w="11900" w:h="16840"/>
          <w:pgMar w:top="298" w:right="726" w:bottom="416" w:left="666" w:header="720" w:footer="720" w:gutter="0"/>
          <w:cols w:space="720" w:equalWidth="0">
            <w:col w:w="10508" w:space="0"/>
          </w:cols>
          <w:docGrid w:linePitch="360"/>
        </w:sectPr>
      </w:pPr>
    </w:p>
    <w:p w14:paraId="46279F91" w14:textId="77777777" w:rsidR="00E71498" w:rsidRPr="00C024A7" w:rsidRDefault="00E71498">
      <w:pPr>
        <w:autoSpaceDE w:val="0"/>
        <w:autoSpaceDN w:val="0"/>
        <w:spacing w:after="66" w:line="220" w:lineRule="exact"/>
        <w:rPr>
          <w:lang w:val="ru-RU"/>
        </w:rPr>
      </w:pPr>
    </w:p>
    <w:p w14:paraId="792164C6" w14:textId="77777777" w:rsidR="00E71498" w:rsidRPr="00C024A7" w:rsidRDefault="008E4B97">
      <w:pPr>
        <w:tabs>
          <w:tab w:val="left" w:pos="180"/>
        </w:tabs>
        <w:autoSpaceDE w:val="0"/>
        <w:autoSpaceDN w:val="0"/>
        <w:spacing w:after="0"/>
        <w:ind w:right="144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способах создания;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описывать предметы рукотворного мира, оценивать их достоинства;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14:paraId="1123FDBD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Регулятивные УУД: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и сохранять учебную задачу, осуществлять поиск средств для её решения;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 и оценки; выявлять ошибки и недочёты по результатам работы, устанавливать их причины и искать способы устранения;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проявлять волевую саморегуляцию при выполнении задания.</w:t>
      </w:r>
    </w:p>
    <w:p w14:paraId="2CC9EE3D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72" w:after="0" w:line="283" w:lineRule="auto"/>
        <w:ind w:right="288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Совместная деятельность: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себе партнёров по совместной деятельности не только по симпатии, но и по деловым качествам;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справедливо распределять работу, договариваться, приходить к общему решению, отвечать за общий результат работы;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роли лидера, подчинённого, соблюдать равноправие и дружелюбие;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осуществлять взаимопомощь, проявлять ответственность при выполнении своей части работы.</w:t>
      </w:r>
    </w:p>
    <w:p w14:paraId="59C564F0" w14:textId="77777777" w:rsidR="00E71498" w:rsidRPr="00C024A7" w:rsidRDefault="00E71498">
      <w:pPr>
        <w:rPr>
          <w:lang w:val="ru-RU"/>
        </w:rPr>
        <w:sectPr w:rsidR="00E71498" w:rsidRPr="00C024A7">
          <w:pgSz w:w="11900" w:h="16840"/>
          <w:pgMar w:top="286" w:right="946" w:bottom="1440" w:left="666" w:header="720" w:footer="720" w:gutter="0"/>
          <w:cols w:space="720" w:equalWidth="0">
            <w:col w:w="10288" w:space="0"/>
          </w:cols>
          <w:docGrid w:linePitch="360"/>
        </w:sectPr>
      </w:pPr>
    </w:p>
    <w:p w14:paraId="04BE2FAC" w14:textId="77777777" w:rsidR="00E71498" w:rsidRPr="00C024A7" w:rsidRDefault="00E71498">
      <w:pPr>
        <w:autoSpaceDE w:val="0"/>
        <w:autoSpaceDN w:val="0"/>
        <w:spacing w:after="78" w:line="220" w:lineRule="exact"/>
        <w:rPr>
          <w:lang w:val="ru-RU"/>
        </w:rPr>
      </w:pPr>
    </w:p>
    <w:p w14:paraId="0F377CDB" w14:textId="77777777" w:rsidR="00E71498" w:rsidRPr="00C024A7" w:rsidRDefault="008E4B97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РЕЗУЛЬТАТЫ ОСВОЕНИЯ УЧЕБНОГО ПРЕДМЕТА «ТЕХНОЛОГИЯ»</w:t>
      </w:r>
      <w:r w:rsidR="001D498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НА УРОВНЕ НАЧАЛЬНОГО ОБЩЕГО ОБРАЗОВАНИЯ </w:t>
      </w:r>
    </w:p>
    <w:p w14:paraId="5EBD86D8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346" w:after="0" w:line="290" w:lineRule="auto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ОБУЧАЮЩЕГОСЯ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«Технология» у обучающегося будут сформированы следующие личностные новообразования: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роли человека и используемых им технологий в сохранении гармонического </w:t>
      </w:r>
      <w:r w:rsidRPr="00C024A7">
        <w:rPr>
          <w:lang w:val="ru-RU"/>
        </w:rPr>
        <w:br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сосуществования рукотворного мира с миром природы; ответственное отношение к сохранению окружающей среды;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способности к эстетической оценке окружающей предметной среды; эстетические чувства — эмоционально-положительное восприятие и понимание красоты форм и образов </w:t>
      </w:r>
      <w:r w:rsidRPr="00C024A7">
        <w:rPr>
          <w:lang w:val="ru-RU"/>
        </w:rPr>
        <w:br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природных объектов, образцов мировой и отечественной художественной культуры;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 </w:t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готовность вступать в сотрудничество с другими людьми с учётом этики общения; проявление толерантности и доброжелательности.</w:t>
      </w:r>
    </w:p>
    <w:p w14:paraId="27EAE988" w14:textId="77777777" w:rsidR="00E71498" w:rsidRPr="00C024A7" w:rsidRDefault="008E4B97">
      <w:pPr>
        <w:autoSpaceDE w:val="0"/>
        <w:autoSpaceDN w:val="0"/>
        <w:spacing w:before="190" w:after="0" w:line="262" w:lineRule="auto"/>
        <w:ind w:left="180" w:right="432"/>
        <w:rPr>
          <w:lang w:val="ru-RU"/>
        </w:rPr>
      </w:pP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РЕЗУЛЬТАТЫ ОБУЧАЮЩЕГОСЯ </w:t>
      </w:r>
      <w:r w:rsidRPr="00C024A7">
        <w:rPr>
          <w:lang w:val="ru-RU"/>
        </w:rPr>
        <w:br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14:paraId="7A0DD0CF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190" w:after="0" w:line="288" w:lineRule="auto"/>
        <w:ind w:right="288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УУД: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анализ объектов и изделий с выделением существенных и несущественных признаков;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группы объектов/изделий, выделять в них общее и различия;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делать обобщения (технико-технологического и декоративно-художественного характера) по изучаемой тематике;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схемы, модели и простейшие чертежи в собственной практической творческой деятельности;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7F107D32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Работа с информацией: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 </w:t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</w:t>
      </w:r>
    </w:p>
    <w:p w14:paraId="369FEBDD" w14:textId="77777777" w:rsidR="00E71498" w:rsidRPr="00C024A7" w:rsidRDefault="00E71498">
      <w:pPr>
        <w:rPr>
          <w:lang w:val="ru-RU"/>
        </w:rPr>
        <w:sectPr w:rsidR="00E71498" w:rsidRPr="00C024A7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0284B23" w14:textId="77777777" w:rsidR="00E71498" w:rsidRPr="00C024A7" w:rsidRDefault="00E71498">
      <w:pPr>
        <w:autoSpaceDE w:val="0"/>
        <w:autoSpaceDN w:val="0"/>
        <w:spacing w:after="66" w:line="220" w:lineRule="exact"/>
        <w:rPr>
          <w:lang w:val="ru-RU"/>
        </w:rPr>
      </w:pPr>
    </w:p>
    <w:p w14:paraId="14D74CFE" w14:textId="77777777" w:rsidR="00E71498" w:rsidRPr="00C024A7" w:rsidRDefault="008E4B97">
      <w:pPr>
        <w:tabs>
          <w:tab w:val="left" w:pos="180"/>
        </w:tabs>
        <w:autoSpaceDE w:val="0"/>
        <w:autoSpaceDN w:val="0"/>
        <w:spacing w:after="0" w:line="281" w:lineRule="auto"/>
        <w:ind w:right="288"/>
        <w:rPr>
          <w:lang w:val="ru-RU"/>
        </w:rPr>
      </w:pP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работать с моделями;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22B1667F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УУД: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тексты-описания на основе наблюдений (рассматривания) изделий декоративно-прикладного искусства народов России;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объяснять последовательность совершаемых действий при создании изделия.</w:t>
      </w:r>
    </w:p>
    <w:p w14:paraId="0AB5CEC9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УУД: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рационально организовывать свою работу (подготовка рабочего места, поддержание и наведение порядка, уборка после работы);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правила безопасности труда при выполнении работы;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работу, соотносить свои действия с поставленной целью;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проявлять волевую саморегуляцию при выполнении работы.</w:t>
      </w:r>
    </w:p>
    <w:p w14:paraId="7BCAB4C8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Совместная деятельность: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 </w:t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14:paraId="2A864C9A" w14:textId="77777777" w:rsidR="00E71498" w:rsidRPr="00C024A7" w:rsidRDefault="008E4B9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 ОСВОЕНИЯ КУРСА «ТЕХНОЛОГИЯ»</w:t>
      </w:r>
    </w:p>
    <w:p w14:paraId="7D3571CE" w14:textId="77777777" w:rsidR="00E71498" w:rsidRPr="00C024A7" w:rsidRDefault="008E4B97">
      <w:pPr>
        <w:tabs>
          <w:tab w:val="left" w:pos="180"/>
        </w:tabs>
        <w:autoSpaceDE w:val="0"/>
        <w:autoSpaceDN w:val="0"/>
        <w:spacing w:before="190" w:after="0" w:line="286" w:lineRule="auto"/>
        <w:ind w:right="720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третьем </w:t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классе обучающийся научится: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смысл понятий «чертёж развёртки», «канцелярский нож», «шило», «искусственный материал»;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узнавать и называть по характерным особенностям образцов или по описанию изученные и распространённые в крае ремёсла;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др.);</w:t>
      </w:r>
    </w:p>
    <w:p w14:paraId="065BDF14" w14:textId="77777777" w:rsidR="00E71498" w:rsidRPr="00C024A7" w:rsidRDefault="00E71498">
      <w:pPr>
        <w:rPr>
          <w:lang w:val="ru-RU"/>
        </w:rPr>
        <w:sectPr w:rsidR="00E71498" w:rsidRPr="00C024A7">
          <w:pgSz w:w="11900" w:h="16840"/>
          <w:pgMar w:top="286" w:right="668" w:bottom="308" w:left="666" w:header="720" w:footer="720" w:gutter="0"/>
          <w:cols w:space="720" w:equalWidth="0">
            <w:col w:w="10566" w:space="0"/>
          </w:cols>
          <w:docGrid w:linePitch="360"/>
        </w:sectPr>
      </w:pPr>
    </w:p>
    <w:p w14:paraId="0D89C3D5" w14:textId="77777777" w:rsidR="00E71498" w:rsidRPr="00C024A7" w:rsidRDefault="00E71498">
      <w:pPr>
        <w:autoSpaceDE w:val="0"/>
        <w:autoSpaceDN w:val="0"/>
        <w:spacing w:after="78" w:line="220" w:lineRule="exact"/>
        <w:rPr>
          <w:lang w:val="ru-RU"/>
        </w:rPr>
      </w:pPr>
    </w:p>
    <w:p w14:paraId="792A7361" w14:textId="77777777" w:rsidR="00E71498" w:rsidRPr="00C024A7" w:rsidRDefault="008E4B97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читать чертёж развёртки и выполнять разметку развёрток с помощью чертёжных инструментов (линейка, угольник, циркуль);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узнавать и называть линии чертежа (осевая и центровая);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безопасно пользоваться канцелярским ножом, шилом;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рицовку;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соединение деталей и отделку изделия освоенными ручными строчками;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новыми/дополненными требованиями; использовать комбинированные техники при изготовлении изделий в соответствии с технической или декоративно-художественной задачей;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конструкций; использовать их при решении простейших конструкторских задач;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изменять конструкцию изделия по заданным условиям;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способ соединения и соединительный материал в зависимости от требований </w:t>
      </w:r>
      <w:r w:rsidRPr="00C024A7">
        <w:rPr>
          <w:lang w:val="ru-RU"/>
        </w:rPr>
        <w:br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конструкции;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несколько видов информационных технологий и соответствующих способов передачи информации (из реального окружения учащихся);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назначение основных устройств персонального компьютера для ввода, вывода и обработки информации;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основные правила безопасной работы на компьютере; </w:t>
      </w:r>
      <w:r w:rsidRPr="00C024A7">
        <w:rPr>
          <w:lang w:val="ru-RU"/>
        </w:rPr>
        <w:br/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 </w:t>
      </w:r>
      <w:r w:rsidRPr="00C024A7">
        <w:rPr>
          <w:lang w:val="ru-RU"/>
        </w:rPr>
        <w:tab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6C99487F" w14:textId="77777777" w:rsidR="00E71498" w:rsidRPr="00C024A7" w:rsidRDefault="00E71498">
      <w:pPr>
        <w:rPr>
          <w:lang w:val="ru-RU"/>
        </w:rPr>
        <w:sectPr w:rsidR="00E71498" w:rsidRPr="00C024A7">
          <w:pgSz w:w="11900" w:h="16840"/>
          <w:pgMar w:top="298" w:right="1020" w:bottom="1440" w:left="666" w:header="720" w:footer="720" w:gutter="0"/>
          <w:cols w:space="720" w:equalWidth="0">
            <w:col w:w="10214" w:space="0"/>
          </w:cols>
          <w:docGrid w:linePitch="360"/>
        </w:sectPr>
      </w:pPr>
    </w:p>
    <w:p w14:paraId="4F7F1E81" w14:textId="77777777" w:rsidR="00E71498" w:rsidRPr="00C024A7" w:rsidRDefault="00E71498">
      <w:pPr>
        <w:autoSpaceDE w:val="0"/>
        <w:autoSpaceDN w:val="0"/>
        <w:spacing w:after="64" w:line="220" w:lineRule="exact"/>
        <w:rPr>
          <w:lang w:val="ru-RU"/>
        </w:rPr>
      </w:pPr>
    </w:p>
    <w:p w14:paraId="5AC22A21" w14:textId="77777777" w:rsidR="006C72E9" w:rsidRPr="006C72E9" w:rsidRDefault="006C72E9" w:rsidP="006C72E9">
      <w:pPr>
        <w:rPr>
          <w:lang w:val="ru-RU"/>
        </w:rPr>
      </w:pPr>
      <w:r w:rsidRPr="006C72E9">
        <w:rPr>
          <w:b/>
          <w:lang w:val="ru-RU"/>
        </w:rPr>
        <w:t xml:space="preserve">ТЕМАТИЧЕСКОЕ ПЛАНИРОВАНИЕ </w:t>
      </w:r>
    </w:p>
    <w:p w14:paraId="65D72A13" w14:textId="77777777" w:rsidR="006C72E9" w:rsidRPr="006C72E9" w:rsidRDefault="006C72E9" w:rsidP="006C72E9">
      <w:pPr>
        <w:rPr>
          <w:lang w:val="ru-RU"/>
        </w:rPr>
      </w:pPr>
      <w:r w:rsidRPr="006C72E9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7FF62FF" wp14:editId="3B859B0B">
                <wp:extent cx="9850755" cy="7620"/>
                <wp:effectExtent l="0" t="0" r="0" b="0"/>
                <wp:docPr id="74367" name="Group 74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755" cy="7620"/>
                          <a:chOff x="0" y="0"/>
                          <a:chExt cx="9850755" cy="7620"/>
                        </a:xfrm>
                      </wpg:grpSpPr>
                      <wps:wsp>
                        <wps:cNvPr id="79539" name="Shape 79539"/>
                        <wps:cNvSpPr/>
                        <wps:spPr>
                          <a:xfrm>
                            <a:off x="0" y="0"/>
                            <a:ext cx="98507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755" h="9144">
                                <a:moveTo>
                                  <a:pt x="0" y="0"/>
                                </a:moveTo>
                                <a:lnTo>
                                  <a:pt x="9850755" y="0"/>
                                </a:lnTo>
                                <a:lnTo>
                                  <a:pt x="98507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4BF56" id="Group 74367" o:spid="_x0000_s1026" style="width:775.65pt;height:.6pt;mso-position-horizontal-relative:char;mso-position-vertical-relative:line" coordsize="9850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">
                <v:shape id="Shape 79539" o:spid="_x0000_s1027" style="position:absolute;width:98507;height:91;visibility:visible;mso-wrap-style:square;v-text-anchor:top" coordsize="98507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" path="m,l9850755,r,9144l,9144,,e" fillcolor="black" stroked="f" strokeweight="0">
                  <v:stroke miterlimit="83231f" joinstyle="miter"/>
                  <v:path arrowok="t" textboxrect="0,0,9850755,9144"/>
                </v:shape>
                <w10:anchorlock/>
              </v:group>
            </w:pict>
          </mc:Fallback>
        </mc:AlternateContent>
      </w:r>
    </w:p>
    <w:p w14:paraId="0A75FEEF" w14:textId="77777777" w:rsidR="006C72E9" w:rsidRPr="006C72E9" w:rsidRDefault="006C72E9" w:rsidP="006C72E9">
      <w:pPr>
        <w:rPr>
          <w:lang w:val="ru-RU"/>
        </w:rPr>
      </w:pPr>
      <w:r w:rsidRPr="006C72E9">
        <w:rPr>
          <w:b/>
          <w:lang w:val="ru-RU"/>
        </w:rPr>
        <w:t xml:space="preserve"> </w:t>
      </w:r>
    </w:p>
    <w:tbl>
      <w:tblPr>
        <w:tblStyle w:val="TableGrid"/>
        <w:tblW w:w="15499" w:type="dxa"/>
        <w:tblInd w:w="113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45"/>
        <w:gridCol w:w="3513"/>
        <w:gridCol w:w="616"/>
        <w:gridCol w:w="1490"/>
        <w:gridCol w:w="1546"/>
        <w:gridCol w:w="1054"/>
        <w:gridCol w:w="2889"/>
        <w:gridCol w:w="1448"/>
        <w:gridCol w:w="2498"/>
      </w:tblGrid>
      <w:tr w:rsidR="006C72E9" w:rsidRPr="006C72E9" w14:paraId="42A9A7AD" w14:textId="77777777" w:rsidTr="00387A5C">
        <w:trPr>
          <w:trHeight w:val="350"/>
        </w:trPr>
        <w:tc>
          <w:tcPr>
            <w:tcW w:w="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1DD1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№ </w:t>
            </w:r>
          </w:p>
          <w:p w14:paraId="074C3D3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п/п </w:t>
            </w:r>
          </w:p>
        </w:tc>
        <w:tc>
          <w:tcPr>
            <w:tcW w:w="46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40EF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Наименование разделов и тем программы </w:t>
            </w:r>
          </w:p>
        </w:tc>
        <w:tc>
          <w:tcPr>
            <w:tcW w:w="1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C4ED9D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Количество часов </w:t>
            </w:r>
          </w:p>
        </w:tc>
        <w:tc>
          <w:tcPr>
            <w:tcW w:w="113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8090612" w14:textId="77777777" w:rsidR="006C72E9" w:rsidRPr="006C72E9" w:rsidRDefault="006C72E9" w:rsidP="006C72E9">
            <w:pPr>
              <w:spacing w:after="200" w:line="276" w:lineRule="auto"/>
            </w:pPr>
          </w:p>
        </w:tc>
        <w:tc>
          <w:tcPr>
            <w:tcW w:w="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AB41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Дата изучения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B77C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Виды деятельности </w:t>
            </w:r>
          </w:p>
        </w:tc>
        <w:tc>
          <w:tcPr>
            <w:tcW w:w="10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EC15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Виды, формы контроля </w:t>
            </w:r>
          </w:p>
        </w:tc>
        <w:tc>
          <w:tcPr>
            <w:tcW w:w="17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DD163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Электронные (цифровые) образовательные ресурсы </w:t>
            </w:r>
          </w:p>
        </w:tc>
      </w:tr>
      <w:tr w:rsidR="006C72E9" w:rsidRPr="006C72E9" w14:paraId="305A54A6" w14:textId="77777777" w:rsidTr="00387A5C">
        <w:trPr>
          <w:trHeight w:val="57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26913" w14:textId="77777777" w:rsidR="006C72E9" w:rsidRPr="006C72E9" w:rsidRDefault="006C72E9" w:rsidP="006C72E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5AD7B" w14:textId="77777777" w:rsidR="006C72E9" w:rsidRPr="006C72E9" w:rsidRDefault="006C72E9" w:rsidP="006C72E9">
            <w:pPr>
              <w:spacing w:after="200" w:line="276" w:lineRule="auto"/>
            </w:pP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D2EA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всего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A2F82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контрольные работы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17FC2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1AFF9" w14:textId="77777777" w:rsidR="006C72E9" w:rsidRPr="006C72E9" w:rsidRDefault="006C72E9" w:rsidP="006C72E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38BFB1" w14:textId="77777777" w:rsidR="006C72E9" w:rsidRPr="006C72E9" w:rsidRDefault="006C72E9" w:rsidP="006C72E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EDA24" w14:textId="77777777" w:rsidR="006C72E9" w:rsidRPr="006C72E9" w:rsidRDefault="006C72E9" w:rsidP="006C72E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3860D" w14:textId="77777777" w:rsidR="006C72E9" w:rsidRPr="006C72E9" w:rsidRDefault="006C72E9" w:rsidP="006C72E9">
            <w:pPr>
              <w:spacing w:after="200" w:line="276" w:lineRule="auto"/>
            </w:pPr>
          </w:p>
        </w:tc>
      </w:tr>
      <w:tr w:rsidR="006C72E9" w:rsidRPr="00867219" w14:paraId="378B99D0" w14:textId="77777777" w:rsidTr="00387A5C">
        <w:trPr>
          <w:trHeight w:val="346"/>
        </w:trPr>
        <w:tc>
          <w:tcPr>
            <w:tcW w:w="669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6E396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Модуль 1. ТЕХНОЛОГИИ, ПРОФЕССИИ И ПРОИЗВОДСТВА </w:t>
            </w:r>
          </w:p>
        </w:tc>
        <w:tc>
          <w:tcPr>
            <w:tcW w:w="8801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39DCB42" w14:textId="77777777" w:rsidR="006C72E9" w:rsidRPr="006C72E9" w:rsidRDefault="006C72E9" w:rsidP="006C72E9">
            <w:pPr>
              <w:spacing w:after="200" w:line="276" w:lineRule="auto"/>
            </w:pPr>
          </w:p>
        </w:tc>
      </w:tr>
      <w:tr w:rsidR="006C72E9" w:rsidRPr="006C72E9" w14:paraId="77BD5793" w14:textId="77777777" w:rsidTr="00387A5C">
        <w:trPr>
          <w:trHeight w:val="92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89D8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1.1.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0EDA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A322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0.5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2EB9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4EF8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4CDB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441D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4DB71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57766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9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10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61724491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  <w:tr w:rsidR="006C72E9" w:rsidRPr="006C72E9" w14:paraId="6F291D02" w14:textId="77777777" w:rsidTr="00387A5C">
        <w:trPr>
          <w:trHeight w:val="92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587A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1.2.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1149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 прикладного искусства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09EC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0.5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9218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7DF9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A138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CE4A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DECF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8559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</w:tr>
      <w:tr w:rsidR="006C72E9" w:rsidRPr="006C72E9" w14:paraId="3521AC49" w14:textId="77777777" w:rsidTr="00387A5C">
        <w:trPr>
          <w:trHeight w:val="92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ABFA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1.3.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823B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Современные производства и профессии, связанные с обработкой материалов, аналогичных используемым на уроках технологии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E20F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320C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E7BD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0D9D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2E46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120E1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2DEF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</w:tr>
      <w:tr w:rsidR="006C72E9" w:rsidRPr="006C72E9" w14:paraId="399C6DE9" w14:textId="77777777" w:rsidTr="00387A5C">
        <w:trPr>
          <w:trHeight w:val="92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B499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1.4.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2A38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Общие правила создания предметов рукотворного мира: соответствие формы, размеров, материала и внешнего оформления изделия его назначению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8806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2F41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BF0A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CE52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FEDE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562A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63D96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11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12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62D5A80A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  <w:tr w:rsidR="006C72E9" w:rsidRPr="006C72E9" w14:paraId="62AB46BE" w14:textId="77777777" w:rsidTr="00387A5C">
        <w:trPr>
          <w:trHeight w:val="92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15B2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1.5.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313B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Стилевая гармония в предметном ансамбле; гармония предметной и окружающей среды (общее представление)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8AC9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338B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4707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C76B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2A4A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F30BD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9C592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13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14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3BBD27C3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  <w:tr w:rsidR="006C72E9" w:rsidRPr="006C72E9" w14:paraId="5FAC56C2" w14:textId="77777777" w:rsidTr="00387A5C">
        <w:trPr>
          <w:trHeight w:val="100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5DE3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1.6.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B7D4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Мир современной техники. Информационно- коммуникационные технологии в жизни современного человека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1488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8776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976C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E40E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DAA5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2DFC6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8682A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15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16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6900D305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  <w:tr w:rsidR="006C72E9" w:rsidRPr="006C72E9" w14:paraId="4044983A" w14:textId="77777777" w:rsidTr="00387A5C">
        <w:trPr>
          <w:trHeight w:val="92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9388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1.7.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B5E8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Решение человеком инженерных задач на основе изучения природных законов — жёсткость конструкции (трубчатые сооружения, треугольник как устойчивая геометрическая форма и др.)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62AB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0DDB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649E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F463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5978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1FC7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E46F4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17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18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4394D88E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  <w:tr w:rsidR="006C72E9" w:rsidRPr="006C72E9" w14:paraId="6522321A" w14:textId="77777777" w:rsidTr="00387A5C">
        <w:trPr>
          <w:trHeight w:val="92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0BE5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1.8.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2DE3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Бережное и внимательное отношение к природе как источнику сырьевых ресурсов и идей для технологий будущего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35F7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2F5C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BDC6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3916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E979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B9DD3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82F4A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19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20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66EB1F71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  <w:tr w:rsidR="006C72E9" w:rsidRPr="006C72E9" w14:paraId="30001D5E" w14:textId="77777777" w:rsidTr="00387A5C">
        <w:trPr>
          <w:trHeight w:val="92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8F98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1.9.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A2B2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Элементарная творческая и проектная деятельность. Коллективные, групповые и индивидуальные проекты в рамках изучаемой тематики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55E8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0.5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8ADE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41B6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C503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EAD0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14F0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14C5A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21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22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286B1B39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</w:tbl>
    <w:p w14:paraId="0F7379D1" w14:textId="77777777" w:rsidR="006C72E9" w:rsidRPr="006C72E9" w:rsidRDefault="006C72E9" w:rsidP="006C72E9"/>
    <w:tbl>
      <w:tblPr>
        <w:tblStyle w:val="TableGrid"/>
        <w:tblW w:w="15499" w:type="dxa"/>
        <w:tblInd w:w="113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501"/>
        <w:gridCol w:w="4255"/>
        <w:gridCol w:w="497"/>
        <w:gridCol w:w="939"/>
        <w:gridCol w:w="967"/>
        <w:gridCol w:w="688"/>
        <w:gridCol w:w="3706"/>
        <w:gridCol w:w="1448"/>
        <w:gridCol w:w="2498"/>
      </w:tblGrid>
      <w:tr w:rsidR="006C72E9" w:rsidRPr="006C72E9" w14:paraId="5D925930" w14:textId="77777777" w:rsidTr="00387A5C">
        <w:trPr>
          <w:trHeight w:val="92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4F22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1.10.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AE15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Совместная работа в малых группах, осуществление сотрудничества; распределение работы, выполнение социальных ролей (руководитель/лидер и подчинённый)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2B2C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0.5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1214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7A33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CAAA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B9B4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2335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76998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23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24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2F4AA46B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  <w:tr w:rsidR="006C72E9" w:rsidRPr="006C72E9" w14:paraId="00DEFBE7" w14:textId="77777777" w:rsidTr="00387A5C">
        <w:trPr>
          <w:trHeight w:val="351"/>
        </w:trPr>
        <w:tc>
          <w:tcPr>
            <w:tcW w:w="50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7468B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Итого по модулю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326D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8 </w:t>
            </w:r>
          </w:p>
        </w:tc>
        <w:tc>
          <w:tcPr>
            <w:tcW w:w="990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64D4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</w:tr>
      <w:tr w:rsidR="006C72E9" w:rsidRPr="00867219" w14:paraId="1632C32B" w14:textId="77777777" w:rsidTr="00387A5C">
        <w:trPr>
          <w:trHeight w:val="346"/>
        </w:trPr>
        <w:tc>
          <w:tcPr>
            <w:tcW w:w="1549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728A5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Модуль 2. ТЕХНОЛОГИИ РУЧНОЙ ОБРАБОТКИ МАТЕРИАЛОВ </w:t>
            </w:r>
          </w:p>
        </w:tc>
      </w:tr>
      <w:tr w:rsidR="006C72E9" w:rsidRPr="006C72E9" w14:paraId="360FAB8B" w14:textId="77777777" w:rsidTr="00387A5C">
        <w:trPr>
          <w:trHeight w:val="535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5FC2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2.1.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65EB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Некоторые (доступные в обработке) виды искусственных и синтетических материалов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BEDD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0.5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031C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1EBD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092E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1A4C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; </w:t>
            </w:r>
          </w:p>
          <w:p w14:paraId="408B4AD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 обучающихся; под контролем учителя в процессе выполнения изделия контролировать и при необходимости восстанавливать порядок на рабочем месте; убирать рабочее место.; Применять правила рационального и безопасного использования инструментов (угольник, циркуль, игла, шило и др.).; </w:t>
            </w:r>
          </w:p>
          <w:p w14:paraId="3AC3378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Определять названия и назначение основных инструментов и приспособлений для ручного труда и выбирать необходимые </w:t>
            </w:r>
            <w:r w:rsidRPr="006C72E9">
              <w:lastRenderedPageBreak/>
              <w:t xml:space="preserve">инструменты и приспособления для выполнения изделий.; </w:t>
            </w:r>
          </w:p>
          <w:p w14:paraId="6E3627E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Наблюдать, сравнивать, сопоставлять свойства изучаемых видов бумаги (состав, цвет, прочность); определять виды бумаги и картона (гофрированный, толстый, тонкий, цветной и др.). Самостоятельно выбирать вид бумаги для изготовления изделия и объяснять свой выбор. Использовать свойства бумаги и картона при изготовлении объёмных изделий, создании декоративных композиций. Осваивать отдельные приёмы работы с бумагой, правила безопасной работы, правила разметки деталей. Выполнять рицовку на картоне с помощью канцелярского ножа, отверстия шилом.;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6D94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9A64C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25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26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0B9D8BFA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  <w:tr w:rsidR="006C72E9" w:rsidRPr="006C72E9" w14:paraId="583387D1" w14:textId="77777777" w:rsidTr="00387A5C">
        <w:trPr>
          <w:trHeight w:val="377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34D66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2.2.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11FE4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Разнообразие технологий и способов обработки материалов в различных видах изделий; сравнительный анализ технологий при использовании того или иного материала (например, аппликация из бумаги и ткани, коллаж и др.)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54502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0.5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9456D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3D3578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D2D54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4DC85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 обучающихся; под контролем учителя в процессе выполнения изделия контролировать и при необходимости восстанавливать </w:t>
            </w:r>
            <w:r w:rsidRPr="006C72E9">
              <w:lastRenderedPageBreak/>
              <w:t xml:space="preserve">порядок на рабочем месте; убирать рабочее место.; Применять правила рационального и безопасного использования инструментов (угольник, циркуль, игла, шило и др.).; </w:t>
            </w:r>
          </w:p>
          <w:p w14:paraId="0F0B4B2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Определять названия и назначение основных инструментов и приспособлений для ручного труда и выбирать необходимые инструменты и приспособления для выполнения изделий.; </w:t>
            </w:r>
          </w:p>
          <w:p w14:paraId="3F4F150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Наблюдать, сравнивать, сопоставлять свойства изучаемых видов бумаги (состав, цвет, прочность); определять виды бумаги и картона (гофрированный, толстый, тонкий, цветной и др.). Самостоятельно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E74D3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8936DA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27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28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2E0A322C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</w:tbl>
    <w:p w14:paraId="4BEE41DB" w14:textId="77777777" w:rsidR="006C72E9" w:rsidRPr="006C72E9" w:rsidRDefault="006C72E9" w:rsidP="006C72E9"/>
    <w:tbl>
      <w:tblPr>
        <w:tblStyle w:val="TableGrid"/>
        <w:tblW w:w="15499" w:type="dxa"/>
        <w:tblInd w:w="113" w:type="dxa"/>
        <w:tblCellMar>
          <w:top w:w="1" w:type="dxa"/>
          <w:left w:w="7" w:type="dxa"/>
          <w:right w:w="56" w:type="dxa"/>
        </w:tblCellMar>
        <w:tblLook w:val="04A0" w:firstRow="1" w:lastRow="0" w:firstColumn="1" w:lastColumn="0" w:noHBand="0" w:noVBand="1"/>
      </w:tblPr>
      <w:tblGrid>
        <w:gridCol w:w="465"/>
        <w:gridCol w:w="4600"/>
        <w:gridCol w:w="528"/>
        <w:gridCol w:w="1104"/>
        <w:gridCol w:w="1138"/>
        <w:gridCol w:w="807"/>
        <w:gridCol w:w="4033"/>
        <w:gridCol w:w="1081"/>
        <w:gridCol w:w="1743"/>
      </w:tblGrid>
      <w:tr w:rsidR="006C72E9" w:rsidRPr="00867219" w14:paraId="7F8FD18B" w14:textId="77777777" w:rsidTr="00387A5C">
        <w:trPr>
          <w:trHeight w:val="10600"/>
        </w:trPr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13BBD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lastRenderedPageBreak/>
              <w:t xml:space="preserve"> </w:t>
            </w:r>
          </w:p>
        </w:tc>
        <w:tc>
          <w:tcPr>
            <w:tcW w:w="4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D7895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 </w:t>
            </w: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7CB71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 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46353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3469C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 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8B83E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 </w:t>
            </w:r>
          </w:p>
        </w:tc>
        <w:tc>
          <w:tcPr>
            <w:tcW w:w="4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1202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выбирать вид бумаги для изготовления изделия и объяснять свой выбор. Использовать свойства бумаги и картона при изготовлении объёмных изделий, создании декоративных композиций. Осваивать отдельные приёмы работы с бумагой, правила безопасной работы, правила разметки деталей. Выполнять рицовку на картоне с помощью канцелярского ножа, отверстия шилом.; Читать простейшие чертежи развёрток, схемы изготовления изделия и выполнять изделие по заданному чертежу под руководством учителя.; </w:t>
            </w:r>
          </w:p>
          <w:p w14:paraId="08EC4FB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несложные расчёты размеров деталей изделия, ориентируясь на образец, эскиз или технический рисунок. Выстраивать простые чертежи/эскизы развёртки изделия. Выполнять разметку деталей с опорой на простейший чертёж, эскиз. Решать задачи на внесение необходимых дополнений и изменений в схему, чертёж, эскиз.; </w:t>
            </w:r>
          </w:p>
          <w:p w14:paraId="6CBAF28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анализировать конструкцию изделия, обсуждать варианты изготовления изделия, выполнять технологические операции в соответствии с общим представлением о технологическом процессе (анализ устройства и назначения изделия; выстраивание последовательности практических </w:t>
            </w:r>
            <w:r w:rsidRPr="006C72E9">
              <w:lastRenderedPageBreak/>
              <w:t xml:space="preserve">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изменений).; </w:t>
            </w:r>
          </w:p>
          <w:p w14:paraId="5AF5FC3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При освоении новой технологии (художественной техники) выполнения изделия анализировать конструкцию с опорой на образец.; </w:t>
            </w:r>
          </w:p>
          <w:p w14:paraId="29DA344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планировать свою деятельность по предложенному в учебнике, рабочей тетради образцу, вносить коррективы в выполняемые действия.; 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новыми/дополненными требованиями.; </w:t>
            </w:r>
          </w:p>
          <w:p w14:paraId="3314879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сборку узлов и конструкций с подвижным и неподвижным соединением деталей.; </w:t>
            </w:r>
          </w:p>
          <w:p w14:paraId="35A3B3F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Изготавливать несложные конструкции изделий из бумаги и картона по рисунку, простейшему чертежу или эскизу, образцу и доступным заданным условиям. Применять разнообразные технологии и способы обработки материалов в </w:t>
            </w:r>
            <w:r w:rsidRPr="006C72E9">
              <w:lastRenderedPageBreak/>
              <w:t xml:space="preserve">различных видах изделий; проводить сравнительный анализ технологий при использовании того или иного материала.; Применять общие правила создания предметов рукотворного мира: соответствие формы, размеров, материала и внешнего оформления изделия его назначению.; </w:t>
            </w:r>
          </w:p>
          <w:p w14:paraId="643B85A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Следовать общему представлению о стилевой гармонии в предметном ансамбле; гармонии предметной и окружающей среды.; 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28A9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 </w:t>
            </w:r>
          </w:p>
        </w:tc>
        <w:tc>
          <w:tcPr>
            <w:tcW w:w="1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ABA0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</w:tr>
    </w:tbl>
    <w:p w14:paraId="4B66BF60" w14:textId="77777777" w:rsidR="006C72E9" w:rsidRPr="006C72E9" w:rsidRDefault="006C72E9" w:rsidP="006C72E9">
      <w:pPr>
        <w:rPr>
          <w:lang w:val="ru-RU"/>
        </w:rPr>
      </w:pPr>
    </w:p>
    <w:tbl>
      <w:tblPr>
        <w:tblStyle w:val="TableGrid"/>
        <w:tblW w:w="15499" w:type="dxa"/>
        <w:tblInd w:w="113" w:type="dxa"/>
        <w:tblCellMar>
          <w:top w:w="8" w:type="dxa"/>
          <w:left w:w="7" w:type="dxa"/>
          <w:right w:w="52" w:type="dxa"/>
        </w:tblCellMar>
        <w:tblLook w:val="04A0" w:firstRow="1" w:lastRow="0" w:firstColumn="1" w:lastColumn="0" w:noHBand="0" w:noVBand="1"/>
      </w:tblPr>
      <w:tblGrid>
        <w:gridCol w:w="456"/>
        <w:gridCol w:w="4202"/>
        <w:gridCol w:w="501"/>
        <w:gridCol w:w="947"/>
        <w:gridCol w:w="976"/>
        <w:gridCol w:w="695"/>
        <w:gridCol w:w="3746"/>
        <w:gridCol w:w="1463"/>
        <w:gridCol w:w="2513"/>
      </w:tblGrid>
      <w:tr w:rsidR="006C72E9" w:rsidRPr="006C72E9" w14:paraId="6491611F" w14:textId="77777777" w:rsidTr="00387A5C">
        <w:trPr>
          <w:trHeight w:val="923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8A5B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2.3.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9F6C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E25D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0.5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D626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4A19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91DF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BE5DA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 обучающихся; под контролем учителя в процессе выполнения изделия контролировать и при необходимости восстанавливать порядок на рабочем месте; убирать рабочее место.; Применять правила рационального и безопасного использования инструментов (угольник, циркуль, игла, шило и др.).; </w:t>
            </w:r>
          </w:p>
          <w:p w14:paraId="1E1A8A0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Определять названия и назначение основных инструментов и приспособлений для ручного труда и выбирать необходимые инструменты и приспособления для выполнения изделий.; </w:t>
            </w:r>
          </w:p>
          <w:p w14:paraId="7B2D421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Наблюдать, сравнивать, сопоставлять свойства изучаемых видов бумаги (состав, цвет, прочность); определять виды бумаги и картона (гофрированный, толстый, тонкий, цветной и др.). Самостоятельно выбирать вид бумаги для изготовления изделия и объяснять свой выбор. </w:t>
            </w:r>
            <w:r w:rsidRPr="006C72E9">
              <w:lastRenderedPageBreak/>
              <w:t xml:space="preserve">Использовать свойства бумаги и картона при изготовлении объёмных изделий, создании декоративных композиций. Осваивать отдельные приёмы работы с бумагой, правила безопасной работы, правила разметки деталей. Выполнять рицовку на картоне с помощью канцелярского ножа, отверстия шилом.; Читать простейшие чертежи развёрток, схемы изготовления изделия и выполнять изделие по заданному чертежу под руководством учителя.; </w:t>
            </w:r>
          </w:p>
          <w:p w14:paraId="124E7F7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несложные расчёты размеров деталей изделия, ориентируясь на образец, эскиз или технический рисунок. Выстраивать простые чертежи/эскизы развёртки изделия. Выполнять разметку деталей с опорой на простейший чертёж, эскиз. Решать задачи на внесение необходимых дополнений и изменений в схему, чертёж, эскиз.; </w:t>
            </w:r>
          </w:p>
          <w:p w14:paraId="687D011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анализировать конструкцию изделия, обсуждать варианты изготовления изделия, выполнять технологические операции в соответствии с общим представлением о технологическом процессе (анализ устройства и назначения изделия; выстраивание последовательности практических </w:t>
            </w:r>
            <w:r w:rsidRPr="006C72E9">
              <w:lastRenderedPageBreak/>
              <w:t xml:space="preserve">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изменений).;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0FCF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68A58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29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30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78C62549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</w:tbl>
    <w:p w14:paraId="3847C8FD" w14:textId="77777777" w:rsidR="006C72E9" w:rsidRPr="006C72E9" w:rsidRDefault="006C72E9" w:rsidP="006C72E9"/>
    <w:tbl>
      <w:tblPr>
        <w:tblStyle w:val="TableGrid"/>
        <w:tblW w:w="15499" w:type="dxa"/>
        <w:tblInd w:w="113" w:type="dxa"/>
        <w:tblCellMar>
          <w:top w:w="8" w:type="dxa"/>
          <w:left w:w="7" w:type="dxa"/>
          <w:right w:w="52" w:type="dxa"/>
        </w:tblCellMar>
        <w:tblLook w:val="04A0" w:firstRow="1" w:lastRow="0" w:firstColumn="1" w:lastColumn="0" w:noHBand="0" w:noVBand="1"/>
      </w:tblPr>
      <w:tblGrid>
        <w:gridCol w:w="456"/>
        <w:gridCol w:w="4189"/>
        <w:gridCol w:w="501"/>
        <w:gridCol w:w="950"/>
        <w:gridCol w:w="979"/>
        <w:gridCol w:w="697"/>
        <w:gridCol w:w="3751"/>
        <w:gridCol w:w="1463"/>
        <w:gridCol w:w="2513"/>
      </w:tblGrid>
      <w:tr w:rsidR="006C72E9" w:rsidRPr="006C72E9" w14:paraId="53FDDF60" w14:textId="77777777" w:rsidTr="00387A5C">
        <w:trPr>
          <w:trHeight w:val="934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66CE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2.4.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B947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Инструменты и приспособления (циркуль, угольник, канцелярский нож, шило, и др.); называние и выполнение приёмов их рационального и безопасного использования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C1AF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0.5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4096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9250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F813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D3A3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 обучающихся; под контролем учителя в процессе выполнения изделия контролировать и при необходимости восстанавливать порядок на рабочем месте; убирать рабочее место.; Применять правила рационального и безопасного использования инструментов (угольник, циркуль, игла, шило и др.).; </w:t>
            </w:r>
          </w:p>
          <w:p w14:paraId="469EB63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Определять названия и назначение основных инструментов и приспособлений для ручного труда и выбирать необходимые инструменты и приспособления для выполнения изделий.; </w:t>
            </w:r>
          </w:p>
          <w:p w14:paraId="51C0D68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Наблюдать, сравнивать, сопоставлять свойства изучаемых видов бумаги (состав, цвет, прочность); определять виды бумаги и картона (гофрированный, толстый, тонкий, цветной и др.). Самостоятельно выбирать вид бумаги для изготовления изделия и объяснять свой выбор. Использовать свойства бумаги и </w:t>
            </w:r>
            <w:r w:rsidRPr="006C72E9">
              <w:lastRenderedPageBreak/>
              <w:t xml:space="preserve">картона при изготовлении объёмных изделий, создании декоративных композиций. Осваивать отдельные приёмы работы с бумагой, правила безопасной работы, правила разметки деталей. Выполнять рицовку на картоне с помощью канцелярского ножа, отверстия шилом.; Читать простейшие чертежи развёрток, схемы изготовления изделия и выполнять изделие по заданному чертежу под руководством учителя.; </w:t>
            </w:r>
          </w:p>
          <w:p w14:paraId="6DF22F7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несложные расчёты размеров деталей изделия, ориентируясь на образец, эскиз или технический рисунок. Выстраивать простые чертежи/эскизы развёртки изделия. Выполнять разметку деталей с опорой на простейший чертёж, эскиз. Решать задачи на внесение необходимых дополнений и изменений в схему, чертёж, эскиз.; </w:t>
            </w:r>
          </w:p>
          <w:p w14:paraId="7F13B3D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анализировать конструкцию изделия, обсуждать варианты изготовления изделия, выполнять технологические операции в соответствии с общим представлением о технологическом процессе (анализ устройства и назначения изделия; выстраивание последовательности практических действий и технологических </w:t>
            </w:r>
            <w:r w:rsidRPr="006C72E9">
              <w:lastRenderedPageBreak/>
              <w:t xml:space="preserve">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изменений).;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6D6D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D7FB9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31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32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09A9D931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</w:tbl>
    <w:p w14:paraId="4D6F5704" w14:textId="77777777" w:rsidR="006C72E9" w:rsidRPr="006C72E9" w:rsidRDefault="006C72E9" w:rsidP="006C72E9"/>
    <w:tbl>
      <w:tblPr>
        <w:tblStyle w:val="TableGrid"/>
        <w:tblW w:w="15499" w:type="dxa"/>
        <w:tblInd w:w="113" w:type="dxa"/>
        <w:tblCellMar>
          <w:top w:w="8" w:type="dxa"/>
          <w:left w:w="7" w:type="dxa"/>
          <w:right w:w="52" w:type="dxa"/>
        </w:tblCellMar>
        <w:tblLook w:val="04A0" w:firstRow="1" w:lastRow="0" w:firstColumn="1" w:lastColumn="0" w:noHBand="0" w:noVBand="1"/>
      </w:tblPr>
      <w:tblGrid>
        <w:gridCol w:w="455"/>
        <w:gridCol w:w="4234"/>
        <w:gridCol w:w="500"/>
        <w:gridCol w:w="941"/>
        <w:gridCol w:w="969"/>
        <w:gridCol w:w="690"/>
        <w:gridCol w:w="3734"/>
        <w:gridCol w:w="1463"/>
        <w:gridCol w:w="2513"/>
      </w:tblGrid>
      <w:tr w:rsidR="006C72E9" w:rsidRPr="006C72E9" w14:paraId="14D2F0D5" w14:textId="77777777" w:rsidTr="00387A5C">
        <w:trPr>
          <w:trHeight w:val="919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A18E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2.5.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B528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Углубление общих представлений о технологическом процессе (анализ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 материалов; обработка с целью получения деталей, сборка, отделка изделия; проверка изделия в действии, внесение необходимых дополнений и изменений). Биговка (рицовка)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AE13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0.5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F97D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19D5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D612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44F38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 обучающихся; под контролем учителя в процессе выполнения изделия контролировать и при необходимости восстанавливать порядок на рабочем месте; убирать рабочее место.; Применять правила рационального и безопасного использования инструментов (угольник, циркуль, игла, шило и др.).; </w:t>
            </w:r>
          </w:p>
          <w:p w14:paraId="673E69A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Определять названия и назначение основных инструментов и приспособлений для ручного труда и выбирать необходимые инструменты и приспособления для выполнения изделий.; </w:t>
            </w:r>
          </w:p>
          <w:p w14:paraId="606780E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Наблюдать, сравнивать, сопоставлять свойства изучаемых видов бумаги (состав, цвет, прочность); определять виды бумаги и картона (гофрированный, толстый, тонкий, цветной и др.). Самостоятельно выбирать вид бумаги для изготовления изделия и объяснять свой выбор. Использовать свойства бумаги и </w:t>
            </w:r>
            <w:r w:rsidRPr="006C72E9">
              <w:lastRenderedPageBreak/>
              <w:t xml:space="preserve">картона при изготовлении объёмных изделий, создании декоративных композиций. Осваивать отдельные приёмы работы с бумагой, правила безопасной работы, правила разметки деталей. Выполнять рицовку на картоне с помощью канцелярского ножа, отверстия шилом.; Читать простейшие чертежи развёрток, схемы изготовления изделия и выполнять изделие по заданному чертежу под руководством учителя.; </w:t>
            </w:r>
          </w:p>
          <w:p w14:paraId="7DC842C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несложные расчёты размеров деталей изделия, ориентируясь на образец, эскиз или технический рисунок. Выстраивать простые чертежи/эскизы развёртки изделия. Выполнять разметку деталей с опорой на простейший чертёж, эскиз. Решать задачи на внесение необходимых дополнений и изменений в схему, чертёж, эскиз.; </w:t>
            </w:r>
          </w:p>
          <w:p w14:paraId="06B7B77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анализировать конструкцию изделия, обсуждать варианты изготовления изделия, выполнять технологические операции в соответствии с общим представлением о технологическом процессе (анализ устройства и назначения изделия; выстраивание последовательности практических действий и технологических </w:t>
            </w:r>
            <w:r w:rsidRPr="006C72E9">
              <w:lastRenderedPageBreak/>
              <w:t xml:space="preserve">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изменений).;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6605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9E893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33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34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1D4C57D9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</w:tbl>
    <w:p w14:paraId="7B6DDC6A" w14:textId="77777777" w:rsidR="006C72E9" w:rsidRPr="006C72E9" w:rsidRDefault="006C72E9" w:rsidP="006C72E9"/>
    <w:tbl>
      <w:tblPr>
        <w:tblStyle w:val="TableGrid"/>
        <w:tblW w:w="15499" w:type="dxa"/>
        <w:tblInd w:w="113" w:type="dxa"/>
        <w:tblCellMar>
          <w:top w:w="8" w:type="dxa"/>
          <w:left w:w="7" w:type="dxa"/>
          <w:right w:w="52" w:type="dxa"/>
        </w:tblCellMar>
        <w:tblLook w:val="04A0" w:firstRow="1" w:lastRow="0" w:firstColumn="1" w:lastColumn="0" w:noHBand="0" w:noVBand="1"/>
      </w:tblPr>
      <w:tblGrid>
        <w:gridCol w:w="455"/>
        <w:gridCol w:w="4201"/>
        <w:gridCol w:w="501"/>
        <w:gridCol w:w="948"/>
        <w:gridCol w:w="976"/>
        <w:gridCol w:w="695"/>
        <w:gridCol w:w="3747"/>
        <w:gridCol w:w="1463"/>
        <w:gridCol w:w="2513"/>
      </w:tblGrid>
      <w:tr w:rsidR="006C72E9" w:rsidRPr="006C72E9" w14:paraId="4C923879" w14:textId="77777777" w:rsidTr="00387A5C">
        <w:trPr>
          <w:trHeight w:val="9450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DC1D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2.6.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1841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Изготовление объёмных изделий из развёрток. Преобразование развёрток несложных форм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5F27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0.5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2FC2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0E80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1DEF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3575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; </w:t>
            </w:r>
          </w:p>
          <w:p w14:paraId="5BFB561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 обучающихся; под контролем учителя в процессе выполнения изделия контролировать и при необходимости восстанавливать порядок на рабочем месте; убирать рабочее место.; Применять правила рационального и безопасного использования инструментов (угольник, циркуль, игла, шило и др.).; </w:t>
            </w:r>
          </w:p>
          <w:p w14:paraId="542278E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Определять названия и назначение основных инструментов и приспособлений для ручного труда и выбирать необходимые инструменты и приспособления для выполнения изделий.; </w:t>
            </w:r>
          </w:p>
          <w:p w14:paraId="49846FB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Наблюдать, сравнивать, сопоставлять свойства изучаемых видов бумаги (состав, цвет, прочность); определять виды бумаги и картона (гофрированный, толстый, тонкий, цветной и др.). Самостоятельно выбирать вид бумаги для изготовления изделия и объяснять свой выбор. </w:t>
            </w:r>
            <w:r w:rsidRPr="006C72E9">
              <w:lastRenderedPageBreak/>
              <w:t xml:space="preserve">Использовать свойства бумаги и картона при изготовлении объёмных изделий, создании декоративных композиций. Осваивать отдельные приёмы работы с бумагой, правила безопасной работы, правила разметки деталей. Выполнять рицовку на картоне с помощью канцелярского ножа, отверстия шилом.; Читать простейшие чертежи развёрток, схемы изготовления изделия и выполнять изделие по заданному чертежу под руководством учителя.; </w:t>
            </w:r>
          </w:p>
          <w:p w14:paraId="78BE6B6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несложные расчёты размеров деталей изделия, ориентируясь на образец, эскиз или технический рисунок. Выстраивать простые чертежи/эскизы развёртки изделия. Выполнять разметку деталей с опорой на простейший чертёж, эскиз. Решать задачи на внесение необходимых дополнений и изменений в схему, чертёж, эскиз.; </w:t>
            </w:r>
          </w:p>
          <w:p w14:paraId="3C2A9FB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анализировать конструкцию изделия, обсуждать варианты изготовления изделия, выполнять технологические операции в соответствии с общим представлением о технологическом процессе (анализ устройства и назначения изделия; выстраивание последовательности практических </w:t>
            </w:r>
            <w:r w:rsidRPr="006C72E9">
              <w:lastRenderedPageBreak/>
              <w:t xml:space="preserve">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изменений).;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EE95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B1DC6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35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36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76022D56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  <w:tr w:rsidR="006C72E9" w:rsidRPr="006C72E9" w14:paraId="6074C23A" w14:textId="77777777" w:rsidTr="00387A5C">
        <w:trPr>
          <w:trHeight w:val="130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8D5A1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2.7.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C5FFE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Технология обработки бумаги и картона. Виды картона </w:t>
            </w:r>
          </w:p>
          <w:p w14:paraId="6BF7B2D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(гофрированный, толстый, тонкий, цветной и др.)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958F9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0.5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B3773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F24D0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81042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588BEA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 обучающихся; под контролем учителя в процессе выполнения изделия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07FEB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C47739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37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38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4F1E822C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</w:tbl>
    <w:p w14:paraId="7A4C08A7" w14:textId="77777777" w:rsidR="006C72E9" w:rsidRPr="006C72E9" w:rsidRDefault="006C72E9" w:rsidP="006C72E9"/>
    <w:tbl>
      <w:tblPr>
        <w:tblStyle w:val="TableGrid"/>
        <w:tblW w:w="15499" w:type="dxa"/>
        <w:tblInd w:w="113" w:type="dxa"/>
        <w:tblCellMar>
          <w:top w:w="1" w:type="dxa"/>
          <w:left w:w="7" w:type="dxa"/>
          <w:right w:w="56" w:type="dxa"/>
        </w:tblCellMar>
        <w:tblLook w:val="04A0" w:firstRow="1" w:lastRow="0" w:firstColumn="1" w:lastColumn="0" w:noHBand="0" w:noVBand="1"/>
      </w:tblPr>
      <w:tblGrid>
        <w:gridCol w:w="465"/>
        <w:gridCol w:w="4600"/>
        <w:gridCol w:w="528"/>
        <w:gridCol w:w="1104"/>
        <w:gridCol w:w="1138"/>
        <w:gridCol w:w="807"/>
        <w:gridCol w:w="4033"/>
        <w:gridCol w:w="1081"/>
        <w:gridCol w:w="1743"/>
      </w:tblGrid>
      <w:tr w:rsidR="006C72E9" w:rsidRPr="00867219" w14:paraId="64443300" w14:textId="77777777" w:rsidTr="00387A5C">
        <w:trPr>
          <w:trHeight w:val="10456"/>
        </w:trPr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4E9D9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lastRenderedPageBreak/>
              <w:t xml:space="preserve"> </w:t>
            </w:r>
          </w:p>
        </w:tc>
        <w:tc>
          <w:tcPr>
            <w:tcW w:w="4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C1B59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 </w:t>
            </w: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2064A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 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8205F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EAE0A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 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75AB9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 </w:t>
            </w:r>
          </w:p>
        </w:tc>
        <w:tc>
          <w:tcPr>
            <w:tcW w:w="4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041A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контролировать и при необходимости восстанавливать порядок на рабочем месте; убирать рабочее место.; Применять правила рационального и безопасного использования инструментов (угольник, циркуль, игла, шило и др.).; </w:t>
            </w:r>
          </w:p>
          <w:p w14:paraId="2A2454D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Определять названия и назначение основных инструментов и приспособлений для ручного труда и выбирать необходимые инструменты и приспособления для выполнения изделий.; </w:t>
            </w:r>
          </w:p>
          <w:p w14:paraId="4ED8023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Наблюдать, сравнивать, сопоставлять свойства изучаемых видов бумаги (состав, цвет, прочность); определять виды бумаги и картона (гофрированный, толстый, тонкий, цветной и др.). Самостоятельно выбирать вид бумаги для изготовления изделия и объяснять свой выбор. Использовать свойства бумаги и картона при изготовлении объёмных изделий, создании декоративных композиций. Осваивать отдельные приёмы работы с бумагой, правила безопасной работы, правила разметки деталей. Выполнять рицовку на картоне с помощью канцелярского ножа, отверстия шилом.; Читать простейшие чертежи развёрток, схемы изготовления изделия и выполнять изделие по заданному чертежу под руководством учителя.; </w:t>
            </w:r>
          </w:p>
          <w:p w14:paraId="4FD9DBB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Выполнять несложные расчёты размеров деталей изделия, ориентируясь на образец, эскиз или технический рисунок. Выстраивать простые чертежи/эскизы развёртки изделия. Выполнять разметку деталей с опорой на простейший чертёж, эскиз. Решать задачи на внесение необходимых дополнений и изменений в схему, чертёж, эскиз.; </w:t>
            </w:r>
          </w:p>
          <w:p w14:paraId="73CEA5E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анализировать конструкцию изделия, обсуждать варианты изготовления изделия, выполнять технологические операции в соответствии с общим представлением о технологическом процессе (анализ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изменений).; </w:t>
            </w:r>
          </w:p>
          <w:p w14:paraId="59BEEE5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При освоении новой технологии (художественной техники) выполнения изделия анализировать конструкцию с опорой на образец.; </w:t>
            </w:r>
          </w:p>
          <w:p w14:paraId="0CC9BF8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планировать свою деятельность по предложенному в учебнике, рабочей тетради образцу, вносить коррективы в выполняемые </w:t>
            </w:r>
            <w:r w:rsidRPr="006C72E9">
              <w:lastRenderedPageBreak/>
              <w:t xml:space="preserve">действия.; 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новыми/дополненными требованиями.; </w:t>
            </w:r>
          </w:p>
          <w:p w14:paraId="32C605B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сборку узлов и конструкций с подвижным и неподвижным соединением деталей.; 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655F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 </w:t>
            </w:r>
          </w:p>
        </w:tc>
        <w:tc>
          <w:tcPr>
            <w:tcW w:w="1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C8A5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</w:tr>
      <w:tr w:rsidR="006C72E9" w:rsidRPr="006C72E9" w14:paraId="6158207A" w14:textId="77777777" w:rsidTr="00387A5C">
        <w:trPr>
          <w:trHeight w:val="305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65697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2.8.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8B7AE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Чтение и построение простого чертежа/эскиза развёртки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F6E21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0.5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4D1F1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AF9EA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668E4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6D7F0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организовывать свою деятельность: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AE263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Устный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FC4E63" w14:textId="77777777" w:rsidR="006C72E9" w:rsidRPr="006C72E9" w:rsidRDefault="00811D9F" w:rsidP="006C72E9">
            <w:pPr>
              <w:spacing w:after="200" w:line="276" w:lineRule="auto"/>
            </w:pPr>
            <w:hyperlink r:id="rId39">
              <w:r w:rsidR="006C72E9" w:rsidRPr="006C72E9">
                <w:rPr>
                  <w:rStyle w:val="aff8"/>
                </w:rPr>
                <w:t>http://school</w:t>
              </w:r>
            </w:hyperlink>
            <w:hyperlink r:id="rId40">
              <w:r w:rsidR="006C72E9" w:rsidRPr="006C72E9">
                <w:rPr>
                  <w:rStyle w:val="aff8"/>
                </w:rPr>
                <w:t xml:space="preserve">- </w:t>
              </w:r>
            </w:hyperlink>
          </w:p>
        </w:tc>
      </w:tr>
    </w:tbl>
    <w:p w14:paraId="0CE2D379" w14:textId="77777777" w:rsidR="006C72E9" w:rsidRPr="006C72E9" w:rsidRDefault="006C72E9" w:rsidP="006C72E9">
      <w:pPr>
        <w:rPr>
          <w:lang w:val="ru-RU"/>
        </w:rPr>
      </w:pPr>
      <w:r w:rsidRPr="006C72E9"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99B6A3" wp14:editId="17004330">
                <wp:simplePos x="0" y="0"/>
                <wp:positionH relativeFrom="column">
                  <wp:posOffset>67056</wp:posOffset>
                </wp:positionH>
                <wp:positionV relativeFrom="paragraph">
                  <wp:posOffset>-12663</wp:posOffset>
                </wp:positionV>
                <wp:extent cx="9144" cy="6832982"/>
                <wp:effectExtent l="0" t="0" r="0" b="0"/>
                <wp:wrapSquare wrapText="bothSides"/>
                <wp:docPr id="71966" name="Group 71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41" name="Shape 79541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E5C93" id="Group 71966" o:spid="_x0000_s1026" style="position:absolute;margin-left:5.3pt;margin-top:-1pt;width:.7pt;height:538.05pt;z-index:251659264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">
                <v:shape id="Shape 79541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1E5638" wp14:editId="26DE444A">
                <wp:simplePos x="0" y="0"/>
                <wp:positionH relativeFrom="column">
                  <wp:posOffset>363017</wp:posOffset>
                </wp:positionH>
                <wp:positionV relativeFrom="paragraph">
                  <wp:posOffset>-12663</wp:posOffset>
                </wp:positionV>
                <wp:extent cx="9144" cy="6832982"/>
                <wp:effectExtent l="0" t="0" r="0" b="0"/>
                <wp:wrapSquare wrapText="bothSides"/>
                <wp:docPr id="71967" name="Group 71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43" name="Shape 79543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BD2CA2" id="Group 71967" o:spid="_x0000_s1026" style="position:absolute;margin-left:28.6pt;margin-top:-1pt;width:.7pt;height:538.05pt;z-index:251660288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">
                <v:shape id="Shape 79543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EE893A" wp14:editId="55133CBA">
                <wp:simplePos x="0" y="0"/>
                <wp:positionH relativeFrom="column">
                  <wp:posOffset>3283966</wp:posOffset>
                </wp:positionH>
                <wp:positionV relativeFrom="paragraph">
                  <wp:posOffset>-12663</wp:posOffset>
                </wp:positionV>
                <wp:extent cx="9144" cy="6832982"/>
                <wp:effectExtent l="0" t="0" r="0" b="0"/>
                <wp:wrapSquare wrapText="bothSides"/>
                <wp:docPr id="71968" name="Group 71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45" name="Shape 79545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E7986" id="Group 71968" o:spid="_x0000_s1026" style="position:absolute;margin-left:258.6pt;margin-top:-1pt;width:.7pt;height:538.05pt;z-index:251661312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">
                <v:shape id="Shape 79545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E0D906C" wp14:editId="496A6BCE">
                <wp:simplePos x="0" y="0"/>
                <wp:positionH relativeFrom="column">
                  <wp:posOffset>3619246</wp:posOffset>
                </wp:positionH>
                <wp:positionV relativeFrom="paragraph">
                  <wp:posOffset>-12663</wp:posOffset>
                </wp:positionV>
                <wp:extent cx="9144" cy="6832982"/>
                <wp:effectExtent l="0" t="0" r="0" b="0"/>
                <wp:wrapSquare wrapText="bothSides"/>
                <wp:docPr id="71969" name="Group 71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47" name="Shape 79547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62275" id="Group 71969" o:spid="_x0000_s1026" style="position:absolute;margin-left:285pt;margin-top:-1pt;width:.7pt;height:538.05pt;z-index:251662336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">
                <v:shape id="Shape 79547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2B69F3F" wp14:editId="0307EC76">
                <wp:simplePos x="0" y="0"/>
                <wp:positionH relativeFrom="column">
                  <wp:posOffset>4320287</wp:posOffset>
                </wp:positionH>
                <wp:positionV relativeFrom="paragraph">
                  <wp:posOffset>-12663</wp:posOffset>
                </wp:positionV>
                <wp:extent cx="9144" cy="6832982"/>
                <wp:effectExtent l="0" t="0" r="0" b="0"/>
                <wp:wrapSquare wrapText="bothSides"/>
                <wp:docPr id="71970" name="Group 71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49" name="Shape 79549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CBDBE" id="Group 71970" o:spid="_x0000_s1026" style="position:absolute;margin-left:340.2pt;margin-top:-1pt;width:.7pt;height:538.05pt;z-index:251663360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">
                <v:shape id="Shape 79549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20723A9" wp14:editId="46EFFE76">
                <wp:simplePos x="0" y="0"/>
                <wp:positionH relativeFrom="column">
                  <wp:posOffset>5042916</wp:posOffset>
                </wp:positionH>
                <wp:positionV relativeFrom="paragraph">
                  <wp:posOffset>-12663</wp:posOffset>
                </wp:positionV>
                <wp:extent cx="9144" cy="6832982"/>
                <wp:effectExtent l="0" t="0" r="0" b="0"/>
                <wp:wrapSquare wrapText="bothSides"/>
                <wp:docPr id="71971" name="Group 71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51" name="Shape 79551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14CC4" id="Group 71971" o:spid="_x0000_s1026" style="position:absolute;margin-left:397.1pt;margin-top:-1pt;width:.7pt;height:538.05pt;z-index:251664384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">
                <v:shape id="Shape 79551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001CD36" wp14:editId="602A4A03">
                <wp:simplePos x="0" y="0"/>
                <wp:positionH relativeFrom="column">
                  <wp:posOffset>5555234</wp:posOffset>
                </wp:positionH>
                <wp:positionV relativeFrom="paragraph">
                  <wp:posOffset>-12663</wp:posOffset>
                </wp:positionV>
                <wp:extent cx="9144" cy="6832982"/>
                <wp:effectExtent l="0" t="0" r="0" b="0"/>
                <wp:wrapSquare wrapText="bothSides"/>
                <wp:docPr id="71973" name="Group 71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53" name="Shape 79553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61E09" id="Group 71973" o:spid="_x0000_s1026" style="position:absolute;margin-left:437.4pt;margin-top:-1pt;width:.7pt;height:538.05pt;z-index:251665408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">
                <v:shape id="Shape 79553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166342D" wp14:editId="58EC76F1">
                <wp:simplePos x="0" y="0"/>
                <wp:positionH relativeFrom="column">
                  <wp:posOffset>8116189</wp:posOffset>
                </wp:positionH>
                <wp:positionV relativeFrom="paragraph">
                  <wp:posOffset>-12663</wp:posOffset>
                </wp:positionV>
                <wp:extent cx="9144" cy="6832982"/>
                <wp:effectExtent l="0" t="0" r="0" b="0"/>
                <wp:wrapSquare wrapText="bothSides"/>
                <wp:docPr id="71974" name="Group 71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55" name="Shape 79555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8DBAF" id="Group 71974" o:spid="_x0000_s1026" style="position:absolute;margin-left:639.05pt;margin-top:-1pt;width:.7pt;height:538.05pt;z-index:251666432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">
                <v:shape id="Shape 79555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29BD82B" wp14:editId="2FC08A37">
                <wp:simplePos x="0" y="0"/>
                <wp:positionH relativeFrom="column">
                  <wp:posOffset>8802370</wp:posOffset>
                </wp:positionH>
                <wp:positionV relativeFrom="paragraph">
                  <wp:posOffset>-12663</wp:posOffset>
                </wp:positionV>
                <wp:extent cx="9144" cy="6832982"/>
                <wp:effectExtent l="0" t="0" r="0" b="0"/>
                <wp:wrapSquare wrapText="bothSides"/>
                <wp:docPr id="71975" name="Group 71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57" name="Shape 79557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0A72E" id="Group 71975" o:spid="_x0000_s1026" style="position:absolute;margin-left:693.1pt;margin-top:-1pt;width:.7pt;height:538.05pt;z-index:251667456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">
                <v:shape id="Shape 79557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lang w:val="ru-RU"/>
        </w:rPr>
        <w:t xml:space="preserve"> </w:t>
      </w:r>
      <w:r w:rsidRPr="006C72E9">
        <w:rPr>
          <w:b/>
          <w:lang w:val="ru-RU"/>
        </w:rPr>
        <w:t xml:space="preserve">изделия </w:t>
      </w:r>
      <w:r w:rsidRPr="006C72E9">
        <w:rPr>
          <w:lang w:val="ru-RU"/>
        </w:rPr>
        <w:t xml:space="preserve">    подготавливать рабочее место для работы с бумагой и опрос; collection.edu.ru/catalog/ </w:t>
      </w:r>
    </w:p>
    <w:p w14:paraId="74D772B0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картоном, правильно и рационально размещать Практическая инструменты и материалы в соответствии с работа; </w:t>
      </w:r>
    </w:p>
    <w:p w14:paraId="0857D0D0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индивидуальными особенностями обучающихся; под контролем учителя в процессе выполнения изделия контролировать и при необходимости восстанавливать порядок на рабочем месте; убирать рабочее место.; Применять правила рационального и безопасного использования инструментов (угольник, циркуль, игла, шило и др.).; </w:t>
      </w:r>
    </w:p>
    <w:p w14:paraId="2BF26D3E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Определять названия и назначение основных инструментов и приспособлений для ручного труда и выбирать необходимые инструменты и приспособления для выполнения изделий.; </w:t>
      </w:r>
    </w:p>
    <w:p w14:paraId="0E55A769" w14:textId="77777777" w:rsidR="006C72E9" w:rsidRPr="006C72E9" w:rsidRDefault="006C72E9" w:rsidP="006C72E9">
      <w:pPr>
        <w:rPr>
          <w:lang w:val="ru-RU"/>
        </w:rPr>
      </w:pP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8833A5A" wp14:editId="2D62350F">
                <wp:simplePos x="0" y="0"/>
                <wp:positionH relativeFrom="page">
                  <wp:posOffset>10265664</wp:posOffset>
                </wp:positionH>
                <wp:positionV relativeFrom="page">
                  <wp:posOffset>369138</wp:posOffset>
                </wp:positionV>
                <wp:extent cx="9144" cy="6832982"/>
                <wp:effectExtent l="0" t="0" r="0" b="0"/>
                <wp:wrapSquare wrapText="bothSides"/>
                <wp:docPr id="71976" name="Group 71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59" name="Shape 79559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A7400" id="Group 71976" o:spid="_x0000_s1026" style="position:absolute;margin-left:808.3pt;margin-top:29.05pt;width:.7pt;height:538.05pt;z-index:251668480;mso-position-horizontal-relative:page;mso-position-vertical-relative:page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">
                <v:shape id="Shape 79559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 anchorx="page" anchory="page"/>
              </v:group>
            </w:pict>
          </mc:Fallback>
        </mc:AlternateContent>
      </w:r>
      <w:r w:rsidRPr="006C72E9">
        <w:rPr>
          <w:lang w:val="ru-RU"/>
        </w:rPr>
        <w:t xml:space="preserve">Наблюдать, сравнивать, сопоставлять свойства изучаемых видов бумаги (состав, цвет, прочность); определять виды бумаги и картона (гофрированный, толстый, тонкий, цветной и др.). Самостоятельно выбирать вид бумаги для изготовления изделия и объяснять свой выбор. Использовать свойства бумаги и картона при изготовлении объёмных изделий, создании декоративных композиций. Осваивать отдельные приёмы работы с бумагой, правила безопасной работы, правила разметки деталей. Выполнять рицовку на картоне с помощью канцелярского ножа, отверстия шилом.; Читать простейшие чертежи развёрток, схемы изготовления изделия и выполнять изделие по заданному чертежу под руководством учителя.; </w:t>
      </w:r>
    </w:p>
    <w:p w14:paraId="0704305A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Выполнять несложные расчёты размеров деталей изделия, ориентируясь на образец, эскиз или технический рисунок. Выстраивать простые чертежи/эскизы развёртки изделия. Выполнять разметку деталей с опорой на простейший чертёж, эскиз. Решать задачи на внесение необходимых дополнений и изменений в схему, чертёж, эскиз.; </w:t>
      </w:r>
    </w:p>
    <w:p w14:paraId="46BFB1EE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Самостоятельно анализировать конструкцию изделия, обсуждать варианты изготовления изделия, выполнять технологические операции в соответствии с общим представлением о технологическом процессе (анализ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</w:t>
      </w:r>
      <w:r w:rsidRPr="006C72E9">
        <w:rPr>
          <w:lang w:val="ru-RU"/>
        </w:rPr>
        <w:lastRenderedPageBreak/>
        <w:t xml:space="preserve">изделия в действии, внесение необходимых дополнений и изменений).; </w:t>
      </w:r>
    </w:p>
    <w:p w14:paraId="4319CB02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При освоении новой технологии (художественной техники) выполнения изделия анализировать конструкцию с опорой на образец.; </w:t>
      </w:r>
    </w:p>
    <w:p w14:paraId="4F8DD382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Самостоятельно планировать свою деятельность по предложенному в учебнике, рабочей тетради образцу, вносить коррективы в выполняемые действия.; 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новыми/дополненными </w:t>
      </w:r>
    </w:p>
    <w:p w14:paraId="0EF7FC85" w14:textId="77777777" w:rsidR="006C72E9" w:rsidRPr="006C72E9" w:rsidRDefault="006C72E9" w:rsidP="006C72E9">
      <w:pPr>
        <w:rPr>
          <w:lang w:val="ru-RU"/>
        </w:rPr>
      </w:pPr>
    </w:p>
    <w:tbl>
      <w:tblPr>
        <w:tblStyle w:val="TableGrid"/>
        <w:tblW w:w="15499" w:type="dxa"/>
        <w:tblInd w:w="113" w:type="dxa"/>
        <w:tblCellMar>
          <w:top w:w="1" w:type="dxa"/>
          <w:left w:w="7" w:type="dxa"/>
          <w:right w:w="52" w:type="dxa"/>
        </w:tblCellMar>
        <w:tblLook w:val="04A0" w:firstRow="1" w:lastRow="0" w:firstColumn="1" w:lastColumn="0" w:noHBand="0" w:noVBand="1"/>
      </w:tblPr>
      <w:tblGrid>
        <w:gridCol w:w="456"/>
        <w:gridCol w:w="4170"/>
        <w:gridCol w:w="503"/>
        <w:gridCol w:w="959"/>
        <w:gridCol w:w="988"/>
        <w:gridCol w:w="703"/>
        <w:gridCol w:w="3744"/>
        <w:gridCol w:w="1463"/>
        <w:gridCol w:w="2513"/>
      </w:tblGrid>
      <w:tr w:rsidR="006C72E9" w:rsidRPr="00867219" w14:paraId="55C09533" w14:textId="77777777" w:rsidTr="00387A5C">
        <w:trPr>
          <w:trHeight w:val="6514"/>
        </w:trPr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F291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77E9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F512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8FBC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05E4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CD6B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5913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требованиями.; </w:t>
            </w:r>
          </w:p>
          <w:p w14:paraId="5B11561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сборку узлов и конструкций с подвижным и неподвижным соединением деталей.; </w:t>
            </w:r>
          </w:p>
          <w:p w14:paraId="43213A3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Изготавливать несложные конструкции изделий из бумаги и картона по рисунку, простейшему чертежу или эскизу, образцу и доступным заданным условиям. Применять разнообразные технологии и способы обработки материалов в различных видах изделий; проводить сравнительный анализ технологий при использовании того или иного материала.; Применять общие правила создания предметов рукотворного мира: соответствие формы, размеров, материала и внешнего оформления изделия его назначению.; </w:t>
            </w:r>
          </w:p>
          <w:p w14:paraId="6CC2460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Следовать общему представлению о стилевой гармонии в предметном ансамбле; гармонии предметной и </w:t>
            </w:r>
            <w:r w:rsidRPr="006C72E9">
              <w:lastRenderedPageBreak/>
              <w:t xml:space="preserve">окружающей среды.; </w:t>
            </w:r>
          </w:p>
          <w:p w14:paraId="7405B81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Понимать технологический и практический смысл различных видов соединений в технических </w:t>
            </w:r>
          </w:p>
          <w:p w14:paraId="1A74F94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сооружениях, использовать их при решении простейших конструкторских задач; </w:t>
            </w:r>
          </w:p>
          <w:p w14:paraId="148C741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особенностями; под контролем учителя в процессе выполнения изделия проверять и восстанавливать порядок на рабочем месте; убирать рабочее место.; </w:t>
            </w:r>
          </w:p>
          <w:p w14:paraId="6B4F230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Организовывать рабочее место в зависимости от конструктивных особенностей изделия.; </w:t>
            </w:r>
          </w:p>
          <w:p w14:paraId="56006B2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Планировать практическую работу и работать по составленному плану.; 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AE73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 </w:t>
            </w:r>
          </w:p>
        </w:tc>
        <w:tc>
          <w:tcPr>
            <w:tcW w:w="1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5307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</w:tr>
      <w:tr w:rsidR="006C72E9" w:rsidRPr="006C72E9" w14:paraId="709A9761" w14:textId="77777777" w:rsidTr="00387A5C">
        <w:trPr>
          <w:trHeight w:val="424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28B52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2.9.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BB253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Разметка деталей с опорой на простейший чертёж, эскиз. Решение задач на внесение необходимых дополнений и </w:t>
            </w:r>
          </w:p>
          <w:p w14:paraId="228E71D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изменений в схему, чертёж, эскиз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B2F37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0.5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320CD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2294C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B3655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E44D2B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 обучающихся; под контролем учителя в процессе выполнения изделия контролировать и при необходимости восстанавливать порядок на рабочем месте; убирать рабочее место.; Применять правила рационального и безопасного использования инструментов (угольник, циркуль, игла, шило и др.).; </w:t>
            </w:r>
          </w:p>
          <w:p w14:paraId="215585B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Определять названия и назначение основных инструментов и приспособлений для ручного труда и выбирать необходимые инструменты и приспособления для выполнения изделий.; </w:t>
            </w:r>
          </w:p>
          <w:p w14:paraId="68F763E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Наблюдать, сравнивать, сопоставлять свойства изучаемых видов бумаги (состав, цвет, прочность); определять виды бумаги и картона (гофрированный, толстый, тонкий, цветной и др.). Самостоятельно выбирать вид бумаги для изготовления изделия и объяснять свой выбор. Использовать свойства бумаги и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C10F2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702544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41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42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0B52552F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</w:tbl>
    <w:p w14:paraId="75AE63FD" w14:textId="77777777" w:rsidR="006C72E9" w:rsidRPr="006C72E9" w:rsidRDefault="006C72E9" w:rsidP="006C72E9">
      <w:pPr>
        <w:rPr>
          <w:lang w:val="ru-RU"/>
        </w:rPr>
      </w:pPr>
      <w:r w:rsidRPr="006C72E9"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B9A5A4A" wp14:editId="5B869A8E">
                <wp:simplePos x="0" y="0"/>
                <wp:positionH relativeFrom="column">
                  <wp:posOffset>67056</wp:posOffset>
                </wp:positionH>
                <wp:positionV relativeFrom="paragraph">
                  <wp:posOffset>-18256</wp:posOffset>
                </wp:positionV>
                <wp:extent cx="9144" cy="6832982"/>
                <wp:effectExtent l="0" t="0" r="0" b="0"/>
                <wp:wrapSquare wrapText="bothSides"/>
                <wp:docPr id="68709" name="Group 68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61" name="Shape 79561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E0B47" id="Group 68709" o:spid="_x0000_s1026" style="position:absolute;margin-left:5.3pt;margin-top:-1.45pt;width:.7pt;height:538.05pt;z-index:251669504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">
                <v:shape id="Shape 79561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5E412F9" wp14:editId="29B8CF0C">
                <wp:simplePos x="0" y="0"/>
                <wp:positionH relativeFrom="column">
                  <wp:posOffset>363017</wp:posOffset>
                </wp:positionH>
                <wp:positionV relativeFrom="paragraph">
                  <wp:posOffset>-18256</wp:posOffset>
                </wp:positionV>
                <wp:extent cx="9144" cy="6832982"/>
                <wp:effectExtent l="0" t="0" r="0" b="0"/>
                <wp:wrapSquare wrapText="bothSides"/>
                <wp:docPr id="68710" name="Group 68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63" name="Shape 79563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95229" id="Group 68710" o:spid="_x0000_s1026" style="position:absolute;margin-left:28.6pt;margin-top:-1.45pt;width:.7pt;height:538.05pt;z-index:251670528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">
                <v:shape id="Shape 79563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1EBCB1D" wp14:editId="3DDBE383">
                <wp:simplePos x="0" y="0"/>
                <wp:positionH relativeFrom="column">
                  <wp:posOffset>3283966</wp:posOffset>
                </wp:positionH>
                <wp:positionV relativeFrom="paragraph">
                  <wp:posOffset>-18256</wp:posOffset>
                </wp:positionV>
                <wp:extent cx="9144" cy="6832982"/>
                <wp:effectExtent l="0" t="0" r="0" b="0"/>
                <wp:wrapSquare wrapText="bothSides"/>
                <wp:docPr id="68711" name="Group 68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65" name="Shape 79565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370BDF" id="Group 68711" o:spid="_x0000_s1026" style="position:absolute;margin-left:258.6pt;margin-top:-1.45pt;width:.7pt;height:538.05pt;z-index:251671552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">
                <v:shape id="Shape 79565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7B3F979" wp14:editId="0E766B7B">
                <wp:simplePos x="0" y="0"/>
                <wp:positionH relativeFrom="column">
                  <wp:posOffset>3619246</wp:posOffset>
                </wp:positionH>
                <wp:positionV relativeFrom="paragraph">
                  <wp:posOffset>-18256</wp:posOffset>
                </wp:positionV>
                <wp:extent cx="9144" cy="6832982"/>
                <wp:effectExtent l="0" t="0" r="0" b="0"/>
                <wp:wrapSquare wrapText="bothSides"/>
                <wp:docPr id="68712" name="Group 68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67" name="Shape 79567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C9290" id="Group 68712" o:spid="_x0000_s1026" style="position:absolute;margin-left:285pt;margin-top:-1.45pt;width:.7pt;height:538.05pt;z-index:251672576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">
                <v:shape id="Shape 79567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005FCF6" wp14:editId="30C65ACF">
                <wp:simplePos x="0" y="0"/>
                <wp:positionH relativeFrom="column">
                  <wp:posOffset>4320287</wp:posOffset>
                </wp:positionH>
                <wp:positionV relativeFrom="paragraph">
                  <wp:posOffset>-18256</wp:posOffset>
                </wp:positionV>
                <wp:extent cx="9144" cy="6832982"/>
                <wp:effectExtent l="0" t="0" r="0" b="0"/>
                <wp:wrapSquare wrapText="bothSides"/>
                <wp:docPr id="68713" name="Group 68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69" name="Shape 79569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20E2D" id="Group 68713" o:spid="_x0000_s1026" style="position:absolute;margin-left:340.2pt;margin-top:-1.45pt;width:.7pt;height:538.05pt;z-index:251673600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">
                <v:shape id="Shape 79569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4969157" wp14:editId="5F527DC9">
                <wp:simplePos x="0" y="0"/>
                <wp:positionH relativeFrom="column">
                  <wp:posOffset>5042916</wp:posOffset>
                </wp:positionH>
                <wp:positionV relativeFrom="paragraph">
                  <wp:posOffset>-18256</wp:posOffset>
                </wp:positionV>
                <wp:extent cx="9144" cy="6832982"/>
                <wp:effectExtent l="0" t="0" r="0" b="0"/>
                <wp:wrapSquare wrapText="bothSides"/>
                <wp:docPr id="68714" name="Group 68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71" name="Shape 79571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7E9E00" id="Group 68714" o:spid="_x0000_s1026" style="position:absolute;margin-left:397.1pt;margin-top:-1.45pt;width:.7pt;height:538.05pt;z-index:251674624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">
                <v:shape id="Shape 79571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AB07749" wp14:editId="5EDD219B">
                <wp:simplePos x="0" y="0"/>
                <wp:positionH relativeFrom="column">
                  <wp:posOffset>5555234</wp:posOffset>
                </wp:positionH>
                <wp:positionV relativeFrom="paragraph">
                  <wp:posOffset>-18256</wp:posOffset>
                </wp:positionV>
                <wp:extent cx="9144" cy="6832982"/>
                <wp:effectExtent l="0" t="0" r="0" b="0"/>
                <wp:wrapSquare wrapText="bothSides"/>
                <wp:docPr id="68715" name="Group 68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73" name="Shape 79573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D17F6" id="Group 68715" o:spid="_x0000_s1026" style="position:absolute;margin-left:437.4pt;margin-top:-1.45pt;width:.7pt;height:538.05pt;z-index:251675648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">
                <v:shape id="Shape 79573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45F1B56" wp14:editId="2FA89EE4">
                <wp:simplePos x="0" y="0"/>
                <wp:positionH relativeFrom="column">
                  <wp:posOffset>8116189</wp:posOffset>
                </wp:positionH>
                <wp:positionV relativeFrom="paragraph">
                  <wp:posOffset>-18256</wp:posOffset>
                </wp:positionV>
                <wp:extent cx="9144" cy="6832982"/>
                <wp:effectExtent l="0" t="0" r="0" b="0"/>
                <wp:wrapSquare wrapText="bothSides"/>
                <wp:docPr id="68716" name="Group 68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75" name="Shape 79575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924CDA" id="Group 68716" o:spid="_x0000_s1026" style="position:absolute;margin-left:639.05pt;margin-top:-1.45pt;width:.7pt;height:538.05pt;z-index:251676672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">
                <v:shape id="Shape 79575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2E452D6" wp14:editId="3C4ADCEB">
                <wp:simplePos x="0" y="0"/>
                <wp:positionH relativeFrom="column">
                  <wp:posOffset>8802370</wp:posOffset>
                </wp:positionH>
                <wp:positionV relativeFrom="paragraph">
                  <wp:posOffset>-18256</wp:posOffset>
                </wp:positionV>
                <wp:extent cx="9144" cy="6832982"/>
                <wp:effectExtent l="0" t="0" r="0" b="0"/>
                <wp:wrapSquare wrapText="bothSides"/>
                <wp:docPr id="68717" name="Group 68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77" name="Shape 79577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AED3F" id="Group 68717" o:spid="_x0000_s1026" style="position:absolute;margin-left:693.1pt;margin-top:-1.45pt;width:.7pt;height:538.05pt;z-index:251677696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">
                <v:shape id="Shape 79577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867219">
        <w:rPr>
          <w:lang w:val="ru-RU"/>
        </w:rPr>
        <w:t xml:space="preserve">      </w:t>
      </w:r>
      <w:r w:rsidRPr="006C72E9">
        <w:rPr>
          <w:lang w:val="ru-RU"/>
        </w:rPr>
        <w:t xml:space="preserve">картона при изготовлении объёмных изделий, создании   </w:t>
      </w:r>
    </w:p>
    <w:p w14:paraId="3E3ED593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декоративных композиций. Осваивать отдельные приёмы работы с бумагой, правила безопасной работы, правила разметки деталей. Выполнять рицовку на картоне с помощью канцелярского ножа, отверстия шилом.; Читать простейшие чертежи развёрток, схемы изготовления изделия и выполнять изделие по заданному чертежу под руководством учителя.; </w:t>
      </w:r>
    </w:p>
    <w:p w14:paraId="0B943B34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Выполнять несложные расчёты размеров деталей изделия, ориентируясь на образец, эскиз или технический рисунок. Выстраивать простые чертежи/эскизы развёртки изделия. Выполнять разметку деталей с опорой на простейший чертёж, эскиз. Решать задачи на внесение необходимых дополнений и изменений в схему, чертёж, эскиз.; </w:t>
      </w:r>
    </w:p>
    <w:p w14:paraId="50AFE25A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Самостоятельно анализировать конструкцию изделия, обсуждать варианты изготовления изделия, выполнять технологические операции в соответствии с общим представлением о технологическом процессе (анализ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изменений).; </w:t>
      </w:r>
    </w:p>
    <w:p w14:paraId="068B73D6" w14:textId="77777777" w:rsidR="006C72E9" w:rsidRPr="006C72E9" w:rsidRDefault="006C72E9" w:rsidP="006C72E9">
      <w:pPr>
        <w:rPr>
          <w:lang w:val="ru-RU"/>
        </w:rPr>
      </w:pP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F0A02E8" wp14:editId="5E1E4875">
                <wp:simplePos x="0" y="0"/>
                <wp:positionH relativeFrom="page">
                  <wp:posOffset>10265664</wp:posOffset>
                </wp:positionH>
                <wp:positionV relativeFrom="page">
                  <wp:posOffset>369138</wp:posOffset>
                </wp:positionV>
                <wp:extent cx="9144" cy="6832982"/>
                <wp:effectExtent l="0" t="0" r="0" b="0"/>
                <wp:wrapSquare wrapText="bothSides"/>
                <wp:docPr id="68718" name="Group 68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79" name="Shape 79579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44C1E" id="Group 68718" o:spid="_x0000_s1026" style="position:absolute;margin-left:808.3pt;margin-top:29.05pt;width:.7pt;height:538.05pt;z-index:251678720;mso-position-horizontal-relative:page;mso-position-vertical-relative:page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">
                <v:shape id="Shape 79579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 anchorx="page" anchory="page"/>
              </v:group>
            </w:pict>
          </mc:Fallback>
        </mc:AlternateContent>
      </w:r>
      <w:r w:rsidRPr="006C72E9">
        <w:rPr>
          <w:lang w:val="ru-RU"/>
        </w:rPr>
        <w:t xml:space="preserve">При освоении новой технологии (художественной техники) выполнения изделия анализировать конструкцию с опорой на образец.; </w:t>
      </w:r>
    </w:p>
    <w:p w14:paraId="2EE783C1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Самостоятельно планировать свою деятельность по предложенному в учебнике, рабочей тетради образцу, вносить коррективы в выполняемые действия.; 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новыми/дополненными требованиями.; </w:t>
      </w:r>
    </w:p>
    <w:p w14:paraId="02B640A2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Выполнять сборку узлов и конструкций с подвижным и неподвижным соединением деталей.; </w:t>
      </w:r>
    </w:p>
    <w:p w14:paraId="24DA3F33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Изготавливать несложные конструкции изделий из бумаги и картона по рисунку, простейшему чертежу или эскизу, образцу и доступным заданным условиям. Применять разнообразные технологии и способы обработки материалов в различных </w:t>
      </w:r>
      <w:r w:rsidRPr="006C72E9">
        <w:rPr>
          <w:lang w:val="ru-RU"/>
        </w:rPr>
        <w:lastRenderedPageBreak/>
        <w:t xml:space="preserve">видах изделий; проводить сравнительный анализ технологий при использовании того или иного материала.; Применять общие правила создания предметов рукотворного мира: соответствие формы, размеров, материала и внешнего оформления изделия его назначению.; </w:t>
      </w:r>
    </w:p>
    <w:p w14:paraId="63B751C8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Следовать общему представлению о стилевой гармонии в предметном ансамбле; гармонии предметной и окружающей среды.; </w:t>
      </w:r>
    </w:p>
    <w:p w14:paraId="0AC956BA" w14:textId="77777777" w:rsidR="006C72E9" w:rsidRPr="006C72E9" w:rsidRDefault="006C72E9" w:rsidP="006C72E9">
      <w:pPr>
        <w:rPr>
          <w:lang w:val="ru-RU"/>
        </w:rPr>
      </w:pP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ACEA9F6" wp14:editId="755B2D10">
                <wp:simplePos x="0" y="0"/>
                <wp:positionH relativeFrom="column">
                  <wp:posOffset>67056</wp:posOffset>
                </wp:positionH>
                <wp:positionV relativeFrom="paragraph">
                  <wp:posOffset>329998</wp:posOffset>
                </wp:positionV>
                <wp:extent cx="9144" cy="6832982"/>
                <wp:effectExtent l="0" t="0" r="0" b="0"/>
                <wp:wrapSquare wrapText="bothSides"/>
                <wp:docPr id="68151" name="Group 68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81" name="Shape 79581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ACC9C" id="Group 68151" o:spid="_x0000_s1026" style="position:absolute;margin-left:5.3pt;margin-top:26pt;width:.7pt;height:538.05pt;z-index:251679744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">
                <v:shape id="Shape 79581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5DCB1D4" wp14:editId="3E9EE4F6">
                <wp:simplePos x="0" y="0"/>
                <wp:positionH relativeFrom="column">
                  <wp:posOffset>363017</wp:posOffset>
                </wp:positionH>
                <wp:positionV relativeFrom="paragraph">
                  <wp:posOffset>329998</wp:posOffset>
                </wp:positionV>
                <wp:extent cx="9144" cy="6832982"/>
                <wp:effectExtent l="0" t="0" r="0" b="0"/>
                <wp:wrapSquare wrapText="bothSides"/>
                <wp:docPr id="68152" name="Group 68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83" name="Shape 79583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08DFD" id="Group 68152" o:spid="_x0000_s1026" style="position:absolute;margin-left:28.6pt;margin-top:26pt;width:.7pt;height:538.05pt;z-index:251680768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">
                <v:shape id="Shape 79583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0C28E20" wp14:editId="72D35CE1">
                <wp:simplePos x="0" y="0"/>
                <wp:positionH relativeFrom="column">
                  <wp:posOffset>3283966</wp:posOffset>
                </wp:positionH>
                <wp:positionV relativeFrom="paragraph">
                  <wp:posOffset>329998</wp:posOffset>
                </wp:positionV>
                <wp:extent cx="9144" cy="6832982"/>
                <wp:effectExtent l="0" t="0" r="0" b="0"/>
                <wp:wrapSquare wrapText="bothSides"/>
                <wp:docPr id="68153" name="Group 68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85" name="Shape 79585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31C82" id="Group 68153" o:spid="_x0000_s1026" style="position:absolute;margin-left:258.6pt;margin-top:26pt;width:.7pt;height:538.05pt;z-index:251681792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">
                <v:shape id="Shape 79585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19F1C4D" wp14:editId="400D737D">
                <wp:simplePos x="0" y="0"/>
                <wp:positionH relativeFrom="column">
                  <wp:posOffset>3619246</wp:posOffset>
                </wp:positionH>
                <wp:positionV relativeFrom="paragraph">
                  <wp:posOffset>329998</wp:posOffset>
                </wp:positionV>
                <wp:extent cx="9144" cy="6832982"/>
                <wp:effectExtent l="0" t="0" r="0" b="0"/>
                <wp:wrapSquare wrapText="bothSides"/>
                <wp:docPr id="68154" name="Group 68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87" name="Shape 79587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1E3B6" id="Group 68154" o:spid="_x0000_s1026" style="position:absolute;margin-left:285pt;margin-top:26pt;width:.7pt;height:538.05pt;z-index:251682816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">
                <v:shape id="Shape 79587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F14611E" wp14:editId="2BDEAC84">
                <wp:simplePos x="0" y="0"/>
                <wp:positionH relativeFrom="column">
                  <wp:posOffset>4320287</wp:posOffset>
                </wp:positionH>
                <wp:positionV relativeFrom="paragraph">
                  <wp:posOffset>329998</wp:posOffset>
                </wp:positionV>
                <wp:extent cx="9144" cy="6832982"/>
                <wp:effectExtent l="0" t="0" r="0" b="0"/>
                <wp:wrapSquare wrapText="bothSides"/>
                <wp:docPr id="68155" name="Group 68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89" name="Shape 79589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B4DAC" id="Group 68155" o:spid="_x0000_s1026" style="position:absolute;margin-left:340.2pt;margin-top:26pt;width:.7pt;height:538.05pt;z-index:251683840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">
                <v:shape id="Shape 79589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88D1E05" wp14:editId="78C56607">
                <wp:simplePos x="0" y="0"/>
                <wp:positionH relativeFrom="column">
                  <wp:posOffset>5042916</wp:posOffset>
                </wp:positionH>
                <wp:positionV relativeFrom="paragraph">
                  <wp:posOffset>329998</wp:posOffset>
                </wp:positionV>
                <wp:extent cx="9144" cy="6832982"/>
                <wp:effectExtent l="0" t="0" r="0" b="0"/>
                <wp:wrapSquare wrapText="bothSides"/>
                <wp:docPr id="68157" name="Group 68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91" name="Shape 79591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2328D" id="Group 68157" o:spid="_x0000_s1026" style="position:absolute;margin-left:397.1pt;margin-top:26pt;width:.7pt;height:538.05pt;z-index:251684864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">
                <v:shape id="Shape 79591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7E80DEF" wp14:editId="2C6B592D">
                <wp:simplePos x="0" y="0"/>
                <wp:positionH relativeFrom="column">
                  <wp:posOffset>5555234</wp:posOffset>
                </wp:positionH>
                <wp:positionV relativeFrom="paragraph">
                  <wp:posOffset>329998</wp:posOffset>
                </wp:positionV>
                <wp:extent cx="9144" cy="6832982"/>
                <wp:effectExtent l="0" t="0" r="0" b="0"/>
                <wp:wrapSquare wrapText="bothSides"/>
                <wp:docPr id="68158" name="Group 68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93" name="Shape 79593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21241" id="Group 68158" o:spid="_x0000_s1026" style="position:absolute;margin-left:437.4pt;margin-top:26pt;width:.7pt;height:538.05pt;z-index:251685888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">
                <v:shape id="Shape 79593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D48D489" wp14:editId="5E0E66A8">
                <wp:simplePos x="0" y="0"/>
                <wp:positionH relativeFrom="column">
                  <wp:posOffset>8116189</wp:posOffset>
                </wp:positionH>
                <wp:positionV relativeFrom="paragraph">
                  <wp:posOffset>329998</wp:posOffset>
                </wp:positionV>
                <wp:extent cx="9144" cy="6832982"/>
                <wp:effectExtent l="0" t="0" r="0" b="0"/>
                <wp:wrapSquare wrapText="bothSides"/>
                <wp:docPr id="68162" name="Group 68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95" name="Shape 79595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B577F" id="Group 68162" o:spid="_x0000_s1026" style="position:absolute;margin-left:639.05pt;margin-top:26pt;width:.7pt;height:538.05pt;z-index:251686912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">
                <v:shape id="Shape 79595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9852188" wp14:editId="33644AD4">
                <wp:simplePos x="0" y="0"/>
                <wp:positionH relativeFrom="column">
                  <wp:posOffset>8802370</wp:posOffset>
                </wp:positionH>
                <wp:positionV relativeFrom="paragraph">
                  <wp:posOffset>329998</wp:posOffset>
                </wp:positionV>
                <wp:extent cx="9144" cy="6832982"/>
                <wp:effectExtent l="0" t="0" r="0" b="0"/>
                <wp:wrapSquare wrapText="bothSides"/>
                <wp:docPr id="68163" name="Group 68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97" name="Shape 79597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53D560" id="Group 68163" o:spid="_x0000_s1026" style="position:absolute;margin-left:693.1pt;margin-top:26pt;width:.7pt;height:538.05pt;z-index:251687936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">
                <v:shape id="Shape 79597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lang w:val="ru-RU"/>
        </w:rPr>
        <w:t xml:space="preserve">Понимать технологический и практический смысл различных видов соединений в технических сооружениях, использовать их при решении простейших       конструкторских задач;   </w:t>
      </w:r>
    </w:p>
    <w:p w14:paraId="6910D4B7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Самостоятельно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особенностями; под контролем учителя в процессе выполнения изделия проверять и восстанавливать порядок на рабочем месте; убирать рабочее место.; </w:t>
      </w:r>
    </w:p>
    <w:p w14:paraId="45BD64B2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Организовывать рабочее место в зависимости от конструктивных особенностей изделия.; Планировать практическую работу и работать по составленному плану.; </w:t>
      </w:r>
    </w:p>
    <w:p w14:paraId="0DCCCFF1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Отбирать необходимые материалы для изделий, обосновывать свой выбор.; </w:t>
      </w:r>
    </w:p>
    <w:p w14:paraId="05520AC6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Обобщать (называть) то новое, что освоено.; </w:t>
      </w:r>
    </w:p>
    <w:p w14:paraId="37740694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Применять правила безопасной и аккуратной работы со стекой.; </w:t>
      </w:r>
    </w:p>
    <w:p w14:paraId="792D1B87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Использовать свойства (цвет, состав, пластичность) пластичных материалов при выполнении изделий.; Объяснять значение использования пластичных материалов в жизни человека.; </w:t>
      </w:r>
    </w:p>
    <w:p w14:paraId="5285F9FC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Выбирать материал в зависимости от назначения изделия.; </w:t>
      </w:r>
    </w:p>
    <w:p w14:paraId="78D420C5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Наблюдать за использованием пластичных материалов в жизнедеятельности человека.; </w:t>
      </w:r>
    </w:p>
    <w:p w14:paraId="7CFA18CE" w14:textId="77777777" w:rsidR="006C72E9" w:rsidRPr="006C72E9" w:rsidRDefault="006C72E9" w:rsidP="006C72E9">
      <w:pPr>
        <w:rPr>
          <w:lang w:val="ru-RU"/>
        </w:rPr>
      </w:pP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9977A7D" wp14:editId="3342CE39">
                <wp:simplePos x="0" y="0"/>
                <wp:positionH relativeFrom="page">
                  <wp:posOffset>10265664</wp:posOffset>
                </wp:positionH>
                <wp:positionV relativeFrom="page">
                  <wp:posOffset>369138</wp:posOffset>
                </wp:positionV>
                <wp:extent cx="9144" cy="6832982"/>
                <wp:effectExtent l="0" t="0" r="0" b="0"/>
                <wp:wrapSquare wrapText="bothSides"/>
                <wp:docPr id="68165" name="Group 68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599" name="Shape 79599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DCC6E" id="Group 68165" o:spid="_x0000_s1026" style="position:absolute;margin-left:808.3pt;margin-top:29.05pt;width:.7pt;height:538.05pt;z-index:251688960;mso-position-horizontal-relative:page;mso-position-vertical-relative:page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">
                <v:shape id="Shape 79599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 anchorx="page" anchory="page"/>
              </v:group>
            </w:pict>
          </mc:Fallback>
        </mc:AlternateContent>
      </w:r>
      <w:r w:rsidRPr="006C72E9">
        <w:rPr>
          <w:lang w:val="ru-RU"/>
        </w:rPr>
        <w:t xml:space="preserve">Самостоятельно анализировать образцы изделий с опорой на памятку (конструктивные особенности и технология изготовления); изготавливать изделия с опорой на рисунки, инструкции, схемы.; </w:t>
      </w:r>
    </w:p>
    <w:p w14:paraId="21967EC3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lastRenderedPageBreak/>
        <w:t xml:space="preserve">Выполнять отделку и изделия или его деталей по собственному замыслу с учётом общей идеи и конструктивных особенностей изделия.; </w:t>
      </w:r>
    </w:p>
    <w:p w14:paraId="2589D648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Выбирать и применять при работе над изделиями приёмы </w:t>
      </w:r>
    </w:p>
    <w:p w14:paraId="33EE6106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работы с пластичными материалами.; Использовать разные способы лепки.; </w:t>
      </w:r>
    </w:p>
    <w:p w14:paraId="5B0CE6FD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Использовать пластилин для отделки изделий и его деталей.; </w:t>
      </w:r>
    </w:p>
    <w:p w14:paraId="19066083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Использовать технологию выполнения объёмных изделий — корректировать конструкцию и технологию изготовления.; </w:t>
      </w:r>
    </w:p>
    <w:p w14:paraId="24B14AF2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Оценивать результаты своей работы и работы одноклассников (качество, творческие находки, </w:t>
      </w:r>
    </w:p>
    <w:p w14:paraId="4094F916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самостоятельность).; </w:t>
      </w:r>
    </w:p>
    <w:p w14:paraId="2E248C4C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С помощью учителя наблюдать и сравнивать различные рельефы, скульптуры по сюжетам, назначению, материалам, технологию изготовления изделий из одинаковых материалов.; </w:t>
      </w:r>
    </w:p>
    <w:p w14:paraId="4B270824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Знакомиться с видами рельефа: контррельеф, барельеф, горельеф, приёмами получения рельефных изображений (процарапывание, вдавливание, налеп и др.).; Решать конструкторско-технологические задачи через наблюдения и рассуждения, пробные упражнения (откуда скульпторы черпают свои идеи, берут материалы для скульптур, какие используют средства художественной выразительности).; </w:t>
      </w:r>
    </w:p>
    <w:p w14:paraId="33702053" w14:textId="77777777" w:rsidR="006C72E9" w:rsidRPr="006C72E9" w:rsidRDefault="006C72E9" w:rsidP="006C72E9">
      <w:pPr>
        <w:rPr>
          <w:lang w:val="ru-RU"/>
        </w:rPr>
      </w:pPr>
    </w:p>
    <w:tbl>
      <w:tblPr>
        <w:tblStyle w:val="TableGrid"/>
        <w:tblW w:w="15499" w:type="dxa"/>
        <w:tblInd w:w="113" w:type="dxa"/>
        <w:tblCellMar>
          <w:top w:w="1" w:type="dxa"/>
          <w:left w:w="7" w:type="dxa"/>
          <w:right w:w="52" w:type="dxa"/>
        </w:tblCellMar>
        <w:tblLook w:val="04A0" w:firstRow="1" w:lastRow="0" w:firstColumn="1" w:lastColumn="0" w:noHBand="0" w:noVBand="1"/>
      </w:tblPr>
      <w:tblGrid>
        <w:gridCol w:w="471"/>
        <w:gridCol w:w="4155"/>
        <w:gridCol w:w="503"/>
        <w:gridCol w:w="959"/>
        <w:gridCol w:w="988"/>
        <w:gridCol w:w="703"/>
        <w:gridCol w:w="3744"/>
        <w:gridCol w:w="1463"/>
        <w:gridCol w:w="2513"/>
      </w:tblGrid>
      <w:tr w:rsidR="006C72E9" w:rsidRPr="00867219" w14:paraId="74837D50" w14:textId="77777777" w:rsidTr="00387A5C">
        <w:trPr>
          <w:trHeight w:val="5817"/>
        </w:trPr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4E26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 </w:t>
            </w:r>
          </w:p>
        </w:tc>
        <w:tc>
          <w:tcPr>
            <w:tcW w:w="4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F340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B046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578F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DFAB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707C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349D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организовывать свою деятельность: подготавливать рабочее место для работы с природным материалом, правильно и рационально размещать инструменты и материалы в соответствии с индивидуальными особенностями обучающихся; под контролем учителя в процессе выполнения изделия контролировать и при необходимости восстанавливать порядок на рабочем месте; убирать рабочее место.; Узнавать и называть основные материалы и их свойства, происхождение, применение в жизни.; </w:t>
            </w:r>
          </w:p>
          <w:p w14:paraId="4D93E1E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Сравнивать свойства природных материалов и на основе полученных выводов отбирать материал для выполнения изделий.; </w:t>
            </w:r>
          </w:p>
          <w:p w14:paraId="3D4E929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свойства природных материалов при изготовлении объёмных изделий, создании декоративных композиций.; </w:t>
            </w:r>
          </w:p>
          <w:p w14:paraId="0A59A63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Выбирать материалы в соответствии с заданными критериями к выполненным простейшим чертежам, эскизам, наброскам.; </w:t>
            </w:r>
          </w:p>
          <w:p w14:paraId="2C4B124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подбирать, обрабатывать и хранить природные материалы для дальнейшего </w:t>
            </w:r>
            <w:r w:rsidRPr="006C72E9">
              <w:lastRenderedPageBreak/>
              <w:t xml:space="preserve">использования при выполнении изделий.; </w:t>
            </w:r>
          </w:p>
          <w:p w14:paraId="570A114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и выбирать технологические приёмы ручной обработки материалов в зависимости от их свойств.; Применять на практике различные приёмы работы с природными материалами.; </w:t>
            </w:r>
          </w:p>
          <w:p w14:paraId="3844B91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при выполнении и отделке изделий различные природные материалы.; </w:t>
            </w:r>
          </w:p>
          <w:p w14:paraId="3F7C7B7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сборку изделий из природных материалов, используя для соединения деталей клей и пластилин.; 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9909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 </w:t>
            </w:r>
          </w:p>
        </w:tc>
        <w:tc>
          <w:tcPr>
            <w:tcW w:w="1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C130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</w:tr>
      <w:tr w:rsidR="006C72E9" w:rsidRPr="006C72E9" w14:paraId="2FF2D07B" w14:textId="77777777" w:rsidTr="00387A5C">
        <w:trPr>
          <w:trHeight w:val="494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6B4A9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2.10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1A603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Выполнение измерений, расчётов, несложных построений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EB2A6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0.5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C773D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B3A34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8C6A3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5D2632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 обучающихся; под контролем учителя в процессе выполнения изделия контролировать и при необходимости восстанавливать порядок на рабочем месте; убирать рабочее место.; Применять правила рационального и безопасного использования инструментов </w:t>
            </w:r>
            <w:r w:rsidRPr="006C72E9">
              <w:lastRenderedPageBreak/>
              <w:t xml:space="preserve">(угольник, циркуль, игла, шило и др.).; </w:t>
            </w:r>
          </w:p>
          <w:p w14:paraId="1333372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Определять названия и назначение основных инструментов и приспособлений для ручного труда и выбирать необходимые инструменты и приспособления для выполнения изделий.; </w:t>
            </w:r>
          </w:p>
          <w:p w14:paraId="2ED7799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Наблюдать, сравнивать, сопоставлять свойства изучаемых видов бумаги (состав, цвет, прочность); определять виды бумаги и картона (гофрированный, толстый, тонкий, цветной и др.). Самостоятельно выбирать вид бумаги для изготовления изделия и объяснять свой выбор. Использовать свойства бумаги и картона при изготовлении объёмных изделий, создании декоративных композиций. Осваивать отдельные приёмы работы с бумагой, правила безопасной работы, правила разметки деталей. Выполнять рицовку на картоне с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5FA02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90E781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43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44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580E1970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</w:tbl>
    <w:p w14:paraId="1134BCA7" w14:textId="77777777" w:rsidR="006C72E9" w:rsidRPr="006C72E9" w:rsidRDefault="006C72E9" w:rsidP="006C72E9">
      <w:pPr>
        <w:rPr>
          <w:lang w:val="ru-RU"/>
        </w:rPr>
      </w:pPr>
      <w:r w:rsidRPr="006C72E9"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4EE3F1E" wp14:editId="62F836A4">
                <wp:simplePos x="0" y="0"/>
                <wp:positionH relativeFrom="column">
                  <wp:posOffset>67056</wp:posOffset>
                </wp:positionH>
                <wp:positionV relativeFrom="paragraph">
                  <wp:posOffset>-18105</wp:posOffset>
                </wp:positionV>
                <wp:extent cx="9144" cy="6832982"/>
                <wp:effectExtent l="0" t="0" r="0" b="0"/>
                <wp:wrapSquare wrapText="bothSides"/>
                <wp:docPr id="74066" name="Group 74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601" name="Shape 79601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4BEDE6" id="Group 74066" o:spid="_x0000_s1026" style="position:absolute;margin-left:5.3pt;margin-top:-1.45pt;width:.7pt;height:538.05pt;z-index:251689984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">
                <v:shape id="Shape 79601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7551C20" wp14:editId="4724DCB4">
                <wp:simplePos x="0" y="0"/>
                <wp:positionH relativeFrom="column">
                  <wp:posOffset>363017</wp:posOffset>
                </wp:positionH>
                <wp:positionV relativeFrom="paragraph">
                  <wp:posOffset>-18105</wp:posOffset>
                </wp:positionV>
                <wp:extent cx="9144" cy="6832982"/>
                <wp:effectExtent l="0" t="0" r="0" b="0"/>
                <wp:wrapSquare wrapText="bothSides"/>
                <wp:docPr id="74067" name="Group 74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603" name="Shape 79603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D2EB2" id="Group 74067" o:spid="_x0000_s1026" style="position:absolute;margin-left:28.6pt;margin-top:-1.45pt;width:.7pt;height:538.05pt;z-index:251691008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">
                <v:shape id="Shape 79603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C33C080" wp14:editId="186CE9E9">
                <wp:simplePos x="0" y="0"/>
                <wp:positionH relativeFrom="column">
                  <wp:posOffset>3283966</wp:posOffset>
                </wp:positionH>
                <wp:positionV relativeFrom="paragraph">
                  <wp:posOffset>-18105</wp:posOffset>
                </wp:positionV>
                <wp:extent cx="9144" cy="6832982"/>
                <wp:effectExtent l="0" t="0" r="0" b="0"/>
                <wp:wrapSquare wrapText="bothSides"/>
                <wp:docPr id="74068" name="Group 74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605" name="Shape 79605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3FFFAB" id="Group 74068" o:spid="_x0000_s1026" style="position:absolute;margin-left:258.6pt;margin-top:-1.45pt;width:.7pt;height:538.05pt;z-index:251692032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">
                <v:shape id="Shape 79605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556496B" wp14:editId="7A4B4311">
                <wp:simplePos x="0" y="0"/>
                <wp:positionH relativeFrom="column">
                  <wp:posOffset>3619246</wp:posOffset>
                </wp:positionH>
                <wp:positionV relativeFrom="paragraph">
                  <wp:posOffset>-18105</wp:posOffset>
                </wp:positionV>
                <wp:extent cx="9144" cy="6832982"/>
                <wp:effectExtent l="0" t="0" r="0" b="0"/>
                <wp:wrapSquare wrapText="bothSides"/>
                <wp:docPr id="74069" name="Group 74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607" name="Shape 79607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C9709" id="Group 74069" o:spid="_x0000_s1026" style="position:absolute;margin-left:285pt;margin-top:-1.45pt;width:.7pt;height:538.05pt;z-index:251693056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">
                <v:shape id="Shape 79607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458E208" wp14:editId="50E41450">
                <wp:simplePos x="0" y="0"/>
                <wp:positionH relativeFrom="column">
                  <wp:posOffset>4320287</wp:posOffset>
                </wp:positionH>
                <wp:positionV relativeFrom="paragraph">
                  <wp:posOffset>-18105</wp:posOffset>
                </wp:positionV>
                <wp:extent cx="9144" cy="6832982"/>
                <wp:effectExtent l="0" t="0" r="0" b="0"/>
                <wp:wrapSquare wrapText="bothSides"/>
                <wp:docPr id="74071" name="Group 74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609" name="Shape 79609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224107" id="Group 74071" o:spid="_x0000_s1026" style="position:absolute;margin-left:340.2pt;margin-top:-1.45pt;width:.7pt;height:538.05pt;z-index:251694080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">
                <v:shape id="Shape 79609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8EC1EDF" wp14:editId="75693ABC">
                <wp:simplePos x="0" y="0"/>
                <wp:positionH relativeFrom="column">
                  <wp:posOffset>5042916</wp:posOffset>
                </wp:positionH>
                <wp:positionV relativeFrom="paragraph">
                  <wp:posOffset>-18105</wp:posOffset>
                </wp:positionV>
                <wp:extent cx="9144" cy="6832982"/>
                <wp:effectExtent l="0" t="0" r="0" b="0"/>
                <wp:wrapSquare wrapText="bothSides"/>
                <wp:docPr id="74072" name="Group 74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611" name="Shape 79611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BBDB8" id="Group 74072" o:spid="_x0000_s1026" style="position:absolute;margin-left:397.1pt;margin-top:-1.45pt;width:.7pt;height:538.05pt;z-index:251695104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">
                <v:shape id="Shape 79611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0FF2373" wp14:editId="36FFD502">
                <wp:simplePos x="0" y="0"/>
                <wp:positionH relativeFrom="column">
                  <wp:posOffset>5555234</wp:posOffset>
                </wp:positionH>
                <wp:positionV relativeFrom="paragraph">
                  <wp:posOffset>-18105</wp:posOffset>
                </wp:positionV>
                <wp:extent cx="9144" cy="6832982"/>
                <wp:effectExtent l="0" t="0" r="0" b="0"/>
                <wp:wrapSquare wrapText="bothSides"/>
                <wp:docPr id="74073" name="Group 74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613" name="Shape 79613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3E050" id="Group 74073" o:spid="_x0000_s1026" style="position:absolute;margin-left:437.4pt;margin-top:-1.45pt;width:.7pt;height:538.05pt;z-index:251696128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">
                <v:shape id="Shape 79613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F9B8C97" wp14:editId="5D6D2EAE">
                <wp:simplePos x="0" y="0"/>
                <wp:positionH relativeFrom="column">
                  <wp:posOffset>8116189</wp:posOffset>
                </wp:positionH>
                <wp:positionV relativeFrom="paragraph">
                  <wp:posOffset>-18105</wp:posOffset>
                </wp:positionV>
                <wp:extent cx="9144" cy="6832982"/>
                <wp:effectExtent l="0" t="0" r="0" b="0"/>
                <wp:wrapSquare wrapText="bothSides"/>
                <wp:docPr id="74074" name="Group 74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615" name="Shape 79615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95846" id="Group 74074" o:spid="_x0000_s1026" style="position:absolute;margin-left:639.05pt;margin-top:-1.45pt;width:.7pt;height:538.05pt;z-index:251697152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">
                <v:shape id="Shape 79615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0A4C165" wp14:editId="0B9C2705">
                <wp:simplePos x="0" y="0"/>
                <wp:positionH relativeFrom="column">
                  <wp:posOffset>8802370</wp:posOffset>
                </wp:positionH>
                <wp:positionV relativeFrom="paragraph">
                  <wp:posOffset>-18105</wp:posOffset>
                </wp:positionV>
                <wp:extent cx="9144" cy="6832982"/>
                <wp:effectExtent l="0" t="0" r="0" b="0"/>
                <wp:wrapSquare wrapText="bothSides"/>
                <wp:docPr id="74075" name="Group 74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617" name="Shape 79617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AFD0A" id="Group 74075" o:spid="_x0000_s1026" style="position:absolute;margin-left:693.1pt;margin-top:-1.45pt;width:.7pt;height:538.05pt;z-index:251698176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">
                <v:shape id="Shape 79617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/>
              </v:group>
            </w:pict>
          </mc:Fallback>
        </mc:AlternateContent>
      </w:r>
      <w:r w:rsidRPr="00867219">
        <w:t xml:space="preserve">      </w:t>
      </w:r>
      <w:r w:rsidRPr="006C72E9">
        <w:rPr>
          <w:lang w:val="ru-RU"/>
        </w:rPr>
        <w:t xml:space="preserve">помощью канцелярского ножа, отверстия шилом.;   </w:t>
      </w:r>
    </w:p>
    <w:p w14:paraId="2F360E76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Читать простейшие чертежи развёрток, схемы изготовления изделия и выполнять изделие по заданному чертежу под руководством учителя.; </w:t>
      </w:r>
    </w:p>
    <w:p w14:paraId="47D59CC2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Выполнять несложные расчёты размеров деталей изделия, ориентируясь на образец, эскиз или технический рисунок. Выстраивать простые чертежи/эскизы развёртки изделия. Выполнять разметку деталей с опорой на простейший чертёж, эскиз. Решать задачи на внесение необходимых дополнений и изменений в схему, чертёж, эскиз.; </w:t>
      </w:r>
    </w:p>
    <w:p w14:paraId="68EB9AC9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Самостоятельно анализировать конструкцию изделия, обсуждать варианты изготовления изделия, выполнять технологические операции в соответствии с общим представлением о технологическом процессе (анализ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изменений).; </w:t>
      </w:r>
    </w:p>
    <w:p w14:paraId="319E08D5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При освоении новой технологии (художественной техники) выполнения изделия анализировать конструкцию с опорой на образец.; </w:t>
      </w:r>
    </w:p>
    <w:p w14:paraId="16C597DE" w14:textId="77777777" w:rsidR="006C72E9" w:rsidRPr="006C72E9" w:rsidRDefault="006C72E9" w:rsidP="006C72E9">
      <w:pPr>
        <w:rPr>
          <w:lang w:val="ru-RU"/>
        </w:rPr>
      </w:pPr>
      <w:r w:rsidRPr="006C72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091B0CE" wp14:editId="703874F9">
                <wp:simplePos x="0" y="0"/>
                <wp:positionH relativeFrom="page">
                  <wp:posOffset>10265664</wp:posOffset>
                </wp:positionH>
                <wp:positionV relativeFrom="page">
                  <wp:posOffset>369138</wp:posOffset>
                </wp:positionV>
                <wp:extent cx="9144" cy="6832982"/>
                <wp:effectExtent l="0" t="0" r="0" b="0"/>
                <wp:wrapSquare wrapText="bothSides"/>
                <wp:docPr id="74076" name="Group 74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832982"/>
                          <a:chOff x="0" y="0"/>
                          <a:chExt cx="9144" cy="6832982"/>
                        </a:xfrm>
                      </wpg:grpSpPr>
                      <wps:wsp>
                        <wps:cNvPr id="79619" name="Shape 79619"/>
                        <wps:cNvSpPr/>
                        <wps:spPr>
                          <a:xfrm>
                            <a:off x="0" y="0"/>
                            <a:ext cx="9144" cy="68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29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2982"/>
                                </a:lnTo>
                                <a:lnTo>
                                  <a:pt x="0" y="683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0EA05" id="Group 74076" o:spid="_x0000_s1026" style="position:absolute;margin-left:808.3pt;margin-top:29.05pt;width:.7pt;height:538.05pt;z-index:251699200;mso-position-horizontal-relative:page;mso-position-vertical-relative:page" coordsize="91,6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">
                <v:shape id="Shape 79619" o:spid="_x0000_s1027" style="position:absolute;width:91;height:68329;visibility:visible;mso-wrap-style:square;v-text-anchor:top" coordsize="9144,683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" path="m,l9144,r,6832982l,6832982,,e" fillcolor="black" stroked="f" strokeweight="0">
                  <v:stroke miterlimit="83231f" joinstyle="miter"/>
                  <v:path arrowok="t" textboxrect="0,0,9144,6832982"/>
                </v:shape>
                <w10:wrap type="square" anchorx="page" anchory="page"/>
              </v:group>
            </w:pict>
          </mc:Fallback>
        </mc:AlternateContent>
      </w:r>
      <w:r w:rsidRPr="006C72E9">
        <w:rPr>
          <w:lang w:val="ru-RU"/>
        </w:rPr>
        <w:t xml:space="preserve">Самостоятельно планировать свою деятельность по предложенному в учебнике, рабочей тетради образцу, вносить коррективы в выполняемые действия.; 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новыми/дополненными требованиями.; </w:t>
      </w:r>
    </w:p>
    <w:p w14:paraId="355FD3E0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Выполнять сборку узлов и конструкций с подвижным и неподвижным соединением деталей.; </w:t>
      </w:r>
    </w:p>
    <w:p w14:paraId="38500301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Изготавливать несложные конструкции изделий из бумаги и картона по рисунку, простейшему чертежу или эскизу, образцу и доступным заданным условиям. Применять разнообразные технологии и способы обработки материалов в различных видах изделий; проводить сравнительный анализ технологий при использовании того или иного материала.; Применять общие правила создания предметов рукотворного мира: соответствие формы, размеров, материала и </w:t>
      </w:r>
      <w:r w:rsidRPr="006C72E9">
        <w:rPr>
          <w:lang w:val="ru-RU"/>
        </w:rPr>
        <w:lastRenderedPageBreak/>
        <w:t xml:space="preserve">внешнего оформления изделия его назначению.; </w:t>
      </w:r>
    </w:p>
    <w:p w14:paraId="709013E7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Следовать общему представлению о стилевой гармонии в предметном ансамбле; гармонии предметной и окружающей среды.; </w:t>
      </w:r>
    </w:p>
    <w:p w14:paraId="62587D40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Понимать технологический и практический смысл различных видов соединений в технических сооружениях, использовать их при решении простейших конструкторских задач; </w:t>
      </w:r>
    </w:p>
    <w:p w14:paraId="77C9F5A9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t xml:space="preserve">Самостоятельно организовывать свою деятельность: подготавливать рабочее место для работы с бумагой и картоном, правильно и рационально размещать </w:t>
      </w:r>
    </w:p>
    <w:p w14:paraId="19E24670" w14:textId="77777777" w:rsidR="006C72E9" w:rsidRPr="006C72E9" w:rsidRDefault="006C72E9" w:rsidP="006C72E9">
      <w:pPr>
        <w:rPr>
          <w:lang w:val="ru-RU"/>
        </w:rPr>
      </w:pPr>
    </w:p>
    <w:tbl>
      <w:tblPr>
        <w:tblStyle w:val="TableGrid"/>
        <w:tblW w:w="15499" w:type="dxa"/>
        <w:tblInd w:w="113" w:type="dxa"/>
        <w:tblCellMar>
          <w:top w:w="1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500"/>
        <w:gridCol w:w="4184"/>
        <w:gridCol w:w="477"/>
        <w:gridCol w:w="955"/>
        <w:gridCol w:w="984"/>
        <w:gridCol w:w="700"/>
        <w:gridCol w:w="3753"/>
        <w:gridCol w:w="1448"/>
        <w:gridCol w:w="2498"/>
      </w:tblGrid>
      <w:tr w:rsidR="006C72E9" w:rsidRPr="00867219" w14:paraId="17C36A7F" w14:textId="77777777" w:rsidTr="00387A5C">
        <w:trPr>
          <w:trHeight w:val="5107"/>
        </w:trPr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4FBD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E806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1080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E8E5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7CC0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A8D9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5E4E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инструменты и материалы в соответствии с индивидуальными особенностями; под контролем учителя в процессе выполнения изделия проверять и восстанавливать порядок на рабочем месте; убирать рабочее место.; </w:t>
            </w:r>
          </w:p>
          <w:p w14:paraId="406AEA4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Организовывать рабочее место в зависимости от конструктивных особенностей изделия.; </w:t>
            </w:r>
          </w:p>
          <w:p w14:paraId="60AA6B6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Планировать практическую работу и работать по составленному плану.; </w:t>
            </w:r>
          </w:p>
          <w:p w14:paraId="04E71E7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Отбирать необходимые материалы для изделий, обосновывать свой выбор.; </w:t>
            </w:r>
          </w:p>
          <w:p w14:paraId="3187AE9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Обобщать (называть) то новое, что освоено.; </w:t>
            </w:r>
          </w:p>
          <w:p w14:paraId="3D41B30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Применять правила безопасной и аккуратной работы со стекой.; </w:t>
            </w:r>
          </w:p>
          <w:p w14:paraId="1C7D8A5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свойства (цвет, состав, </w:t>
            </w:r>
            <w:r w:rsidRPr="006C72E9">
              <w:lastRenderedPageBreak/>
              <w:t xml:space="preserve">пластичность) пластичных материалов при выполнении изделий.; Объяснять значение использования пластичных материалов в жизни человека.; </w:t>
            </w:r>
          </w:p>
          <w:p w14:paraId="1730853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Выбирать материал в зависимости от назначения изделия.; </w:t>
            </w:r>
          </w:p>
          <w:p w14:paraId="3B74755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Наблюдать за использованием пластичных материалов в жизнедеятельности человека.; </w:t>
            </w:r>
          </w:p>
          <w:p w14:paraId="7DC7427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анализировать образцы изделий с опорой на памятку (конструктивные особенности и технология изготовления); изготавливать изделия с опорой на рисунки, инструкции, схемы.; 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D5BE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 </w:t>
            </w:r>
          </w:p>
        </w:tc>
        <w:tc>
          <w:tcPr>
            <w:tcW w:w="1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B2E7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</w:tr>
      <w:tr w:rsidR="006C72E9" w:rsidRPr="006C72E9" w14:paraId="7E2192CA" w14:textId="77777777" w:rsidTr="00387A5C">
        <w:trPr>
          <w:trHeight w:val="565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D951F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2.11.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2B5E8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Выполнение рицовки на картоне с помощью канцелярского ножа, выполнение отверстий шилом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D6586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0A4ED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7E9B3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1661F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B9A67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 обучающихся; под контролем учителя в процессе выполнения изделия контролировать и при необходимости восстанавливать порядок на рабочем месте; убирать рабочее место.; Применять правила рационального и безопасного использования инструментов (угольник, циркуль, игла, шило и др.).; </w:t>
            </w:r>
          </w:p>
          <w:p w14:paraId="2E33D34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Определять названия и назначение основных инструментов и приспособлений для ручного труда и выбирать необходимые инструменты и приспособления для выполнения изделий.; </w:t>
            </w:r>
          </w:p>
          <w:p w14:paraId="153C756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Наблюдать, сравнивать, сопоставлять свойства изучаемых видов бумаги (состав, цвет, прочность); определять виды бумаги и картона (гофрированный, толстый, тонкий, цветной и др.). Самостоятельно выбирать вид бумаги для изготовления изделия и объяснять свой выбор. Использовать свойства бумаги и </w:t>
            </w:r>
            <w:r w:rsidRPr="006C72E9">
              <w:lastRenderedPageBreak/>
              <w:t xml:space="preserve">картона при изготовлении объёмных изделий, создании декоративных композиций. Осваивать отдельные приёмы работы с бумагой, правила безопасной работы, правила разметки деталей. Выполнять рицовку на картоне с помощью канцелярского ножа, отверстия шилом.; </w:t>
            </w:r>
          </w:p>
          <w:p w14:paraId="4B6FBB0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Читать простейшие чертежи развёрток, схемы </w:t>
            </w:r>
          </w:p>
          <w:p w14:paraId="18666BD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изготовления изделия и выполнять изделие по заданному чертежу под руководством учителя.;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42B87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ACA0E1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45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46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77A488D0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</w:tbl>
    <w:p w14:paraId="690939B4" w14:textId="77777777" w:rsidR="006C72E9" w:rsidRPr="006C72E9" w:rsidRDefault="006C72E9" w:rsidP="006C72E9"/>
    <w:tbl>
      <w:tblPr>
        <w:tblStyle w:val="TableGrid"/>
        <w:tblW w:w="15499" w:type="dxa"/>
        <w:tblInd w:w="113" w:type="dxa"/>
        <w:tblCellMar>
          <w:top w:w="1" w:type="dxa"/>
          <w:left w:w="7" w:type="dxa"/>
          <w:right w:w="56" w:type="dxa"/>
        </w:tblCellMar>
        <w:tblLook w:val="04A0" w:firstRow="1" w:lastRow="0" w:firstColumn="1" w:lastColumn="0" w:noHBand="0" w:noVBand="1"/>
      </w:tblPr>
      <w:tblGrid>
        <w:gridCol w:w="465"/>
        <w:gridCol w:w="4600"/>
        <w:gridCol w:w="528"/>
        <w:gridCol w:w="1104"/>
        <w:gridCol w:w="1138"/>
        <w:gridCol w:w="807"/>
        <w:gridCol w:w="4033"/>
        <w:gridCol w:w="1081"/>
        <w:gridCol w:w="1743"/>
      </w:tblGrid>
      <w:tr w:rsidR="006C72E9" w:rsidRPr="00867219" w14:paraId="5AAE7DEA" w14:textId="77777777" w:rsidTr="00387A5C">
        <w:trPr>
          <w:trHeight w:val="8195"/>
        </w:trPr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7A501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lastRenderedPageBreak/>
              <w:t xml:space="preserve"> </w:t>
            </w:r>
          </w:p>
        </w:tc>
        <w:tc>
          <w:tcPr>
            <w:tcW w:w="4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1DF72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 </w:t>
            </w: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5E836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 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A4A9D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D5190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 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EC3B3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 </w:t>
            </w:r>
          </w:p>
        </w:tc>
        <w:tc>
          <w:tcPr>
            <w:tcW w:w="4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6815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несложные расчёты размеров деталей изделия, ориентируясь на образец, эскиз или технический рисунок. Выстраивать простые чертежи/эскизы развёртки изделия. Выполнять разметку деталей с опорой на простейший чертёж, эскиз. Решать задачи на внесение необходимых дополнений и изменений в схему, чертёж, эскиз.; </w:t>
            </w:r>
          </w:p>
          <w:p w14:paraId="2E4BF1B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анализировать конструкцию изделия, обсуждать варианты изготовления изделия, выполнять технологические операции в соответствии с общим представлением о технологическом процессе (анализ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изменений).; </w:t>
            </w:r>
          </w:p>
          <w:p w14:paraId="3284EBE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При освоении новой технологии (художественной техники) выполнения изделия анализировать конструкцию с опорой на образец.; </w:t>
            </w:r>
          </w:p>
          <w:p w14:paraId="305A980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планировать свою деятельность по предложенному в учебнике, рабочей тетради образцу, вносить коррективы в выполняемые </w:t>
            </w:r>
            <w:r w:rsidRPr="006C72E9">
              <w:lastRenderedPageBreak/>
              <w:t xml:space="preserve">действия.; 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новыми/дополненными требованиями.; </w:t>
            </w:r>
          </w:p>
          <w:p w14:paraId="1E87AE6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сборку узлов и конструкций с подвижным и неподвижным соединением деталей.; </w:t>
            </w:r>
          </w:p>
          <w:p w14:paraId="563A2EB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Изготавливать несложные конструкции изделий из бумаги и картона по рисунку, простейшему чертежу или эскизу, образцу и доступным заданным условиям. Применять разнообразные технологии и способы обработки материалов в различных видах изделий; проводить сравнительный анализ технологий при использовании того или иного материала.; Применять общие правила создания предметов рукотворного мира: соответствие формы, размеров, материала и внешнего оформления изделия его назначению.; 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EC3A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 </w:t>
            </w:r>
          </w:p>
        </w:tc>
        <w:tc>
          <w:tcPr>
            <w:tcW w:w="1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5893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</w:tr>
    </w:tbl>
    <w:p w14:paraId="73215FE8" w14:textId="77777777" w:rsidR="006C72E9" w:rsidRPr="006C72E9" w:rsidRDefault="006C72E9" w:rsidP="006C72E9">
      <w:pPr>
        <w:rPr>
          <w:lang w:val="ru-RU"/>
        </w:rPr>
      </w:pPr>
    </w:p>
    <w:tbl>
      <w:tblPr>
        <w:tblStyle w:val="TableGrid"/>
        <w:tblW w:w="15499" w:type="dxa"/>
        <w:tblInd w:w="113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500"/>
        <w:gridCol w:w="4183"/>
        <w:gridCol w:w="500"/>
        <w:gridCol w:w="953"/>
        <w:gridCol w:w="983"/>
        <w:gridCol w:w="699"/>
        <w:gridCol w:w="3735"/>
        <w:gridCol w:w="1448"/>
        <w:gridCol w:w="2498"/>
      </w:tblGrid>
      <w:tr w:rsidR="006C72E9" w:rsidRPr="006C72E9" w14:paraId="3EBB3645" w14:textId="77777777" w:rsidTr="00387A5C">
        <w:trPr>
          <w:trHeight w:val="3808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948A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2.12.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62FB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Технология обработки текстильных материалов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1B75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0.5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3EE4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A14D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EEC5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2D130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отделку изделия из природных материалов, используя технологии росписи, аппликации.; Самостоятельно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 обучающихся, в процессе выполнения изделия самостоятельно контролировать и при необходимости восстанавливать порядок на рабочем месте.; </w:t>
            </w:r>
          </w:p>
          <w:p w14:paraId="403FDC7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применять правила безопасной и аккуратной работы ножницами, иглой, клеем.; Определять и различать ткани, трикотаж, нетканое полотно. Знать особенности строения ткани, трикотажа, нетканого полотна.; </w:t>
            </w:r>
          </w:p>
          <w:p w14:paraId="6CF8C04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Самостоятельно выполнять практическую работу с опорой на рисунки, схемы, чертежи.; </w:t>
            </w:r>
          </w:p>
          <w:p w14:paraId="1DF54CD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Понимать технологию обработки текстильных материалов.;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1C76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C429F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47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48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62B46CB5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  <w:tr w:rsidR="006C72E9" w:rsidRPr="006C72E9" w14:paraId="7363931F" w14:textId="77777777" w:rsidTr="00387A5C">
        <w:trPr>
          <w:trHeight w:val="333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DC43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2.13.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C5E7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Использование трикотажа и нетканых материалов для изготовления изделий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022A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0.5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EB92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1445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7822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966E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Подбирать текстильные материалы в соответствии с замыслом, особенностями конструкции изделия.; Подбирать ручные строчки (варианты строчки прямого и косого стежков) для сшивания и отделки изделий.; Выполнять раскрой деталей по готовым собственным несложным лекалам (выкройкам).; </w:t>
            </w:r>
          </w:p>
          <w:p w14:paraId="187D066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Решать конструкторско-технологические задачи через наблюдения и рассуждения, упражнения.; </w:t>
            </w:r>
          </w:p>
          <w:p w14:paraId="0F6A910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отделку изделия аппликацией, вышивкой и отделочными материалами; </w:t>
            </w:r>
          </w:p>
          <w:p w14:paraId="06499E1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Работать над изделием в группах.; </w:t>
            </w:r>
          </w:p>
          <w:p w14:paraId="5141CFB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простейший ремонт изделий (пришивание пуговиц).; </w:t>
            </w:r>
          </w:p>
          <w:p w14:paraId="64C960C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Изучать исторические народные ремёсла, современные производства и профессии, связанные с технологиями обработки текстильных материалов;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2F4A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0B19D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49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50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176AB30C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  <w:tr w:rsidR="006C72E9" w:rsidRPr="006C72E9" w14:paraId="144DBDEC" w14:textId="77777777" w:rsidTr="00387A5C">
        <w:trPr>
          <w:trHeight w:val="323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FFC3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2.14.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B3F1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Использование вариантов строчки косого стежка (крестик, стебельчатая и др.) и/или вариантов строчки петельного стежка для соединения деталей изделия и отделки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12EC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0.5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C49B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46E2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3DB3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8D942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Подбирать текстильные материалы в соответствии с замыслом, особенностями конструкции изделия.; Подбирать ручные строчки (варианты строчки прямого и косого стежков) для сшивания и отделки изделий.; Выполнять раскрой деталей по готовым собственным несложным лекалам (выкройкам).; </w:t>
            </w:r>
          </w:p>
          <w:p w14:paraId="5579D82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Решать конструкторско-технологические задачи через наблюдения и рассуждения, упражнения.; </w:t>
            </w:r>
          </w:p>
          <w:p w14:paraId="3E6692F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отделку изделия аппликацией, вышивкой и отделочными материалами; </w:t>
            </w:r>
          </w:p>
          <w:p w14:paraId="00218B3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Работать над изделием в группах.; </w:t>
            </w:r>
          </w:p>
          <w:p w14:paraId="21E6834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простейший ремонт изделий (пришивание пуговиц).; </w:t>
            </w:r>
          </w:p>
          <w:p w14:paraId="234689B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Изучать исторические народные ремёсла, современные производства и профессии, связанные с технологиями обработки текстильных материалов;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E1AA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25FF2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51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52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7A57C5D7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</w:tbl>
    <w:p w14:paraId="057BC11B" w14:textId="77777777" w:rsidR="006C72E9" w:rsidRPr="006C72E9" w:rsidRDefault="006C72E9" w:rsidP="006C72E9"/>
    <w:tbl>
      <w:tblPr>
        <w:tblStyle w:val="TableGrid"/>
        <w:tblW w:w="15499" w:type="dxa"/>
        <w:tblInd w:w="113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500"/>
        <w:gridCol w:w="4213"/>
        <w:gridCol w:w="500"/>
        <w:gridCol w:w="953"/>
        <w:gridCol w:w="982"/>
        <w:gridCol w:w="698"/>
        <w:gridCol w:w="3707"/>
        <w:gridCol w:w="1448"/>
        <w:gridCol w:w="2498"/>
      </w:tblGrid>
      <w:tr w:rsidR="006C72E9" w:rsidRPr="006C72E9" w14:paraId="2C95AF70" w14:textId="77777777" w:rsidTr="00387A5C">
        <w:trPr>
          <w:trHeight w:val="324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BEF6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2.15.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BAD3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Пришивание пуговиц (с двумя-четырьмя отверстиями)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0E16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3549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1764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375E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D01A2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Подбирать текстильные материалы в соответствии с замыслом, особенностями конструкции изделия.; Подбирать ручные строчки (варианты строчки прямого и косого стежков) для сшивания и отделки изделий.; Выполнять раскрой деталей по готовым собственным несложным лекалам (выкройкам).; </w:t>
            </w:r>
          </w:p>
          <w:p w14:paraId="168748B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Решать конструкторско-технологические задачи через наблюдения и рассуждения, упражнения.; </w:t>
            </w:r>
          </w:p>
          <w:p w14:paraId="5EFC8CE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отделку изделия аппликацией, вышивкой и отделочными материалами; </w:t>
            </w:r>
          </w:p>
          <w:p w14:paraId="19B7967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Работать над изделием в группах.; </w:t>
            </w:r>
          </w:p>
          <w:p w14:paraId="33147E2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простейший ремонт изделий (пришивание пуговиц).; </w:t>
            </w:r>
          </w:p>
          <w:p w14:paraId="3438114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Изучать исторические народные ремёсла, современные производства и профессии, связанные с технологиями обработки текстильных материалов;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BC7B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92859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53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54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50FD9DA5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  <w:tr w:rsidR="006C72E9" w:rsidRPr="006C72E9" w14:paraId="3361E1CD" w14:textId="77777777" w:rsidTr="00387A5C">
        <w:trPr>
          <w:trHeight w:val="323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8362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2.16.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14CA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Изготовление швейных изделий из нескольких деталей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78DF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F40E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AEDB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F282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2343D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Подбирать текстильные материалы в соответствии с замыслом, особенностями конструкции изделия.; Подбирать ручные строчки (варианты строчки прямого и косого стежков) для сшивания и отделки изделий.; Выполнять раскрой деталей по готовым собственным несложным лекалам (выкройкам).; </w:t>
            </w:r>
          </w:p>
          <w:p w14:paraId="26EF793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Решать конструкторско-технологические задачи через наблюдения и рассуждения, упражнения.; </w:t>
            </w:r>
          </w:p>
          <w:p w14:paraId="4C0AC79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отделку изделия аппликацией, вышивкой и отделочными материалами; </w:t>
            </w:r>
          </w:p>
          <w:p w14:paraId="5498C38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Работать над изделием в группах.; </w:t>
            </w:r>
          </w:p>
          <w:p w14:paraId="0392D92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простейший ремонт изделий (пришивание пуговиц).; </w:t>
            </w:r>
          </w:p>
          <w:p w14:paraId="33A2953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Изучать исторические народные ремёсла, современные производства и профессии, связанные с технологиями обработки текстильных материалов;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2970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9992D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55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56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5D6629E3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  <w:tr w:rsidR="006C72E9" w:rsidRPr="006C72E9" w14:paraId="442B878D" w14:textId="77777777" w:rsidTr="00387A5C">
        <w:trPr>
          <w:trHeight w:val="3338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0445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2.17.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BD49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Использование дополнительных материалов. </w:t>
            </w:r>
          </w:p>
          <w:p w14:paraId="17487EA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Комбинирование разных материалов в одном изделии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F8A8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0.5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36B2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1F9B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6308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FC04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Подбирать текстильные материалы в соответствии с замыслом, особенностями конструкции изделия.; Подбирать ручные строчки (варианты строчки прямого и косого стежков) для сшивания и отделки изделий.; Выполнять раскрой деталей по готовым собственным несложным лекалам (выкройкам).; </w:t>
            </w:r>
          </w:p>
          <w:p w14:paraId="101FF72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Решать конструкторско-технологические задачи через наблюдения и рассуждения, упражнения.; </w:t>
            </w:r>
          </w:p>
          <w:p w14:paraId="35585B3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отделку изделия аппликацией, вышивкой и отделочными материалами; </w:t>
            </w:r>
          </w:p>
          <w:p w14:paraId="19B04FF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Работать над изделием в группах.; </w:t>
            </w:r>
          </w:p>
          <w:p w14:paraId="1BF830F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простейший ремонт изделий (пришивание пуговиц).; </w:t>
            </w:r>
          </w:p>
          <w:p w14:paraId="1B7B27B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Изучать исторические народные ремёсла, современные производства и профессии, связанные с технологиями обработки текстильных материалов;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00D0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05BB9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57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58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79FB990D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  <w:tr w:rsidR="006C72E9" w:rsidRPr="006C72E9" w14:paraId="5D230DBF" w14:textId="77777777" w:rsidTr="00387A5C">
        <w:trPr>
          <w:trHeight w:val="346"/>
        </w:trPr>
        <w:tc>
          <w:tcPr>
            <w:tcW w:w="50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FC019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Итого по модулю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4ED3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10 </w:t>
            </w:r>
          </w:p>
        </w:tc>
        <w:tc>
          <w:tcPr>
            <w:tcW w:w="990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E4E0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</w:tr>
      <w:tr w:rsidR="006C72E9" w:rsidRPr="006C72E9" w14:paraId="5609A36E" w14:textId="77777777" w:rsidTr="00387A5C">
        <w:trPr>
          <w:trHeight w:val="350"/>
        </w:trPr>
        <w:tc>
          <w:tcPr>
            <w:tcW w:w="1549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D3379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Модуль 3. КОНСТРУИРОВАНИЕ И МОДЕЛИРОВАНИЕ </w:t>
            </w:r>
          </w:p>
        </w:tc>
      </w:tr>
    </w:tbl>
    <w:p w14:paraId="4ACF968A" w14:textId="77777777" w:rsidR="006C72E9" w:rsidRPr="006C72E9" w:rsidRDefault="006C72E9" w:rsidP="006C72E9">
      <w:pPr>
        <w:rPr>
          <w:lang w:val="ru-RU"/>
        </w:rPr>
      </w:pPr>
    </w:p>
    <w:tbl>
      <w:tblPr>
        <w:tblStyle w:val="TableGrid"/>
        <w:tblW w:w="15499" w:type="dxa"/>
        <w:tblInd w:w="113" w:type="dxa"/>
        <w:tblCellMar>
          <w:top w:w="8" w:type="dxa"/>
          <w:left w:w="7" w:type="dxa"/>
          <w:right w:w="52" w:type="dxa"/>
        </w:tblCellMar>
        <w:tblLook w:val="04A0" w:firstRow="1" w:lastRow="0" w:firstColumn="1" w:lastColumn="0" w:noHBand="0" w:noVBand="1"/>
      </w:tblPr>
      <w:tblGrid>
        <w:gridCol w:w="456"/>
        <w:gridCol w:w="4226"/>
        <w:gridCol w:w="477"/>
        <w:gridCol w:w="952"/>
        <w:gridCol w:w="981"/>
        <w:gridCol w:w="699"/>
        <w:gridCol w:w="3732"/>
        <w:gridCol w:w="1463"/>
        <w:gridCol w:w="2513"/>
      </w:tblGrid>
      <w:tr w:rsidR="006C72E9" w:rsidRPr="006C72E9" w14:paraId="552669A4" w14:textId="77777777" w:rsidTr="00387A5C">
        <w:trPr>
          <w:trHeight w:val="553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F155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3.1.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2389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2DDF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A1B0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BD4A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8EC5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FCD3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в практической работе основные инструменты и приспособления для ручного труда (гаечный ключ, отвёртка), применять правила безопасной и аккуратной работы.; </w:t>
            </w:r>
          </w:p>
          <w:p w14:paraId="3ED0FB1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Определять детали конструктора (площадки, планки, оси, кронштейны, уголки, колёса, винты, гайки) и инструменты (отвёртка, гаечный ключ), необходимые на каждом этапе сборки.; </w:t>
            </w:r>
          </w:p>
          <w:p w14:paraId="723CA29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Выделять крепёжные детали (винт, болт, гайка).; Сравнивать свойства металлического и пластмассового конструкторов; </w:t>
            </w:r>
          </w:p>
          <w:p w14:paraId="1B35D4B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приёмы работы с конструктором: </w:t>
            </w:r>
          </w:p>
          <w:p w14:paraId="7B2E5F4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завинчивание и отвинчивание.; </w:t>
            </w:r>
          </w:p>
          <w:p w14:paraId="3D0AD94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виды соединения деталей конструкции — подвижное и неподвижное, различать способы подвижного и неподвижного соединения деталей наборов типа «Конструктор», их использование в изделиях, жёсткость и устойчивость конструкции.; Учитывать в практической работе техническое требование к конструкции — прочность.; </w:t>
            </w:r>
          </w:p>
          <w:p w14:paraId="643D42C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Проводить опыт по видам соединений деталей набора типа </w:t>
            </w:r>
            <w:r w:rsidRPr="006C72E9">
              <w:lastRenderedPageBreak/>
              <w:t xml:space="preserve">«Конструктор».; </w:t>
            </w:r>
          </w:p>
          <w:p w14:paraId="1D3837B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Конструировать и моделировать изделия из наборов «Конструктор» по заданным условиям (технико- технологическим, функциональным, декоративно- художественным).; </w:t>
            </w:r>
          </w:p>
          <w:p w14:paraId="10BE5CB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Презентовать готовое изделие. Оценивать качество выполнения изделия по заданным критериям.;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8C92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8C43D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59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60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329D3C7E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</w:tbl>
    <w:p w14:paraId="3DAF9770" w14:textId="77777777" w:rsidR="006C72E9" w:rsidRPr="006C72E9" w:rsidRDefault="006C72E9" w:rsidP="006C72E9"/>
    <w:tbl>
      <w:tblPr>
        <w:tblStyle w:val="TableGrid"/>
        <w:tblW w:w="15499" w:type="dxa"/>
        <w:tblInd w:w="113" w:type="dxa"/>
        <w:tblCellMar>
          <w:top w:w="8" w:type="dxa"/>
          <w:left w:w="7" w:type="dxa"/>
          <w:right w:w="52" w:type="dxa"/>
        </w:tblCellMar>
        <w:tblLook w:val="04A0" w:firstRow="1" w:lastRow="0" w:firstColumn="1" w:lastColumn="0" w:noHBand="0" w:noVBand="1"/>
      </w:tblPr>
      <w:tblGrid>
        <w:gridCol w:w="456"/>
        <w:gridCol w:w="4196"/>
        <w:gridCol w:w="479"/>
        <w:gridCol w:w="958"/>
        <w:gridCol w:w="987"/>
        <w:gridCol w:w="703"/>
        <w:gridCol w:w="3744"/>
        <w:gridCol w:w="1463"/>
        <w:gridCol w:w="2513"/>
      </w:tblGrid>
      <w:tr w:rsidR="006C72E9" w:rsidRPr="006C72E9" w14:paraId="381FE0BD" w14:textId="77777777" w:rsidTr="00387A5C">
        <w:trPr>
          <w:trHeight w:val="554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17BE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3.2.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A389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Способы подвижного и неподвижного соединения деталей набора «Конструктор», их использование в изделиях; жёсткость и устойчивость конструкции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8AD4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C42C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A98C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48F0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20770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в практической работе основные инструменты и приспособления для ручного труда (гаечный ключ, отвёртка), применять правила безопасной и аккуратной работы.; </w:t>
            </w:r>
          </w:p>
          <w:p w14:paraId="1983462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Определять детали конструктора (площадки, планки, оси, кронштейны, уголки, колёса, винты, гайки) и инструменты (отвёртка, гаечный ключ), необходимые на каждом этапе сборки.; </w:t>
            </w:r>
          </w:p>
          <w:p w14:paraId="5C27DEC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Выделять крепёжные детали (винт, болт, гайка).; Сравнивать свойства металлического и пластмассового конструкторов; </w:t>
            </w:r>
          </w:p>
          <w:p w14:paraId="009A352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приёмы работы с конструктором: </w:t>
            </w:r>
          </w:p>
          <w:p w14:paraId="36F5461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завинчивание и отвинчивание.; </w:t>
            </w:r>
          </w:p>
          <w:p w14:paraId="7A8E0FE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виды соединения деталей конструкции — подвижное и неподвижное, различать способы подвижного и неподвижного соединения деталей наборов типа «Конструктор», их использование в изделиях, жёсткость и устойчивость конструкции.; Учитывать в практической работе техническое требование к конструкции — прочность.; </w:t>
            </w:r>
          </w:p>
          <w:p w14:paraId="3704334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Проводить опыт по видам соединений деталей набора типа </w:t>
            </w:r>
            <w:r w:rsidRPr="006C72E9">
              <w:lastRenderedPageBreak/>
              <w:t xml:space="preserve">«Конструктор».; </w:t>
            </w:r>
          </w:p>
          <w:p w14:paraId="372F430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Конструировать и моделировать изделия из наборов «Конструктор» по заданным условиям (технико- технологическим, функциональным, декоративно- художественным).; </w:t>
            </w:r>
          </w:p>
          <w:p w14:paraId="2B2ADAB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Презентовать готовое изделие. Оценивать качество выполнения изделия по заданным критериям.;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4F49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856D2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61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62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2E276379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  <w:tr w:rsidR="006C72E9" w:rsidRPr="006C72E9" w14:paraId="1C16CE4F" w14:textId="77777777" w:rsidTr="00387A5C">
        <w:trPr>
          <w:trHeight w:val="458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D8CF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3.3.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51B6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Создание простых макетов и моделей архитектурных сооружений, технических устройств, бытовых конструкций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8D8B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EDB5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08F8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058C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9F56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; </w:t>
            </w:r>
          </w:p>
          <w:p w14:paraId="51582BA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Анализировать конструкцию изделия по рисунку, простому чертежу, схеме, готовому образцу. Выделять детали конструкции, называть их форму, расположение и определять способ соединения. Составлять план выполнения изделия.; </w:t>
            </w:r>
          </w:p>
          <w:p w14:paraId="3E90CC6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Конструировать и моделировать изделия из различных материалов, в том числе с применением наборов «Конструктор» по заданным условиям (технико- технологическим, функциональным, декоративно- </w:t>
            </w:r>
            <w:r w:rsidRPr="006C72E9">
              <w:lastRenderedPageBreak/>
              <w:t xml:space="preserve">художественным).; </w:t>
            </w:r>
          </w:p>
          <w:p w14:paraId="53FED14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Повторять в конструкции изделия конструктивные особенности реальных предметов и объектов.; Создавать простые макеты и модели архитектурных сооружений, технических устройств, бытовых конструкций.; </w:t>
            </w:r>
          </w:p>
          <w:p w14:paraId="71B06C2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Дорабатывать конструкции (отдельных узлов, соединений) с учётом дополнительных условий </w:t>
            </w:r>
          </w:p>
          <w:p w14:paraId="18323E0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(требований).; </w:t>
            </w:r>
          </w:p>
          <w:p w14:paraId="5A828A5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измерения и построения для решения практических задач.; </w:t>
            </w:r>
          </w:p>
          <w:p w14:paraId="5D02898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Решать задачи на трансформацию трёхмерной конструкции в развёртку (и наоборот);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3741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93AA0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63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64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46FABC4E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</w:tbl>
    <w:p w14:paraId="31F57B9A" w14:textId="77777777" w:rsidR="006C72E9" w:rsidRPr="006C72E9" w:rsidRDefault="006C72E9" w:rsidP="006C72E9"/>
    <w:tbl>
      <w:tblPr>
        <w:tblStyle w:val="TableGrid"/>
        <w:tblW w:w="15499" w:type="dxa"/>
        <w:tblInd w:w="113" w:type="dxa"/>
        <w:tblCellMar>
          <w:top w:w="8" w:type="dxa"/>
          <w:left w:w="7" w:type="dxa"/>
          <w:right w:w="52" w:type="dxa"/>
        </w:tblCellMar>
        <w:tblLook w:val="04A0" w:firstRow="1" w:lastRow="0" w:firstColumn="1" w:lastColumn="0" w:noHBand="0" w:noVBand="1"/>
      </w:tblPr>
      <w:tblGrid>
        <w:gridCol w:w="456"/>
        <w:gridCol w:w="4212"/>
        <w:gridCol w:w="478"/>
        <w:gridCol w:w="955"/>
        <w:gridCol w:w="984"/>
        <w:gridCol w:w="701"/>
        <w:gridCol w:w="3737"/>
        <w:gridCol w:w="1463"/>
        <w:gridCol w:w="2513"/>
      </w:tblGrid>
      <w:tr w:rsidR="006C72E9" w:rsidRPr="006C72E9" w14:paraId="3C963734" w14:textId="77777777" w:rsidTr="00387A5C">
        <w:trPr>
          <w:trHeight w:val="438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380B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3.4.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CAD3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Выполнение заданий на доработку конструкций (отдельных узлов, соединений) с учётом дополнительных условий </w:t>
            </w:r>
          </w:p>
          <w:p w14:paraId="1B4CEEB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(требований)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DD77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0C96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C2D8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C0A4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C25AD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Анализировать конструкцию изделия по рисунку, простому чертежу, схеме, готовому образцу. Выделять детали конструкции, называть их форму, расположение и определять способ соединения. Составлять план выполнения изделия.; </w:t>
            </w:r>
          </w:p>
          <w:p w14:paraId="4724EF2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Конструировать и моделировать изделия из различных материалов, в том числе с применением наборов «Конструктор» по заданным условиям (технико- технологическим, функциональным, декоративно- художественным).; </w:t>
            </w:r>
          </w:p>
          <w:p w14:paraId="6EF6C82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Повторять в конструкции изделия конструктивные особенности реальных предметов и объектов.; Создавать простые макеты и модели архитектурных сооружений, технических устройств, бытовых конструкций.; </w:t>
            </w:r>
          </w:p>
          <w:p w14:paraId="0C6AB54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Дорабатывать конструкции (отдельных узлов, соединений) с учётом дополнительных условий </w:t>
            </w:r>
          </w:p>
          <w:p w14:paraId="74BA191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(требований).; </w:t>
            </w:r>
          </w:p>
          <w:p w14:paraId="2262A56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измерения и построения для решения практических задач.; </w:t>
            </w:r>
          </w:p>
          <w:p w14:paraId="3D707D6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Решать задачи на трансформацию трёхмерной конструкции в </w:t>
            </w:r>
            <w:r w:rsidRPr="006C72E9">
              <w:lastRenderedPageBreak/>
              <w:t xml:space="preserve">развёртку (и наоборот);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753C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5A2BB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65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66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5E60A491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  <w:tr w:rsidR="006C72E9" w:rsidRPr="006C72E9" w14:paraId="69D21D5E" w14:textId="77777777" w:rsidTr="00387A5C">
        <w:trPr>
          <w:trHeight w:val="438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0884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3.5.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8E31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Использование измерений и построений для решения практических задач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C8DE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D62C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3AE9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D63B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18532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Анализировать конструкцию изделия по рисунку, простому чертежу, схеме, готовому образцу. Выделять детали конструкции, называть их форму, расположение и определять способ соединения. Составлять план выполнения изделия.; </w:t>
            </w:r>
          </w:p>
          <w:p w14:paraId="4F3AE4E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Конструировать и моделировать изделия из различных материалов, в том числе с применением наборов «Конструктор» по заданным условиям (технико- технологическим, функциональным, декоративно- художественным).; </w:t>
            </w:r>
          </w:p>
          <w:p w14:paraId="216CFED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Повторять в конструкции изделия конструктивные особенности реальных предметов и объектов.; Создавать простые макеты и </w:t>
            </w:r>
            <w:r w:rsidRPr="006C72E9">
              <w:lastRenderedPageBreak/>
              <w:t xml:space="preserve">модели архитектурных сооружений, технических устройств, бытовых конструкций.; </w:t>
            </w:r>
          </w:p>
          <w:p w14:paraId="6D792E0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Дорабатывать конструкции (отдельных узлов, соединений) с учётом дополнительных условий </w:t>
            </w:r>
          </w:p>
          <w:p w14:paraId="5CE8D8E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(требований).; </w:t>
            </w:r>
          </w:p>
          <w:p w14:paraId="6BD50B1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измерения и построения для решения практических задач.; </w:t>
            </w:r>
          </w:p>
          <w:p w14:paraId="6716C1D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Решать задачи на трансформацию трёхмерной конструкции в развёртку (и наоборот);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79C0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A0F49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67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68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1DB953D7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</w:tbl>
    <w:p w14:paraId="3CBD9D2E" w14:textId="77777777" w:rsidR="006C72E9" w:rsidRPr="006C72E9" w:rsidRDefault="006C72E9" w:rsidP="006C72E9"/>
    <w:tbl>
      <w:tblPr>
        <w:tblStyle w:val="TableGrid"/>
        <w:tblW w:w="15499" w:type="dxa"/>
        <w:tblInd w:w="113" w:type="dxa"/>
        <w:tblCellMar>
          <w:top w:w="8" w:type="dxa"/>
          <w:left w:w="7" w:type="dxa"/>
          <w:right w:w="52" w:type="dxa"/>
        </w:tblCellMar>
        <w:tblLook w:val="04A0" w:firstRow="1" w:lastRow="0" w:firstColumn="1" w:lastColumn="0" w:noHBand="0" w:noVBand="1"/>
      </w:tblPr>
      <w:tblGrid>
        <w:gridCol w:w="455"/>
        <w:gridCol w:w="4198"/>
        <w:gridCol w:w="496"/>
        <w:gridCol w:w="954"/>
        <w:gridCol w:w="984"/>
        <w:gridCol w:w="700"/>
        <w:gridCol w:w="3736"/>
        <w:gridCol w:w="1463"/>
        <w:gridCol w:w="2513"/>
      </w:tblGrid>
      <w:tr w:rsidR="006C72E9" w:rsidRPr="006C72E9" w14:paraId="2689FAAE" w14:textId="77777777" w:rsidTr="00387A5C">
        <w:trPr>
          <w:trHeight w:val="438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3B51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3.6.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81DB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Решение задач на мысленную трансформацию трёхмерной конструкции в развёртку (и наоборот)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8927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8377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4FF0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8F38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E46F0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Анализировать конструкцию изделия по рисунку, простому чертежу, схеме, готовому образцу. Выделять детали конструкции, называть их форму, расположение и определять способ соединения. Составлять план выполнения изделия.; </w:t>
            </w:r>
          </w:p>
          <w:p w14:paraId="2983E3E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Конструировать и моделировать изделия из различных материалов, в том числе с применением наборов «Конструктор» по заданным условиям (технико- технологическим, функциональным, декоративно- художественным).; </w:t>
            </w:r>
          </w:p>
          <w:p w14:paraId="43CA69F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Повторять в конструкции изделия конструктивные особенности реальных предметов и объектов.; Создавать простые макеты и модели архитектурных сооружений, технических устройств, бытовых конструкций.; </w:t>
            </w:r>
          </w:p>
          <w:p w14:paraId="4750BF5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Дорабатывать конструкции (отдельных узлов, соединений) с учётом дополнительных условий </w:t>
            </w:r>
          </w:p>
          <w:p w14:paraId="7FC846E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(требований).; </w:t>
            </w:r>
          </w:p>
          <w:p w14:paraId="41564E1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измерения и построения для решения практических задач.; </w:t>
            </w:r>
          </w:p>
          <w:p w14:paraId="26FE873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Решать задачи на трансформацию трёхмерной конструкции в развёртку (и наоборот);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6586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9E77E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69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70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6BC2AD94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  <w:tr w:rsidR="006C72E9" w:rsidRPr="006C72E9" w14:paraId="42EA601D" w14:textId="77777777" w:rsidTr="00387A5C">
        <w:trPr>
          <w:trHeight w:val="346"/>
        </w:trPr>
        <w:tc>
          <w:tcPr>
            <w:tcW w:w="50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62BF0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Итого по модулю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8276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12 </w:t>
            </w:r>
          </w:p>
        </w:tc>
        <w:tc>
          <w:tcPr>
            <w:tcW w:w="70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C1C271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08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F141EDA" w14:textId="77777777" w:rsidR="006C72E9" w:rsidRPr="006C72E9" w:rsidRDefault="006C72E9" w:rsidP="006C72E9">
            <w:pPr>
              <w:spacing w:after="200" w:line="276" w:lineRule="auto"/>
            </w:pPr>
          </w:p>
        </w:tc>
        <w:tc>
          <w:tcPr>
            <w:tcW w:w="17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1F08350" w14:textId="77777777" w:rsidR="006C72E9" w:rsidRPr="006C72E9" w:rsidRDefault="006C72E9" w:rsidP="006C72E9">
            <w:pPr>
              <w:spacing w:after="200" w:line="276" w:lineRule="auto"/>
            </w:pPr>
          </w:p>
        </w:tc>
      </w:tr>
      <w:tr w:rsidR="006C72E9" w:rsidRPr="006C72E9" w14:paraId="28B52D65" w14:textId="77777777" w:rsidTr="00387A5C">
        <w:trPr>
          <w:trHeight w:val="351"/>
        </w:trPr>
        <w:tc>
          <w:tcPr>
            <w:tcW w:w="1267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476206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Модуль 4. ИНФОРМАЦИОННО-КОММУНИКАТИВНЫЕ ТЕХНОЛОГИИ </w:t>
            </w:r>
          </w:p>
        </w:tc>
        <w:tc>
          <w:tcPr>
            <w:tcW w:w="108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2C5465D" w14:textId="77777777" w:rsidR="006C72E9" w:rsidRPr="006C72E9" w:rsidRDefault="006C72E9" w:rsidP="006C72E9">
            <w:pPr>
              <w:spacing w:after="200" w:line="276" w:lineRule="auto"/>
            </w:pPr>
          </w:p>
        </w:tc>
        <w:tc>
          <w:tcPr>
            <w:tcW w:w="17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52933CD" w14:textId="77777777" w:rsidR="006C72E9" w:rsidRPr="006C72E9" w:rsidRDefault="006C72E9" w:rsidP="006C72E9">
            <w:pPr>
              <w:spacing w:after="200" w:line="276" w:lineRule="auto"/>
            </w:pPr>
          </w:p>
        </w:tc>
      </w:tr>
    </w:tbl>
    <w:p w14:paraId="499B4113" w14:textId="77777777" w:rsidR="006C72E9" w:rsidRPr="006C72E9" w:rsidRDefault="006C72E9" w:rsidP="006C72E9">
      <w:pPr>
        <w:rPr>
          <w:lang w:val="ru-RU"/>
        </w:rPr>
      </w:pPr>
      <w:r w:rsidRPr="006C72E9">
        <w:rPr>
          <w:lang w:val="ru-RU"/>
        </w:rPr>
        <w:br w:type="page"/>
      </w:r>
    </w:p>
    <w:p w14:paraId="641C5762" w14:textId="77777777" w:rsidR="006C72E9" w:rsidRPr="006C72E9" w:rsidRDefault="006C72E9" w:rsidP="006C72E9">
      <w:pPr>
        <w:rPr>
          <w:lang w:val="ru-RU"/>
        </w:rPr>
      </w:pPr>
    </w:p>
    <w:tbl>
      <w:tblPr>
        <w:tblStyle w:val="TableGrid"/>
        <w:tblW w:w="15499" w:type="dxa"/>
        <w:tblInd w:w="113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3"/>
        <w:gridCol w:w="4229"/>
        <w:gridCol w:w="501"/>
        <w:gridCol w:w="956"/>
        <w:gridCol w:w="986"/>
        <w:gridCol w:w="701"/>
        <w:gridCol w:w="3727"/>
        <w:gridCol w:w="1448"/>
        <w:gridCol w:w="2498"/>
      </w:tblGrid>
      <w:tr w:rsidR="006C72E9" w:rsidRPr="006C72E9" w14:paraId="0CB03BA6" w14:textId="77777777" w:rsidTr="00387A5C">
        <w:trPr>
          <w:trHeight w:val="608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1308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4.1.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E9FE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Информационная среда, основные источники (органы восприятия) информации, получаемой человеком. Сохранение и передача информации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92EF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0.5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CAA9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9B81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8955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5E08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Различать, сравнивать источники информации, используемые человеком в быту: телевидение, радио, печатные издания, персональный компьютер и др.; Понимать значение ИКТ в жизни современного человека.; </w:t>
            </w:r>
          </w:p>
          <w:p w14:paraId="4474790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компьютер для поиска, хранения и воспроизведения информации.; </w:t>
            </w:r>
          </w:p>
          <w:p w14:paraId="435412C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Осваивать правила набора текста, работу с программой MicrosoftWord (или другой), понимать её назначение. </w:t>
            </w:r>
          </w:p>
          <w:p w14:paraId="0B6050B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Создавать и сохранять документ в программе MicrosoftWord (или другой), форматировать (выбор шрифта, размера, цвета шрифта, выравнивание абзаца) и печатать документ.; </w:t>
            </w:r>
          </w:p>
          <w:p w14:paraId="0904D40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простейшие операции над готовыми файлами и папками (открывать, читать).; </w:t>
            </w:r>
          </w:p>
          <w:p w14:paraId="19469A5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Создавать небольшие тексты, редактировать их.; Воспринимать книгу как источник информации; наблюдать и соотносить разные информационные объекты в учебнике (текст, иллюстративный материал, текстовый план, слайдовый план) и делать выводы, </w:t>
            </w:r>
            <w:r w:rsidRPr="006C72E9">
              <w:lastRenderedPageBreak/>
              <w:t xml:space="preserve">умозаключения; самостоятельно заполнять технологическую карту по заданному образцу.; Различать основные источники (органы восприятия) информации, получаемой человеком.; </w:t>
            </w:r>
          </w:p>
          <w:p w14:paraId="449C8D6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Работать с доступной информацией (книги, музеи, беседы (мастер-классы) с мастерами, Интернет, видео, DVD).; </w:t>
            </w:r>
          </w:p>
          <w:p w14:paraId="44E92A9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преобразование информации, в том числе переводить текстовую информацию в табличную форму.; </w:t>
            </w:r>
          </w:p>
          <w:p w14:paraId="4013C6F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при защите проекта информацию, представленную в учебнике в разных формах;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4989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FC9A6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71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72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2487E6DC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</w:tbl>
    <w:p w14:paraId="5FED0BD8" w14:textId="77777777" w:rsidR="006C72E9" w:rsidRPr="006C72E9" w:rsidRDefault="006C72E9" w:rsidP="006C72E9"/>
    <w:tbl>
      <w:tblPr>
        <w:tblStyle w:val="TableGrid"/>
        <w:tblW w:w="15499" w:type="dxa"/>
        <w:tblInd w:w="113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5"/>
        <w:gridCol w:w="4233"/>
        <w:gridCol w:w="500"/>
        <w:gridCol w:w="955"/>
        <w:gridCol w:w="985"/>
        <w:gridCol w:w="700"/>
        <w:gridCol w:w="3725"/>
        <w:gridCol w:w="1448"/>
        <w:gridCol w:w="2498"/>
      </w:tblGrid>
      <w:tr w:rsidR="006C72E9" w:rsidRPr="006C72E9" w14:paraId="6CFB3D3F" w14:textId="77777777" w:rsidTr="00387A5C">
        <w:trPr>
          <w:trHeight w:val="5920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C54A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4.2.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970A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Информационные технологии. Источники информации, используемые человеком в быту: телевидение, радио, печатные издания, персональный компьютер и др.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4720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0.5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7D7A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807D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1A08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A8BB6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Различать, сравнивать источники информации, используемые человеком в быту: телевидение, радио, печатные издания, персональный компьютер и др.; Понимать значение ИКТ в жизни современного человека.; Использовать компьютер для поиска, хранения и воспроизведения информации.; </w:t>
            </w:r>
          </w:p>
          <w:p w14:paraId="5E294BA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Осваивать правила набора текста, работу с программой MicrosoftWord (или другой), понимать её назначение. </w:t>
            </w:r>
          </w:p>
          <w:p w14:paraId="7147660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Создавать и сохранять документ в программе MicrosoftWord (или другой), форматировать (выбор шрифта, размера, цвета шрифта, выравнивание абзаца) и печатать документ.; </w:t>
            </w:r>
          </w:p>
          <w:p w14:paraId="5B232FF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простейшие операции над готовыми файлами и папками (открывать, читать).; </w:t>
            </w:r>
          </w:p>
          <w:p w14:paraId="6FF484A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Создавать небольшие тексты, редактировать их.; Воспринимать книгу как источник информации; наблюдать и соотносить разные информационные объекты в учебнике (текст, иллюстративный материал, текстовый план, слайдовый план) и делать выводы, умозаключения; самостоятельно заполнять технологическую карту </w:t>
            </w:r>
            <w:r w:rsidRPr="006C72E9">
              <w:lastRenderedPageBreak/>
              <w:t xml:space="preserve">по заданному образцу.; Различать основные источники (органы восприятия) информации, получаемой человеком.; </w:t>
            </w:r>
          </w:p>
          <w:p w14:paraId="1290E32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Работать с доступной информацией (книги, музеи, беседы (мастер-классы) с мастерами, Интернет, видео, DVD).; </w:t>
            </w:r>
          </w:p>
          <w:p w14:paraId="5B67919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преобразование информации, в том числе переводить текстовую информацию в табличную форму.; </w:t>
            </w:r>
          </w:p>
          <w:p w14:paraId="2F49CED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при защите проекта информацию, представленную в учебнике в разных формах;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1A8C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5F3B4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73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74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37630673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</w:tbl>
    <w:p w14:paraId="7D69810F" w14:textId="77777777" w:rsidR="006C72E9" w:rsidRPr="006C72E9" w:rsidRDefault="006C72E9" w:rsidP="006C72E9"/>
    <w:tbl>
      <w:tblPr>
        <w:tblStyle w:val="TableGrid"/>
        <w:tblW w:w="15499" w:type="dxa"/>
        <w:tblInd w:w="113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4"/>
        <w:gridCol w:w="4241"/>
        <w:gridCol w:w="478"/>
        <w:gridCol w:w="958"/>
        <w:gridCol w:w="988"/>
        <w:gridCol w:w="702"/>
        <w:gridCol w:w="3732"/>
        <w:gridCol w:w="1448"/>
        <w:gridCol w:w="2498"/>
      </w:tblGrid>
      <w:tr w:rsidR="006C72E9" w:rsidRPr="006C72E9" w14:paraId="51DF4916" w14:textId="77777777" w:rsidTr="00387A5C">
        <w:trPr>
          <w:trHeight w:val="595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9214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4.3.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F3C6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CDC1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4195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C5D3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00B0C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F4BAE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Различать, сравнивать источники информации, используемые человеком в быту: телевидение, радио, печатные издания, персональный компьютер и др.; Понимать значение ИКТ в жизни современного человека.; </w:t>
            </w:r>
          </w:p>
          <w:p w14:paraId="42B401B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компьютер для поиска, хранения и воспроизведения информации.; </w:t>
            </w:r>
          </w:p>
          <w:p w14:paraId="0EB1DD3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Осваивать правила набора текста, работу с программой MicrosoftWord (или другой), понимать её назначение. </w:t>
            </w:r>
          </w:p>
          <w:p w14:paraId="5880286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Создавать и сохранять документ в программе MicrosoftWord (или другой), форматировать (выбор шрифта, размера, цвета шрифта, выравнивание абзаца) и печатать документ.; </w:t>
            </w:r>
          </w:p>
          <w:p w14:paraId="479AAB5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простейшие операции над готовыми файлами и папками (открывать, читать).; </w:t>
            </w:r>
          </w:p>
          <w:p w14:paraId="13AC241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Создавать небольшие тексты, редактировать их.; Воспринимать книгу как источник информации; наблюдать и соотносить разные информационные объекты в учебнике (текст, иллюстративный материал, текстовый план, слайдовый план) и делать выводы, умозаключения; самостоятельно </w:t>
            </w:r>
            <w:r w:rsidRPr="006C72E9">
              <w:lastRenderedPageBreak/>
              <w:t xml:space="preserve">заполнять технологическую карту по заданному образцу.; Различать основные источники (органы восприятия) информации, получаемой человеком.; </w:t>
            </w:r>
          </w:p>
          <w:p w14:paraId="4DF1470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Работать с доступной информацией (книги, музеи, беседы (мастер-классы) с мастерами, Интернет, видео, DVD).; </w:t>
            </w:r>
          </w:p>
          <w:p w14:paraId="3C3E5B4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преобразование информации, в том числе переводить текстовую информацию в табличную форму.; </w:t>
            </w:r>
          </w:p>
          <w:p w14:paraId="3F4102D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при защите проекта информацию, представленную в учебнике в разных формах;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7E87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Устный опрос; </w:t>
            </w:r>
          </w:p>
          <w:p w14:paraId="7C3D498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AEABB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75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76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2D4BD962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</w:tbl>
    <w:p w14:paraId="7E03AB94" w14:textId="77777777" w:rsidR="006C72E9" w:rsidRPr="006C72E9" w:rsidRDefault="006C72E9" w:rsidP="006C72E9"/>
    <w:tbl>
      <w:tblPr>
        <w:tblStyle w:val="TableGrid"/>
        <w:tblW w:w="15499" w:type="dxa"/>
        <w:tblInd w:w="113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4"/>
        <w:gridCol w:w="4200"/>
        <w:gridCol w:w="481"/>
        <w:gridCol w:w="966"/>
        <w:gridCol w:w="996"/>
        <w:gridCol w:w="708"/>
        <w:gridCol w:w="3748"/>
        <w:gridCol w:w="1448"/>
        <w:gridCol w:w="2498"/>
      </w:tblGrid>
      <w:tr w:rsidR="006C72E9" w:rsidRPr="006C72E9" w14:paraId="540996CD" w14:textId="77777777" w:rsidTr="00387A5C">
        <w:trPr>
          <w:trHeight w:val="599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A3DC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4.4.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0120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Работа с доступной информацией (книги, музеи, беседы </w:t>
            </w:r>
          </w:p>
          <w:p w14:paraId="14401BD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(мастер-классы) с мастерами, Интернет, видео, DVD)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9C32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08F2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098D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5645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D7932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Различать, сравнивать источники информации, используемые человеком в быту: телевидение, радио, печатные издания, персональный компьютер и др.; Понимать значение ИКТ в жизни современного человека.; </w:t>
            </w:r>
          </w:p>
          <w:p w14:paraId="2C3543C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компьютер для поиска, хранения и воспроизведения информации.; </w:t>
            </w:r>
          </w:p>
          <w:p w14:paraId="1276898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Осваивать правила набора текста, работу с программой MicrosoftWord (или другой), понимать её назначение. </w:t>
            </w:r>
          </w:p>
          <w:p w14:paraId="6887D90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Создавать и сохранять документ в программе MicrosoftWord (или другой), форматировать (выбор шрифта, размера, цвета шрифта, выравнивание абзаца) и печатать документ.; </w:t>
            </w:r>
          </w:p>
          <w:p w14:paraId="3E9D2C6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простейшие операции над готовыми файлами и папками (открывать, читать).; </w:t>
            </w:r>
          </w:p>
          <w:p w14:paraId="2EBDE70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Создавать небольшие тексты, редактировать их.; Воспринимать книгу как источник информации; наблюдать и соотносить разные информационные объекты в учебнике (текст, иллюстративный материал, текстовый план, слайдовый план) и делать выводы, умозаключения; самостоятельно </w:t>
            </w:r>
            <w:r w:rsidRPr="006C72E9">
              <w:lastRenderedPageBreak/>
              <w:t xml:space="preserve">заполнять технологическую карту по заданному образцу.; Различать основные источники (органы восприятия) информации, получаемой человеком.; </w:t>
            </w:r>
          </w:p>
          <w:p w14:paraId="4654CF6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Работать с доступной информацией (книги, музеи, беседы (мастер-классы) с мастерами, Интернет, видео, DVD).; </w:t>
            </w:r>
          </w:p>
          <w:p w14:paraId="3EA6B1A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преобразование информации, в том числе переводить текстовую информацию в табличную форму.; </w:t>
            </w:r>
          </w:p>
          <w:p w14:paraId="1BF98BA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при защите проекта информацию, представленную в учебнике в разных формах;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FBD3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BCE1D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77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78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1BDEF92B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</w:tbl>
    <w:p w14:paraId="0EEB0873" w14:textId="77777777" w:rsidR="006C72E9" w:rsidRPr="006C72E9" w:rsidRDefault="006C72E9" w:rsidP="006C72E9"/>
    <w:tbl>
      <w:tblPr>
        <w:tblStyle w:val="TableGrid"/>
        <w:tblW w:w="15499" w:type="dxa"/>
        <w:tblInd w:w="113" w:type="dxa"/>
        <w:tblCellMar>
          <w:top w:w="8" w:type="dxa"/>
          <w:left w:w="7" w:type="dxa"/>
          <w:right w:w="37" w:type="dxa"/>
        </w:tblCellMar>
        <w:tblLook w:val="04A0" w:firstRow="1" w:lastRow="0" w:firstColumn="1" w:lastColumn="0" w:noHBand="0" w:noVBand="1"/>
      </w:tblPr>
      <w:tblGrid>
        <w:gridCol w:w="455"/>
        <w:gridCol w:w="4165"/>
        <w:gridCol w:w="496"/>
        <w:gridCol w:w="979"/>
        <w:gridCol w:w="1009"/>
        <w:gridCol w:w="706"/>
        <w:gridCol w:w="3743"/>
        <w:gridCol w:w="1448"/>
        <w:gridCol w:w="2498"/>
      </w:tblGrid>
      <w:tr w:rsidR="006C72E9" w:rsidRPr="006C72E9" w14:paraId="71D7D12A" w14:textId="77777777" w:rsidTr="00387A5C">
        <w:trPr>
          <w:trHeight w:val="624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FCC5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4.5. 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DFD2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rPr>
                <w:b/>
              </w:rPr>
              <w:t xml:space="preserve">Работа с текстовым редактором Microsoft Word или другим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627E0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47A44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35DE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5CFD7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3470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; </w:t>
            </w:r>
          </w:p>
          <w:p w14:paraId="0359516F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Различать, сравнивать источники информации, используемые человеком в быту: телевидение, радио, печатные издания, персональный компьютер и др.; Понимать значение ИКТ в жизни современного человека.; </w:t>
            </w:r>
          </w:p>
          <w:p w14:paraId="1495BA09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компьютер для поиска, хранения и воспроизведения информации.; </w:t>
            </w:r>
          </w:p>
          <w:p w14:paraId="4F0EB34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Осваивать правила набора текста, работу с программой MicrosoftWord (или другой), понимать её назначение. </w:t>
            </w:r>
          </w:p>
          <w:p w14:paraId="020073A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Создавать и сохранять документ в программе MicrosoftWord (или другой), форматировать (выбор шрифта, размера, цвета шрифта, выравнивание абзаца) и печатать документ.; </w:t>
            </w:r>
          </w:p>
          <w:p w14:paraId="666089E1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простейшие операции над готовыми файлами и папками (открывать, читать).; </w:t>
            </w:r>
          </w:p>
          <w:p w14:paraId="209664E5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Создавать небольшие тексты, редактировать их.; Воспринимать книгу как источник информации; наблюдать и соотносить разные информационные объекты в учебнике (текст, иллюстративный материал, текстовый план, слайдовый план) и делать выводы, </w:t>
            </w:r>
            <w:r w:rsidRPr="006C72E9">
              <w:lastRenderedPageBreak/>
              <w:t xml:space="preserve">умозаключения; самостоятельно заполнять технологическую карту по заданному образцу.; Различать основные источники (органы восприятия) информации, получаемой человеком.; </w:t>
            </w:r>
          </w:p>
          <w:p w14:paraId="44A95BBD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Работать с доступной информацией (книги, музеи, беседы (мастер-классы) с мастерами, Интернет, видео, DVD).; </w:t>
            </w:r>
          </w:p>
          <w:p w14:paraId="3031447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Выполнять преобразование информации, в том числе переводить текстовую информацию в табличную форму.; </w:t>
            </w:r>
          </w:p>
          <w:p w14:paraId="6D1D5FA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Использовать при защите проекта информацию, представленную в учебнике в разных формах;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B674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lastRenderedPageBreak/>
              <w:t xml:space="preserve">Устный опрос; Практическая работа; 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4FD82" w14:textId="77777777" w:rsidR="006C72E9" w:rsidRPr="006C72E9" w:rsidRDefault="00811D9F" w:rsidP="006C72E9">
            <w:pPr>
              <w:spacing w:after="200" w:line="276" w:lineRule="auto"/>
              <w:rPr>
                <w:lang w:val="en-US"/>
              </w:rPr>
            </w:pPr>
            <w:hyperlink r:id="rId79">
              <w:r w:rsidR="006C72E9" w:rsidRPr="006C72E9">
                <w:rPr>
                  <w:rStyle w:val="aff8"/>
                  <w:lang w:val="en-US"/>
                </w:rPr>
                <w:t>http://school</w:t>
              </w:r>
            </w:hyperlink>
            <w:hyperlink r:id="rId80">
              <w:r w:rsidR="006C72E9" w:rsidRPr="006C72E9">
                <w:rPr>
                  <w:rStyle w:val="aff8"/>
                  <w:lang w:val="en-US"/>
                </w:rPr>
                <w:t xml:space="preserve">- </w:t>
              </w:r>
            </w:hyperlink>
          </w:p>
          <w:p w14:paraId="12DE365A" w14:textId="77777777" w:rsidR="006C72E9" w:rsidRPr="006C72E9" w:rsidRDefault="006C72E9" w:rsidP="006C72E9">
            <w:pPr>
              <w:spacing w:after="200" w:line="276" w:lineRule="auto"/>
              <w:rPr>
                <w:lang w:val="en-US"/>
              </w:rPr>
            </w:pPr>
            <w:r w:rsidRPr="006C72E9">
              <w:rPr>
                <w:lang w:val="en-US"/>
              </w:rPr>
              <w:t xml:space="preserve">collection.edu.ru/catalog/ </w:t>
            </w:r>
          </w:p>
        </w:tc>
      </w:tr>
      <w:tr w:rsidR="006C72E9" w:rsidRPr="006C72E9" w14:paraId="46A8AF1B" w14:textId="77777777" w:rsidTr="00387A5C">
        <w:trPr>
          <w:trHeight w:val="350"/>
        </w:trPr>
        <w:tc>
          <w:tcPr>
            <w:tcW w:w="50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803A7B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Итого по модулю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07532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4 </w:t>
            </w:r>
          </w:p>
        </w:tc>
        <w:tc>
          <w:tcPr>
            <w:tcW w:w="990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CEA6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</w:tr>
      <w:tr w:rsidR="006C72E9" w:rsidRPr="006C72E9" w14:paraId="5BDEBFCD" w14:textId="77777777" w:rsidTr="00387A5C">
        <w:trPr>
          <w:trHeight w:val="398"/>
        </w:trPr>
        <w:tc>
          <w:tcPr>
            <w:tcW w:w="50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52822A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ОБЩЕЕ КОЛИЧЕСТВО ЧАСОВ ПО ПРОГРАММЕ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8598E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34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05D53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91098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0 </w:t>
            </w:r>
          </w:p>
        </w:tc>
        <w:tc>
          <w:tcPr>
            <w:tcW w:w="76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E7016" w14:textId="77777777" w:rsidR="006C72E9" w:rsidRPr="006C72E9" w:rsidRDefault="006C72E9" w:rsidP="006C72E9">
            <w:pPr>
              <w:spacing w:after="200" w:line="276" w:lineRule="auto"/>
            </w:pPr>
            <w:r w:rsidRPr="006C72E9">
              <w:t xml:space="preserve"> </w:t>
            </w:r>
          </w:p>
        </w:tc>
      </w:tr>
    </w:tbl>
    <w:p w14:paraId="0B710413" w14:textId="77777777" w:rsidR="006C72E9" w:rsidRPr="006C72E9" w:rsidRDefault="006C72E9" w:rsidP="006C72E9">
      <w:pPr>
        <w:rPr>
          <w:lang w:val="ru-RU"/>
        </w:rPr>
        <w:sectPr w:rsidR="006C72E9" w:rsidRPr="006C72E9">
          <w:pgSz w:w="16838" w:h="11899" w:orient="landscape"/>
          <w:pgMar w:top="562" w:right="773" w:bottom="557" w:left="562" w:header="720" w:footer="720" w:gutter="0"/>
          <w:cols w:space="720"/>
        </w:sectPr>
      </w:pPr>
    </w:p>
    <w:p w14:paraId="09B61643" w14:textId="77777777" w:rsidR="00E71498" w:rsidRDefault="00E71498">
      <w:pPr>
        <w:sectPr w:rsidR="00E71498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2980B526" w14:textId="77777777" w:rsidR="00E71498" w:rsidRDefault="00E71498">
      <w:pPr>
        <w:autoSpaceDE w:val="0"/>
        <w:autoSpaceDN w:val="0"/>
        <w:spacing w:after="78" w:line="220" w:lineRule="exact"/>
      </w:pPr>
    </w:p>
    <w:p w14:paraId="49B23E1B" w14:textId="77777777" w:rsidR="00E71498" w:rsidRDefault="008E4B97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960"/>
        <w:gridCol w:w="2726"/>
        <w:gridCol w:w="732"/>
        <w:gridCol w:w="1620"/>
        <w:gridCol w:w="1668"/>
        <w:gridCol w:w="1236"/>
        <w:gridCol w:w="1610"/>
      </w:tblGrid>
      <w:tr w:rsidR="00E71498" w14:paraId="4484D644" w14:textId="77777777">
        <w:trPr>
          <w:trHeight w:hRule="exact" w:val="492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0580B4" w14:textId="77777777" w:rsidR="00E71498" w:rsidRDefault="008E4B97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274CA3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B3DB7C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F80ED1" w14:textId="77777777" w:rsidR="00E71498" w:rsidRDefault="008E4B97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5D61FC" w14:textId="77777777" w:rsidR="00E71498" w:rsidRDefault="008E4B97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E71498" w14:paraId="4B5145CE" w14:textId="77777777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CC0C0" w14:textId="77777777" w:rsidR="00E71498" w:rsidRDefault="00E71498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B5B9E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969C61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FA293A" w14:textId="77777777" w:rsidR="00E71498" w:rsidRDefault="008E4B9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0C76CD" w14:textId="77777777" w:rsidR="00E71498" w:rsidRDefault="008E4B9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6836B" w14:textId="77777777" w:rsidR="00E71498" w:rsidRDefault="00E71498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C7DC1" w14:textId="77777777" w:rsidR="00E71498" w:rsidRDefault="00E71498"/>
        </w:tc>
      </w:tr>
      <w:tr w:rsidR="00E71498" w14:paraId="3138F44B" w14:textId="77777777">
        <w:trPr>
          <w:trHeight w:hRule="exact" w:val="82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EFD0DF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2CB71B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795436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A06771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AD535C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63CD2E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02.09.2022 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C358F9" w14:textId="77777777" w:rsidR="00E71498" w:rsidRDefault="008E4B9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71498" w14:paraId="0032FB28" w14:textId="77777777">
        <w:trPr>
          <w:trHeight w:hRule="exact" w:val="4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009EAF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D49DAE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B1EAA9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84360D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1A76B3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48931C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406A18" w14:textId="77777777" w:rsidR="00E71498" w:rsidRDefault="00E71498"/>
        </w:tc>
      </w:tr>
      <w:tr w:rsidR="00E71498" w14:paraId="0FC7669B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D9D83E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498A88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545AA0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257016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49CC2B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2A4EBB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1B5638" w14:textId="77777777" w:rsidR="00E71498" w:rsidRDefault="00E71498"/>
        </w:tc>
      </w:tr>
      <w:tr w:rsidR="00E71498" w14:paraId="5D06715D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B80DFD" w14:textId="77777777" w:rsidR="00E71498" w:rsidRDefault="008E4B9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FDA045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FA2632" w14:textId="77777777" w:rsidR="00E71498" w:rsidRDefault="008E4B9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982FAC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69AC5B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05F4DA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8F2836" w14:textId="77777777" w:rsidR="00E71498" w:rsidRDefault="00E71498"/>
        </w:tc>
      </w:tr>
      <w:tr w:rsidR="00E71498" w14:paraId="0316CCCA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37DD24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2B9E8D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6E2CFC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C0AE5E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EE186C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2BE3FD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D64B62" w14:textId="77777777" w:rsidR="00E71498" w:rsidRDefault="00E71498"/>
        </w:tc>
      </w:tr>
      <w:tr w:rsidR="00E71498" w14:paraId="4E75780B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BB2139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F65842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A4B091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16ADA7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10A6A1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D5227E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98F17F" w14:textId="77777777" w:rsidR="00E71498" w:rsidRDefault="00E71498"/>
        </w:tc>
      </w:tr>
      <w:tr w:rsidR="00E71498" w14:paraId="3E277C95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8B25DA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37C63A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BC9B74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A478B2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B73069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C90DA1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1C9908" w14:textId="77777777" w:rsidR="00E71498" w:rsidRDefault="00E71498"/>
        </w:tc>
      </w:tr>
      <w:tr w:rsidR="00E71498" w14:paraId="7A673D9A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E32E35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706512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E237C2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81ED9B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85553C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23B770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4118F5" w14:textId="77777777" w:rsidR="00E71498" w:rsidRDefault="00E71498"/>
        </w:tc>
      </w:tr>
      <w:tr w:rsidR="00E71498" w14:paraId="4691A6E4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B32B8A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9A2ADF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6B6968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B77DB2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5DD101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280E2C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B493A9" w14:textId="77777777" w:rsidR="00E71498" w:rsidRDefault="00E71498"/>
        </w:tc>
      </w:tr>
      <w:tr w:rsidR="00E71498" w14:paraId="23E338D3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BC5344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D33AC2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820343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C3F291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3D5442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D62890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DF0C2F" w14:textId="77777777" w:rsidR="00E71498" w:rsidRDefault="00E71498"/>
        </w:tc>
      </w:tr>
      <w:tr w:rsidR="00E71498" w14:paraId="5EE7F54B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07B0A5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109A69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007A46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5F97E3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52ABBD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936E6B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FFC2FB" w14:textId="77777777" w:rsidR="00E71498" w:rsidRDefault="00E71498"/>
        </w:tc>
      </w:tr>
      <w:tr w:rsidR="00E71498" w14:paraId="430B93AD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BA1D7C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09CC5B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F17C47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3972A2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EF653B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0B3AA3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D54D83" w14:textId="77777777" w:rsidR="00E71498" w:rsidRDefault="00E71498"/>
        </w:tc>
      </w:tr>
      <w:tr w:rsidR="00E71498" w14:paraId="3E0C1F4D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2D1BB5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8CA9A7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55164E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456F5F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CE82D3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7DC766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57595C" w14:textId="77777777" w:rsidR="00E71498" w:rsidRDefault="00E71498"/>
        </w:tc>
      </w:tr>
      <w:tr w:rsidR="00E71498" w14:paraId="1F31A10C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1990A1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CE7183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E5A6B3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390164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F6FD13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5767AA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30D393" w14:textId="77777777" w:rsidR="00E71498" w:rsidRDefault="00E71498"/>
        </w:tc>
      </w:tr>
      <w:tr w:rsidR="00E71498" w14:paraId="36D0E280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FBF963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9B355D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5B07EE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4BF275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A12070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66296D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50120A" w14:textId="77777777" w:rsidR="00E71498" w:rsidRDefault="00E71498"/>
        </w:tc>
      </w:tr>
      <w:tr w:rsidR="00E71498" w14:paraId="26B14027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8E0C50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7B1B4D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D32255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D8C3B0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D8023E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DACD0F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F96555" w14:textId="77777777" w:rsidR="00E71498" w:rsidRDefault="00E71498"/>
        </w:tc>
      </w:tr>
      <w:tr w:rsidR="00E71498" w14:paraId="741541C6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F6DC93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78ED63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37BDB8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75EBA7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DE14CC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D0B99D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6DA9BA" w14:textId="77777777" w:rsidR="00E71498" w:rsidRDefault="00E71498"/>
        </w:tc>
      </w:tr>
      <w:tr w:rsidR="00E71498" w14:paraId="044EDD06" w14:textId="77777777">
        <w:trPr>
          <w:trHeight w:hRule="exact" w:val="494"/>
        </w:trPr>
        <w:tc>
          <w:tcPr>
            <w:tcW w:w="96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8936D9" w14:textId="77777777" w:rsidR="00E71498" w:rsidRDefault="008E4B9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27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0A0EA8" w14:textId="77777777" w:rsidR="00E71498" w:rsidRDefault="00E71498"/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E10532" w14:textId="77777777" w:rsidR="00E71498" w:rsidRDefault="008E4B9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91118C" w14:textId="77777777" w:rsidR="00E71498" w:rsidRDefault="00E71498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5B2584" w14:textId="77777777" w:rsidR="00E71498" w:rsidRDefault="00E71498"/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BB03E1" w14:textId="77777777" w:rsidR="00E71498" w:rsidRDefault="00E71498"/>
        </w:tc>
        <w:tc>
          <w:tcPr>
            <w:tcW w:w="161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90C128" w14:textId="77777777" w:rsidR="00E71498" w:rsidRDefault="00E71498"/>
        </w:tc>
      </w:tr>
      <w:tr w:rsidR="00E71498" w14:paraId="2A73583F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81D936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76E8FF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D56C8F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B26F68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68D13B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2FA638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086765" w14:textId="77777777" w:rsidR="00E71498" w:rsidRDefault="00E71498"/>
        </w:tc>
      </w:tr>
      <w:tr w:rsidR="00E71498" w14:paraId="0C3A8234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0D3876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3BDCF5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9897E4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07ED74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2D5D00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558505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DCD740" w14:textId="77777777" w:rsidR="00E71498" w:rsidRDefault="00E71498"/>
        </w:tc>
      </w:tr>
      <w:tr w:rsidR="00E71498" w14:paraId="4EB59D5B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A1B119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13EC5D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5F9549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EEE1C4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580AA5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9D5242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695A2E" w14:textId="77777777" w:rsidR="00E71498" w:rsidRDefault="00E71498"/>
        </w:tc>
      </w:tr>
      <w:tr w:rsidR="00E71498" w14:paraId="5B7C46E2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6295A2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133F11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675980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E153AC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53D4F5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1DB55C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C37C16" w14:textId="77777777" w:rsidR="00E71498" w:rsidRDefault="00E71498"/>
        </w:tc>
      </w:tr>
      <w:tr w:rsidR="00E71498" w14:paraId="1D371093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B845B6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572964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DBA5BD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721748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F3F3E8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E0E173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35CE46" w14:textId="77777777" w:rsidR="00E71498" w:rsidRDefault="00E71498"/>
        </w:tc>
      </w:tr>
      <w:tr w:rsidR="00E71498" w14:paraId="00F1A841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839345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B59CED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52084A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14D0B5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9770B7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CC08D4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7B7985" w14:textId="77777777" w:rsidR="00E71498" w:rsidRDefault="00E71498"/>
        </w:tc>
      </w:tr>
      <w:tr w:rsidR="00E71498" w14:paraId="5076E58B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D07D49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6331C9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79D046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37E89D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E3D168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E58515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2F4BAD" w14:textId="77777777" w:rsidR="00E71498" w:rsidRDefault="00E71498"/>
        </w:tc>
      </w:tr>
      <w:tr w:rsidR="00E71498" w14:paraId="6C34C0D7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50DA16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CB80F8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1F710D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40DA17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FB5A13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BB942C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302CD4" w14:textId="77777777" w:rsidR="00E71498" w:rsidRDefault="00E71498"/>
        </w:tc>
      </w:tr>
      <w:tr w:rsidR="00E71498" w14:paraId="0A1E0587" w14:textId="77777777">
        <w:trPr>
          <w:trHeight w:hRule="exact" w:val="47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D6F3D0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544834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62E455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DE6ADF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B6A641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150320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25B1AC" w14:textId="77777777" w:rsidR="00E71498" w:rsidRDefault="00E71498"/>
        </w:tc>
      </w:tr>
    </w:tbl>
    <w:p w14:paraId="3CC6D10D" w14:textId="77777777" w:rsidR="00E71498" w:rsidRDefault="00E71498">
      <w:pPr>
        <w:autoSpaceDE w:val="0"/>
        <w:autoSpaceDN w:val="0"/>
        <w:spacing w:after="0" w:line="14" w:lineRule="exact"/>
      </w:pPr>
    </w:p>
    <w:p w14:paraId="324EC4BA" w14:textId="77777777" w:rsidR="00E71498" w:rsidRDefault="00E71498">
      <w:pPr>
        <w:sectPr w:rsidR="00E71498">
          <w:pgSz w:w="11900" w:h="16840"/>
          <w:pgMar w:top="298" w:right="650" w:bottom="35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2DDE7B8" w14:textId="77777777" w:rsidR="00E71498" w:rsidRDefault="00E71498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960"/>
        <w:gridCol w:w="2726"/>
        <w:gridCol w:w="732"/>
        <w:gridCol w:w="1620"/>
        <w:gridCol w:w="1668"/>
        <w:gridCol w:w="1236"/>
        <w:gridCol w:w="1610"/>
      </w:tblGrid>
      <w:tr w:rsidR="00E71498" w14:paraId="10DA72D4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0F30A5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CA099F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E0173E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E87061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2BFE52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C87BC3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40B7DE" w14:textId="77777777" w:rsidR="00E71498" w:rsidRDefault="00E71498"/>
        </w:tc>
      </w:tr>
      <w:tr w:rsidR="00E71498" w14:paraId="5D3C945B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73E4D1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1DE970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913A6A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7ACE59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4AFE02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FF45C1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23CB57" w14:textId="77777777" w:rsidR="00E71498" w:rsidRDefault="00E71498"/>
        </w:tc>
      </w:tr>
      <w:tr w:rsidR="00E71498" w14:paraId="545308ED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145965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B67EF0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3091C8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558244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735806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04B89E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2B6875" w14:textId="77777777" w:rsidR="00E71498" w:rsidRDefault="00E71498"/>
        </w:tc>
      </w:tr>
      <w:tr w:rsidR="00E71498" w14:paraId="10D52BCF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8A3D53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5F48BC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7614E3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0C11F9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1A3833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EAE5F4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848AFE" w14:textId="77777777" w:rsidR="00E71498" w:rsidRDefault="00E71498"/>
        </w:tc>
      </w:tr>
      <w:tr w:rsidR="00E71498" w14:paraId="56F3E8FD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FE6FA7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0E3023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5979B8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9F5ADD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6DB404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9FCE3A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B75991" w14:textId="77777777" w:rsidR="00E71498" w:rsidRDefault="00E71498"/>
        </w:tc>
      </w:tr>
      <w:tr w:rsidR="00E71498" w14:paraId="71728F39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3E1F87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4C7447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15B9C3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842BF4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971FBC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A93EF2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E0A6FA" w14:textId="77777777" w:rsidR="00E71498" w:rsidRDefault="00E71498"/>
        </w:tc>
      </w:tr>
      <w:tr w:rsidR="00E71498" w14:paraId="0F40E919" w14:textId="77777777">
        <w:trPr>
          <w:trHeight w:hRule="exact" w:val="4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ED65B5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63AF16" w14:textId="77777777" w:rsidR="00E71498" w:rsidRDefault="00E71498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40D322" w14:textId="77777777" w:rsidR="00E71498" w:rsidRDefault="008E4B9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F087D0" w14:textId="77777777" w:rsidR="00E71498" w:rsidRDefault="00E7149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96DC7B" w14:textId="77777777" w:rsidR="00E71498" w:rsidRDefault="00E7149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950AB6" w14:textId="77777777" w:rsidR="00E71498" w:rsidRDefault="00E71498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C8D285" w14:textId="77777777" w:rsidR="00E71498" w:rsidRDefault="00E71498"/>
        </w:tc>
      </w:tr>
      <w:tr w:rsidR="00E71498" w14:paraId="5E4AF982" w14:textId="77777777">
        <w:trPr>
          <w:trHeight w:hRule="exact" w:val="808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3B2113" w14:textId="77777777" w:rsidR="00E71498" w:rsidRPr="00C024A7" w:rsidRDefault="008E4B97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C024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70AA33" w14:textId="77777777" w:rsidR="00E71498" w:rsidRDefault="008E4B9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3E2744" w14:textId="77777777" w:rsidR="00E71498" w:rsidRDefault="008E4B9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753325" w14:textId="77777777" w:rsidR="00E71498" w:rsidRDefault="008E4B9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37EB4E" w14:textId="77777777" w:rsidR="00E71498" w:rsidRDefault="00E71498"/>
        </w:tc>
      </w:tr>
    </w:tbl>
    <w:p w14:paraId="7D52D8D3" w14:textId="77777777" w:rsidR="00E71498" w:rsidRDefault="00E71498">
      <w:pPr>
        <w:autoSpaceDE w:val="0"/>
        <w:autoSpaceDN w:val="0"/>
        <w:spacing w:after="0" w:line="14" w:lineRule="exact"/>
      </w:pPr>
    </w:p>
    <w:p w14:paraId="6E55065E" w14:textId="77777777" w:rsidR="00E71498" w:rsidRDefault="00E71498">
      <w:pPr>
        <w:sectPr w:rsidR="00E71498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EE23DC2" w14:textId="77777777" w:rsidR="00E71498" w:rsidRDefault="00E71498">
      <w:pPr>
        <w:autoSpaceDE w:val="0"/>
        <w:autoSpaceDN w:val="0"/>
        <w:spacing w:after="78" w:line="220" w:lineRule="exact"/>
      </w:pPr>
    </w:p>
    <w:p w14:paraId="58680DD2" w14:textId="77777777" w:rsidR="00E71498" w:rsidRDefault="008E4B97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14:paraId="2AE72308" w14:textId="77777777" w:rsidR="00E71498" w:rsidRPr="00C024A7" w:rsidRDefault="008E4B97">
      <w:pPr>
        <w:autoSpaceDE w:val="0"/>
        <w:autoSpaceDN w:val="0"/>
        <w:spacing w:before="346" w:after="0" w:line="300" w:lineRule="auto"/>
        <w:rPr>
          <w:lang w:val="ru-RU"/>
        </w:rPr>
      </w:pP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C024A7">
        <w:rPr>
          <w:lang w:val="ru-RU"/>
        </w:rPr>
        <w:br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Технология, 3 класс/Лутцева Е.А., Зуева Т.П., Акционерное общество «Издательство «Просвещение»; Введите свой вариант:</w:t>
      </w:r>
    </w:p>
    <w:p w14:paraId="0037B969" w14:textId="77777777" w:rsidR="00E71498" w:rsidRPr="00C024A7" w:rsidRDefault="008E4B97">
      <w:pPr>
        <w:autoSpaceDE w:val="0"/>
        <w:autoSpaceDN w:val="0"/>
        <w:spacing w:before="262" w:after="0" w:line="302" w:lineRule="auto"/>
        <w:ind w:right="4896"/>
        <w:rPr>
          <w:lang w:val="ru-RU"/>
        </w:rPr>
      </w:pP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-</w:t>
      </w:r>
    </w:p>
    <w:p w14:paraId="74D099E7" w14:textId="77777777" w:rsidR="00E71498" w:rsidRPr="00C024A7" w:rsidRDefault="008E4B97">
      <w:pPr>
        <w:autoSpaceDE w:val="0"/>
        <w:autoSpaceDN w:val="0"/>
        <w:spacing w:before="262" w:after="0" w:line="302" w:lineRule="auto"/>
        <w:ind w:right="1440"/>
        <w:rPr>
          <w:lang w:val="ru-RU"/>
        </w:rPr>
      </w:pP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-</w:t>
      </w:r>
    </w:p>
    <w:p w14:paraId="01AD2BEF" w14:textId="77777777" w:rsidR="00E71498" w:rsidRPr="00C024A7" w:rsidRDefault="00E71498">
      <w:pPr>
        <w:rPr>
          <w:lang w:val="ru-RU"/>
        </w:rPr>
        <w:sectPr w:rsidR="00E71498" w:rsidRPr="00C024A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B7B18CF" w14:textId="77777777" w:rsidR="00E71498" w:rsidRPr="00C024A7" w:rsidRDefault="00E71498">
      <w:pPr>
        <w:autoSpaceDE w:val="0"/>
        <w:autoSpaceDN w:val="0"/>
        <w:spacing w:after="78" w:line="220" w:lineRule="exact"/>
        <w:rPr>
          <w:lang w:val="ru-RU"/>
        </w:rPr>
      </w:pPr>
    </w:p>
    <w:p w14:paraId="6C73A4C0" w14:textId="77777777" w:rsidR="00E71498" w:rsidRPr="00C024A7" w:rsidRDefault="008E4B97">
      <w:pPr>
        <w:autoSpaceDE w:val="0"/>
        <w:autoSpaceDN w:val="0"/>
        <w:spacing w:after="0" w:line="230" w:lineRule="auto"/>
        <w:rPr>
          <w:lang w:val="ru-RU"/>
        </w:rPr>
      </w:pP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14:paraId="2B844BB8" w14:textId="77777777" w:rsidR="00E71498" w:rsidRPr="00C024A7" w:rsidRDefault="008E4B97">
      <w:pPr>
        <w:autoSpaceDE w:val="0"/>
        <w:autoSpaceDN w:val="0"/>
        <w:spacing w:before="346" w:after="0" w:line="302" w:lineRule="auto"/>
        <w:ind w:right="7200"/>
        <w:rPr>
          <w:lang w:val="ru-RU"/>
        </w:rPr>
      </w:pP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  <w:r w:rsidRPr="00C024A7">
        <w:rPr>
          <w:lang w:val="ru-RU"/>
        </w:rPr>
        <w:br/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-</w:t>
      </w:r>
    </w:p>
    <w:p w14:paraId="0D598FF6" w14:textId="77777777" w:rsidR="00E71498" w:rsidRPr="00C024A7" w:rsidRDefault="008E4B97">
      <w:pPr>
        <w:autoSpaceDE w:val="0"/>
        <w:autoSpaceDN w:val="0"/>
        <w:spacing w:before="262" w:after="0" w:line="302" w:lineRule="auto"/>
        <w:ind w:right="3024"/>
        <w:rPr>
          <w:lang w:val="ru-RU"/>
        </w:rPr>
      </w:pPr>
      <w:r w:rsidRPr="00C024A7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  <w:r w:rsidRPr="00C024A7">
        <w:rPr>
          <w:rFonts w:ascii="Times New Roman" w:eastAsia="Times New Roman" w:hAnsi="Times New Roman"/>
          <w:color w:val="000000"/>
          <w:sz w:val="24"/>
          <w:lang w:val="ru-RU"/>
        </w:rPr>
        <w:t>-</w:t>
      </w:r>
    </w:p>
    <w:p w14:paraId="3FF49A19" w14:textId="77777777" w:rsidR="00E71498" w:rsidRPr="00C024A7" w:rsidRDefault="00E71498">
      <w:pPr>
        <w:rPr>
          <w:lang w:val="ru-RU"/>
        </w:rPr>
        <w:sectPr w:rsidR="00E71498" w:rsidRPr="00C024A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5C880BC" w14:textId="77777777" w:rsidR="008E4B97" w:rsidRPr="00C024A7" w:rsidRDefault="008E4B97">
      <w:pPr>
        <w:rPr>
          <w:lang w:val="ru-RU"/>
        </w:rPr>
      </w:pPr>
    </w:p>
    <w:sectPr w:rsidR="008E4B97" w:rsidRPr="00C024A7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8AFE0" w14:textId="77777777" w:rsidR="00811D9F" w:rsidRDefault="00811D9F" w:rsidP="00C024A7">
      <w:pPr>
        <w:spacing w:after="0" w:line="240" w:lineRule="auto"/>
      </w:pPr>
      <w:r>
        <w:separator/>
      </w:r>
    </w:p>
  </w:endnote>
  <w:endnote w:type="continuationSeparator" w:id="0">
    <w:p w14:paraId="7A3240CA" w14:textId="77777777" w:rsidR="00811D9F" w:rsidRDefault="00811D9F" w:rsidP="00C02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445D1" w14:textId="77777777" w:rsidR="00811D9F" w:rsidRDefault="00811D9F" w:rsidP="00C024A7">
      <w:pPr>
        <w:spacing w:after="0" w:line="240" w:lineRule="auto"/>
      </w:pPr>
      <w:r>
        <w:separator/>
      </w:r>
    </w:p>
  </w:footnote>
  <w:footnote w:type="continuationSeparator" w:id="0">
    <w:p w14:paraId="261F2440" w14:textId="77777777" w:rsidR="00811D9F" w:rsidRDefault="00811D9F" w:rsidP="00C024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09024A0"/>
    <w:multiLevelType w:val="hybridMultilevel"/>
    <w:tmpl w:val="95F0A09C"/>
    <w:lvl w:ilvl="0" w:tplc="075CD64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4055F6">
      <w:start w:val="1"/>
      <w:numFmt w:val="lowerLetter"/>
      <w:lvlText w:val="%2"/>
      <w:lvlJc w:val="left"/>
      <w:pPr>
        <w:ind w:left="13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5C182A">
      <w:start w:val="1"/>
      <w:numFmt w:val="lowerRoman"/>
      <w:lvlText w:val="%3"/>
      <w:lvlJc w:val="left"/>
      <w:pPr>
        <w:ind w:left="20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26E03C">
      <w:start w:val="1"/>
      <w:numFmt w:val="decimal"/>
      <w:lvlText w:val="%4"/>
      <w:lvlJc w:val="left"/>
      <w:pPr>
        <w:ind w:left="27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320764">
      <w:start w:val="1"/>
      <w:numFmt w:val="lowerLetter"/>
      <w:lvlText w:val="%5"/>
      <w:lvlJc w:val="left"/>
      <w:pPr>
        <w:ind w:left="34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8ACE36">
      <w:start w:val="1"/>
      <w:numFmt w:val="lowerRoman"/>
      <w:lvlText w:val="%6"/>
      <w:lvlJc w:val="left"/>
      <w:pPr>
        <w:ind w:left="41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6CBDF0">
      <w:start w:val="1"/>
      <w:numFmt w:val="decimal"/>
      <w:lvlText w:val="%7"/>
      <w:lvlJc w:val="left"/>
      <w:pPr>
        <w:ind w:left="49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B43242">
      <w:start w:val="1"/>
      <w:numFmt w:val="lowerLetter"/>
      <w:lvlText w:val="%8"/>
      <w:lvlJc w:val="left"/>
      <w:pPr>
        <w:ind w:left="56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42215C">
      <w:start w:val="1"/>
      <w:numFmt w:val="lowerRoman"/>
      <w:lvlText w:val="%9"/>
      <w:lvlJc w:val="left"/>
      <w:pPr>
        <w:ind w:left="63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CA40191"/>
    <w:multiLevelType w:val="hybridMultilevel"/>
    <w:tmpl w:val="68C81E40"/>
    <w:lvl w:ilvl="0" w:tplc="FC4204EE">
      <w:start w:val="1"/>
      <w:numFmt w:val="decimal"/>
      <w:lvlText w:val="%1."/>
      <w:lvlJc w:val="left"/>
      <w:pPr>
        <w:ind w:left="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A6669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AEAE5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E66D1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B8A79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F86F6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14EA4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86415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9E667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D498A"/>
    <w:rsid w:val="0029639D"/>
    <w:rsid w:val="00326F90"/>
    <w:rsid w:val="006C72E9"/>
    <w:rsid w:val="007E207E"/>
    <w:rsid w:val="00811D9F"/>
    <w:rsid w:val="00867219"/>
    <w:rsid w:val="008E4B97"/>
    <w:rsid w:val="00AA1D8D"/>
    <w:rsid w:val="00B47730"/>
    <w:rsid w:val="00C024A7"/>
    <w:rsid w:val="00CB0664"/>
    <w:rsid w:val="00E71498"/>
    <w:rsid w:val="00E87D3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F68FA7"/>
  <w14:defaultImageDpi w14:val="300"/>
  <w15:docId w15:val="{5EAEC87B-93E5-4518-8C75-CB428012A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Grid">
    <w:name w:val="TableGrid"/>
    <w:rsid w:val="006C72E9"/>
    <w:pPr>
      <w:spacing w:after="0" w:line="240" w:lineRule="auto"/>
    </w:pPr>
    <w:rPr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8">
    <w:name w:val="Hyperlink"/>
    <w:basedOn w:val="a2"/>
    <w:uiPriority w:val="99"/>
    <w:unhideWhenUsed/>
    <w:rsid w:val="006C72E9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E87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E87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chool-/" TargetMode="External"/><Relationship Id="rId21" Type="http://schemas.openxmlformats.org/officeDocument/2006/relationships/hyperlink" Target="http://school-/" TargetMode="External"/><Relationship Id="rId42" Type="http://schemas.openxmlformats.org/officeDocument/2006/relationships/hyperlink" Target="http://school-/" TargetMode="External"/><Relationship Id="rId47" Type="http://schemas.openxmlformats.org/officeDocument/2006/relationships/hyperlink" Target="http://school-/" TargetMode="External"/><Relationship Id="rId63" Type="http://schemas.openxmlformats.org/officeDocument/2006/relationships/hyperlink" Target="http://school-/" TargetMode="External"/><Relationship Id="rId68" Type="http://schemas.openxmlformats.org/officeDocument/2006/relationships/hyperlink" Target="http://school-/" TargetMode="External"/><Relationship Id="rId16" Type="http://schemas.openxmlformats.org/officeDocument/2006/relationships/hyperlink" Target="http://school-/" TargetMode="External"/><Relationship Id="rId11" Type="http://schemas.openxmlformats.org/officeDocument/2006/relationships/hyperlink" Target="http://school-/" TargetMode="External"/><Relationship Id="rId32" Type="http://schemas.openxmlformats.org/officeDocument/2006/relationships/hyperlink" Target="http://school-/" TargetMode="External"/><Relationship Id="rId37" Type="http://schemas.openxmlformats.org/officeDocument/2006/relationships/hyperlink" Target="http://school-/" TargetMode="External"/><Relationship Id="rId53" Type="http://schemas.openxmlformats.org/officeDocument/2006/relationships/hyperlink" Target="http://school-/" TargetMode="External"/><Relationship Id="rId58" Type="http://schemas.openxmlformats.org/officeDocument/2006/relationships/hyperlink" Target="http://school-/" TargetMode="External"/><Relationship Id="rId74" Type="http://schemas.openxmlformats.org/officeDocument/2006/relationships/hyperlink" Target="http://school-/" TargetMode="External"/><Relationship Id="rId79" Type="http://schemas.openxmlformats.org/officeDocument/2006/relationships/hyperlink" Target="http://school-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school-/" TargetMode="External"/><Relationship Id="rId82" Type="http://schemas.openxmlformats.org/officeDocument/2006/relationships/theme" Target="theme/theme1.xml"/><Relationship Id="rId19" Type="http://schemas.openxmlformats.org/officeDocument/2006/relationships/hyperlink" Target="http://school-/" TargetMode="External"/><Relationship Id="rId14" Type="http://schemas.openxmlformats.org/officeDocument/2006/relationships/hyperlink" Target="http://school-/" TargetMode="External"/><Relationship Id="rId22" Type="http://schemas.openxmlformats.org/officeDocument/2006/relationships/hyperlink" Target="http://school-/" TargetMode="External"/><Relationship Id="rId27" Type="http://schemas.openxmlformats.org/officeDocument/2006/relationships/hyperlink" Target="http://school-/" TargetMode="External"/><Relationship Id="rId30" Type="http://schemas.openxmlformats.org/officeDocument/2006/relationships/hyperlink" Target="http://school-/" TargetMode="External"/><Relationship Id="rId35" Type="http://schemas.openxmlformats.org/officeDocument/2006/relationships/hyperlink" Target="http://school-/" TargetMode="External"/><Relationship Id="rId43" Type="http://schemas.openxmlformats.org/officeDocument/2006/relationships/hyperlink" Target="http://school-/" TargetMode="External"/><Relationship Id="rId48" Type="http://schemas.openxmlformats.org/officeDocument/2006/relationships/hyperlink" Target="http://school-/" TargetMode="External"/><Relationship Id="rId56" Type="http://schemas.openxmlformats.org/officeDocument/2006/relationships/hyperlink" Target="http://school-/" TargetMode="External"/><Relationship Id="rId64" Type="http://schemas.openxmlformats.org/officeDocument/2006/relationships/hyperlink" Target="http://school-/" TargetMode="External"/><Relationship Id="rId69" Type="http://schemas.openxmlformats.org/officeDocument/2006/relationships/hyperlink" Target="http://school-/" TargetMode="External"/><Relationship Id="rId77" Type="http://schemas.openxmlformats.org/officeDocument/2006/relationships/hyperlink" Target="http://school-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school-/" TargetMode="External"/><Relationship Id="rId72" Type="http://schemas.openxmlformats.org/officeDocument/2006/relationships/hyperlink" Target="http://school-/" TargetMode="External"/><Relationship Id="rId80" Type="http://schemas.openxmlformats.org/officeDocument/2006/relationships/hyperlink" Target="http://school-/" TargetMode="External"/><Relationship Id="rId3" Type="http://schemas.openxmlformats.org/officeDocument/2006/relationships/styles" Target="styles.xml"/><Relationship Id="rId12" Type="http://schemas.openxmlformats.org/officeDocument/2006/relationships/hyperlink" Target="http://school-/" TargetMode="External"/><Relationship Id="rId17" Type="http://schemas.openxmlformats.org/officeDocument/2006/relationships/hyperlink" Target="http://school-/" TargetMode="External"/><Relationship Id="rId25" Type="http://schemas.openxmlformats.org/officeDocument/2006/relationships/hyperlink" Target="http://school-/" TargetMode="External"/><Relationship Id="rId33" Type="http://schemas.openxmlformats.org/officeDocument/2006/relationships/hyperlink" Target="http://school-/" TargetMode="External"/><Relationship Id="rId38" Type="http://schemas.openxmlformats.org/officeDocument/2006/relationships/hyperlink" Target="http://school-/" TargetMode="External"/><Relationship Id="rId46" Type="http://schemas.openxmlformats.org/officeDocument/2006/relationships/hyperlink" Target="http://school-/" TargetMode="External"/><Relationship Id="rId59" Type="http://schemas.openxmlformats.org/officeDocument/2006/relationships/hyperlink" Target="http://school-/" TargetMode="External"/><Relationship Id="rId67" Type="http://schemas.openxmlformats.org/officeDocument/2006/relationships/hyperlink" Target="http://school-/" TargetMode="External"/><Relationship Id="rId20" Type="http://schemas.openxmlformats.org/officeDocument/2006/relationships/hyperlink" Target="http://school-/" TargetMode="External"/><Relationship Id="rId41" Type="http://schemas.openxmlformats.org/officeDocument/2006/relationships/hyperlink" Target="http://school-/" TargetMode="External"/><Relationship Id="rId54" Type="http://schemas.openxmlformats.org/officeDocument/2006/relationships/hyperlink" Target="http://school-/" TargetMode="External"/><Relationship Id="rId62" Type="http://schemas.openxmlformats.org/officeDocument/2006/relationships/hyperlink" Target="http://school-/" TargetMode="External"/><Relationship Id="rId70" Type="http://schemas.openxmlformats.org/officeDocument/2006/relationships/hyperlink" Target="http://school-/" TargetMode="External"/><Relationship Id="rId75" Type="http://schemas.openxmlformats.org/officeDocument/2006/relationships/hyperlink" Target="http://school-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school-/" TargetMode="External"/><Relationship Id="rId23" Type="http://schemas.openxmlformats.org/officeDocument/2006/relationships/hyperlink" Target="http://school-/" TargetMode="External"/><Relationship Id="rId28" Type="http://schemas.openxmlformats.org/officeDocument/2006/relationships/hyperlink" Target="http://school-/" TargetMode="External"/><Relationship Id="rId36" Type="http://schemas.openxmlformats.org/officeDocument/2006/relationships/hyperlink" Target="http://school-/" TargetMode="External"/><Relationship Id="rId49" Type="http://schemas.openxmlformats.org/officeDocument/2006/relationships/hyperlink" Target="http://school-/" TargetMode="External"/><Relationship Id="rId57" Type="http://schemas.openxmlformats.org/officeDocument/2006/relationships/hyperlink" Target="http://school-/" TargetMode="External"/><Relationship Id="rId10" Type="http://schemas.openxmlformats.org/officeDocument/2006/relationships/hyperlink" Target="http://school-/" TargetMode="External"/><Relationship Id="rId31" Type="http://schemas.openxmlformats.org/officeDocument/2006/relationships/hyperlink" Target="http://school-/" TargetMode="External"/><Relationship Id="rId44" Type="http://schemas.openxmlformats.org/officeDocument/2006/relationships/hyperlink" Target="http://school-/" TargetMode="External"/><Relationship Id="rId52" Type="http://schemas.openxmlformats.org/officeDocument/2006/relationships/hyperlink" Target="http://school-/" TargetMode="External"/><Relationship Id="rId60" Type="http://schemas.openxmlformats.org/officeDocument/2006/relationships/hyperlink" Target="http://school-/" TargetMode="External"/><Relationship Id="rId65" Type="http://schemas.openxmlformats.org/officeDocument/2006/relationships/hyperlink" Target="http://school-/" TargetMode="External"/><Relationship Id="rId73" Type="http://schemas.openxmlformats.org/officeDocument/2006/relationships/hyperlink" Target="http://school-/" TargetMode="External"/><Relationship Id="rId78" Type="http://schemas.openxmlformats.org/officeDocument/2006/relationships/hyperlink" Target="http://school-/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chool-/" TargetMode="External"/><Relationship Id="rId13" Type="http://schemas.openxmlformats.org/officeDocument/2006/relationships/hyperlink" Target="http://school-/" TargetMode="External"/><Relationship Id="rId18" Type="http://schemas.openxmlformats.org/officeDocument/2006/relationships/hyperlink" Target="http://school-/" TargetMode="External"/><Relationship Id="rId39" Type="http://schemas.openxmlformats.org/officeDocument/2006/relationships/hyperlink" Target="http://school-/" TargetMode="External"/><Relationship Id="rId34" Type="http://schemas.openxmlformats.org/officeDocument/2006/relationships/hyperlink" Target="http://school-/" TargetMode="External"/><Relationship Id="rId50" Type="http://schemas.openxmlformats.org/officeDocument/2006/relationships/hyperlink" Target="http://school-/" TargetMode="External"/><Relationship Id="rId55" Type="http://schemas.openxmlformats.org/officeDocument/2006/relationships/hyperlink" Target="http://school-/" TargetMode="External"/><Relationship Id="rId76" Type="http://schemas.openxmlformats.org/officeDocument/2006/relationships/hyperlink" Target="http://school-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school-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school-/" TargetMode="External"/><Relationship Id="rId24" Type="http://schemas.openxmlformats.org/officeDocument/2006/relationships/hyperlink" Target="http://school-/" TargetMode="External"/><Relationship Id="rId40" Type="http://schemas.openxmlformats.org/officeDocument/2006/relationships/hyperlink" Target="http://school-/" TargetMode="External"/><Relationship Id="rId45" Type="http://schemas.openxmlformats.org/officeDocument/2006/relationships/hyperlink" Target="http://school-/" TargetMode="External"/><Relationship Id="rId66" Type="http://schemas.openxmlformats.org/officeDocument/2006/relationships/hyperlink" Target="http://school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AE505E-E0B3-4085-B5BE-9CC7AAEDC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83</Pages>
  <Words>12964</Words>
  <Characters>73901</Characters>
  <Application>Microsoft Office Word</Application>
  <DocSecurity>0</DocSecurity>
  <Lines>615</Lines>
  <Paragraphs>173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86692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7</cp:revision>
  <cp:lastPrinted>2022-06-27T04:00:00Z</cp:lastPrinted>
  <dcterms:created xsi:type="dcterms:W3CDTF">2013-12-23T23:15:00Z</dcterms:created>
  <dcterms:modified xsi:type="dcterms:W3CDTF">2022-06-28T01:37:00Z</dcterms:modified>
  <cp:category/>
</cp:coreProperties>
</file>