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830E7" w14:textId="77777777" w:rsidR="00D5353B" w:rsidRDefault="00D5353B">
      <w:pPr>
        <w:autoSpaceDE w:val="0"/>
        <w:autoSpaceDN w:val="0"/>
        <w:spacing w:after="78" w:line="220" w:lineRule="exact"/>
      </w:pPr>
    </w:p>
    <w:p w14:paraId="4DEB34D6" w14:textId="1CC469CC" w:rsidR="00D5353B" w:rsidRPr="00934BAB" w:rsidRDefault="0068378F" w:rsidP="00934BAB">
      <w:pPr>
        <w:autoSpaceDE w:val="0"/>
        <w:autoSpaceDN w:val="0"/>
        <w:spacing w:after="0" w:line="230" w:lineRule="auto"/>
        <w:rPr>
          <w:lang w:val="ru-RU"/>
        </w:rPr>
      </w:pPr>
      <w:r w:rsidRPr="00934BA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                   </w:t>
      </w:r>
      <w:r w:rsidR="00934BAB">
        <w:rPr>
          <w:noProof/>
        </w:rPr>
        <w:drawing>
          <wp:inline distT="0" distB="0" distL="0" distR="0" wp14:anchorId="59E2ED79" wp14:editId="73FF1B3A">
            <wp:extent cx="5727700" cy="8093710"/>
            <wp:effectExtent l="0" t="0" r="635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09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4BAB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</w:t>
      </w:r>
    </w:p>
    <w:p w14:paraId="5356CD8F" w14:textId="77777777" w:rsidR="00D5353B" w:rsidRPr="00934BAB" w:rsidRDefault="00D5353B">
      <w:pPr>
        <w:rPr>
          <w:lang w:val="ru-RU"/>
        </w:rPr>
        <w:sectPr w:rsidR="00D5353B" w:rsidRPr="00934BAB">
          <w:pgSz w:w="11900" w:h="16840"/>
          <w:pgMar w:top="478" w:right="1440" w:bottom="1440" w:left="1440" w:header="720" w:footer="720" w:gutter="0"/>
          <w:cols w:space="720" w:equalWidth="0">
            <w:col w:w="9020" w:space="0"/>
          </w:cols>
          <w:docGrid w:linePitch="360"/>
        </w:sectPr>
      </w:pPr>
    </w:p>
    <w:p w14:paraId="4418BC4B" w14:textId="77777777" w:rsidR="00D5353B" w:rsidRPr="00934BAB" w:rsidRDefault="00D5353B">
      <w:pPr>
        <w:autoSpaceDE w:val="0"/>
        <w:autoSpaceDN w:val="0"/>
        <w:spacing w:after="216" w:line="220" w:lineRule="exact"/>
        <w:rPr>
          <w:lang w:val="ru-RU"/>
        </w:rPr>
      </w:pPr>
    </w:p>
    <w:p w14:paraId="03FC5ED1" w14:textId="77777777" w:rsidR="00D5353B" w:rsidRPr="00934BAB" w:rsidRDefault="00EE76CB">
      <w:pPr>
        <w:autoSpaceDE w:val="0"/>
        <w:autoSpaceDN w:val="0"/>
        <w:spacing w:after="0" w:line="230" w:lineRule="auto"/>
        <w:rPr>
          <w:lang w:val="ru-RU"/>
        </w:rPr>
      </w:pPr>
      <w:r w:rsidRPr="00934BAB">
        <w:rPr>
          <w:rFonts w:ascii="Times New Roman" w:eastAsia="Times New Roman" w:hAnsi="Times New Roman"/>
          <w:b/>
          <w:color w:val="000000"/>
          <w:sz w:val="24"/>
          <w:lang w:val="ru-RU"/>
        </w:rPr>
        <w:t>ПОЯСНИТЕЛЬНАЯ ЗАПИСКА</w:t>
      </w:r>
    </w:p>
    <w:p w14:paraId="03CE3C0A" w14:textId="77777777" w:rsidR="00D5353B" w:rsidRPr="00232FC9" w:rsidRDefault="00EE76CB">
      <w:pPr>
        <w:autoSpaceDE w:val="0"/>
        <w:autoSpaceDN w:val="0"/>
        <w:spacing w:before="346" w:after="0" w:line="278" w:lineRule="auto"/>
        <w:ind w:firstLine="180"/>
        <w:rPr>
          <w:lang w:val="ru-RU"/>
        </w:rPr>
      </w:pP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Рабочая программа учебного предмета «Русский язык» для обучающихся 3 классов на уровне начального общего образования составлена на основе Требований к результатам освоения программы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началь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ного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общего образования Федерального государственного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обра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зовательного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стандарта начального общего образования (да​лее — ФГОС НОО), а также ориентирована на целевые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приори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r w:rsidRPr="00232FC9">
        <w:rPr>
          <w:rFonts w:ascii="DejaVu Serif" w:eastAsia="DejaVu Serif" w:hAnsi="DejaVu Serif"/>
          <w:color w:val="000000"/>
          <w:sz w:val="24"/>
          <w:lang w:val="ru-RU"/>
        </w:rPr>
        <w:t>‐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теты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, сформулированные в Примерной программе воспитания.</w:t>
      </w:r>
    </w:p>
    <w:p w14:paraId="19E20362" w14:textId="77777777" w:rsidR="00D5353B" w:rsidRPr="00232FC9" w:rsidRDefault="00EE76CB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232FC9">
        <w:rPr>
          <w:rFonts w:ascii="Times New Roman" w:eastAsia="Times New Roman" w:hAnsi="Times New Roman"/>
          <w:b/>
          <w:color w:val="000000"/>
          <w:sz w:val="24"/>
          <w:lang w:val="ru-RU"/>
        </w:rPr>
        <w:t>ОБЩАЯ ХАРАКТЕРИСТИКА УЧЕБНОГО ПРЕДМЕТА "РУССКИЙ ЯЗЫК"</w:t>
      </w:r>
    </w:p>
    <w:p w14:paraId="0EA87F7A" w14:textId="77777777" w:rsidR="00D5353B" w:rsidRPr="00232FC9" w:rsidRDefault="00EE76CB">
      <w:pPr>
        <w:autoSpaceDE w:val="0"/>
        <w:autoSpaceDN w:val="0"/>
        <w:spacing w:before="192" w:after="0" w:line="290" w:lineRule="auto"/>
        <w:ind w:firstLine="180"/>
        <w:rPr>
          <w:lang w:val="ru-RU"/>
        </w:rPr>
      </w:pP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Русский язык является основой всего процесса обучения в на​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чальной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школе, успехи в его изучении во многом определяют результаты обучающихся по другим предметам. Русский язык как средство познания действительности обеспечивает развитие интеллектуальных и творческих способностей младших школьников, формирует умения извлекать и анализировать информацию из различных текстов, навыки самостоятельной учебной деятельности. Предмет «Русский язык» обладает </w:t>
      </w:r>
      <w:r w:rsidRPr="00232FC9">
        <w:rPr>
          <w:lang w:val="ru-RU"/>
        </w:rPr>
        <w:br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значительным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потенциа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​лом в развитии функциональной грамотности младших школь​ников, особенно таких её компонентов, как языковая, комму​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никативная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, читательская, общекультурная и социальная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гра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мотность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. 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различ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ных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сферах и ситуациях общения способствуют успешной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соци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ализации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младшего школьника. Русский язык, выполняя свои базовые функции общения и выражения мысли, обеспечивает межличностное и социальное взаимодействие, участвует в фор​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мировании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самосознания и мировоззрения личности, является важнейшим средством хранения и передачи информации, куль​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турных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адек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​ватного самовыражения взглядов, мыслей, чувств, проявления себя в различных жизненно важных для человека областях. Изучение русского языка обладает огромным потенциалом присвоения традиционных социокультурных и духовно​нрав​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ственных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ценностей, принятых в обществе правил и норм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пове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дения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, в том числе речевого, что способствует формированию внутренней позиции личности. Личностные достижения младшего школьника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результата​ми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Достижение этих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личност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ных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результатов —длительный процесс, разворачивающийся на протяжении изучения содержания предмета.</w:t>
      </w:r>
    </w:p>
    <w:p w14:paraId="712F19A0" w14:textId="77777777" w:rsidR="00D5353B" w:rsidRPr="00232FC9" w:rsidRDefault="00EE76CB">
      <w:pPr>
        <w:autoSpaceDE w:val="0"/>
        <w:autoSpaceDN w:val="0"/>
        <w:spacing w:before="70" w:after="0" w:line="286" w:lineRule="auto"/>
        <w:ind w:firstLine="180"/>
        <w:rPr>
          <w:lang w:val="ru-RU"/>
        </w:rPr>
      </w:pP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Центральной идеей конструирования содержания и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планиру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емых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результатов обучения является признание равной значимости работы по изучению системы языка и работы по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совер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шенствованию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речи младших школьников. Языковой материал призван сформировать первоначальные </w:t>
      </w:r>
      <w:r w:rsidRPr="00232FC9">
        <w:rPr>
          <w:lang w:val="ru-RU"/>
        </w:rPr>
        <w:br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представления о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струк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​туре русского языка, способствовать усвоению норм русского литературного языка, орфографических и пунктуационных правил. Развитие устной и письменной речи младших школь​ников направлено на решение практической задачи развития всех видов речевой деятельности, отработку навыков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использо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вания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усвоенных норм русского литературного языка, речевых норм и правил речевого этикета в процессе устного и письмен​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ного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общения. Ряд задач по </w:t>
      </w:r>
      <w:r w:rsidRPr="00232FC9">
        <w:rPr>
          <w:lang w:val="ru-RU"/>
        </w:rPr>
        <w:br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совершенствованию речевой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дея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​тельности решаются совместно с учебным предметом «Литера​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турное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чтение».</w:t>
      </w:r>
    </w:p>
    <w:p w14:paraId="36F6F2B5" w14:textId="77777777" w:rsidR="00D5353B" w:rsidRPr="00232FC9" w:rsidRDefault="00EE76CB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Общее число часов, отведённых на изучение «Русского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язы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​ка», в 3 классе — 170 ч.</w:t>
      </w:r>
    </w:p>
    <w:p w14:paraId="3AC9CCAA" w14:textId="77777777" w:rsidR="00D5353B" w:rsidRPr="00232FC9" w:rsidRDefault="00EE76CB">
      <w:pPr>
        <w:autoSpaceDE w:val="0"/>
        <w:autoSpaceDN w:val="0"/>
        <w:spacing w:before="190" w:after="0" w:line="230" w:lineRule="auto"/>
        <w:ind w:left="180"/>
        <w:rPr>
          <w:lang w:val="ru-RU"/>
        </w:rPr>
      </w:pPr>
      <w:r w:rsidRPr="00232FC9">
        <w:rPr>
          <w:rFonts w:ascii="Times New Roman" w:eastAsia="Times New Roman" w:hAnsi="Times New Roman"/>
          <w:b/>
          <w:color w:val="000000"/>
          <w:sz w:val="24"/>
          <w:lang w:val="ru-RU"/>
        </w:rPr>
        <w:t>ЦЕЛИ ИЗУЧЕНИЯ УЧЕБНОГО ПРЕДМЕТА "РУССКИЙ ЯЗЫК"</w:t>
      </w:r>
    </w:p>
    <w:p w14:paraId="6ABD7776" w14:textId="77777777" w:rsidR="00D5353B" w:rsidRPr="00232FC9" w:rsidRDefault="00D5353B">
      <w:pPr>
        <w:rPr>
          <w:lang w:val="ru-RU"/>
        </w:rPr>
        <w:sectPr w:rsidR="00D5353B" w:rsidRPr="00232FC9">
          <w:pgSz w:w="11900" w:h="16840"/>
          <w:pgMar w:top="436" w:right="650" w:bottom="476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019CE4AE" w14:textId="77777777" w:rsidR="00D5353B" w:rsidRPr="00232FC9" w:rsidRDefault="00D5353B">
      <w:pPr>
        <w:autoSpaceDE w:val="0"/>
        <w:autoSpaceDN w:val="0"/>
        <w:spacing w:after="78" w:line="220" w:lineRule="exact"/>
        <w:rPr>
          <w:lang w:val="ru-RU"/>
        </w:rPr>
      </w:pPr>
    </w:p>
    <w:p w14:paraId="7AFD8F85" w14:textId="77777777" w:rsidR="00D5353B" w:rsidRPr="00232FC9" w:rsidRDefault="00EE76CB">
      <w:pPr>
        <w:autoSpaceDE w:val="0"/>
        <w:autoSpaceDN w:val="0"/>
        <w:spacing w:after="0"/>
        <w:ind w:right="144" w:firstLine="180"/>
        <w:rPr>
          <w:lang w:val="ru-RU"/>
        </w:rPr>
      </w:pP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В начальной школе изучение русского языка имеет особое значение в развитии младшего школьника. Приобретённые им знания, опыт выполнения предметных и универсальных дей​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ствий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на материале русского языка станут фундаментом обучения в основном звене школы, а также будут востребованы в жизни.</w:t>
      </w:r>
    </w:p>
    <w:p w14:paraId="6C77D6E1" w14:textId="77777777" w:rsidR="00D5353B" w:rsidRPr="00232FC9" w:rsidRDefault="00EE76CB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32FC9">
        <w:rPr>
          <w:rFonts w:ascii="Times New Roman" w:eastAsia="Times New Roman" w:hAnsi="Times New Roman"/>
          <w:b/>
          <w:color w:val="000000"/>
          <w:sz w:val="24"/>
          <w:lang w:val="ru-RU"/>
        </w:rPr>
        <w:t>Изучение русского языка в начальной школе направлено на достижение следующих целей:</w:t>
      </w:r>
    </w:p>
    <w:p w14:paraId="4C7B5AF7" w14:textId="77777777" w:rsidR="00D5353B" w:rsidRPr="00232FC9" w:rsidRDefault="00EE76CB">
      <w:pPr>
        <w:autoSpaceDE w:val="0"/>
        <w:autoSpaceDN w:val="0"/>
        <w:spacing w:before="178" w:after="0" w:line="281" w:lineRule="auto"/>
        <w:ind w:left="420"/>
        <w:rPr>
          <w:lang w:val="ru-RU"/>
        </w:rPr>
      </w:pP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приобретение младшими школьниками первоначальных представлений о многообразии языков и культур на территории Российской Федерации, о языке как одной из главных духов​но​</w:t>
      </w:r>
      <w:r w:rsidRPr="00232FC9">
        <w:rPr>
          <w:rFonts w:ascii="DejaVu Serif" w:eastAsia="DejaVu Serif" w:hAnsi="DejaVu Serif"/>
          <w:color w:val="000000"/>
          <w:sz w:val="24"/>
          <w:lang w:val="ru-RU"/>
        </w:rPr>
        <w:t>‐</w:t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нравственных ценностей народа; понимание роли языка как основного средства общения; осознание значения русского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язы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​ка как государственного языка Российской Федерации; пони​</w:t>
      </w:r>
      <w:r w:rsidRPr="00232FC9">
        <w:rPr>
          <w:rFonts w:ascii="DejaVu Serif" w:eastAsia="DejaVu Serif" w:hAnsi="DejaVu Serif"/>
          <w:color w:val="000000"/>
          <w:sz w:val="24"/>
          <w:lang w:val="ru-RU"/>
        </w:rPr>
        <w:t>‐</w:t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мание роли русского языка как языка межнационального об​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щения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; осознание правильной устной и письменной речи как показателя общей культуры человека;</w:t>
      </w:r>
    </w:p>
    <w:p w14:paraId="335D9EDB" w14:textId="77777777" w:rsidR="00D5353B" w:rsidRPr="00232FC9" w:rsidRDefault="00EE76CB">
      <w:pPr>
        <w:autoSpaceDE w:val="0"/>
        <w:autoSpaceDN w:val="0"/>
        <w:spacing w:before="192" w:after="0" w:line="271" w:lineRule="auto"/>
        <w:ind w:left="420" w:right="1152"/>
        <w:rPr>
          <w:lang w:val="ru-RU"/>
        </w:rPr>
      </w:pP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овладение основными видами речевой деятельности на ос​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нове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первоначальных представлений о нормах современного русского литературного языка: аудированием, говорением,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чте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нием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, письмом;</w:t>
      </w:r>
    </w:p>
    <w:p w14:paraId="29A40B55" w14:textId="77777777" w:rsidR="00D5353B" w:rsidRPr="00232FC9" w:rsidRDefault="00EE76CB">
      <w:pPr>
        <w:autoSpaceDE w:val="0"/>
        <w:autoSpaceDN w:val="0"/>
        <w:spacing w:before="190" w:after="0" w:line="281" w:lineRule="auto"/>
        <w:ind w:left="420"/>
        <w:rPr>
          <w:lang w:val="ru-RU"/>
        </w:rPr>
      </w:pP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—  овладение первоначальными научными представлениями о системе русского языка: </w:t>
      </w:r>
      <w:r w:rsidRPr="00232FC9">
        <w:rPr>
          <w:lang w:val="ru-RU"/>
        </w:rPr>
        <w:br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фонетике, графике, лексике, морфе​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мике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, морфологии и синтаксисе; об основных единицах языка, их признаках и особенностях употребления в речи;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использова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в речевой деятельности норм современного русского литера​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турного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языка (орфоэпических, лексических, грамматических, орфографических, пунктуационных) и речевого этикета;</w:t>
      </w:r>
    </w:p>
    <w:p w14:paraId="15537234" w14:textId="77777777" w:rsidR="00D5353B" w:rsidRPr="00232FC9" w:rsidRDefault="00EE76CB">
      <w:pPr>
        <w:autoSpaceDE w:val="0"/>
        <w:autoSpaceDN w:val="0"/>
        <w:spacing w:before="190" w:after="0" w:line="262" w:lineRule="auto"/>
        <w:ind w:left="420" w:right="1008"/>
        <w:rPr>
          <w:lang w:val="ru-RU"/>
        </w:rPr>
      </w:pP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14:paraId="3D5102D1" w14:textId="77777777" w:rsidR="00D5353B" w:rsidRPr="00232FC9" w:rsidRDefault="00D5353B">
      <w:pPr>
        <w:rPr>
          <w:lang w:val="ru-RU"/>
        </w:rPr>
        <w:sectPr w:rsidR="00D5353B" w:rsidRPr="00232FC9">
          <w:pgSz w:w="11900" w:h="16840"/>
          <w:pgMar w:top="298" w:right="742" w:bottom="1440" w:left="666" w:header="720" w:footer="720" w:gutter="0"/>
          <w:cols w:space="720" w:equalWidth="0">
            <w:col w:w="10492" w:space="0"/>
          </w:cols>
          <w:docGrid w:linePitch="360"/>
        </w:sectPr>
      </w:pPr>
    </w:p>
    <w:p w14:paraId="67E5E22B" w14:textId="77777777" w:rsidR="00D5353B" w:rsidRPr="00232FC9" w:rsidRDefault="00D5353B">
      <w:pPr>
        <w:autoSpaceDE w:val="0"/>
        <w:autoSpaceDN w:val="0"/>
        <w:spacing w:after="78" w:line="220" w:lineRule="exact"/>
        <w:rPr>
          <w:lang w:val="ru-RU"/>
        </w:rPr>
      </w:pPr>
    </w:p>
    <w:p w14:paraId="79226814" w14:textId="77777777" w:rsidR="00D5353B" w:rsidRPr="00232FC9" w:rsidRDefault="00EE76CB">
      <w:pPr>
        <w:autoSpaceDE w:val="0"/>
        <w:autoSpaceDN w:val="0"/>
        <w:spacing w:after="0" w:line="230" w:lineRule="auto"/>
        <w:rPr>
          <w:lang w:val="ru-RU"/>
        </w:rPr>
      </w:pPr>
      <w:r w:rsidRPr="00232FC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СОДЕРЖАНИЕ УЧЕБНОГО ПРЕДМЕТА </w:t>
      </w:r>
    </w:p>
    <w:p w14:paraId="37FFCD03" w14:textId="77777777" w:rsidR="00D5353B" w:rsidRPr="00232FC9" w:rsidRDefault="00EE76CB">
      <w:pPr>
        <w:tabs>
          <w:tab w:val="left" w:pos="180"/>
        </w:tabs>
        <w:autoSpaceDE w:val="0"/>
        <w:autoSpaceDN w:val="0"/>
        <w:spacing w:before="346" w:after="0" w:line="271" w:lineRule="auto"/>
        <w:ind w:right="1008"/>
        <w:rPr>
          <w:lang w:val="ru-RU"/>
        </w:rPr>
      </w:pP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Сведения о русском языке 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Русский язык как государственный язык Российской Феде​рации. Методы познания языка: наблюдение, анализ, лингвистический эксперимент.</w:t>
      </w:r>
    </w:p>
    <w:p w14:paraId="6B68CEC5" w14:textId="77777777" w:rsidR="00D5353B" w:rsidRPr="00232FC9" w:rsidRDefault="00EE76CB">
      <w:pPr>
        <w:tabs>
          <w:tab w:val="left" w:pos="180"/>
        </w:tabs>
        <w:autoSpaceDE w:val="0"/>
        <w:autoSpaceDN w:val="0"/>
        <w:spacing w:before="190" w:after="0" w:line="283" w:lineRule="auto"/>
        <w:ind w:right="144"/>
        <w:rPr>
          <w:lang w:val="ru-RU"/>
        </w:rPr>
      </w:pP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Фонетика и графика 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Звуки русского языка: гласный/согласный, гласный удар​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ный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/безударный, согласный </w:t>
      </w:r>
      <w:r w:rsidRPr="00232FC9">
        <w:rPr>
          <w:lang w:val="ru-RU"/>
        </w:rPr>
        <w:br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твёрдый/мягкий, парный/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непар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ный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, согласный глухой/звонкий, парный/непарный; функции разделительных мягкого и твёрдого знаков, условия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использо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вания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на письме разделительных мягкого и твёрдого знаков (повторение изученного). Соотношение звукового и буквенного состава в словах с раз​делительными </w:t>
      </w:r>
      <w:r w:rsidRPr="00232FC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 xml:space="preserve">ь </w:t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и </w:t>
      </w:r>
      <w:r w:rsidRPr="00232FC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ъ</w:t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, в словах с непроизносимыми согласными. Использование алфавита при работе со словарями,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справоч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​никами, каталогами.</w:t>
      </w:r>
    </w:p>
    <w:p w14:paraId="2ED13DE0" w14:textId="77777777" w:rsidR="00D5353B" w:rsidRPr="00232FC9" w:rsidRDefault="00EE76CB">
      <w:pPr>
        <w:tabs>
          <w:tab w:val="left" w:pos="180"/>
        </w:tabs>
        <w:autoSpaceDE w:val="0"/>
        <w:autoSpaceDN w:val="0"/>
        <w:spacing w:before="190" w:after="0"/>
        <w:ind w:right="576"/>
        <w:rPr>
          <w:lang w:val="ru-RU"/>
        </w:rPr>
      </w:pP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Орфоэпия 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отрабатывае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​мом в учебнике). Использование орфоэпического словаря для решения практических задач.</w:t>
      </w:r>
    </w:p>
    <w:p w14:paraId="2C3F79D7" w14:textId="77777777" w:rsidR="00D5353B" w:rsidRPr="00232FC9" w:rsidRDefault="00EE76CB">
      <w:pPr>
        <w:tabs>
          <w:tab w:val="left" w:pos="180"/>
        </w:tabs>
        <w:autoSpaceDE w:val="0"/>
        <w:autoSpaceDN w:val="0"/>
        <w:spacing w:before="190" w:after="0" w:line="271" w:lineRule="auto"/>
        <w:ind w:right="432"/>
        <w:rPr>
          <w:lang w:val="ru-RU"/>
        </w:rPr>
      </w:pP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Лексика 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Повторение: лексическое значение слова. Прямое и переносное значение слова (ознакомление). Уста​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ревшие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слова (ознакомление).</w:t>
      </w:r>
    </w:p>
    <w:p w14:paraId="1A32012D" w14:textId="77777777" w:rsidR="00D5353B" w:rsidRPr="00232FC9" w:rsidRDefault="00EE76CB">
      <w:pPr>
        <w:tabs>
          <w:tab w:val="left" w:pos="180"/>
        </w:tabs>
        <w:autoSpaceDE w:val="0"/>
        <w:autoSpaceDN w:val="0"/>
        <w:spacing w:before="190" w:after="0" w:line="281" w:lineRule="auto"/>
        <w:ind w:right="144"/>
        <w:rPr>
          <w:lang w:val="ru-RU"/>
        </w:rPr>
      </w:pP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b/>
          <w:color w:val="000000"/>
          <w:sz w:val="24"/>
          <w:lang w:val="ru-RU"/>
        </w:rPr>
        <w:t>Состав слова (</w:t>
      </w:r>
      <w:proofErr w:type="spellStart"/>
      <w:r w:rsidRPr="00232FC9">
        <w:rPr>
          <w:rFonts w:ascii="Times New Roman" w:eastAsia="Times New Roman" w:hAnsi="Times New Roman"/>
          <w:b/>
          <w:color w:val="000000"/>
          <w:sz w:val="24"/>
          <w:lang w:val="ru-RU"/>
        </w:rPr>
        <w:t>морфемика</w:t>
      </w:r>
      <w:proofErr w:type="spellEnd"/>
      <w:r w:rsidRPr="00232FC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) 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 Однокоренные слова и формы одного и того же слова Корень, приставка, суффикс — значимые части слова Нулевое окончание (ознакомление)</w:t>
      </w:r>
    </w:p>
    <w:p w14:paraId="0B63ED8C" w14:textId="77777777" w:rsidR="00D5353B" w:rsidRPr="00232FC9" w:rsidRDefault="00EE76CB">
      <w:pPr>
        <w:tabs>
          <w:tab w:val="left" w:pos="180"/>
        </w:tabs>
        <w:autoSpaceDE w:val="0"/>
        <w:autoSpaceDN w:val="0"/>
        <w:spacing w:before="190" w:after="0" w:line="283" w:lineRule="auto"/>
        <w:ind w:right="288"/>
        <w:rPr>
          <w:lang w:val="ru-RU"/>
        </w:rPr>
      </w:pP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Морфология 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Части речи 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Имя существительное: общее значение, вопросы,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употребле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</w:t>
      </w:r>
      <w:r w:rsidRPr="00232FC9">
        <w:rPr>
          <w:lang w:val="ru-RU"/>
        </w:rPr>
        <w:br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существительное. Измене​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имён существительных по падежам и числам (склонение). Имена существительные 1, 2, 3​-го склонения. Имена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существи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​тельные одушевлённые и неодушевлённые.</w:t>
      </w:r>
    </w:p>
    <w:p w14:paraId="139CD14E" w14:textId="77777777" w:rsidR="00D5353B" w:rsidRPr="00232FC9" w:rsidRDefault="00EE76CB">
      <w:pPr>
        <w:tabs>
          <w:tab w:val="left" w:pos="180"/>
        </w:tabs>
        <w:autoSpaceDE w:val="0"/>
        <w:autoSpaceDN w:val="0"/>
        <w:spacing w:before="70" w:after="0" w:line="281" w:lineRule="auto"/>
        <w:rPr>
          <w:lang w:val="ru-RU"/>
        </w:rPr>
      </w:pP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Имя прилагательное: общее значение, вопросы,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употребле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в речи. Зависимость формы имени прилагательного от фор​мы имени существительного. Изменение имён прилагательных по родам, числам и падежам (кроме имён прилагательных на </w:t>
      </w:r>
      <w:r w:rsidRPr="00232FC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</w:t>
      </w:r>
      <w:proofErr w:type="spellStart"/>
      <w:r w:rsidRPr="00232FC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ий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232FC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</w:t>
      </w:r>
      <w:proofErr w:type="spellStart"/>
      <w:r w:rsidRPr="00232FC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ов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232FC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-ин</w:t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). Склонение имён прилагательных. </w:t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14:paraId="02164EB8" w14:textId="77777777" w:rsidR="00D5353B" w:rsidRPr="00232FC9" w:rsidRDefault="00EE76CB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Глагол: общее значение, вопросы, употребление в речи. Не​определённая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14:paraId="2CD690DB" w14:textId="77777777" w:rsidR="00D5353B" w:rsidRPr="00232FC9" w:rsidRDefault="00EE76CB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Частица </w:t>
      </w:r>
      <w:r w:rsidRPr="00232FC9">
        <w:rPr>
          <w:rFonts w:ascii="Times New Roman" w:eastAsia="Times New Roman" w:hAnsi="Times New Roman"/>
          <w:i/>
          <w:color w:val="000000"/>
          <w:sz w:val="24"/>
          <w:lang w:val="ru-RU"/>
        </w:rPr>
        <w:t>не</w:t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, её значение.</w:t>
      </w:r>
    </w:p>
    <w:p w14:paraId="3E7FFB40" w14:textId="77777777" w:rsidR="00D5353B" w:rsidRPr="00232FC9" w:rsidRDefault="00EE76CB">
      <w:pPr>
        <w:tabs>
          <w:tab w:val="left" w:pos="180"/>
        </w:tabs>
        <w:autoSpaceDE w:val="0"/>
        <w:autoSpaceDN w:val="0"/>
        <w:spacing w:before="190" w:after="0" w:line="271" w:lineRule="auto"/>
        <w:ind w:right="288"/>
        <w:rPr>
          <w:lang w:val="ru-RU"/>
        </w:rPr>
      </w:pP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Синтаксис 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Предложение. Установление при помощи смысловых (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син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таксических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) вопросов связи между словами в предложении. Главные члены предложения — подлежащее и сказуемое.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Вто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ростепенные</w:t>
      </w:r>
      <w:proofErr w:type="spellEnd"/>
    </w:p>
    <w:p w14:paraId="4ED6A0FD" w14:textId="77777777" w:rsidR="00D5353B" w:rsidRPr="00232FC9" w:rsidRDefault="00D5353B">
      <w:pPr>
        <w:rPr>
          <w:lang w:val="ru-RU"/>
        </w:rPr>
        <w:sectPr w:rsidR="00D5353B" w:rsidRPr="00232FC9">
          <w:pgSz w:w="11900" w:h="16840"/>
          <w:pgMar w:top="298" w:right="650" w:bottom="432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1AEAE27A" w14:textId="77777777" w:rsidR="00D5353B" w:rsidRPr="00232FC9" w:rsidRDefault="00D5353B">
      <w:pPr>
        <w:autoSpaceDE w:val="0"/>
        <w:autoSpaceDN w:val="0"/>
        <w:spacing w:after="66" w:line="220" w:lineRule="exact"/>
        <w:rPr>
          <w:lang w:val="ru-RU"/>
        </w:rPr>
      </w:pPr>
    </w:p>
    <w:p w14:paraId="3FFF309F" w14:textId="77777777" w:rsidR="00D5353B" w:rsidRPr="00232FC9" w:rsidRDefault="00EE76CB">
      <w:pPr>
        <w:autoSpaceDE w:val="0"/>
        <w:autoSpaceDN w:val="0"/>
        <w:spacing w:after="0" w:line="262" w:lineRule="auto"/>
        <w:ind w:right="144"/>
        <w:rPr>
          <w:lang w:val="ru-RU"/>
        </w:rPr>
      </w:pP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члены предложения (без деления на виды). Предложения распространённые и нераспространённые. Наблюдение за однородными членами предложения с союза​ми </w:t>
      </w:r>
      <w:r w:rsidRPr="00232FC9">
        <w:rPr>
          <w:rFonts w:ascii="Times New Roman" w:eastAsia="Times New Roman" w:hAnsi="Times New Roman"/>
          <w:i/>
          <w:color w:val="000000"/>
          <w:sz w:val="24"/>
          <w:lang w:val="ru-RU"/>
        </w:rPr>
        <w:t>и</w:t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232FC9">
        <w:rPr>
          <w:rFonts w:ascii="Times New Roman" w:eastAsia="Times New Roman" w:hAnsi="Times New Roman"/>
          <w:i/>
          <w:color w:val="000000"/>
          <w:sz w:val="24"/>
          <w:lang w:val="ru-RU"/>
        </w:rPr>
        <w:t>а</w:t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232FC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но </w:t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и без союзов.</w:t>
      </w:r>
    </w:p>
    <w:p w14:paraId="3BF9167C" w14:textId="77777777" w:rsidR="00D5353B" w:rsidRPr="00232FC9" w:rsidRDefault="00EE76CB">
      <w:pPr>
        <w:tabs>
          <w:tab w:val="left" w:pos="180"/>
        </w:tabs>
        <w:autoSpaceDE w:val="0"/>
        <w:autoSpaceDN w:val="0"/>
        <w:spacing w:before="190" w:after="0" w:line="281" w:lineRule="auto"/>
        <w:rPr>
          <w:lang w:val="ru-RU"/>
        </w:rPr>
      </w:pP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Орфография и пунктуация 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орфо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14:paraId="5DE05AE7" w14:textId="77777777" w:rsidR="00D5353B" w:rsidRPr="00232FC9" w:rsidRDefault="00EE76CB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Использование орфографического словаря для определения (уточнения) написания слова.</w:t>
      </w:r>
    </w:p>
    <w:p w14:paraId="030C312E" w14:textId="77777777" w:rsidR="00D5353B" w:rsidRPr="00232FC9" w:rsidRDefault="00EE76CB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Правила правописания и их применение:</w:t>
      </w:r>
    </w:p>
    <w:p w14:paraId="05C75C59" w14:textId="77777777" w:rsidR="00D5353B" w:rsidRPr="00232FC9" w:rsidRDefault="00EE76CB">
      <w:pPr>
        <w:autoSpaceDE w:val="0"/>
        <w:autoSpaceDN w:val="0"/>
        <w:spacing w:before="180" w:after="0" w:line="230" w:lineRule="auto"/>
        <w:ind w:left="420"/>
        <w:rPr>
          <w:lang w:val="ru-RU"/>
        </w:rPr>
      </w:pP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разделительный твёрдый знак;</w:t>
      </w:r>
    </w:p>
    <w:p w14:paraId="4C2E835F" w14:textId="77777777" w:rsidR="00D5353B" w:rsidRPr="00232FC9" w:rsidRDefault="00EE76CB">
      <w:pPr>
        <w:autoSpaceDE w:val="0"/>
        <w:autoSpaceDN w:val="0"/>
        <w:spacing w:before="192" w:after="0" w:line="230" w:lineRule="auto"/>
        <w:ind w:left="420"/>
        <w:rPr>
          <w:lang w:val="ru-RU"/>
        </w:rPr>
      </w:pP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непроизносимые согласные в корне слова;</w:t>
      </w:r>
    </w:p>
    <w:p w14:paraId="2F72B775" w14:textId="77777777" w:rsidR="00D5353B" w:rsidRPr="00232FC9" w:rsidRDefault="00EE76CB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—  мягкий знак после шипящих на конце имён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существитель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ных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;</w:t>
      </w:r>
    </w:p>
    <w:p w14:paraId="5EF4D9E5" w14:textId="77777777" w:rsidR="00D5353B" w:rsidRPr="00232FC9" w:rsidRDefault="00EE76CB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—  безударные гласные в падежных окончаниях имён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существи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​тельных (на уровне наблюдения);</w:t>
      </w:r>
    </w:p>
    <w:p w14:paraId="72581096" w14:textId="77777777" w:rsidR="00D5353B" w:rsidRPr="00232FC9" w:rsidRDefault="00EE76CB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—  безударные гласные в падежных окончаниях имён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прилага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​тельных (на уровне наблюдения);</w:t>
      </w:r>
    </w:p>
    <w:p w14:paraId="378147FF" w14:textId="77777777" w:rsidR="00D5353B" w:rsidRPr="00232FC9" w:rsidRDefault="00EE76CB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раздельное написание предлогов с личными местоимениями;</w:t>
      </w:r>
    </w:p>
    <w:p w14:paraId="75B3E510" w14:textId="77777777" w:rsidR="00D5353B" w:rsidRPr="00232FC9" w:rsidRDefault="00EE76CB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—  непроверяемые гласные и согласные (перечень слов в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орфо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​графическом словаре учебника);</w:t>
      </w:r>
    </w:p>
    <w:p w14:paraId="11679871" w14:textId="77777777" w:rsidR="00D5353B" w:rsidRPr="00232FC9" w:rsidRDefault="00EE76CB">
      <w:pPr>
        <w:autoSpaceDE w:val="0"/>
        <w:autoSpaceDN w:val="0"/>
        <w:spacing w:before="190" w:after="0" w:line="230" w:lineRule="auto"/>
        <w:ind w:left="420"/>
        <w:rPr>
          <w:lang w:val="ru-RU"/>
        </w:rPr>
      </w:pP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раздельное написание частицы не с глаголами. </w:t>
      </w:r>
    </w:p>
    <w:p w14:paraId="4E4FE3D1" w14:textId="77777777" w:rsidR="00D5353B" w:rsidRPr="00232FC9" w:rsidRDefault="00EE76CB">
      <w:pPr>
        <w:tabs>
          <w:tab w:val="left" w:pos="180"/>
        </w:tabs>
        <w:autoSpaceDE w:val="0"/>
        <w:autoSpaceDN w:val="0"/>
        <w:spacing w:before="178" w:after="0" w:line="283" w:lineRule="auto"/>
        <w:rPr>
          <w:lang w:val="ru-RU"/>
        </w:rPr>
      </w:pP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Развитие речи 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Нормы речевого этикета: устное и письменное приглашение, просьба, извинение, благодарность, отказ и др.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диа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​логе и дискуссии; договариваться и приходить к общему решению в совместной деятельности; контролировать (устно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коор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динировать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) действия при проведении парной и групповой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ра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​боты.</w:t>
      </w:r>
    </w:p>
    <w:p w14:paraId="69E3AEAD" w14:textId="77777777" w:rsidR="00D5353B" w:rsidRPr="00232FC9" w:rsidRDefault="00EE76CB">
      <w:pPr>
        <w:autoSpaceDE w:val="0"/>
        <w:autoSpaceDN w:val="0"/>
        <w:spacing w:before="70" w:after="0" w:line="230" w:lineRule="auto"/>
        <w:jc w:val="center"/>
        <w:rPr>
          <w:lang w:val="ru-RU"/>
        </w:rPr>
      </w:pP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Особенности речевого этикета в условиях общения с людьми, плохо владеющими русским языком.</w:t>
      </w:r>
    </w:p>
    <w:p w14:paraId="5EB11650" w14:textId="77777777" w:rsidR="00D5353B" w:rsidRPr="00232FC9" w:rsidRDefault="00EE76CB">
      <w:pPr>
        <w:autoSpaceDE w:val="0"/>
        <w:autoSpaceDN w:val="0"/>
        <w:spacing w:before="70" w:after="0" w:line="271" w:lineRule="auto"/>
        <w:ind w:firstLine="180"/>
        <w:rPr>
          <w:lang w:val="ru-RU"/>
        </w:rPr>
      </w:pP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14:paraId="4AB1D161" w14:textId="77777777" w:rsidR="00D5353B" w:rsidRPr="00232FC9" w:rsidRDefault="00EE76CB">
      <w:pPr>
        <w:tabs>
          <w:tab w:val="left" w:pos="180"/>
        </w:tabs>
        <w:autoSpaceDE w:val="0"/>
        <w:autoSpaceDN w:val="0"/>
        <w:spacing w:before="72" w:after="0" w:line="262" w:lineRule="auto"/>
        <w:rPr>
          <w:lang w:val="ru-RU"/>
        </w:rPr>
      </w:pP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План текста. Составление плана текста, написание текста по заданному плану. Связь предложений в тексте с помощью личных местоимений, синонимов, союзов </w:t>
      </w:r>
      <w:r w:rsidRPr="00232FC9">
        <w:rPr>
          <w:rFonts w:ascii="Times New Roman" w:eastAsia="Times New Roman" w:hAnsi="Times New Roman"/>
          <w:i/>
          <w:color w:val="000000"/>
          <w:sz w:val="24"/>
          <w:lang w:val="ru-RU"/>
        </w:rPr>
        <w:t>и</w:t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232FC9">
        <w:rPr>
          <w:rFonts w:ascii="Times New Roman" w:eastAsia="Times New Roman" w:hAnsi="Times New Roman"/>
          <w:i/>
          <w:color w:val="000000"/>
          <w:sz w:val="24"/>
          <w:lang w:val="ru-RU"/>
        </w:rPr>
        <w:t>а</w:t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232FC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но.  </w:t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Ключевые слова в тексте.</w:t>
      </w:r>
    </w:p>
    <w:p w14:paraId="22BA59AC" w14:textId="77777777" w:rsidR="00D5353B" w:rsidRPr="00232FC9" w:rsidRDefault="00EE76CB">
      <w:pPr>
        <w:tabs>
          <w:tab w:val="left" w:pos="180"/>
        </w:tabs>
        <w:autoSpaceDE w:val="0"/>
        <w:autoSpaceDN w:val="0"/>
        <w:spacing w:before="70" w:after="0" w:line="262" w:lineRule="auto"/>
        <w:ind w:right="720"/>
        <w:rPr>
          <w:lang w:val="ru-RU"/>
        </w:rPr>
      </w:pP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Определение типов текстов (повествование, описание, рас​суждение) и создание собственных текстов заданного типа.</w:t>
      </w:r>
    </w:p>
    <w:p w14:paraId="620ED062" w14:textId="77777777" w:rsidR="00D5353B" w:rsidRPr="00232FC9" w:rsidRDefault="00EE76CB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Жанр письма, объявления.</w:t>
      </w:r>
    </w:p>
    <w:p w14:paraId="6D5D2294" w14:textId="77777777" w:rsidR="00D5353B" w:rsidRPr="00232FC9" w:rsidRDefault="00EE76CB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Изложение текста по коллективно или самостоятельно со​ставленному плану.</w:t>
      </w:r>
    </w:p>
    <w:p w14:paraId="290485F2" w14:textId="77777777" w:rsidR="00D5353B" w:rsidRPr="00232FC9" w:rsidRDefault="00EE76CB">
      <w:pPr>
        <w:autoSpaceDE w:val="0"/>
        <w:autoSpaceDN w:val="0"/>
        <w:spacing w:before="70" w:after="0" w:line="230" w:lineRule="auto"/>
        <w:ind w:left="180"/>
        <w:rPr>
          <w:lang w:val="ru-RU"/>
        </w:rPr>
      </w:pP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Изучающее, ознакомительное чтение.</w:t>
      </w:r>
    </w:p>
    <w:p w14:paraId="2D936A42" w14:textId="77777777" w:rsidR="00D5353B" w:rsidRPr="00232FC9" w:rsidRDefault="00D5353B">
      <w:pPr>
        <w:rPr>
          <w:lang w:val="ru-RU"/>
        </w:rPr>
        <w:sectPr w:rsidR="00D5353B" w:rsidRPr="00232FC9">
          <w:pgSz w:w="11900" w:h="16840"/>
          <w:pgMar w:top="286" w:right="704" w:bottom="1440" w:left="666" w:header="720" w:footer="720" w:gutter="0"/>
          <w:cols w:space="720" w:equalWidth="0">
            <w:col w:w="10530" w:space="0"/>
          </w:cols>
          <w:docGrid w:linePitch="360"/>
        </w:sectPr>
      </w:pPr>
    </w:p>
    <w:p w14:paraId="0B603B8C" w14:textId="77777777" w:rsidR="00D5353B" w:rsidRPr="00232FC9" w:rsidRDefault="00D5353B">
      <w:pPr>
        <w:autoSpaceDE w:val="0"/>
        <w:autoSpaceDN w:val="0"/>
        <w:spacing w:after="78" w:line="220" w:lineRule="exact"/>
        <w:rPr>
          <w:lang w:val="ru-RU"/>
        </w:rPr>
      </w:pPr>
    </w:p>
    <w:p w14:paraId="05D92DF9" w14:textId="77777777" w:rsidR="00D5353B" w:rsidRPr="00232FC9" w:rsidRDefault="00EE76CB">
      <w:pPr>
        <w:autoSpaceDE w:val="0"/>
        <w:autoSpaceDN w:val="0"/>
        <w:spacing w:after="0" w:line="230" w:lineRule="auto"/>
        <w:rPr>
          <w:lang w:val="ru-RU"/>
        </w:rPr>
      </w:pPr>
      <w:r w:rsidRPr="00232FC9">
        <w:rPr>
          <w:rFonts w:ascii="Times New Roman" w:eastAsia="Times New Roman" w:hAnsi="Times New Roman"/>
          <w:b/>
          <w:color w:val="000000"/>
          <w:sz w:val="24"/>
          <w:lang w:val="ru-RU"/>
        </w:rPr>
        <w:t>ПЛАНИРУЕМЫЕ ОБРАЗОВАТЕЛЬНЫЕ РЕЗУЛЬТАТЫ</w:t>
      </w:r>
    </w:p>
    <w:p w14:paraId="77C56133" w14:textId="77777777" w:rsidR="00D5353B" w:rsidRPr="00232FC9" w:rsidRDefault="00EE76CB">
      <w:pPr>
        <w:tabs>
          <w:tab w:val="left" w:pos="180"/>
        </w:tabs>
        <w:autoSpaceDE w:val="0"/>
        <w:autoSpaceDN w:val="0"/>
        <w:spacing w:before="346" w:after="0" w:line="262" w:lineRule="auto"/>
        <w:ind w:right="864"/>
        <w:rPr>
          <w:lang w:val="ru-RU"/>
        </w:rPr>
      </w:pP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Изучение русского языка в 3 классе направлено на достижение обучающимися личностных, метапредметных и предметных результатов освоения учебного предмета.</w:t>
      </w:r>
    </w:p>
    <w:p w14:paraId="6A2EE71F" w14:textId="77777777" w:rsidR="00D5353B" w:rsidRPr="00232FC9" w:rsidRDefault="00EE76CB">
      <w:pPr>
        <w:autoSpaceDE w:val="0"/>
        <w:autoSpaceDN w:val="0"/>
        <w:spacing w:before="382" w:after="0" w:line="230" w:lineRule="auto"/>
        <w:rPr>
          <w:lang w:val="ru-RU"/>
        </w:rPr>
      </w:pPr>
      <w:r w:rsidRPr="00232FC9">
        <w:rPr>
          <w:rFonts w:ascii="Times New Roman" w:eastAsia="Times New Roman" w:hAnsi="Times New Roman"/>
          <w:b/>
          <w:color w:val="000000"/>
          <w:sz w:val="24"/>
          <w:lang w:val="ru-RU"/>
        </w:rPr>
        <w:t>ЛИЧНОСТНЫЕ РЕЗУЛЬТАТЫ</w:t>
      </w:r>
    </w:p>
    <w:p w14:paraId="24658B5F" w14:textId="77777777" w:rsidR="00D5353B" w:rsidRPr="00232FC9" w:rsidRDefault="00EE76CB">
      <w:pPr>
        <w:tabs>
          <w:tab w:val="left" w:pos="180"/>
        </w:tabs>
        <w:autoSpaceDE w:val="0"/>
        <w:autoSpaceDN w:val="0"/>
        <w:spacing w:before="166" w:after="0" w:line="290" w:lineRule="auto"/>
        <w:rPr>
          <w:lang w:val="ru-RU"/>
        </w:rPr>
      </w:pP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«Русский язык» в начальной школе у обучающегося будут сформированы следующие личностные новообразования 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b/>
          <w:color w:val="000000"/>
          <w:sz w:val="24"/>
          <w:lang w:val="ru-RU"/>
        </w:rPr>
        <w:t>гражданско-патриотического воспитания: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становление ценностного отношения к своей Родине — России, в том числе через изучение русского языка, отражающего историю и культуру страны;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осознание своей этнокультурной и российской граждан​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ской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идентичности, понимание роли русского языка как государственного языка Российской Федерации и языка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межнацио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нального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общения народов России;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сопричастность к прошлому, настоящему и будущему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сво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​ей страны и родного края, в том числе через обсуждение ситуаций при работе с художественными произведениями;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уважение к своему и другим народам, формируемое в том числе на основе примеров из художественных произведений;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первоначальные представления о человеке как члене об​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щества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, о правах и ответственности, уважении и достоинстве человека, о нравственно​этических нормах поведения и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прави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лах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232FC9">
        <w:rPr>
          <w:lang w:val="ru-RU"/>
        </w:rPr>
        <w:br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межличностных отношений, в том числе отражённых в художественных произведениях; 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b/>
          <w:color w:val="000000"/>
          <w:sz w:val="24"/>
          <w:lang w:val="ru-RU"/>
        </w:rPr>
        <w:t>духовно-нравственного воспитания: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признание индивидуальности каждого человека с опорой на собственный жизненный и читательский опыт;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проявление сопереживания, уважения и доброжелатель​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ности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, в том числе с использованием адекватных языковых средств для выражения своего состояния и чувств;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неприятие любых форм поведения, направленных на причинение физического  и  морального вреда  другим  людям (в том числе связанного с использованием недопустимых средств языка); </w:t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b/>
          <w:color w:val="000000"/>
          <w:sz w:val="24"/>
          <w:lang w:val="ru-RU"/>
        </w:rPr>
        <w:t>эстетического воспитания: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стремление к самовыражению в разных видах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художе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ственной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деятельности, в том числе в искусстве слова;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осозна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важности русского языка как средства общения и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самовы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ражения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b/>
          <w:color w:val="000000"/>
          <w:sz w:val="24"/>
          <w:lang w:val="ru-RU"/>
        </w:rPr>
        <w:t>физического воспитания, формирования культуры здоровья и эмоционального благополучия:</w:t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соблюдение правил здорового и безопасного (для себя и других людей) образа жизни в окружающей среде (в том числе информационной) при поиске дополнительной информации в процессе языкового образования;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—   бережное отношение к физическому и психическому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здо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ровью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, проявляющееся в выборе приемлемых способов речевого самовыражения и соблюдении норм речевого этикета и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пра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​вил общения; 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b/>
          <w:color w:val="000000"/>
          <w:sz w:val="24"/>
          <w:lang w:val="ru-RU"/>
        </w:rPr>
        <w:t>трудового воспитания: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осознание ценности труда в жизни человека и общества (в том числе благодаря примерам из художественных произведений), ответственное потребление и бережное отношение к результатам труда, навыки участия в различных видах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трудо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​вой деятельности, интерес к различным профессиям,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возника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ющий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при обсуждении примеров из художественных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произве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дений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; 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b/>
          <w:color w:val="000000"/>
          <w:sz w:val="24"/>
          <w:lang w:val="ru-RU"/>
        </w:rPr>
        <w:t>экологического воспитания:</w:t>
      </w:r>
    </w:p>
    <w:p w14:paraId="66A07FB2" w14:textId="77777777" w:rsidR="00D5353B" w:rsidRPr="00232FC9" w:rsidRDefault="00D5353B">
      <w:pPr>
        <w:rPr>
          <w:lang w:val="ru-RU"/>
        </w:rPr>
        <w:sectPr w:rsidR="00D5353B" w:rsidRPr="00232FC9">
          <w:pgSz w:w="11900" w:h="16840"/>
          <w:pgMar w:top="298" w:right="650" w:bottom="42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364FB4BE" w14:textId="77777777" w:rsidR="00D5353B" w:rsidRPr="00232FC9" w:rsidRDefault="00D5353B">
      <w:pPr>
        <w:autoSpaceDE w:val="0"/>
        <w:autoSpaceDN w:val="0"/>
        <w:spacing w:after="78" w:line="220" w:lineRule="exact"/>
        <w:rPr>
          <w:lang w:val="ru-RU"/>
        </w:rPr>
      </w:pPr>
    </w:p>
    <w:p w14:paraId="2AD5B823" w14:textId="77777777" w:rsidR="00D5353B" w:rsidRPr="00232FC9" w:rsidRDefault="00EE76CB">
      <w:pPr>
        <w:tabs>
          <w:tab w:val="left" w:pos="180"/>
        </w:tabs>
        <w:autoSpaceDE w:val="0"/>
        <w:autoSpaceDN w:val="0"/>
        <w:spacing w:after="0" w:line="286" w:lineRule="auto"/>
        <w:rPr>
          <w:lang w:val="ru-RU"/>
        </w:rPr>
      </w:pP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бережное отношение к природе, формируемое в процессе работы с текстами;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неприятие действий, приносящих ей вред; 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b/>
          <w:color w:val="000000"/>
          <w:sz w:val="24"/>
          <w:lang w:val="ru-RU"/>
        </w:rPr>
        <w:t>ценности научного познания: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первоначальные представления о научной картине мира (в том числе первоначальные представления о системе языка как одной из составляющих целостной научной картины мира);</w:t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ность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и </w:t>
      </w:r>
      <w:r w:rsidRPr="00232FC9">
        <w:rPr>
          <w:lang w:val="ru-RU"/>
        </w:rPr>
        <w:br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самостоятельность в его познании.</w:t>
      </w:r>
    </w:p>
    <w:p w14:paraId="6405EBC2" w14:textId="77777777" w:rsidR="00D5353B" w:rsidRPr="00232FC9" w:rsidRDefault="00EE76CB">
      <w:pPr>
        <w:autoSpaceDE w:val="0"/>
        <w:autoSpaceDN w:val="0"/>
        <w:spacing w:before="262" w:after="0" w:line="230" w:lineRule="auto"/>
        <w:rPr>
          <w:lang w:val="ru-RU"/>
        </w:rPr>
      </w:pPr>
      <w:r w:rsidRPr="00232FC9">
        <w:rPr>
          <w:rFonts w:ascii="Times New Roman" w:eastAsia="Times New Roman" w:hAnsi="Times New Roman"/>
          <w:b/>
          <w:color w:val="000000"/>
          <w:sz w:val="24"/>
          <w:lang w:val="ru-RU"/>
        </w:rPr>
        <w:t>МЕТАПРЕДМЕТНЫЕ РЕЗУЛЬТАТЫ</w:t>
      </w:r>
    </w:p>
    <w:p w14:paraId="52325189" w14:textId="77777777" w:rsidR="00D5353B" w:rsidRPr="00232FC9" w:rsidRDefault="00EE76CB">
      <w:pPr>
        <w:tabs>
          <w:tab w:val="left" w:pos="180"/>
        </w:tabs>
        <w:autoSpaceDE w:val="0"/>
        <w:autoSpaceDN w:val="0"/>
        <w:spacing w:before="168" w:after="0" w:line="262" w:lineRule="auto"/>
        <w:ind w:right="864"/>
        <w:rPr>
          <w:lang w:val="ru-RU"/>
        </w:rPr>
      </w:pP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В результате изучения предмета «Русский язык» в начальной школе у обучающегося будут сформированы следующие </w:t>
      </w:r>
      <w:r w:rsidRPr="00232FC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познавательные </w:t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универсальные учебные действия.</w:t>
      </w:r>
    </w:p>
    <w:p w14:paraId="6F6EC95C" w14:textId="77777777" w:rsidR="00D5353B" w:rsidRPr="00232FC9" w:rsidRDefault="00EE76CB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i/>
          <w:color w:val="000000"/>
          <w:sz w:val="24"/>
          <w:lang w:val="ru-RU"/>
        </w:rPr>
        <w:t>Базовые логические действия</w:t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сравнивать различные языковые единицы (звуки, слова, предложения, тексты), устанавливать основания для сравнения языковых единиц (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частеречная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принадлежность,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грамматиче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ский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признак, лексическое значение и др.); устанавливать аналогии языковых единиц;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объединять объекты (языковые единицы) по определённо​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му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признаку;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находить в языковом материале закономерности и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проти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воречия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на основе предложенного учителем алгоритма наблюдения; анализировать алгоритм действий при работе с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языко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выми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единицами, самостоятельно выделять учебные операции при анализе языковых единиц;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выявлять недостаток информации для решения учебной и практической задачи на основе предложенного алгоритма, фор​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мулировать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запрос на дополнительную информацию;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устанавливать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причинно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​следственные связи в ситуациях наблюдения за языковым материалом, делать выводы.</w:t>
      </w:r>
    </w:p>
    <w:p w14:paraId="082FD166" w14:textId="77777777" w:rsidR="00D5353B" w:rsidRPr="00232FC9" w:rsidRDefault="00EE76CB">
      <w:pPr>
        <w:tabs>
          <w:tab w:val="left" w:pos="180"/>
        </w:tabs>
        <w:autoSpaceDE w:val="0"/>
        <w:autoSpaceDN w:val="0"/>
        <w:spacing w:before="70" w:after="0" w:line="288" w:lineRule="auto"/>
        <w:rPr>
          <w:lang w:val="ru-RU"/>
        </w:rPr>
      </w:pP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i/>
          <w:color w:val="000000"/>
          <w:sz w:val="24"/>
          <w:lang w:val="ru-RU"/>
        </w:rPr>
        <w:t>Базовые исследовательские действия</w:t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с помощью учителя формулировать цель, планировать из​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менения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языкового объекта, речевой ситуации;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сравнивать несколько вариантов выполнения задания, выбирать наиболее подходящий (на основе предложенных критериев);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проводить по предложенному плану несложное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лингви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стическое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мини​-исследование, </w:t>
      </w:r>
      <w:r w:rsidRPr="00232FC9">
        <w:rPr>
          <w:lang w:val="ru-RU"/>
        </w:rPr>
        <w:br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выполнять по предложенному плану проектное задание;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формулировать выводы и подкреплять их доказательства​ми на основе результатов </w:t>
      </w:r>
      <w:r w:rsidRPr="00232FC9">
        <w:rPr>
          <w:lang w:val="ru-RU"/>
        </w:rPr>
        <w:br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прогнозировать возможное развитие процессов, событий и их последствия в аналогичных или сходных ситуациях.</w:t>
      </w:r>
    </w:p>
    <w:p w14:paraId="2D80FD03" w14:textId="77777777" w:rsidR="00D5353B" w:rsidRPr="00232FC9" w:rsidRDefault="00EE76CB">
      <w:pPr>
        <w:tabs>
          <w:tab w:val="left" w:pos="180"/>
        </w:tabs>
        <w:autoSpaceDE w:val="0"/>
        <w:autoSpaceDN w:val="0"/>
        <w:spacing w:before="70" w:after="0" w:line="286" w:lineRule="auto"/>
        <w:ind w:right="288"/>
        <w:rPr>
          <w:lang w:val="ru-RU"/>
        </w:rPr>
      </w:pP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i/>
          <w:color w:val="000000"/>
          <w:sz w:val="24"/>
          <w:lang w:val="ru-RU"/>
        </w:rPr>
        <w:t>Работа с информацией</w:t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выбирать источник получения информации: нужный словарь для получения запрашиваемой информации, для уточнения;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согласно заданному алгоритму находить представленную в явном виде информацию в предложенном источнике: в слова​рях, справочниках;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соблюдать с помощью взрослых (педагогических работни​ков, родителей, законных</w:t>
      </w:r>
    </w:p>
    <w:p w14:paraId="48773674" w14:textId="77777777" w:rsidR="00D5353B" w:rsidRPr="00232FC9" w:rsidRDefault="00D5353B">
      <w:pPr>
        <w:rPr>
          <w:lang w:val="ru-RU"/>
        </w:rPr>
        <w:sectPr w:rsidR="00D5353B" w:rsidRPr="00232FC9">
          <w:pgSz w:w="11900" w:h="16840"/>
          <w:pgMar w:top="298" w:right="660" w:bottom="452" w:left="666" w:header="720" w:footer="720" w:gutter="0"/>
          <w:cols w:space="720" w:equalWidth="0">
            <w:col w:w="10574" w:space="0"/>
          </w:cols>
          <w:docGrid w:linePitch="360"/>
        </w:sectPr>
      </w:pPr>
    </w:p>
    <w:p w14:paraId="2070DC3B" w14:textId="77777777" w:rsidR="00D5353B" w:rsidRPr="00232FC9" w:rsidRDefault="00D5353B">
      <w:pPr>
        <w:autoSpaceDE w:val="0"/>
        <w:autoSpaceDN w:val="0"/>
        <w:spacing w:after="66" w:line="220" w:lineRule="exact"/>
        <w:rPr>
          <w:lang w:val="ru-RU"/>
        </w:rPr>
      </w:pPr>
    </w:p>
    <w:p w14:paraId="24BD7FFA" w14:textId="77777777" w:rsidR="00D5353B" w:rsidRPr="00232FC9" w:rsidRDefault="00EE76CB">
      <w:pPr>
        <w:tabs>
          <w:tab w:val="left" w:pos="180"/>
        </w:tabs>
        <w:autoSpaceDE w:val="0"/>
        <w:autoSpaceDN w:val="0"/>
        <w:spacing w:after="0" w:line="283" w:lineRule="auto"/>
        <w:ind w:right="720"/>
        <w:rPr>
          <w:lang w:val="ru-RU"/>
        </w:rPr>
      </w:pP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представителей) правила информационной безопасности при поиске информации в Интернете (информации о написании и произношении слова, о значении слова, о происхождении слова, о синонимах слова);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анализировать и создавать текстовую, видео​,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графиче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​скую, звуковую информацию в соответствии с учебной зада​чей;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понимать лингвистическую информацию, зафиксирован​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ную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в виде таблиц, схем; самостоятельно создавать схемы, таблицы для представления лингвистической информации.</w:t>
      </w:r>
    </w:p>
    <w:p w14:paraId="14E36AAC" w14:textId="77777777" w:rsidR="00D5353B" w:rsidRPr="00232FC9" w:rsidRDefault="00EE76CB">
      <w:pPr>
        <w:tabs>
          <w:tab w:val="left" w:pos="180"/>
        </w:tabs>
        <w:autoSpaceDE w:val="0"/>
        <w:autoSpaceDN w:val="0"/>
        <w:spacing w:before="190" w:after="0" w:line="288" w:lineRule="auto"/>
        <w:rPr>
          <w:lang w:val="ru-RU"/>
        </w:rPr>
      </w:pP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начальной школе у обучающегося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форми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руются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232FC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коммуникативные </w:t>
      </w:r>
      <w:r w:rsidRPr="00232FC9">
        <w:rPr>
          <w:lang w:val="ru-RU"/>
        </w:rPr>
        <w:br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универсальные учебные действия 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i/>
          <w:color w:val="000000"/>
          <w:sz w:val="24"/>
          <w:lang w:val="ru-RU"/>
        </w:rPr>
        <w:t>Общение</w:t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воспринимать и формулировать суждения, выражать эмо​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ции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в соответствии с целями и условиями общения в знакомой среде;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проявлять уважительное отношение к собеседнику, со​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блюдать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правила ведения диалоги и дискуссии;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признавать возможность существования разных точек зрения;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корректно и аргументированно высказывать своё  мне​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ние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строить речевое высказывание в соответствии с постав​ленной задачей;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создавать устные и письменные тексты (описание, рас​суждение, повествование) в соответствии с речевой ситуацией;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готовить небольшие публичные выступления о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результа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тах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парной и групповой работы, о результатах наблюдения, выполненного мини​-исследования, проектного задания;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подбирать иллюстративный материал (рисунки, фото, плакаты) к тексту выступления.</w:t>
      </w:r>
    </w:p>
    <w:p w14:paraId="737FFB95" w14:textId="77777777" w:rsidR="00D5353B" w:rsidRPr="00232FC9" w:rsidRDefault="00EE76CB">
      <w:pPr>
        <w:tabs>
          <w:tab w:val="left" w:pos="180"/>
        </w:tabs>
        <w:autoSpaceDE w:val="0"/>
        <w:autoSpaceDN w:val="0"/>
        <w:spacing w:before="190" w:after="0" w:line="262" w:lineRule="auto"/>
        <w:rPr>
          <w:lang w:val="ru-RU"/>
        </w:rPr>
      </w:pP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начальной школе у обучающегося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форми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руются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</w:t>
      </w:r>
      <w:r w:rsidRPr="00232FC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регулятивные </w:t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универсальные учебные действия.</w:t>
      </w:r>
    </w:p>
    <w:p w14:paraId="0FE37EB0" w14:textId="77777777" w:rsidR="00D5353B" w:rsidRPr="00232FC9" w:rsidRDefault="00EE76CB">
      <w:pPr>
        <w:autoSpaceDE w:val="0"/>
        <w:autoSpaceDN w:val="0"/>
        <w:spacing w:before="70" w:after="0" w:line="271" w:lineRule="auto"/>
        <w:ind w:left="180" w:right="1728"/>
        <w:rPr>
          <w:lang w:val="ru-RU"/>
        </w:rPr>
      </w:pPr>
      <w:r w:rsidRPr="00232FC9">
        <w:rPr>
          <w:rFonts w:ascii="Times New Roman" w:eastAsia="Times New Roman" w:hAnsi="Times New Roman"/>
          <w:i/>
          <w:color w:val="000000"/>
          <w:sz w:val="24"/>
          <w:lang w:val="ru-RU"/>
        </w:rPr>
        <w:t>Самоорганизация</w:t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232FC9">
        <w:rPr>
          <w:lang w:val="ru-RU"/>
        </w:rPr>
        <w:br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планировать действия по решению учебной задачи для по​лучения результата;—    выстраивать последовательность выбранных действий.</w:t>
      </w:r>
    </w:p>
    <w:p w14:paraId="257FEDA5" w14:textId="77777777" w:rsidR="00D5353B" w:rsidRPr="00232FC9" w:rsidRDefault="00EE76CB">
      <w:pPr>
        <w:tabs>
          <w:tab w:val="left" w:pos="180"/>
        </w:tabs>
        <w:autoSpaceDE w:val="0"/>
        <w:autoSpaceDN w:val="0"/>
        <w:spacing w:before="70" w:after="0" w:line="286" w:lineRule="auto"/>
        <w:ind w:right="144"/>
        <w:rPr>
          <w:lang w:val="ru-RU"/>
        </w:rPr>
      </w:pP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i/>
          <w:color w:val="000000"/>
          <w:sz w:val="24"/>
          <w:lang w:val="ru-RU"/>
        </w:rPr>
        <w:t>Самоконтроль</w:t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: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устанавливать причины успеха/неудач учебной деятель​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ности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корректировать свои учебные действия для преодоления речевых и орфографических ошибок;</w:t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соотносить результат деятельности с поставленной учеб​ной задачей по выделению, </w:t>
      </w:r>
      <w:r w:rsidRPr="00232FC9">
        <w:rPr>
          <w:lang w:val="ru-RU"/>
        </w:rPr>
        <w:br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характеристике, использованию языковых единиц;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находить ошибку, допущенную при работе с языковым материалом, находить </w:t>
      </w:r>
      <w:r w:rsidRPr="00232FC9">
        <w:rPr>
          <w:lang w:val="ru-RU"/>
        </w:rPr>
        <w:br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орфографическую и пунктуационную ошибку;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сравнивать результаты своей деятельности и деятельно​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сти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одноклассников, объективно оценивать их по предложен​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ным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критериям.</w:t>
      </w:r>
    </w:p>
    <w:p w14:paraId="37CCA643" w14:textId="77777777" w:rsidR="00D5353B" w:rsidRPr="00232FC9" w:rsidRDefault="00EE76CB">
      <w:pPr>
        <w:autoSpaceDE w:val="0"/>
        <w:autoSpaceDN w:val="0"/>
        <w:spacing w:before="262" w:after="0" w:line="230" w:lineRule="auto"/>
        <w:rPr>
          <w:lang w:val="ru-RU"/>
        </w:rPr>
      </w:pPr>
      <w:r w:rsidRPr="00232FC9">
        <w:rPr>
          <w:rFonts w:ascii="Times New Roman" w:eastAsia="Times New Roman" w:hAnsi="Times New Roman"/>
          <w:b/>
          <w:color w:val="000000"/>
          <w:sz w:val="24"/>
          <w:lang w:val="ru-RU"/>
        </w:rPr>
        <w:t>Совместная деятельность:</w:t>
      </w:r>
    </w:p>
    <w:p w14:paraId="41133194" w14:textId="77777777" w:rsidR="00D5353B" w:rsidRPr="00232FC9" w:rsidRDefault="00EE76CB">
      <w:pPr>
        <w:tabs>
          <w:tab w:val="left" w:pos="180"/>
        </w:tabs>
        <w:autoSpaceDE w:val="0"/>
        <w:autoSpaceDN w:val="0"/>
        <w:spacing w:before="118" w:after="0" w:line="286" w:lineRule="auto"/>
        <w:ind w:right="288"/>
        <w:rPr>
          <w:lang w:val="ru-RU"/>
        </w:rPr>
      </w:pP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формулировать краткосрочные и долгосрочные цели (ин​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дивидуальные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с учётом участия в коллективных задачах) в стандартной (типовой) ситуации на основе предложенного учи​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телем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формата планирования, распределения промежуточных шагов и сроков;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проявлять готовность руководить, выполнять поручения, подчиняться, самостоятельно разрешать конфликты;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ответственно выполнять свою часть работы;</w:t>
      </w:r>
    </w:p>
    <w:p w14:paraId="1861E16C" w14:textId="77777777" w:rsidR="00D5353B" w:rsidRPr="00232FC9" w:rsidRDefault="00D5353B">
      <w:pPr>
        <w:rPr>
          <w:lang w:val="ru-RU"/>
        </w:rPr>
        <w:sectPr w:rsidR="00D5353B" w:rsidRPr="00232FC9">
          <w:pgSz w:w="11900" w:h="16840"/>
          <w:pgMar w:top="286" w:right="698" w:bottom="368" w:left="666" w:header="720" w:footer="720" w:gutter="0"/>
          <w:cols w:space="720" w:equalWidth="0">
            <w:col w:w="10536" w:space="0"/>
          </w:cols>
          <w:docGrid w:linePitch="360"/>
        </w:sectPr>
      </w:pPr>
    </w:p>
    <w:p w14:paraId="7E1199DD" w14:textId="77777777" w:rsidR="00D5353B" w:rsidRPr="00232FC9" w:rsidRDefault="00D5353B">
      <w:pPr>
        <w:autoSpaceDE w:val="0"/>
        <w:autoSpaceDN w:val="0"/>
        <w:spacing w:after="78" w:line="220" w:lineRule="exact"/>
        <w:rPr>
          <w:lang w:val="ru-RU"/>
        </w:rPr>
      </w:pPr>
    </w:p>
    <w:p w14:paraId="0448A4E1" w14:textId="77777777" w:rsidR="00D5353B" w:rsidRPr="00232FC9" w:rsidRDefault="00EE76CB">
      <w:pPr>
        <w:autoSpaceDE w:val="0"/>
        <w:autoSpaceDN w:val="0"/>
        <w:spacing w:after="0" w:line="262" w:lineRule="auto"/>
        <w:ind w:left="180" w:right="1584"/>
        <w:rPr>
          <w:lang w:val="ru-RU"/>
        </w:rPr>
      </w:pP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оценивать свой вклад в общий результат;</w:t>
      </w:r>
      <w:r w:rsidRPr="00232FC9">
        <w:rPr>
          <w:lang w:val="ru-RU"/>
        </w:rPr>
        <w:br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выполнять совместные проектные задания с опорой на предложенные образцы.</w:t>
      </w:r>
    </w:p>
    <w:p w14:paraId="71EA0D4C" w14:textId="77777777" w:rsidR="00D5353B" w:rsidRPr="00232FC9" w:rsidRDefault="00EE76CB">
      <w:pPr>
        <w:autoSpaceDE w:val="0"/>
        <w:autoSpaceDN w:val="0"/>
        <w:spacing w:before="262" w:after="0" w:line="230" w:lineRule="auto"/>
        <w:rPr>
          <w:lang w:val="ru-RU"/>
        </w:rPr>
      </w:pPr>
      <w:r w:rsidRPr="00232FC9">
        <w:rPr>
          <w:rFonts w:ascii="Times New Roman" w:eastAsia="Times New Roman" w:hAnsi="Times New Roman"/>
          <w:b/>
          <w:color w:val="000000"/>
          <w:sz w:val="24"/>
          <w:lang w:val="ru-RU"/>
        </w:rPr>
        <w:t>ПРЕДМЕТНЫЕ РЕЗУЛЬТАТЫ</w:t>
      </w:r>
    </w:p>
    <w:p w14:paraId="3B0D1A57" w14:textId="77777777" w:rsidR="00D5353B" w:rsidRPr="00232FC9" w:rsidRDefault="00EE76CB">
      <w:pPr>
        <w:tabs>
          <w:tab w:val="left" w:pos="180"/>
        </w:tabs>
        <w:autoSpaceDE w:val="0"/>
        <w:autoSpaceDN w:val="0"/>
        <w:spacing w:before="166" w:after="0" w:line="290" w:lineRule="auto"/>
        <w:rPr>
          <w:lang w:val="ru-RU"/>
        </w:rPr>
      </w:pP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К концу обучения в </w:t>
      </w:r>
      <w:r w:rsidRPr="00232FC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третьем классе </w:t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обучающийся научится: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объяснять значение русского языка как государственного языка Российской Федерации;</w:t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характеризовать, сравнивать, классифицировать звуки вне слова и в слове по заданным параметрам;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производить звуко​буквенный анализ слова (в словах с ор​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фограммами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; без транскрибирования);</w:t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определять функцию разделительных мягкого и твёрдого знаков в словах; устанавливать соотношение звукового и буквенного состава, в том числе с учётом функций букв </w:t>
      </w:r>
      <w:r w:rsidRPr="00232FC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е</w:t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232FC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ё</w:t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232FC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ю</w:t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232FC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я</w:t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, в словах с разделительными </w:t>
      </w:r>
      <w:r w:rsidRPr="00232FC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ь</w:t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232FC9">
        <w:rPr>
          <w:rFonts w:ascii="Times New Roman" w:eastAsia="Times New Roman" w:hAnsi="Times New Roman"/>
          <w:b/>
          <w:i/>
          <w:color w:val="000000"/>
          <w:sz w:val="24"/>
          <w:lang w:val="ru-RU"/>
        </w:rPr>
        <w:t>ъ</w:t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, в словах с непроизносимыми согласными;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находить в словах с однозначно выделяемыми морфемами окончание, корень, приставку, суффикс;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выявлять случаи употребления синонимов и антонимов; подбирать синонимы и антонимы к словам  разных частей речи;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распознавать слова, употреблённые в прямом и переносном значении (простые случаи);</w:t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определять значение слова в тексте;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распознавать имена существительные; определять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грам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матические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признаки имён </w:t>
      </w:r>
      <w:r w:rsidRPr="00232FC9">
        <w:rPr>
          <w:lang w:val="ru-RU"/>
        </w:rPr>
        <w:br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существительных: род, число, па​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деж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; склонять в единственном числе имена существительные с ударными окончаниями;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распознавать имена прилагательные; определять грамма​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тические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признаки имён </w:t>
      </w:r>
      <w:r w:rsidRPr="00232FC9">
        <w:rPr>
          <w:lang w:val="ru-RU"/>
        </w:rPr>
        <w:br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прилагательных: род, число, падеж; 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про​шедшем времени); изменять глагол по временам (простые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слу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​чаи), в прошедшем времени — по родам;</w:t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распознавать личные местоимения (в начальной форме); использовать личные местоимения для устранения неоправданных повторов в тексте;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различать предлоги и приставки;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определять вид предложения по цели высказывания и по эмоциональной окраске;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находить главные и второстепенные (без деления на виды) члены предложения;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распознавать распространённые и нераспространённые предложения; находить место </w:t>
      </w:r>
      <w:r w:rsidRPr="00232FC9">
        <w:rPr>
          <w:lang w:val="ru-RU"/>
        </w:rPr>
        <w:br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орфограммы в слове и между словами на изученные правила; применять изученные правила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правопи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r w:rsidRPr="00232FC9">
        <w:rPr>
          <w:rFonts w:ascii="DejaVu Serif" w:eastAsia="DejaVu Serif" w:hAnsi="DejaVu Serif"/>
          <w:color w:val="000000"/>
          <w:sz w:val="24"/>
          <w:lang w:val="ru-RU"/>
        </w:rPr>
        <w:t>‐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сания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, в том числе непроверяемые гласные и согласные (пере​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чень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слов в орфографическом словаре учебника); непроизносимые согласные в корне слова; разделительный твёрдый знак; мягкий знак после шипящих на конце имён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существи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​тельных; </w:t>
      </w:r>
      <w:r w:rsidRPr="00232FC9">
        <w:rPr>
          <w:rFonts w:ascii="Times New Roman" w:eastAsia="Times New Roman" w:hAnsi="Times New Roman"/>
          <w:i/>
          <w:color w:val="000000"/>
          <w:sz w:val="24"/>
          <w:lang w:val="ru-RU"/>
        </w:rPr>
        <w:t xml:space="preserve">не </w:t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с глаголами; раздельное написание предлогов со словами;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правильно списывать слова, предложения, тексты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объ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ёмом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не более 70 слов;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писать под диктовку тексты объёмом не более 65 слов с учётом изученных правил </w:t>
      </w:r>
      <w:r w:rsidRPr="00232FC9">
        <w:rPr>
          <w:lang w:val="ru-RU"/>
        </w:rPr>
        <w:br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правописания;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находить и исправлять ошибки на изученные правила, описки;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понимать тексты разных типов, находить в тексте задан​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ную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информацию;</w:t>
      </w:r>
    </w:p>
    <w:p w14:paraId="00B84DA8" w14:textId="77777777" w:rsidR="00D5353B" w:rsidRPr="00232FC9" w:rsidRDefault="00D5353B">
      <w:pPr>
        <w:rPr>
          <w:lang w:val="ru-RU"/>
        </w:rPr>
        <w:sectPr w:rsidR="00D5353B" w:rsidRPr="00232FC9">
          <w:pgSz w:w="11900" w:h="16840"/>
          <w:pgMar w:top="298" w:right="676" w:bottom="452" w:left="666" w:header="720" w:footer="720" w:gutter="0"/>
          <w:cols w:space="720" w:equalWidth="0">
            <w:col w:w="10558" w:space="0"/>
          </w:cols>
          <w:docGrid w:linePitch="360"/>
        </w:sectPr>
      </w:pPr>
    </w:p>
    <w:p w14:paraId="3987D589" w14:textId="77777777" w:rsidR="00D5353B" w:rsidRPr="00232FC9" w:rsidRDefault="00D5353B">
      <w:pPr>
        <w:autoSpaceDE w:val="0"/>
        <w:autoSpaceDN w:val="0"/>
        <w:spacing w:after="78" w:line="220" w:lineRule="exact"/>
        <w:rPr>
          <w:lang w:val="ru-RU"/>
        </w:rPr>
      </w:pPr>
    </w:p>
    <w:p w14:paraId="2B17C8C1" w14:textId="77777777" w:rsidR="00D5353B" w:rsidRPr="00232FC9" w:rsidRDefault="00EE76CB">
      <w:pPr>
        <w:tabs>
          <w:tab w:val="left" w:pos="180"/>
        </w:tabs>
        <w:autoSpaceDE w:val="0"/>
        <w:autoSpaceDN w:val="0"/>
        <w:spacing w:after="0" w:line="288" w:lineRule="auto"/>
        <w:rPr>
          <w:lang w:val="ru-RU"/>
        </w:rPr>
      </w:pP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формулировать простые выводы на основе прочитанной (услышанной) информации устно и письменно (1—2 предложения);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строить устное диалогическое и монологическое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выска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зывание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 (3—5 предложений на определённую тему, по наблюдениям) с соблюдением орфоэпических норм, правильной ин​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тонации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; создавать небольшие устные и письменные тексты (2—4 предложения), содержащие приглашение, просьбу,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изви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нение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, благодарность, отказ, с использованием норм речевого этикета;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—    определять связь предложений в тексте (с помощью личных местоимений, синонимов, союзов </w:t>
      </w:r>
      <w:r w:rsidRPr="00232FC9">
        <w:rPr>
          <w:rFonts w:ascii="Times New Roman" w:eastAsia="Times New Roman" w:hAnsi="Times New Roman"/>
          <w:i/>
          <w:color w:val="000000"/>
          <w:sz w:val="24"/>
          <w:lang w:val="ru-RU"/>
        </w:rPr>
        <w:t>и</w:t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232FC9">
        <w:rPr>
          <w:rFonts w:ascii="Times New Roman" w:eastAsia="Times New Roman" w:hAnsi="Times New Roman"/>
          <w:i/>
          <w:color w:val="000000"/>
          <w:sz w:val="24"/>
          <w:lang w:val="ru-RU"/>
        </w:rPr>
        <w:t>а</w:t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, </w:t>
      </w:r>
      <w:r w:rsidRPr="00232FC9">
        <w:rPr>
          <w:rFonts w:ascii="Times New Roman" w:eastAsia="Times New Roman" w:hAnsi="Times New Roman"/>
          <w:i/>
          <w:color w:val="000000"/>
          <w:sz w:val="24"/>
          <w:lang w:val="ru-RU"/>
        </w:rPr>
        <w:t>но</w:t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);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определять ключевые слова в тексте;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определять тему текста и основную мысль текста;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выявлять части текста (абзацы) и отражать с помощью ключевых слов или предложений их смысловое содержание;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—    составлять план текста, создавать по нему текст и </w:t>
      </w:r>
      <w:proofErr w:type="spellStart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коррек</w:t>
      </w:r>
      <w:proofErr w:type="spellEnd"/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​тировать текст;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писать подробное изложение по заданному, коллективно или самостоятельно составленному плану;</w:t>
      </w:r>
      <w:r w:rsidRPr="00232FC9">
        <w:rPr>
          <w:lang w:val="ru-RU"/>
        </w:rPr>
        <w:br/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объяснять своими словами значение изученных понятий, использовать изученные понятия;</w:t>
      </w:r>
      <w:r w:rsidRPr="00232FC9">
        <w:rPr>
          <w:lang w:val="ru-RU"/>
        </w:rPr>
        <w:tab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>—    уточнять значение слова с помощью толкового словаря.</w:t>
      </w:r>
    </w:p>
    <w:p w14:paraId="4A7D6D34" w14:textId="77777777" w:rsidR="00D5353B" w:rsidRPr="00232FC9" w:rsidRDefault="00D5353B">
      <w:pPr>
        <w:rPr>
          <w:lang w:val="ru-RU"/>
        </w:rPr>
        <w:sectPr w:rsidR="00D5353B" w:rsidRPr="00232FC9">
          <w:pgSz w:w="11900" w:h="16840"/>
          <w:pgMar w:top="298" w:right="838" w:bottom="1440" w:left="666" w:header="720" w:footer="720" w:gutter="0"/>
          <w:cols w:space="720" w:equalWidth="0">
            <w:col w:w="10396" w:space="0"/>
          </w:cols>
          <w:docGrid w:linePitch="360"/>
        </w:sectPr>
      </w:pPr>
    </w:p>
    <w:p w14:paraId="48D33C9B" w14:textId="77777777" w:rsidR="00D5353B" w:rsidRPr="00232FC9" w:rsidRDefault="00D5353B">
      <w:pPr>
        <w:autoSpaceDE w:val="0"/>
        <w:autoSpaceDN w:val="0"/>
        <w:spacing w:after="0" w:line="14" w:lineRule="exact"/>
        <w:rPr>
          <w:lang w:val="ru-RU"/>
        </w:rPr>
      </w:pPr>
    </w:p>
    <w:p w14:paraId="6AC8E28B" w14:textId="77777777" w:rsidR="00232FC9" w:rsidRPr="00232FC9" w:rsidRDefault="00232FC9" w:rsidP="00232FC9">
      <w:pPr>
        <w:rPr>
          <w:lang w:val="ru-RU"/>
        </w:rPr>
      </w:pPr>
      <w:r w:rsidRPr="00232FC9">
        <w:rPr>
          <w:b/>
          <w:lang w:val="ru-RU"/>
        </w:rPr>
        <w:t xml:space="preserve">ТЕМАТИЧЕСКОЕ ПЛАНИРОВАНИЕ </w:t>
      </w:r>
    </w:p>
    <w:p w14:paraId="37A7DF57" w14:textId="77777777" w:rsidR="00232FC9" w:rsidRPr="00232FC9" w:rsidRDefault="00232FC9" w:rsidP="00232FC9">
      <w:pPr>
        <w:rPr>
          <w:lang w:val="ru-RU"/>
        </w:rPr>
      </w:pPr>
      <w:r w:rsidRPr="00232FC9">
        <w:rPr>
          <w:noProof/>
          <w:lang w:val="ru-RU" w:eastAsia="ru-RU"/>
        </w:rPr>
        <mc:AlternateContent>
          <mc:Choice Requires="wpg">
            <w:drawing>
              <wp:inline distT="0" distB="0" distL="0" distR="0" wp14:anchorId="783E6FFD" wp14:editId="0E5B432F">
                <wp:extent cx="9850686" cy="7624"/>
                <wp:effectExtent l="0" t="0" r="0" b="0"/>
                <wp:docPr id="70023" name="Group 700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50686" cy="7624"/>
                          <a:chOff x="0" y="0"/>
                          <a:chExt cx="9850686" cy="7624"/>
                        </a:xfrm>
                      </wpg:grpSpPr>
                      <wps:wsp>
                        <wps:cNvPr id="81458" name="Shape 81458"/>
                        <wps:cNvSpPr/>
                        <wps:spPr>
                          <a:xfrm>
                            <a:off x="0" y="0"/>
                            <a:ext cx="98506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50686" h="9144">
                                <a:moveTo>
                                  <a:pt x="0" y="0"/>
                                </a:moveTo>
                                <a:lnTo>
                                  <a:pt x="9850686" y="0"/>
                                </a:lnTo>
                                <a:lnTo>
                                  <a:pt x="98506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4A449E" id="Group 70023" o:spid="_x0000_s1026" style="width:775.65pt;height:.6pt;mso-position-horizontal-relative:char;mso-position-vertical-relative:line" coordsize="98506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">
                <v:shape id="Shape 81458" o:spid="_x0000_s1027" style="position:absolute;width:98506;height:91;visibility:visible;mso-wrap-style:square;v-text-anchor:top" coordsize="9850686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" path="m,l9850686,r,9144l,9144,,e" fillcolor="black" stroked="f" strokeweight="0">
                  <v:stroke miterlimit="83231f" joinstyle="miter"/>
                  <v:path arrowok="t" textboxrect="0,0,9850686,9144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5501" w:type="dxa"/>
        <w:tblInd w:w="6" w:type="dxa"/>
        <w:tblCellMar>
          <w:top w:w="114" w:type="dxa"/>
          <w:left w:w="78" w:type="dxa"/>
          <w:right w:w="72" w:type="dxa"/>
        </w:tblCellMar>
        <w:tblLook w:val="04A0" w:firstRow="1" w:lastRow="0" w:firstColumn="1" w:lastColumn="0" w:noHBand="0" w:noVBand="1"/>
      </w:tblPr>
      <w:tblGrid>
        <w:gridCol w:w="526"/>
        <w:gridCol w:w="2605"/>
        <w:gridCol w:w="722"/>
        <w:gridCol w:w="1596"/>
        <w:gridCol w:w="1652"/>
        <w:gridCol w:w="1160"/>
        <w:gridCol w:w="2995"/>
        <w:gridCol w:w="1424"/>
        <w:gridCol w:w="2821"/>
      </w:tblGrid>
      <w:tr w:rsidR="00232FC9" w:rsidRPr="00232FC9" w14:paraId="31920E5A" w14:textId="77777777" w:rsidTr="00D33B6C">
        <w:trPr>
          <w:trHeight w:val="348"/>
        </w:trPr>
        <w:tc>
          <w:tcPr>
            <w:tcW w:w="46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2FD55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rPr>
                <w:b/>
              </w:rPr>
              <w:t>№</w:t>
            </w:r>
          </w:p>
          <w:p w14:paraId="4C19129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rPr>
                <w:b/>
              </w:rPr>
              <w:t>п/п</w:t>
            </w:r>
          </w:p>
        </w:tc>
        <w:tc>
          <w:tcPr>
            <w:tcW w:w="385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EA574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rPr>
                <w:b/>
              </w:rPr>
              <w:t>Наименование разделов и тем программы</w:t>
            </w:r>
          </w:p>
        </w:tc>
        <w:tc>
          <w:tcPr>
            <w:tcW w:w="163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51245D98" w14:textId="77777777" w:rsidR="00232FC9" w:rsidRPr="00232FC9" w:rsidRDefault="00232FC9" w:rsidP="00232FC9">
            <w:pPr>
              <w:spacing w:after="200" w:line="276" w:lineRule="auto"/>
            </w:pPr>
            <w:r w:rsidRPr="00232FC9">
              <w:rPr>
                <w:b/>
              </w:rPr>
              <w:t>Количество часов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7B277FA2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586DE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rPr>
                <w:b/>
              </w:rPr>
              <w:t>Дата изучения</w:t>
            </w:r>
          </w:p>
        </w:tc>
        <w:tc>
          <w:tcPr>
            <w:tcW w:w="4767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7C065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rPr>
                <w:b/>
              </w:rPr>
              <w:t>Виды деятельности</w:t>
            </w:r>
          </w:p>
        </w:tc>
        <w:tc>
          <w:tcPr>
            <w:tcW w:w="98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0B0008" w14:textId="77777777" w:rsidR="00232FC9" w:rsidRPr="00232FC9" w:rsidRDefault="00232FC9" w:rsidP="00232FC9">
            <w:pPr>
              <w:spacing w:after="200" w:line="276" w:lineRule="auto"/>
            </w:pPr>
            <w:r w:rsidRPr="00232FC9">
              <w:rPr>
                <w:b/>
              </w:rPr>
              <w:t>Виды, формы контроля</w:t>
            </w:r>
          </w:p>
        </w:tc>
        <w:tc>
          <w:tcPr>
            <w:tcW w:w="184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0D0C0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rPr>
                <w:b/>
              </w:rPr>
              <w:t>Электронные (цифровые) образовательные ресурсы</w:t>
            </w:r>
          </w:p>
        </w:tc>
      </w:tr>
      <w:tr w:rsidR="00232FC9" w:rsidRPr="00232FC9" w14:paraId="70AA3AC8" w14:textId="77777777" w:rsidTr="00D33B6C">
        <w:trPr>
          <w:trHeight w:val="576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3D6EEF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D5914E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3425F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rPr>
                <w:b/>
              </w:rPr>
              <w:t>всего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5A068C4" w14:textId="77777777" w:rsidR="00232FC9" w:rsidRPr="00232FC9" w:rsidRDefault="00232FC9" w:rsidP="00232FC9">
            <w:pPr>
              <w:spacing w:after="200" w:line="276" w:lineRule="auto"/>
            </w:pPr>
            <w:r w:rsidRPr="00232FC9">
              <w:rPr>
                <w:b/>
              </w:rPr>
              <w:t>контрольные работы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5DFF55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rPr>
                <w:b/>
              </w:rPr>
              <w:t>практические работы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D468D8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C6F691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EDF930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7D581D" w14:textId="77777777" w:rsidR="00232FC9" w:rsidRPr="00232FC9" w:rsidRDefault="00232FC9" w:rsidP="00232FC9">
            <w:pPr>
              <w:spacing w:after="200" w:line="276" w:lineRule="auto"/>
            </w:pPr>
          </w:p>
        </w:tc>
      </w:tr>
      <w:tr w:rsidR="00232FC9" w:rsidRPr="00934BAB" w14:paraId="20DD1A87" w14:textId="77777777" w:rsidTr="00D33B6C">
        <w:trPr>
          <w:trHeight w:val="348"/>
        </w:trPr>
        <w:tc>
          <w:tcPr>
            <w:tcW w:w="43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4D9DFA6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Раздел 1. </w:t>
            </w:r>
            <w:r w:rsidRPr="00232FC9">
              <w:rPr>
                <w:b/>
              </w:rPr>
              <w:t>Сведения о русском языке</w:t>
            </w:r>
          </w:p>
        </w:tc>
        <w:tc>
          <w:tcPr>
            <w:tcW w:w="1633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409B081F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16935F89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2EC4CF2E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4F4CEB55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9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54ECEAA1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84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14:paraId="1FF1F8A8" w14:textId="77777777" w:rsidR="00232FC9" w:rsidRPr="00232FC9" w:rsidRDefault="00232FC9" w:rsidP="00232FC9">
            <w:pPr>
              <w:spacing w:after="200" w:line="276" w:lineRule="auto"/>
            </w:pPr>
          </w:p>
        </w:tc>
      </w:tr>
      <w:tr w:rsidR="00232FC9" w:rsidRPr="00934BAB" w14:paraId="4D4693AB" w14:textId="77777777" w:rsidTr="00D33B6C">
        <w:trPr>
          <w:trHeight w:val="3806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4F6A2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1.1.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A96F4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Русский язык как государственный язык Российской Федерации. Знакомство с различными методами познания языка: наблюдение, анализ, лингвистический эксперимент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1FE23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35705B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2424E1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A7B310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8D5928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Коллективное прочтение статьи 68 Конституции Российской Федерации: «1. Государственным языком Российской Федерации на всей её территории является русский язык как язык государствообразующего народа, входящего в </w:t>
            </w:r>
            <w:proofErr w:type="spellStart"/>
            <w:r w:rsidRPr="00232FC9">
              <w:t>многона</w:t>
            </w:r>
            <w:proofErr w:type="spellEnd"/>
            <w:r w:rsidRPr="00232FC9">
              <w:t>​</w:t>
            </w:r>
            <w:proofErr w:type="spellStart"/>
            <w:r w:rsidRPr="00232FC9">
              <w:t>циональный</w:t>
            </w:r>
            <w:proofErr w:type="spellEnd"/>
            <w:r w:rsidRPr="00232FC9">
              <w:t xml:space="preserve"> союз равноправных народов Российской Феде​рации»; Рассказ​пояснение учителя на тему «Русский язык как государственный язык Российской Федерации»;</w:t>
            </w:r>
          </w:p>
          <w:p w14:paraId="62A2466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Учеб​</w:t>
            </w:r>
            <w:proofErr w:type="spellStart"/>
            <w:r w:rsidRPr="00232FC9">
              <w:t>ный</w:t>
            </w:r>
            <w:proofErr w:type="spellEnd"/>
            <w:r w:rsidRPr="00232FC9">
              <w:t xml:space="preserve"> диалог, в ходе которого формулируются суждения о многообразии языкового пространства </w:t>
            </w:r>
            <w:r w:rsidRPr="00232FC9">
              <w:lastRenderedPageBreak/>
              <w:t>России и о значении русского языка как государственного языка Российской Федерации;</w:t>
            </w:r>
          </w:p>
          <w:p w14:paraId="06737C1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придумать ситуацию применения русского языка как государственного языка Российской Федерации;</w:t>
            </w:r>
          </w:p>
          <w:p w14:paraId="176B56D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Обсуждение возможности использования лингвистического мини​эксперимента как метода изучения языка;</w:t>
            </w:r>
          </w:p>
          <w:p w14:paraId="0BEE641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Учебный диалог «Как выбирать источник информации при выполнении мини​-эксперимента?»;</w:t>
            </w:r>
          </w:p>
          <w:p w14:paraId="5381DFB4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Практические работы во всех разделах курса, в ходе которых развивается умение анализировать текстовую, графическую, звуковую информацию в соответствии с учебной задачей;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6FDC1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Устный опрос; письменный контроль;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5A9D0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https://resh.edu.ru https://uchi.ru/ https://education.yandex.ru</w:t>
            </w:r>
          </w:p>
        </w:tc>
      </w:tr>
      <w:tr w:rsidR="00232FC9" w:rsidRPr="00232FC9" w14:paraId="27F62B84" w14:textId="77777777" w:rsidTr="00D33B6C">
        <w:trPr>
          <w:trHeight w:val="348"/>
        </w:trPr>
        <w:tc>
          <w:tcPr>
            <w:tcW w:w="43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9BF29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Итого по разделу: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B590A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647B0054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 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5DC8700E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6D7FA53F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54F34BC2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9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14AE44A5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84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7C8C2862" w14:textId="77777777" w:rsidR="00232FC9" w:rsidRPr="00232FC9" w:rsidRDefault="00232FC9" w:rsidP="00232FC9">
            <w:pPr>
              <w:spacing w:after="200" w:line="276" w:lineRule="auto"/>
            </w:pPr>
          </w:p>
        </w:tc>
      </w:tr>
      <w:tr w:rsidR="00232FC9" w:rsidRPr="00232FC9" w14:paraId="530C6249" w14:textId="77777777" w:rsidTr="00D33B6C">
        <w:trPr>
          <w:trHeight w:val="348"/>
        </w:trPr>
        <w:tc>
          <w:tcPr>
            <w:tcW w:w="43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29F040C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 xml:space="preserve">Раздел 2. </w:t>
            </w:r>
            <w:r w:rsidRPr="00232FC9">
              <w:rPr>
                <w:b/>
              </w:rPr>
              <w:t>Фонетика и графика</w:t>
            </w:r>
          </w:p>
        </w:tc>
        <w:tc>
          <w:tcPr>
            <w:tcW w:w="1633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00F27D6C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71C24B42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45CE1791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0E6AECF8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9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3711B106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84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3CC0FF3C" w14:textId="77777777" w:rsidR="00232FC9" w:rsidRPr="00232FC9" w:rsidRDefault="00232FC9" w:rsidP="00232FC9">
            <w:pPr>
              <w:spacing w:after="200" w:line="276" w:lineRule="auto"/>
            </w:pPr>
          </w:p>
        </w:tc>
      </w:tr>
      <w:tr w:rsidR="00232FC9" w:rsidRPr="00934BAB" w14:paraId="46B4AEA6" w14:textId="77777777" w:rsidTr="00D33B6C">
        <w:trPr>
          <w:trHeight w:val="4202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235AE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2.1.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63BF6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Повторение: звуки русского языка:</w:t>
            </w:r>
          </w:p>
          <w:p w14:paraId="3DB226E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гласный/согласный, гласный ударный/безударный, согласный твёрдый/мягкий, парный/непарный, согласный глухой/звонкий, парный/непарный; функции разделительных мягкого и твёрдого знаков, условия использования на письме разделительных мягкого и твёрдого знаков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8A97E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0.5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F3212F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4CEA02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BA11B7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05465BC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Упражнение: определить существенный признак для </w:t>
            </w:r>
            <w:proofErr w:type="spellStart"/>
            <w:r w:rsidRPr="00232FC9">
              <w:t>класси</w:t>
            </w:r>
            <w:proofErr w:type="spellEnd"/>
            <w:r w:rsidRPr="00232FC9">
              <w:t>​</w:t>
            </w:r>
            <w:proofErr w:type="spellStart"/>
            <w:r w:rsidRPr="00232FC9">
              <w:t>фикации</w:t>
            </w:r>
            <w:proofErr w:type="spellEnd"/>
            <w:r w:rsidRPr="00232FC9">
              <w:t xml:space="preserve"> звуков;</w:t>
            </w:r>
          </w:p>
          <w:p w14:paraId="773C4B1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классификация предложенного набора звуков с последующей коллективной проверкой;</w:t>
            </w:r>
          </w:p>
          <w:p w14:paraId="5F18C09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Комментированное выполнение задания, связанного с </w:t>
            </w:r>
            <w:proofErr w:type="spellStart"/>
            <w:r w:rsidRPr="00232FC9">
              <w:t>объ</w:t>
            </w:r>
            <w:proofErr w:type="spellEnd"/>
            <w:r w:rsidRPr="00232FC9">
              <w:t>​</w:t>
            </w:r>
            <w:proofErr w:type="spellStart"/>
            <w:r w:rsidRPr="00232FC9">
              <w:t>яснением</w:t>
            </w:r>
            <w:proofErr w:type="spellEnd"/>
            <w:r w:rsidRPr="00232FC9">
              <w:t xml:space="preserve"> различий в звуко​буквенном составе слов с разделительными ь и ъ, в словах с непроизносимыми соглас​</w:t>
            </w:r>
            <w:proofErr w:type="spellStart"/>
            <w:r w:rsidRPr="00232FC9">
              <w:t>ными</w:t>
            </w:r>
            <w:proofErr w:type="spellEnd"/>
            <w:r w:rsidRPr="00232FC9">
              <w:t>;</w:t>
            </w:r>
          </w:p>
          <w:p w14:paraId="53A12C9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группах: определение соотношения количества звуков и букв в предложенном наборе слов, заполнение таблицы с тремя колонками: количество звуков равно количеству букв, количество звуков меньше количества букв, количество звуков больше количества букв;</w:t>
            </w:r>
          </w:p>
          <w:p w14:paraId="693928A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Самостоятельная работа по систематизации информации: записывать предложенный набор слов в алфавитном порядке; Дифференцированное задание: нахождение ошибок при выполнении задания расставить фамилии в алфавитном порядке; Практическая работа: расставить книги в библиотечном уголке класса в алфавитном порядке, ориентируясь на фамилию автора; Практическая работа при изучении всех разделов курса, связанная с применением знания алфавита при работе со словарями, справочниками;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D9493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Устный опрос; письменный контроль;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AD98AF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https://resh.edu.ru https://uchi.ru/ https://education.yandex.ru</w:t>
            </w:r>
          </w:p>
        </w:tc>
      </w:tr>
    </w:tbl>
    <w:p w14:paraId="1C9CE163" w14:textId="77777777" w:rsidR="00232FC9" w:rsidRPr="00232FC9" w:rsidRDefault="00232FC9" w:rsidP="00232FC9">
      <w:pPr>
        <w:rPr>
          <w:lang w:val="ru-RU"/>
        </w:rPr>
      </w:pPr>
    </w:p>
    <w:tbl>
      <w:tblPr>
        <w:tblStyle w:val="TableGrid"/>
        <w:tblW w:w="15501" w:type="dxa"/>
        <w:tblInd w:w="6" w:type="dxa"/>
        <w:tblCellMar>
          <w:top w:w="114" w:type="dxa"/>
          <w:left w:w="78" w:type="dxa"/>
          <w:right w:w="73" w:type="dxa"/>
        </w:tblCellMar>
        <w:tblLook w:val="04A0" w:firstRow="1" w:lastRow="0" w:firstColumn="1" w:lastColumn="0" w:noHBand="0" w:noVBand="1"/>
      </w:tblPr>
      <w:tblGrid>
        <w:gridCol w:w="485"/>
        <w:gridCol w:w="3476"/>
        <w:gridCol w:w="510"/>
        <w:gridCol w:w="907"/>
        <w:gridCol w:w="936"/>
        <w:gridCol w:w="669"/>
        <w:gridCol w:w="4271"/>
        <w:gridCol w:w="1425"/>
        <w:gridCol w:w="2822"/>
      </w:tblGrid>
      <w:tr w:rsidR="00232FC9" w:rsidRPr="00934BAB" w14:paraId="1217D338" w14:textId="77777777" w:rsidTr="00D33B6C">
        <w:trPr>
          <w:trHeight w:val="419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7F4697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2.2.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C3EE77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Соотношение звукового и буквенного состава в словах с разделительными </w:t>
            </w:r>
            <w:r w:rsidRPr="00232FC9">
              <w:rPr>
                <w:b/>
              </w:rPr>
              <w:t>ь</w:t>
            </w:r>
            <w:r w:rsidRPr="00232FC9">
              <w:t xml:space="preserve"> и </w:t>
            </w:r>
            <w:r w:rsidRPr="00232FC9">
              <w:rPr>
                <w:b/>
              </w:rPr>
              <w:t>ъ</w:t>
            </w:r>
            <w:r w:rsidRPr="00232FC9">
              <w:t>, в словах с непроизносимыми согласными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A01C6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6D8437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75F6B2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85AD6F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5B3997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Упражнение: определить существенный признак для </w:t>
            </w:r>
            <w:proofErr w:type="spellStart"/>
            <w:r w:rsidRPr="00232FC9">
              <w:t>класси</w:t>
            </w:r>
            <w:proofErr w:type="spellEnd"/>
            <w:r w:rsidRPr="00232FC9">
              <w:t>​</w:t>
            </w:r>
            <w:proofErr w:type="spellStart"/>
            <w:r w:rsidRPr="00232FC9">
              <w:t>фикации</w:t>
            </w:r>
            <w:proofErr w:type="spellEnd"/>
            <w:r w:rsidRPr="00232FC9">
              <w:t xml:space="preserve"> звуков;</w:t>
            </w:r>
          </w:p>
          <w:p w14:paraId="0FBD448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классификация предложенного набора звуков с последующей коллективной проверкой;</w:t>
            </w:r>
          </w:p>
          <w:p w14:paraId="6AFA7F6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Комментированное выполнение задания, связанного с </w:t>
            </w:r>
            <w:proofErr w:type="spellStart"/>
            <w:r w:rsidRPr="00232FC9">
              <w:t>объ</w:t>
            </w:r>
            <w:proofErr w:type="spellEnd"/>
            <w:r w:rsidRPr="00232FC9">
              <w:t>​</w:t>
            </w:r>
            <w:proofErr w:type="spellStart"/>
            <w:r w:rsidRPr="00232FC9">
              <w:t>яснением</w:t>
            </w:r>
            <w:proofErr w:type="spellEnd"/>
            <w:r w:rsidRPr="00232FC9">
              <w:t xml:space="preserve"> различий в звуко​буквенном составе слов с разделительными ь и ъ, в словах с непроизносимыми соглас​</w:t>
            </w:r>
            <w:proofErr w:type="spellStart"/>
            <w:r w:rsidRPr="00232FC9">
              <w:t>ными</w:t>
            </w:r>
            <w:proofErr w:type="spellEnd"/>
            <w:r w:rsidRPr="00232FC9">
              <w:t>;</w:t>
            </w:r>
          </w:p>
          <w:p w14:paraId="26F576A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группах: определение соотношения количества звуков и букв в предложенном наборе слов, заполнение таблицы с тремя колонками: количество звуков равно количеству букв, количество звуков меньше количества букв, количество звуков больше количества букв;</w:t>
            </w:r>
          </w:p>
          <w:p w14:paraId="31D559A8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Самостоятельная работа по систематизации информации: записывать предложенный набор слов в алфавитном порядке; Дифференцированное задание: нахождение ошибок при выполнении задания расставить фамилии в алфавитном порядке; Практическая работа: расставить книги в библиотечном уголке класса в алфавитном порядке, ориентируясь на фамилию автора; Практическая работа при изучении всех разделов курса, </w:t>
            </w:r>
            <w:r w:rsidRPr="00232FC9">
              <w:lastRenderedPageBreak/>
              <w:t>связанная с применением знания алфавита при работе со словарями, справочниками;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DD40F8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Устный опрос; письменный контроль;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125A1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https://resh.edu.ru https://uchi.ru/ https://education.yandex.ru</w:t>
            </w:r>
          </w:p>
        </w:tc>
      </w:tr>
      <w:tr w:rsidR="00232FC9" w:rsidRPr="00934BAB" w14:paraId="05999921" w14:textId="77777777" w:rsidTr="00D33B6C">
        <w:trPr>
          <w:trHeight w:val="4479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0EC62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2.3.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D5034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Использование алфавита при работе со словарями, справочниками, каталогами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EBF30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0.5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D7B992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F7084D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06723F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59D9E4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;</w:t>
            </w:r>
          </w:p>
          <w:p w14:paraId="3208D51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Упражнение: определить существенный признак для </w:t>
            </w:r>
            <w:proofErr w:type="spellStart"/>
            <w:r w:rsidRPr="00232FC9">
              <w:t>класси</w:t>
            </w:r>
            <w:proofErr w:type="spellEnd"/>
            <w:r w:rsidRPr="00232FC9">
              <w:t>​</w:t>
            </w:r>
            <w:proofErr w:type="spellStart"/>
            <w:r w:rsidRPr="00232FC9">
              <w:t>фикации</w:t>
            </w:r>
            <w:proofErr w:type="spellEnd"/>
            <w:r w:rsidRPr="00232FC9">
              <w:t xml:space="preserve"> звуков;</w:t>
            </w:r>
          </w:p>
          <w:p w14:paraId="17E3EEA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классификация предложенного набора звуков с последующей коллективной проверкой;</w:t>
            </w:r>
          </w:p>
          <w:p w14:paraId="1E4877C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Комментированное выполнение задания, связанного с </w:t>
            </w:r>
            <w:proofErr w:type="spellStart"/>
            <w:r w:rsidRPr="00232FC9">
              <w:t>объ</w:t>
            </w:r>
            <w:proofErr w:type="spellEnd"/>
            <w:r w:rsidRPr="00232FC9">
              <w:t>​</w:t>
            </w:r>
            <w:proofErr w:type="spellStart"/>
            <w:r w:rsidRPr="00232FC9">
              <w:t>яснением</w:t>
            </w:r>
            <w:proofErr w:type="spellEnd"/>
            <w:r w:rsidRPr="00232FC9">
              <w:t xml:space="preserve"> различий в звуко​буквенном составе слов с разделительными ь и ъ, в словах с непроизносимыми соглас​</w:t>
            </w:r>
            <w:proofErr w:type="spellStart"/>
            <w:r w:rsidRPr="00232FC9">
              <w:t>ными</w:t>
            </w:r>
            <w:proofErr w:type="spellEnd"/>
            <w:r w:rsidRPr="00232FC9">
              <w:t>;</w:t>
            </w:r>
          </w:p>
          <w:p w14:paraId="5D28F79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Работа в группах: определение соотношения количества звуков и букв в предложенном наборе слов, заполнение таблицы с тремя колонками: количество звуков равно </w:t>
            </w:r>
            <w:r w:rsidRPr="00232FC9">
              <w:lastRenderedPageBreak/>
              <w:t>количеству букв, количество звуков меньше количества букв, количество звуков больше количества букв;</w:t>
            </w:r>
          </w:p>
          <w:p w14:paraId="07AE7EC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Самостоятельная работа по систематизации информации: записывать предложенный набор слов в алфавитном порядке; Дифференцированное задание: нахождение ошибок при выполнении задания расставить фамилии в алфавитном порядке; Практическая работа: расставить книги в библиотечном уголке класса в алфавитном порядке, ориентируясь на фамилию автора; Практическая работа при изучении всех разделов курса, связанная с применением знания алфавита при работе со словарями, справочниками;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431B0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Устный опрос; письменный контроль;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70708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https://resh.edu.ru https://uchi.ru/ https://education.yandex.ru</w:t>
            </w:r>
          </w:p>
        </w:tc>
      </w:tr>
      <w:tr w:rsidR="00232FC9" w:rsidRPr="00232FC9" w14:paraId="2F6C89A9" w14:textId="77777777" w:rsidTr="00D33B6C">
        <w:trPr>
          <w:trHeight w:val="348"/>
        </w:trPr>
        <w:tc>
          <w:tcPr>
            <w:tcW w:w="43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942F4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Итого по разделу: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E76C2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2</w:t>
            </w:r>
          </w:p>
        </w:tc>
        <w:tc>
          <w:tcPr>
            <w:tcW w:w="1065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2DADA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 </w:t>
            </w:r>
          </w:p>
        </w:tc>
      </w:tr>
      <w:tr w:rsidR="00232FC9" w:rsidRPr="00232FC9" w14:paraId="33782214" w14:textId="77777777" w:rsidTr="00D33B6C">
        <w:trPr>
          <w:trHeight w:val="348"/>
        </w:trPr>
        <w:tc>
          <w:tcPr>
            <w:tcW w:w="1550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E9DAB4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Раздел 3. </w:t>
            </w:r>
            <w:r w:rsidRPr="00232FC9">
              <w:rPr>
                <w:b/>
              </w:rPr>
              <w:t>Лексика</w:t>
            </w:r>
          </w:p>
        </w:tc>
      </w:tr>
    </w:tbl>
    <w:p w14:paraId="22C02851" w14:textId="77777777" w:rsidR="00232FC9" w:rsidRPr="00232FC9" w:rsidRDefault="00232FC9" w:rsidP="00232FC9">
      <w:pPr>
        <w:rPr>
          <w:lang w:val="ru-RU"/>
        </w:rPr>
      </w:pPr>
    </w:p>
    <w:tbl>
      <w:tblPr>
        <w:tblStyle w:val="TableGrid"/>
        <w:tblW w:w="15501" w:type="dxa"/>
        <w:tblInd w:w="6" w:type="dxa"/>
        <w:tblCellMar>
          <w:top w:w="114" w:type="dxa"/>
          <w:left w:w="78" w:type="dxa"/>
          <w:right w:w="73" w:type="dxa"/>
        </w:tblCellMar>
        <w:tblLook w:val="04A0" w:firstRow="1" w:lastRow="0" w:firstColumn="1" w:lastColumn="0" w:noHBand="0" w:noVBand="1"/>
      </w:tblPr>
      <w:tblGrid>
        <w:gridCol w:w="485"/>
        <w:gridCol w:w="3413"/>
        <w:gridCol w:w="482"/>
        <w:gridCol w:w="934"/>
        <w:gridCol w:w="963"/>
        <w:gridCol w:w="687"/>
        <w:gridCol w:w="4290"/>
        <w:gridCol w:w="1425"/>
        <w:gridCol w:w="2822"/>
      </w:tblGrid>
      <w:tr w:rsidR="00232FC9" w:rsidRPr="00934BAB" w14:paraId="659174CF" w14:textId="77777777" w:rsidTr="00D33B6C">
        <w:trPr>
          <w:trHeight w:val="766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D7771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3.1.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010BD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Повторение: лексическое значение слова.</w:t>
            </w:r>
          </w:p>
          <w:p w14:paraId="342F35E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 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34BF9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A7767A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78DFA5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286EB2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92B6D84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Учебный диалог «Как можно узнать значение незнакомого слова?»; Рассказ учителя «Способы толкования лексического </w:t>
            </w:r>
            <w:proofErr w:type="spellStart"/>
            <w:r w:rsidRPr="00232FC9">
              <w:t>значе</w:t>
            </w:r>
            <w:proofErr w:type="spellEnd"/>
            <w:r w:rsidRPr="00232FC9">
              <w:t>​</w:t>
            </w:r>
            <w:proofErr w:type="spellStart"/>
            <w:r w:rsidRPr="00232FC9">
              <w:t>ния</w:t>
            </w:r>
            <w:proofErr w:type="spellEnd"/>
            <w:r w:rsidRPr="00232FC9">
              <w:t xml:space="preserve"> слова»;</w:t>
            </w:r>
          </w:p>
          <w:p w14:paraId="22154C67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Наблюдение за структурой словарной статьи;</w:t>
            </w:r>
          </w:p>
          <w:p w14:paraId="2620D107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 с учебным толковым словарём, поиск в словаре значений нескольких слов, целью работы является освоение в процессе практической деятельности принципа построения толкового словаря;</w:t>
            </w:r>
          </w:p>
          <w:p w14:paraId="53FFC99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Самостоятельная работа: выписывание значений слов из толкового словаря в учебнике или из толкового словаря на бумажном или электронном носителе;</w:t>
            </w:r>
          </w:p>
          <w:p w14:paraId="16E49938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Творческое задание: составление словарных статей, </w:t>
            </w:r>
            <w:proofErr w:type="spellStart"/>
            <w:r w:rsidRPr="00232FC9">
              <w:t>объясня</w:t>
            </w:r>
            <w:proofErr w:type="spellEnd"/>
            <w:r w:rsidRPr="00232FC9">
              <w:t>​</w:t>
            </w:r>
            <w:proofErr w:type="spellStart"/>
            <w:r w:rsidRPr="00232FC9">
              <w:t>ющих</w:t>
            </w:r>
            <w:proofErr w:type="spellEnd"/>
            <w:r w:rsidRPr="00232FC9">
              <w:t xml:space="preserve"> слова, о значении которых удалось догадаться по контексту, с последующим сравнением составленного </w:t>
            </w:r>
            <w:proofErr w:type="spellStart"/>
            <w:r w:rsidRPr="00232FC9">
              <w:t>толко</w:t>
            </w:r>
            <w:proofErr w:type="spellEnd"/>
            <w:r w:rsidRPr="00232FC9">
              <w:t>​</w:t>
            </w:r>
            <w:proofErr w:type="spellStart"/>
            <w:r w:rsidRPr="00232FC9">
              <w:t>вания</w:t>
            </w:r>
            <w:proofErr w:type="spellEnd"/>
            <w:r w:rsidRPr="00232FC9">
              <w:t xml:space="preserve"> со словарной статьёй в учебном толковом словаре;</w:t>
            </w:r>
          </w:p>
          <w:p w14:paraId="5AD6AF24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ведение собственных толковых словариков; Наблюдение за употреблением слов в переносном значении с использованием юмористических рисунков;</w:t>
            </w:r>
          </w:p>
          <w:p w14:paraId="7909E1F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Комментированное выполнение </w:t>
            </w:r>
            <w:r w:rsidRPr="00232FC9">
              <w:lastRenderedPageBreak/>
              <w:t>заданий, направленных на развитие умения анализировать употребление в тексте слов в прямом и переносном значении;</w:t>
            </w:r>
          </w:p>
          <w:p w14:paraId="0B2E1A5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Работа в парах: нахождение в тексте слов в переносном значении; Работа в группах: работа с ситуациями, в которых </w:t>
            </w:r>
            <w:proofErr w:type="spellStart"/>
            <w:r w:rsidRPr="00232FC9">
              <w:t>необходи</w:t>
            </w:r>
            <w:proofErr w:type="spellEnd"/>
            <w:r w:rsidRPr="00232FC9">
              <w:t>​</w:t>
            </w:r>
            <w:proofErr w:type="spellStart"/>
            <w:r w:rsidRPr="00232FC9">
              <w:t>мо</w:t>
            </w:r>
            <w:proofErr w:type="spellEnd"/>
            <w:r w:rsidRPr="00232FC9">
              <w:t xml:space="preserve"> сравнивать прямое и переносное значение слов, подбирать предложения, в которых слово употреблено в прямом/ переносном значении;</w:t>
            </w:r>
          </w:p>
          <w:p w14:paraId="02B661F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Учебный диалог «По каким причинам слова выходят из употребления?», высказывание предположений с последую​</w:t>
            </w:r>
            <w:proofErr w:type="spellStart"/>
            <w:r w:rsidRPr="00232FC9">
              <w:t>щим</w:t>
            </w:r>
            <w:proofErr w:type="spellEnd"/>
            <w:r w:rsidRPr="00232FC9">
              <w:t xml:space="preserve"> сопоставлением предположений с информацией в учеб​нике; Работа в парах: соотнесение устаревших слов с их </w:t>
            </w:r>
            <w:proofErr w:type="spellStart"/>
            <w:r w:rsidRPr="00232FC9">
              <w:t>современ</w:t>
            </w:r>
            <w:proofErr w:type="spellEnd"/>
            <w:r w:rsidRPr="00232FC9">
              <w:t>​</w:t>
            </w:r>
            <w:proofErr w:type="spellStart"/>
            <w:r w:rsidRPr="00232FC9">
              <w:t>ными</w:t>
            </w:r>
            <w:proofErr w:type="spellEnd"/>
            <w:r w:rsidRPr="00232FC9">
              <w:t xml:space="preserve"> синонимами;</w:t>
            </w:r>
          </w:p>
          <w:p w14:paraId="29D9F89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группах: нахождение в тексте устаревших слов и установление их значения;</w:t>
            </w:r>
          </w:p>
          <w:p w14:paraId="2A22458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Проектное задание: составление (в процессе коллективной деятельности или самостоятельно) словаря устаревших слов по материалам работы со сказками на уроках «Литературно​го чтения»; Творческое задание: придумать несколько ситуаций, в кото​</w:t>
            </w:r>
            <w:proofErr w:type="spellStart"/>
            <w:r w:rsidRPr="00232FC9">
              <w:t>рых</w:t>
            </w:r>
            <w:proofErr w:type="spellEnd"/>
            <w:r w:rsidRPr="00232FC9">
              <w:t xml:space="preserve"> возникает необходимость </w:t>
            </w:r>
            <w:r w:rsidRPr="00232FC9">
              <w:lastRenderedPageBreak/>
              <w:t xml:space="preserve">использования </w:t>
            </w:r>
            <w:proofErr w:type="spellStart"/>
            <w:r w:rsidRPr="00232FC9">
              <w:t>дополнитель</w:t>
            </w:r>
            <w:proofErr w:type="spellEnd"/>
            <w:r w:rsidRPr="00232FC9">
              <w:t>​</w:t>
            </w:r>
            <w:proofErr w:type="spellStart"/>
            <w:r w:rsidRPr="00232FC9">
              <w:t>ных</w:t>
            </w:r>
            <w:proofErr w:type="spellEnd"/>
            <w:r w:rsidRPr="00232FC9">
              <w:t xml:space="preserve"> источников для уточнения значения слова;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D1E48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Устный опрос; письменный контроль;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39918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https://resh.edu.ru https://uchi.ru/ https://education.yandex.ru</w:t>
            </w:r>
          </w:p>
        </w:tc>
      </w:tr>
    </w:tbl>
    <w:p w14:paraId="183B17F2" w14:textId="77777777" w:rsidR="00232FC9" w:rsidRPr="00232FC9" w:rsidRDefault="00232FC9" w:rsidP="00232FC9">
      <w:pPr>
        <w:rPr>
          <w:lang w:val="ru-RU"/>
        </w:rPr>
      </w:pPr>
    </w:p>
    <w:tbl>
      <w:tblPr>
        <w:tblStyle w:val="TableGrid"/>
        <w:tblW w:w="15501" w:type="dxa"/>
        <w:tblInd w:w="6" w:type="dxa"/>
        <w:tblCellMar>
          <w:top w:w="114" w:type="dxa"/>
          <w:left w:w="78" w:type="dxa"/>
          <w:right w:w="73" w:type="dxa"/>
        </w:tblCellMar>
        <w:tblLook w:val="04A0" w:firstRow="1" w:lastRow="0" w:firstColumn="1" w:lastColumn="0" w:noHBand="0" w:noVBand="1"/>
      </w:tblPr>
      <w:tblGrid>
        <w:gridCol w:w="485"/>
        <w:gridCol w:w="3463"/>
        <w:gridCol w:w="480"/>
        <w:gridCol w:w="925"/>
        <w:gridCol w:w="954"/>
        <w:gridCol w:w="681"/>
        <w:gridCol w:w="4266"/>
        <w:gridCol w:w="1425"/>
        <w:gridCol w:w="2822"/>
      </w:tblGrid>
      <w:tr w:rsidR="00232FC9" w:rsidRPr="00934BAB" w14:paraId="4838C0C0" w14:textId="77777777" w:rsidTr="00D33B6C">
        <w:trPr>
          <w:trHeight w:val="7732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12643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3.2.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9BB93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Прямое и переносное значение слова (ознакомление).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1D835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4587D0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780850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E39F0F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59CC8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Учебный диалог «Как можно узнать значение незнакомого слова?»; Рассказ учителя «Способы толкования лексического </w:t>
            </w:r>
            <w:proofErr w:type="spellStart"/>
            <w:r w:rsidRPr="00232FC9">
              <w:t>значе</w:t>
            </w:r>
            <w:proofErr w:type="spellEnd"/>
            <w:r w:rsidRPr="00232FC9">
              <w:t>​</w:t>
            </w:r>
            <w:proofErr w:type="spellStart"/>
            <w:r w:rsidRPr="00232FC9">
              <w:t>ния</w:t>
            </w:r>
            <w:proofErr w:type="spellEnd"/>
            <w:r w:rsidRPr="00232FC9">
              <w:t xml:space="preserve"> слова»;</w:t>
            </w:r>
          </w:p>
          <w:p w14:paraId="4E092FB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Наблюдение за структурой словарной статьи;</w:t>
            </w:r>
          </w:p>
          <w:p w14:paraId="517847E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 с учебным толковым словарём, поиск в словаре значений нескольких слов, целью работы является освоение в процессе практической деятельности принципа построения толкового словаря;</w:t>
            </w:r>
          </w:p>
          <w:p w14:paraId="0E6C8E78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Самостоятельная работа: выписывание значений слов из толкового словаря в учебнике или из толкового словаря на бумажном или электронном носителе;</w:t>
            </w:r>
          </w:p>
          <w:p w14:paraId="75A2419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Творческое задание: составление словарных статей, </w:t>
            </w:r>
            <w:proofErr w:type="spellStart"/>
            <w:r w:rsidRPr="00232FC9">
              <w:t>объясня</w:t>
            </w:r>
            <w:proofErr w:type="spellEnd"/>
            <w:r w:rsidRPr="00232FC9">
              <w:t>​</w:t>
            </w:r>
            <w:proofErr w:type="spellStart"/>
            <w:r w:rsidRPr="00232FC9">
              <w:t>ющих</w:t>
            </w:r>
            <w:proofErr w:type="spellEnd"/>
            <w:r w:rsidRPr="00232FC9">
              <w:t xml:space="preserve"> слова, о значении которых удалось догадаться по контексту, с последующим сравнением составленного </w:t>
            </w:r>
            <w:proofErr w:type="spellStart"/>
            <w:r w:rsidRPr="00232FC9">
              <w:t>толко</w:t>
            </w:r>
            <w:proofErr w:type="spellEnd"/>
            <w:r w:rsidRPr="00232FC9">
              <w:t>​</w:t>
            </w:r>
            <w:proofErr w:type="spellStart"/>
            <w:r w:rsidRPr="00232FC9">
              <w:t>вания</w:t>
            </w:r>
            <w:proofErr w:type="spellEnd"/>
            <w:r w:rsidRPr="00232FC9">
              <w:t xml:space="preserve"> со словарной статьёй в учебном толковом словаре;</w:t>
            </w:r>
          </w:p>
          <w:p w14:paraId="6CBC5B28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ведение собственных толковых словариков; Наблюдение за употреблением слов в переносном значении с использованием юмористических рисунков;</w:t>
            </w:r>
          </w:p>
          <w:p w14:paraId="11020B0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Комментированное выполнение </w:t>
            </w:r>
            <w:r w:rsidRPr="00232FC9">
              <w:lastRenderedPageBreak/>
              <w:t>заданий, направленных на развитие умения анализировать употребление в тексте слов в прямом и переносном значении;</w:t>
            </w:r>
          </w:p>
          <w:p w14:paraId="166E3BB4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Работа в парах: нахождение в тексте слов в переносном значении; Работа в группах: работа с ситуациями, в которых </w:t>
            </w:r>
            <w:proofErr w:type="spellStart"/>
            <w:r w:rsidRPr="00232FC9">
              <w:t>необходи</w:t>
            </w:r>
            <w:proofErr w:type="spellEnd"/>
            <w:r w:rsidRPr="00232FC9">
              <w:t>​</w:t>
            </w:r>
            <w:proofErr w:type="spellStart"/>
            <w:r w:rsidRPr="00232FC9">
              <w:t>мо</w:t>
            </w:r>
            <w:proofErr w:type="spellEnd"/>
            <w:r w:rsidRPr="00232FC9">
              <w:t xml:space="preserve"> сравнивать прямое и переносное значение слов, подбирать предложения, в которых слово употреблено в прямом/ переносном значении;</w:t>
            </w:r>
          </w:p>
          <w:p w14:paraId="1DF51D4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Учебный диалог «По каким причинам слова выходят из употребления?», высказывание предположений с последую​</w:t>
            </w:r>
            <w:proofErr w:type="spellStart"/>
            <w:r w:rsidRPr="00232FC9">
              <w:t>щим</w:t>
            </w:r>
            <w:proofErr w:type="spellEnd"/>
            <w:r w:rsidRPr="00232FC9">
              <w:t xml:space="preserve"> сопоставлением предположений с информацией в учеб​нике; Работа в парах: соотнесение устаревших слов с их </w:t>
            </w:r>
            <w:proofErr w:type="spellStart"/>
            <w:r w:rsidRPr="00232FC9">
              <w:t>современ</w:t>
            </w:r>
            <w:proofErr w:type="spellEnd"/>
            <w:r w:rsidRPr="00232FC9">
              <w:t>​</w:t>
            </w:r>
            <w:proofErr w:type="spellStart"/>
            <w:r w:rsidRPr="00232FC9">
              <w:t>ными</w:t>
            </w:r>
            <w:proofErr w:type="spellEnd"/>
            <w:r w:rsidRPr="00232FC9">
              <w:t xml:space="preserve"> синонимами;</w:t>
            </w:r>
          </w:p>
          <w:p w14:paraId="5F7182D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группах: нахождение в тексте устаревших слов и установление их значения;</w:t>
            </w:r>
          </w:p>
          <w:p w14:paraId="20B6301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Проектное задание: составление (в процессе коллективной деятельности или самостоятельно) словаря устаревших слов по материалам работы со сказками на уроках «Литературно​го чтения»; Творческое задание: придумать несколько ситуаций, в кото​</w:t>
            </w:r>
            <w:proofErr w:type="spellStart"/>
            <w:r w:rsidRPr="00232FC9">
              <w:t>рых</w:t>
            </w:r>
            <w:proofErr w:type="spellEnd"/>
            <w:r w:rsidRPr="00232FC9">
              <w:t xml:space="preserve"> возникает необходимость </w:t>
            </w:r>
            <w:r w:rsidRPr="00232FC9">
              <w:lastRenderedPageBreak/>
              <w:t xml:space="preserve">использования </w:t>
            </w:r>
            <w:proofErr w:type="spellStart"/>
            <w:r w:rsidRPr="00232FC9">
              <w:t>дополнитель</w:t>
            </w:r>
            <w:proofErr w:type="spellEnd"/>
            <w:r w:rsidRPr="00232FC9">
              <w:t>​</w:t>
            </w:r>
            <w:proofErr w:type="spellStart"/>
            <w:r w:rsidRPr="00232FC9">
              <w:t>ных</w:t>
            </w:r>
            <w:proofErr w:type="spellEnd"/>
            <w:r w:rsidRPr="00232FC9">
              <w:t xml:space="preserve"> источников для уточнения значения слова;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602AC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Устный опрос; письменный контроль;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565CF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https://resh.edu.ru https://uchi.ru/ https://education.yandex.ru</w:t>
            </w:r>
          </w:p>
        </w:tc>
      </w:tr>
    </w:tbl>
    <w:p w14:paraId="444763EF" w14:textId="77777777" w:rsidR="00232FC9" w:rsidRPr="00232FC9" w:rsidRDefault="00232FC9" w:rsidP="00232FC9">
      <w:pPr>
        <w:rPr>
          <w:lang w:val="ru-RU"/>
        </w:rPr>
      </w:pPr>
    </w:p>
    <w:tbl>
      <w:tblPr>
        <w:tblStyle w:val="TableGrid"/>
        <w:tblW w:w="15501" w:type="dxa"/>
        <w:tblInd w:w="6" w:type="dxa"/>
        <w:tblCellMar>
          <w:top w:w="114" w:type="dxa"/>
          <w:left w:w="78" w:type="dxa"/>
          <w:right w:w="73" w:type="dxa"/>
        </w:tblCellMar>
        <w:tblLook w:val="04A0" w:firstRow="1" w:lastRow="0" w:firstColumn="1" w:lastColumn="0" w:noHBand="0" w:noVBand="1"/>
      </w:tblPr>
      <w:tblGrid>
        <w:gridCol w:w="485"/>
        <w:gridCol w:w="3457"/>
        <w:gridCol w:w="480"/>
        <w:gridCol w:w="926"/>
        <w:gridCol w:w="955"/>
        <w:gridCol w:w="682"/>
        <w:gridCol w:w="4269"/>
        <w:gridCol w:w="1425"/>
        <w:gridCol w:w="2822"/>
      </w:tblGrid>
      <w:tr w:rsidR="00232FC9" w:rsidRPr="00934BAB" w14:paraId="4E09C9CC" w14:textId="77777777" w:rsidTr="00D33B6C">
        <w:trPr>
          <w:trHeight w:val="772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D1AE08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3.3.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0E1317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Устаревшие слова (ознакомление)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FF3D5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1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DFFC60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E1F8AB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0D9375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ADED97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Учебный диалог «Как можно узнать значение незнакомого слова?»; Рассказ учителя «Способы толкования лексического </w:t>
            </w:r>
            <w:proofErr w:type="spellStart"/>
            <w:r w:rsidRPr="00232FC9">
              <w:t>значе</w:t>
            </w:r>
            <w:proofErr w:type="spellEnd"/>
            <w:r w:rsidRPr="00232FC9">
              <w:t>​</w:t>
            </w:r>
            <w:proofErr w:type="spellStart"/>
            <w:r w:rsidRPr="00232FC9">
              <w:t>ния</w:t>
            </w:r>
            <w:proofErr w:type="spellEnd"/>
            <w:r w:rsidRPr="00232FC9">
              <w:t xml:space="preserve"> слова»;</w:t>
            </w:r>
          </w:p>
          <w:p w14:paraId="02490AF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Наблюдение за структурой словарной статьи;</w:t>
            </w:r>
          </w:p>
          <w:p w14:paraId="47374947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 с учебным толковым словарём, поиск в словаре значений нескольких слов, целью работы является освоение в процессе практической деятельности принципа построения толкового словаря;</w:t>
            </w:r>
          </w:p>
          <w:p w14:paraId="2F02F99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Самостоятельная работа: выписывание значений слов из толкового словаря в учебнике или из толкового словаря на бумажном или электронном носителе;</w:t>
            </w:r>
          </w:p>
          <w:p w14:paraId="202D192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Творческое задание: составление словарных статей, </w:t>
            </w:r>
            <w:proofErr w:type="spellStart"/>
            <w:r w:rsidRPr="00232FC9">
              <w:t>объясня</w:t>
            </w:r>
            <w:proofErr w:type="spellEnd"/>
            <w:r w:rsidRPr="00232FC9">
              <w:t>​</w:t>
            </w:r>
            <w:proofErr w:type="spellStart"/>
            <w:r w:rsidRPr="00232FC9">
              <w:t>ющих</w:t>
            </w:r>
            <w:proofErr w:type="spellEnd"/>
            <w:r w:rsidRPr="00232FC9">
              <w:t xml:space="preserve"> слова, о значении которых удалось догадаться по контексту, с последующим сравнением составленного </w:t>
            </w:r>
            <w:proofErr w:type="spellStart"/>
            <w:r w:rsidRPr="00232FC9">
              <w:t>толко</w:t>
            </w:r>
            <w:proofErr w:type="spellEnd"/>
            <w:r w:rsidRPr="00232FC9">
              <w:t>​</w:t>
            </w:r>
            <w:proofErr w:type="spellStart"/>
            <w:r w:rsidRPr="00232FC9">
              <w:t>вания</w:t>
            </w:r>
            <w:proofErr w:type="spellEnd"/>
            <w:r w:rsidRPr="00232FC9">
              <w:t xml:space="preserve"> со словарной статьёй в учебном толковом словаре;</w:t>
            </w:r>
          </w:p>
          <w:p w14:paraId="7D2BA398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ведение собственных толковых словариков; Наблюдение за употреблением слов в переносном значении с использованием юмористических рисунков;</w:t>
            </w:r>
          </w:p>
          <w:p w14:paraId="0E2FECA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Комментированное выполнение </w:t>
            </w:r>
            <w:r w:rsidRPr="00232FC9">
              <w:lastRenderedPageBreak/>
              <w:t>заданий, направленных на развитие умения анализировать употребление в тексте слов в прямом и переносном значении;</w:t>
            </w:r>
          </w:p>
          <w:p w14:paraId="5F9705B4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Работа в парах: нахождение в тексте слов в переносном значении; Работа в группах: работа с ситуациями, в которых </w:t>
            </w:r>
            <w:proofErr w:type="spellStart"/>
            <w:r w:rsidRPr="00232FC9">
              <w:t>необходи</w:t>
            </w:r>
            <w:proofErr w:type="spellEnd"/>
            <w:r w:rsidRPr="00232FC9">
              <w:t>​</w:t>
            </w:r>
            <w:proofErr w:type="spellStart"/>
            <w:r w:rsidRPr="00232FC9">
              <w:t>мо</w:t>
            </w:r>
            <w:proofErr w:type="spellEnd"/>
            <w:r w:rsidRPr="00232FC9">
              <w:t xml:space="preserve"> сравнивать прямое и переносное значение слов, подбирать предложения, в которых слово употреблено в прямом/ переносном значении;</w:t>
            </w:r>
          </w:p>
          <w:p w14:paraId="3FC2C35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Учебный диалог «По каким причинам слова выходят из употребления?», высказывание предположений с последую​</w:t>
            </w:r>
            <w:proofErr w:type="spellStart"/>
            <w:r w:rsidRPr="00232FC9">
              <w:t>щим</w:t>
            </w:r>
            <w:proofErr w:type="spellEnd"/>
            <w:r w:rsidRPr="00232FC9">
              <w:t xml:space="preserve"> сопоставлением предположений с информацией в учеб​нике; Работа в парах: соотнесение устаревших слов с их </w:t>
            </w:r>
            <w:proofErr w:type="spellStart"/>
            <w:r w:rsidRPr="00232FC9">
              <w:t>современ</w:t>
            </w:r>
            <w:proofErr w:type="spellEnd"/>
            <w:r w:rsidRPr="00232FC9">
              <w:t>​</w:t>
            </w:r>
            <w:proofErr w:type="spellStart"/>
            <w:r w:rsidRPr="00232FC9">
              <w:t>ными</w:t>
            </w:r>
            <w:proofErr w:type="spellEnd"/>
            <w:r w:rsidRPr="00232FC9">
              <w:t xml:space="preserve"> синонимами;</w:t>
            </w:r>
          </w:p>
          <w:p w14:paraId="2DCC277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группах: нахождение в тексте устаревших слов и установление их значения;</w:t>
            </w:r>
          </w:p>
          <w:p w14:paraId="0C11B6D4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Проектное задание: составление (в процессе коллективной деятельности или самостоятельно) словаря устаревших слов по материалам работы со сказками на уроках «Литературно​го чтения»; Творческое задание: придумать несколько ситуаций, в кото​</w:t>
            </w:r>
            <w:proofErr w:type="spellStart"/>
            <w:r w:rsidRPr="00232FC9">
              <w:t>рых</w:t>
            </w:r>
            <w:proofErr w:type="spellEnd"/>
            <w:r w:rsidRPr="00232FC9">
              <w:t xml:space="preserve"> возникает необходимость </w:t>
            </w:r>
            <w:r w:rsidRPr="00232FC9">
              <w:lastRenderedPageBreak/>
              <w:t xml:space="preserve">использования </w:t>
            </w:r>
            <w:proofErr w:type="spellStart"/>
            <w:r w:rsidRPr="00232FC9">
              <w:t>дополнитель</w:t>
            </w:r>
            <w:proofErr w:type="spellEnd"/>
            <w:r w:rsidRPr="00232FC9">
              <w:t>​</w:t>
            </w:r>
            <w:proofErr w:type="spellStart"/>
            <w:r w:rsidRPr="00232FC9">
              <w:t>ных</w:t>
            </w:r>
            <w:proofErr w:type="spellEnd"/>
            <w:r w:rsidRPr="00232FC9">
              <w:t xml:space="preserve"> источников для уточнения значения слова;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9F8CE7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Устный опрос; письменный контроль;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ED41F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https://resh.edu.ru https://uchi.ru/ https://education.yandex.ru</w:t>
            </w:r>
          </w:p>
        </w:tc>
      </w:tr>
      <w:tr w:rsidR="00232FC9" w:rsidRPr="00232FC9" w14:paraId="60C506C7" w14:textId="77777777" w:rsidTr="00D33B6C">
        <w:trPr>
          <w:trHeight w:val="348"/>
        </w:trPr>
        <w:tc>
          <w:tcPr>
            <w:tcW w:w="43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8F821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Итого по разделу: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7F2E5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5</w:t>
            </w:r>
          </w:p>
        </w:tc>
        <w:tc>
          <w:tcPr>
            <w:tcW w:w="1065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215BA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 </w:t>
            </w:r>
          </w:p>
        </w:tc>
      </w:tr>
      <w:tr w:rsidR="00232FC9" w:rsidRPr="00232FC9" w14:paraId="3CC0B36A" w14:textId="77777777" w:rsidTr="00D33B6C">
        <w:trPr>
          <w:trHeight w:val="348"/>
        </w:trPr>
        <w:tc>
          <w:tcPr>
            <w:tcW w:w="1550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A1F1A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Раздел 4. </w:t>
            </w:r>
            <w:r w:rsidRPr="00232FC9">
              <w:rPr>
                <w:b/>
              </w:rPr>
              <w:t>Состав слова (</w:t>
            </w:r>
            <w:proofErr w:type="spellStart"/>
            <w:r w:rsidRPr="00232FC9">
              <w:rPr>
                <w:b/>
              </w:rPr>
              <w:t>морфемика</w:t>
            </w:r>
            <w:proofErr w:type="spellEnd"/>
            <w:r w:rsidRPr="00232FC9">
              <w:rPr>
                <w:b/>
              </w:rPr>
              <w:t>)</w:t>
            </w:r>
          </w:p>
        </w:tc>
      </w:tr>
    </w:tbl>
    <w:p w14:paraId="47AFCD3D" w14:textId="77777777" w:rsidR="00232FC9" w:rsidRPr="00232FC9" w:rsidRDefault="00232FC9" w:rsidP="00232FC9">
      <w:pPr>
        <w:rPr>
          <w:lang w:val="ru-RU"/>
        </w:rPr>
      </w:pPr>
    </w:p>
    <w:tbl>
      <w:tblPr>
        <w:tblStyle w:val="TableGrid"/>
        <w:tblW w:w="15501" w:type="dxa"/>
        <w:tblInd w:w="6" w:type="dxa"/>
        <w:tblCellMar>
          <w:top w:w="114" w:type="dxa"/>
          <w:left w:w="78" w:type="dxa"/>
          <w:right w:w="68" w:type="dxa"/>
        </w:tblCellMar>
        <w:tblLook w:val="04A0" w:firstRow="1" w:lastRow="0" w:firstColumn="1" w:lastColumn="0" w:noHBand="0" w:noVBand="1"/>
      </w:tblPr>
      <w:tblGrid>
        <w:gridCol w:w="480"/>
        <w:gridCol w:w="3585"/>
        <w:gridCol w:w="495"/>
        <w:gridCol w:w="984"/>
        <w:gridCol w:w="1015"/>
        <w:gridCol w:w="721"/>
        <w:gridCol w:w="4525"/>
        <w:gridCol w:w="879"/>
        <w:gridCol w:w="2817"/>
      </w:tblGrid>
      <w:tr w:rsidR="00232FC9" w:rsidRPr="00934BAB" w14:paraId="225DD522" w14:textId="77777777" w:rsidTr="00D33B6C">
        <w:trPr>
          <w:trHeight w:val="7516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61796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4.1.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7B088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Повторение: 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03386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4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969517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E26181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C37D03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99FAC57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Учебный диалог «Чем похожи родственные слова, чем они различаются? Как найти корень слова?»;</w:t>
            </w:r>
          </w:p>
          <w:p w14:paraId="6DA34DA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Наблюдение за группами родственных слов, поиск для каждой группы слова, с помощью которого можно объяснить значение родственных слов;</w:t>
            </w:r>
          </w:p>
          <w:p w14:paraId="2CE828B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Упражнение: выделение корня в предложенных словах с опорой на алгоритм выделения корня;</w:t>
            </w:r>
          </w:p>
          <w:p w14:paraId="616F9F5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Комментированный анализ текста: поиск в нём родственных слов; Работа в парах: обнаружение среди родственных слов слова с омонимичным корнем;</w:t>
            </w:r>
          </w:p>
          <w:p w14:paraId="1241C8A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Самостоятельная работа: объединение в группы слов с одним и тем же корнем;</w:t>
            </w:r>
          </w:p>
          <w:p w14:paraId="00BB203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Творческое задание: составление собственного словарика родственных слов;</w:t>
            </w:r>
          </w:p>
          <w:p w14:paraId="25CF68E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Дифференцированное задание: контролировать </w:t>
            </w:r>
            <w:proofErr w:type="spellStart"/>
            <w:r w:rsidRPr="00232FC9">
              <w:t>правильн</w:t>
            </w:r>
            <w:proofErr w:type="spellEnd"/>
            <w:r w:rsidRPr="00232FC9">
              <w:t>​ость объединения родственных слов в группы при работе с группами слов с омонимичными корнями;</w:t>
            </w:r>
          </w:p>
          <w:p w14:paraId="20F8ED2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по построению схемы, отражающей различие род​</w:t>
            </w:r>
            <w:proofErr w:type="spellStart"/>
            <w:r w:rsidRPr="00232FC9">
              <w:t>ственных</w:t>
            </w:r>
            <w:proofErr w:type="spellEnd"/>
            <w:r w:rsidRPr="00232FC9">
              <w:t xml:space="preserve"> слов и форм одного и того же слова с учётом двух позиций:</w:t>
            </w:r>
          </w:p>
          <w:p w14:paraId="08AE676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значение и состав слова (обсудить разные способы передачи на схеме идеи о полном </w:t>
            </w:r>
            <w:r w:rsidRPr="00232FC9">
              <w:lastRenderedPageBreak/>
              <w:t xml:space="preserve">совпадении значения у форм слова и сходстве основного значения, но не полной </w:t>
            </w:r>
            <w:proofErr w:type="spellStart"/>
            <w:r w:rsidRPr="00232FC9">
              <w:t>тож</w:t>
            </w:r>
            <w:proofErr w:type="spellEnd"/>
            <w:r w:rsidRPr="00232FC9">
              <w:t>​</w:t>
            </w:r>
            <w:proofErr w:type="spellStart"/>
            <w:r w:rsidRPr="00232FC9">
              <w:t>дественности</w:t>
            </w:r>
            <w:proofErr w:type="spellEnd"/>
            <w:r w:rsidRPr="00232FC9">
              <w:t xml:space="preserve"> значения родственных слов; различие только в окончаниях между формами слов и различия в составе слова у родственных слов — появление приставок, суффиксов);</w:t>
            </w:r>
          </w:p>
          <w:p w14:paraId="25C13957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Объяснение роли и значения суффиксов/приставок;</w:t>
            </w:r>
          </w:p>
          <w:p w14:paraId="00C17DD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группах: анализ текста с установкой на поиск в нём слов с заданными приставками/суффиксами;</w:t>
            </w:r>
          </w:p>
          <w:p w14:paraId="1A043D1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Наблюдение за словами с нулевым окончанием;</w:t>
            </w:r>
          </w:p>
          <w:p w14:paraId="2FA75C4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Совместное построение алгоритма разбора слова по составу;</w:t>
            </w:r>
          </w:p>
          <w:p w14:paraId="428AF13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Тренинг в разборе слов по составу в соответствии с </w:t>
            </w:r>
            <w:proofErr w:type="spellStart"/>
            <w:r w:rsidRPr="00232FC9">
              <w:t>отрабаты</w:t>
            </w:r>
            <w:proofErr w:type="spellEnd"/>
            <w:r w:rsidRPr="00232FC9">
              <w:t>​</w:t>
            </w:r>
            <w:proofErr w:type="spellStart"/>
            <w:r w:rsidRPr="00232FC9">
              <w:t>ваемым</w:t>
            </w:r>
            <w:proofErr w:type="spellEnd"/>
            <w:r w:rsidRPr="00232FC9">
              <w:t xml:space="preserve"> алгоритмом, корректировка с помощью учителя своих учебных действий для преодоления ошибок при выделении в слове корня, окончания, приставки, суффикса;</w:t>
            </w:r>
          </w:p>
          <w:p w14:paraId="6755CA3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Комментированное выполнение анализа заданных схем состава слова и подбор слов заданного состава;</w:t>
            </w:r>
          </w:p>
          <w:p w14:paraId="613C638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Дифференцированное задание: обнаружение ошибок в установлении </w:t>
            </w:r>
            <w:r w:rsidRPr="00232FC9">
              <w:lastRenderedPageBreak/>
              <w:t>соответствия схем состава слова и слов;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C2CB97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095DB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https://resh.edu.ru https://uchi.ru/ https://education.yandex.ru</w:t>
            </w:r>
          </w:p>
        </w:tc>
      </w:tr>
    </w:tbl>
    <w:p w14:paraId="04C6390B" w14:textId="77777777" w:rsidR="00232FC9" w:rsidRPr="00232FC9" w:rsidRDefault="00232FC9" w:rsidP="00232FC9">
      <w:pPr>
        <w:rPr>
          <w:lang w:val="ru-RU"/>
        </w:rPr>
      </w:pPr>
    </w:p>
    <w:tbl>
      <w:tblPr>
        <w:tblStyle w:val="TableGrid"/>
        <w:tblW w:w="15501" w:type="dxa"/>
        <w:tblInd w:w="6" w:type="dxa"/>
        <w:tblCellMar>
          <w:top w:w="114" w:type="dxa"/>
          <w:left w:w="78" w:type="dxa"/>
          <w:right w:w="73" w:type="dxa"/>
        </w:tblCellMar>
        <w:tblLook w:val="04A0" w:firstRow="1" w:lastRow="0" w:firstColumn="1" w:lastColumn="0" w:noHBand="0" w:noVBand="1"/>
      </w:tblPr>
      <w:tblGrid>
        <w:gridCol w:w="485"/>
        <w:gridCol w:w="3414"/>
        <w:gridCol w:w="474"/>
        <w:gridCol w:w="907"/>
        <w:gridCol w:w="935"/>
        <w:gridCol w:w="669"/>
        <w:gridCol w:w="4370"/>
        <w:gridCol w:w="1425"/>
        <w:gridCol w:w="2822"/>
      </w:tblGrid>
      <w:tr w:rsidR="00232FC9" w:rsidRPr="00934BAB" w14:paraId="37C14A7D" w14:textId="77777777" w:rsidTr="00D33B6C">
        <w:trPr>
          <w:trHeight w:val="7456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871D9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4.2.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87AF8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Однокоренные слова и формы одного и того же слова.</w:t>
            </w:r>
          </w:p>
          <w:p w14:paraId="3D64CCC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Корень, приставка, суффикс — значимые части слова. Нулевое окончание (ознакомление)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1154E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4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F3BF05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F40220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026144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5A26C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Учебный диалог «Чем похожи родственные слова, чем они различаются? Как найти корень слова?»;</w:t>
            </w:r>
          </w:p>
          <w:p w14:paraId="428F49A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Наблюдение за группами родственных слов, поиск для каждой группы слова, с помощью которого можно объяснить значение родственных слов;</w:t>
            </w:r>
          </w:p>
          <w:p w14:paraId="0E0A95C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Упражнение: выделение корня в предложенных словах с опорой на алгоритм выделения корня;</w:t>
            </w:r>
          </w:p>
          <w:p w14:paraId="472150B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Комментированный анализ текста: поиск в нём родственных слов; Работа в парах: обнаружение среди родственных слов слова с омонимичным корнем;</w:t>
            </w:r>
          </w:p>
          <w:p w14:paraId="6421FFE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Самостоятельная работа: объединение в группы слов с одним и тем же корнем;</w:t>
            </w:r>
          </w:p>
          <w:p w14:paraId="07640E94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Творческое задание: составление собственного словарика родственных слов;</w:t>
            </w:r>
          </w:p>
          <w:p w14:paraId="248FF15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Дифференцированное задание: контролировать </w:t>
            </w:r>
            <w:proofErr w:type="spellStart"/>
            <w:r w:rsidRPr="00232FC9">
              <w:t>правильн</w:t>
            </w:r>
            <w:proofErr w:type="spellEnd"/>
            <w:r w:rsidRPr="00232FC9">
              <w:t>​ость объединения родственных слов в группы при работе с группами слов с омонимичными корнями;</w:t>
            </w:r>
          </w:p>
          <w:p w14:paraId="4129C16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по построению схемы, отражающей различие род​</w:t>
            </w:r>
            <w:proofErr w:type="spellStart"/>
            <w:r w:rsidRPr="00232FC9">
              <w:t>ственных</w:t>
            </w:r>
            <w:proofErr w:type="spellEnd"/>
            <w:r w:rsidRPr="00232FC9">
              <w:t xml:space="preserve"> слов и форм одного и того же слова с учётом двух позиций:</w:t>
            </w:r>
          </w:p>
          <w:p w14:paraId="79EDC53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 xml:space="preserve">значение и состав слова (обсудить разные способы передачи на схеме идеи о полном совпадении значения у форм слова и сходстве основного значения, но не полной </w:t>
            </w:r>
            <w:proofErr w:type="spellStart"/>
            <w:r w:rsidRPr="00232FC9">
              <w:t>тож</w:t>
            </w:r>
            <w:proofErr w:type="spellEnd"/>
            <w:r w:rsidRPr="00232FC9">
              <w:t>​</w:t>
            </w:r>
            <w:proofErr w:type="spellStart"/>
            <w:r w:rsidRPr="00232FC9">
              <w:t>дественности</w:t>
            </w:r>
            <w:proofErr w:type="spellEnd"/>
            <w:r w:rsidRPr="00232FC9">
              <w:t xml:space="preserve"> значения родственных слов; различие только в окончаниях между формами слов и различия в составе слова у родственных слов — появление приставок, суффиксов);</w:t>
            </w:r>
          </w:p>
          <w:p w14:paraId="31B2BFC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Объяснение роли и значения суффиксов/приставок;</w:t>
            </w:r>
          </w:p>
          <w:p w14:paraId="3174A43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группах: анализ текста с установкой на поиск в нём слов с заданными приставками/суффиксами;</w:t>
            </w:r>
          </w:p>
          <w:p w14:paraId="62CD9BA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Наблюдение за словами с нулевым окончанием;</w:t>
            </w:r>
          </w:p>
          <w:p w14:paraId="04D9AAF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Совместное построение алгоритма разбора слова по составу;</w:t>
            </w:r>
          </w:p>
          <w:p w14:paraId="2D818AC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Тренинг в разборе слов по составу в соответствии с </w:t>
            </w:r>
            <w:proofErr w:type="spellStart"/>
            <w:r w:rsidRPr="00232FC9">
              <w:t>отрабаты</w:t>
            </w:r>
            <w:proofErr w:type="spellEnd"/>
            <w:r w:rsidRPr="00232FC9">
              <w:t>​</w:t>
            </w:r>
            <w:proofErr w:type="spellStart"/>
            <w:r w:rsidRPr="00232FC9">
              <w:t>ваемым</w:t>
            </w:r>
            <w:proofErr w:type="spellEnd"/>
            <w:r w:rsidRPr="00232FC9">
              <w:t xml:space="preserve"> алгоритмом, корректировка с помощью учителя своих учебных действий для преодоления ошибок при выделении в слове корня, окончания, приставки, суффикса;</w:t>
            </w:r>
          </w:p>
          <w:p w14:paraId="5DB57FC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Комментированное выполнение анализа заданных схем состава слова и подбор слов заданного состава;</w:t>
            </w:r>
          </w:p>
          <w:p w14:paraId="16F3074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Дифференцированное задание: обнаружение ошибок в установлении соответствия схем состава слова и слов;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6BD5F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Устный опрос; письменный контроль;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FB1E2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https://resh.edu.ru https://uchi.ru/ https://education.yandex.ru</w:t>
            </w:r>
          </w:p>
        </w:tc>
      </w:tr>
      <w:tr w:rsidR="00232FC9" w:rsidRPr="00232FC9" w14:paraId="7F8D2746" w14:textId="77777777" w:rsidTr="00D33B6C">
        <w:trPr>
          <w:trHeight w:val="348"/>
        </w:trPr>
        <w:tc>
          <w:tcPr>
            <w:tcW w:w="43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53625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Итого по разделу: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F0A80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8</w:t>
            </w:r>
          </w:p>
        </w:tc>
        <w:tc>
          <w:tcPr>
            <w:tcW w:w="1065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6A06A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 </w:t>
            </w:r>
          </w:p>
        </w:tc>
      </w:tr>
      <w:tr w:rsidR="00232FC9" w:rsidRPr="00232FC9" w14:paraId="6544504D" w14:textId="77777777" w:rsidTr="00D33B6C">
        <w:trPr>
          <w:trHeight w:val="456"/>
        </w:trPr>
        <w:tc>
          <w:tcPr>
            <w:tcW w:w="1550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528B21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Раздел 5. </w:t>
            </w:r>
            <w:r w:rsidRPr="00232FC9">
              <w:rPr>
                <w:b/>
              </w:rPr>
              <w:t>Морфология</w:t>
            </w:r>
          </w:p>
        </w:tc>
      </w:tr>
    </w:tbl>
    <w:p w14:paraId="08C98C2B" w14:textId="77777777" w:rsidR="00232FC9" w:rsidRPr="00232FC9" w:rsidRDefault="00232FC9" w:rsidP="00232FC9">
      <w:pPr>
        <w:rPr>
          <w:lang w:val="ru-RU"/>
        </w:rPr>
      </w:pPr>
    </w:p>
    <w:tbl>
      <w:tblPr>
        <w:tblStyle w:val="TableGrid"/>
        <w:tblW w:w="15501" w:type="dxa"/>
        <w:tblInd w:w="6" w:type="dxa"/>
        <w:tblCellMar>
          <w:top w:w="114" w:type="dxa"/>
          <w:left w:w="78" w:type="dxa"/>
          <w:right w:w="73" w:type="dxa"/>
        </w:tblCellMar>
        <w:tblLook w:val="04A0" w:firstRow="1" w:lastRow="0" w:firstColumn="1" w:lastColumn="0" w:noHBand="0" w:noVBand="1"/>
      </w:tblPr>
      <w:tblGrid>
        <w:gridCol w:w="485"/>
        <w:gridCol w:w="3472"/>
        <w:gridCol w:w="477"/>
        <w:gridCol w:w="914"/>
        <w:gridCol w:w="943"/>
        <w:gridCol w:w="674"/>
        <w:gridCol w:w="4289"/>
        <w:gridCol w:w="1425"/>
        <w:gridCol w:w="2822"/>
      </w:tblGrid>
      <w:tr w:rsidR="00232FC9" w:rsidRPr="00934BAB" w14:paraId="00F4ED8B" w14:textId="77777777" w:rsidTr="00D33B6C">
        <w:trPr>
          <w:trHeight w:val="10578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12FA34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5.1.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1579A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Части речи.</w:t>
            </w:r>
          </w:p>
          <w:p w14:paraId="48E8D09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Имя существительное: общее значение, вопросы, употребление в речи.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95F68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1EBD07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46B3A6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66B5AE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654ADE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Учебный диалог «По каким признакам мы распределяем слова по частям речи?»;</w:t>
            </w:r>
          </w:p>
          <w:p w14:paraId="09A03AA8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Составление по результатам диалога таблицы «Части речи», по горизонтали в строках таблицы отражены следующие параметры: «Значение», «Вопросы», «Какие признаки не изменяются», «какие признаки </w:t>
            </w:r>
            <w:proofErr w:type="spellStart"/>
            <w:r w:rsidRPr="00232FC9">
              <w:t>изменя</w:t>
            </w:r>
            <w:proofErr w:type="spellEnd"/>
            <w:r w:rsidRPr="00232FC9">
              <w:t>​</w:t>
            </w:r>
            <w:proofErr w:type="spellStart"/>
            <w:r w:rsidRPr="00232FC9">
              <w:t>ются</w:t>
            </w:r>
            <w:proofErr w:type="spellEnd"/>
            <w:r w:rsidRPr="00232FC9">
              <w:t>»;</w:t>
            </w:r>
          </w:p>
          <w:p w14:paraId="62F6FA4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Упражнение: группировка предложенного набора слов на основании того, какой частью речи они являются;</w:t>
            </w:r>
          </w:p>
          <w:p w14:paraId="37ED297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Наблюдение за грамматическими признаками имён суще​</w:t>
            </w:r>
            <w:proofErr w:type="spellStart"/>
            <w:r w:rsidRPr="00232FC9">
              <w:t>ствительных</w:t>
            </w:r>
            <w:proofErr w:type="spellEnd"/>
            <w:r w:rsidRPr="00232FC9">
              <w:t xml:space="preserve">, соотнесение сделанных выводов с </w:t>
            </w:r>
            <w:proofErr w:type="spellStart"/>
            <w:r w:rsidRPr="00232FC9">
              <w:t>информаци</w:t>
            </w:r>
            <w:proofErr w:type="spellEnd"/>
            <w:r w:rsidRPr="00232FC9">
              <w:t>​ ей в учебнике;</w:t>
            </w:r>
          </w:p>
          <w:p w14:paraId="205BF39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нахождение у группы имён существительных грамматического признака, который объединяет эти имена существительные в группу;</w:t>
            </w:r>
          </w:p>
          <w:p w14:paraId="029C1D3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изменение имён существительных по указанному признаку;</w:t>
            </w:r>
          </w:p>
          <w:p w14:paraId="3A1A173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Работа в группах: объединение имён существительных в группы по определённому признаку (например, род или число); Дифференцированное </w:t>
            </w:r>
            <w:r w:rsidRPr="00232FC9">
              <w:lastRenderedPageBreak/>
              <w:t>задание: нахождение в ряду имён существительных такого слова, которое по какому​-то</w:t>
            </w:r>
          </w:p>
          <w:p w14:paraId="15F91DA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грамматическому признаку отличается от остальных слов в ряду; Наблюдение за соотнесением формы имени прилагательного с формой имени существительного, формулирование вывода по результатам наблюдения, соотнесение собственных выводов с информацией в учебнике;</w:t>
            </w:r>
          </w:p>
          <w:p w14:paraId="10F27E0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Комментированное выполнение задания на нахождение грамматических признаков имён прилагательных;</w:t>
            </w:r>
          </w:p>
          <w:p w14:paraId="41D8E85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поиск ошибок на согласование имён существительных и имён прилагательных, исправление найденных ошибок;</w:t>
            </w:r>
          </w:p>
          <w:p w14:paraId="39574F97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Наблюдение за грамматическими признаками глаголов (число, время, род в прошедшем времени), формулирование выводов по результатам наблюдений, соотнесение </w:t>
            </w:r>
            <w:proofErr w:type="spellStart"/>
            <w:r w:rsidRPr="00232FC9">
              <w:t>собствен</w:t>
            </w:r>
            <w:proofErr w:type="spellEnd"/>
            <w:r w:rsidRPr="00232FC9">
              <w:t>​</w:t>
            </w:r>
            <w:proofErr w:type="spellStart"/>
            <w:r w:rsidRPr="00232FC9">
              <w:t>ных</w:t>
            </w:r>
            <w:proofErr w:type="spellEnd"/>
            <w:r w:rsidRPr="00232FC9">
              <w:t xml:space="preserve"> выводов с информацией в учебнике;</w:t>
            </w:r>
          </w:p>
          <w:p w14:paraId="65952DD8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анализ текста на наличие в нём глаголов, грамматические характеристики которых даны (из числа изученных);</w:t>
            </w:r>
          </w:p>
          <w:p w14:paraId="270C9714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 xml:space="preserve">Творческая работа: трансформировать текст, изменяя время глагола; Обсуждение правильности соотнесения глаголов и </w:t>
            </w:r>
            <w:proofErr w:type="spellStart"/>
            <w:r w:rsidRPr="00232FC9">
              <w:t>граммати</w:t>
            </w:r>
            <w:proofErr w:type="spellEnd"/>
            <w:r w:rsidRPr="00232FC9">
              <w:t>​</w:t>
            </w:r>
            <w:proofErr w:type="spellStart"/>
            <w:r w:rsidRPr="00232FC9">
              <w:t>ческих</w:t>
            </w:r>
            <w:proofErr w:type="spellEnd"/>
            <w:r w:rsidRPr="00232FC9">
              <w:t xml:space="preserve"> характеристик (из числа изученных);</w:t>
            </w:r>
          </w:p>
          <w:p w14:paraId="290CAB6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группировка глаголов на основании изучен​</w:t>
            </w:r>
            <w:proofErr w:type="spellStart"/>
            <w:r w:rsidRPr="00232FC9">
              <w:t>ных</w:t>
            </w:r>
            <w:proofErr w:type="spellEnd"/>
            <w:r w:rsidRPr="00232FC9">
              <w:t xml:space="preserve"> грамматических признаков;</w:t>
            </w:r>
          </w:p>
          <w:p w14:paraId="6618D07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Наблюдение за ролью местоимений в тексте;</w:t>
            </w:r>
          </w:p>
          <w:p w14:paraId="6102E9C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корректировка текста, заключающая​</w:t>
            </w:r>
            <w:proofErr w:type="spellStart"/>
            <w:r w:rsidRPr="00232FC9">
              <w:t>ся</w:t>
            </w:r>
            <w:proofErr w:type="spellEnd"/>
            <w:r w:rsidRPr="00232FC9">
              <w:t xml:space="preserve"> в замене повторяющихся в тексте имён существительных соответствующими местоимениями;</w:t>
            </w:r>
          </w:p>
          <w:p w14:paraId="47CE809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группах: определение уместности употребления местоимений в тексте, обнаружение речевых ошибок, связанных с неудачным употреблением местоимений;</w:t>
            </w:r>
          </w:p>
          <w:p w14:paraId="58289EF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Проверочная работа: проверка умения ориентироваться в изученных понятиях: часть речи, склонение, падеж, время, род; умения соотносить понятие с его краткой </w:t>
            </w:r>
            <w:proofErr w:type="spellStart"/>
            <w:r w:rsidRPr="00232FC9">
              <w:t>характеристи</w:t>
            </w:r>
            <w:proofErr w:type="spellEnd"/>
            <w:r w:rsidRPr="00232FC9">
              <w:t xml:space="preserve">​кой, объяснять своими словами значение изученных </w:t>
            </w:r>
            <w:proofErr w:type="spellStart"/>
            <w:r w:rsidRPr="00232FC9">
              <w:t>поня</w:t>
            </w:r>
            <w:proofErr w:type="spellEnd"/>
            <w:r w:rsidRPr="00232FC9">
              <w:t>​</w:t>
            </w:r>
            <w:proofErr w:type="spellStart"/>
            <w:r w:rsidRPr="00232FC9">
              <w:t>тий</w:t>
            </w:r>
            <w:proofErr w:type="spellEnd"/>
            <w:r w:rsidRPr="00232FC9">
              <w:t>, определять изученные грамматические признаки;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6634D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Устный опрос; письменный контроль;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067CF7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https://resh.edu.ru https://uchi.ru/ https://education.yandex.ru</w:t>
            </w:r>
          </w:p>
        </w:tc>
      </w:tr>
    </w:tbl>
    <w:p w14:paraId="4F49B0DB" w14:textId="77777777" w:rsidR="00232FC9" w:rsidRPr="00232FC9" w:rsidRDefault="00232FC9" w:rsidP="00232FC9">
      <w:pPr>
        <w:rPr>
          <w:lang w:val="ru-RU"/>
        </w:rPr>
      </w:pPr>
    </w:p>
    <w:tbl>
      <w:tblPr>
        <w:tblStyle w:val="TableGrid"/>
        <w:tblW w:w="15501" w:type="dxa"/>
        <w:tblInd w:w="6" w:type="dxa"/>
        <w:tblCellMar>
          <w:top w:w="114" w:type="dxa"/>
          <w:left w:w="78" w:type="dxa"/>
          <w:right w:w="73" w:type="dxa"/>
        </w:tblCellMar>
        <w:tblLook w:val="04A0" w:firstRow="1" w:lastRow="0" w:firstColumn="1" w:lastColumn="0" w:noHBand="0" w:noVBand="1"/>
      </w:tblPr>
      <w:tblGrid>
        <w:gridCol w:w="485"/>
        <w:gridCol w:w="3472"/>
        <w:gridCol w:w="477"/>
        <w:gridCol w:w="914"/>
        <w:gridCol w:w="943"/>
        <w:gridCol w:w="674"/>
        <w:gridCol w:w="4289"/>
        <w:gridCol w:w="1425"/>
        <w:gridCol w:w="2822"/>
      </w:tblGrid>
      <w:tr w:rsidR="00232FC9" w:rsidRPr="00934BAB" w14:paraId="5C36BE3A" w14:textId="77777777" w:rsidTr="00D33B6C">
        <w:trPr>
          <w:trHeight w:val="10566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12A6B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5.2.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9281A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Имена существительные единственного и множественного числа.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851FA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3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1C8C7B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462EB6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7AE8C4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F406937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Учебный диалог «По каким признакам мы распределяем слова по частям речи?»;</w:t>
            </w:r>
          </w:p>
          <w:p w14:paraId="45113DC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Составление по результатам диалога таблицы «Части речи», по горизонтали в строках таблицы отражены следующие параметры: «Значение», «Вопросы», «Какие признаки не изменяются», «какие признаки </w:t>
            </w:r>
            <w:proofErr w:type="spellStart"/>
            <w:r w:rsidRPr="00232FC9">
              <w:t>изменя</w:t>
            </w:r>
            <w:proofErr w:type="spellEnd"/>
            <w:r w:rsidRPr="00232FC9">
              <w:t>​</w:t>
            </w:r>
            <w:proofErr w:type="spellStart"/>
            <w:r w:rsidRPr="00232FC9">
              <w:t>ются</w:t>
            </w:r>
            <w:proofErr w:type="spellEnd"/>
            <w:r w:rsidRPr="00232FC9">
              <w:t>»;</w:t>
            </w:r>
          </w:p>
          <w:p w14:paraId="417C7448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Упражнение: группировка предложенного набора слов на основании того, какой частью речи они являются;</w:t>
            </w:r>
          </w:p>
          <w:p w14:paraId="5E85B85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Наблюдение за грамматическими признаками имён суще​</w:t>
            </w:r>
            <w:proofErr w:type="spellStart"/>
            <w:r w:rsidRPr="00232FC9">
              <w:t>ствительных</w:t>
            </w:r>
            <w:proofErr w:type="spellEnd"/>
            <w:r w:rsidRPr="00232FC9">
              <w:t xml:space="preserve">, соотнесение сделанных выводов с </w:t>
            </w:r>
            <w:proofErr w:type="spellStart"/>
            <w:r w:rsidRPr="00232FC9">
              <w:t>информаци</w:t>
            </w:r>
            <w:proofErr w:type="spellEnd"/>
            <w:r w:rsidRPr="00232FC9">
              <w:t>​ ей в учебнике;</w:t>
            </w:r>
          </w:p>
          <w:p w14:paraId="4AFD8E5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нахождение у группы имён существительных грамматического признака, который объединяет эти имена существительные в группу;</w:t>
            </w:r>
          </w:p>
          <w:p w14:paraId="7C4A63F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изменение имён существительных по указанному признаку;</w:t>
            </w:r>
          </w:p>
          <w:p w14:paraId="4CE8E134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Работа в группах: объединение имён существительных в группы по определённому признаку (например, род или число); Дифференцированное </w:t>
            </w:r>
            <w:r w:rsidRPr="00232FC9">
              <w:lastRenderedPageBreak/>
              <w:t>задание: нахождение в ряду имён существительных такого слова, которое по какому​-то</w:t>
            </w:r>
          </w:p>
          <w:p w14:paraId="1D145AD7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грамматическому признаку отличается от остальных слов в ряду; Наблюдение за соотнесением формы имени прилагательного с формой имени существительного, формулирование вывода по результатам наблюдения, соотнесение собственных выводов с информацией в учебнике;</w:t>
            </w:r>
          </w:p>
          <w:p w14:paraId="30EDA08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Комментированное выполнение задания на нахождение грамматических признаков имён прилагательных;</w:t>
            </w:r>
          </w:p>
          <w:p w14:paraId="273349C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поиск ошибок на согласование имён существительных и имён прилагательных, исправление найденных ошибок;</w:t>
            </w:r>
          </w:p>
          <w:p w14:paraId="75A16998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Наблюдение за грамматическими признаками глаголов (число, время, род в прошедшем времени), формулирование выводов по результатам наблюдений, соотнесение </w:t>
            </w:r>
            <w:proofErr w:type="spellStart"/>
            <w:r w:rsidRPr="00232FC9">
              <w:t>собствен</w:t>
            </w:r>
            <w:proofErr w:type="spellEnd"/>
            <w:r w:rsidRPr="00232FC9">
              <w:t>​</w:t>
            </w:r>
            <w:proofErr w:type="spellStart"/>
            <w:r w:rsidRPr="00232FC9">
              <w:t>ных</w:t>
            </w:r>
            <w:proofErr w:type="spellEnd"/>
            <w:r w:rsidRPr="00232FC9">
              <w:t xml:space="preserve"> выводов с информацией в учебнике;</w:t>
            </w:r>
          </w:p>
          <w:p w14:paraId="4C5CEF6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анализ текста на наличие в нём глаголов, грамматические характеристики которых даны (из числа изученных);</w:t>
            </w:r>
          </w:p>
          <w:p w14:paraId="2459B7C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 xml:space="preserve">Творческая работа: трансформировать текст, изменяя время глагола; Обсуждение правильности соотнесения глаголов и </w:t>
            </w:r>
            <w:proofErr w:type="spellStart"/>
            <w:r w:rsidRPr="00232FC9">
              <w:t>граммати</w:t>
            </w:r>
            <w:proofErr w:type="spellEnd"/>
            <w:r w:rsidRPr="00232FC9">
              <w:t>​</w:t>
            </w:r>
            <w:proofErr w:type="spellStart"/>
            <w:r w:rsidRPr="00232FC9">
              <w:t>ческих</w:t>
            </w:r>
            <w:proofErr w:type="spellEnd"/>
            <w:r w:rsidRPr="00232FC9">
              <w:t xml:space="preserve"> характеристик (из числа изученных);</w:t>
            </w:r>
          </w:p>
          <w:p w14:paraId="20ED552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группировка глаголов на основании изучен​</w:t>
            </w:r>
            <w:proofErr w:type="spellStart"/>
            <w:r w:rsidRPr="00232FC9">
              <w:t>ных</w:t>
            </w:r>
            <w:proofErr w:type="spellEnd"/>
            <w:r w:rsidRPr="00232FC9">
              <w:t xml:space="preserve"> грамматических признаков;</w:t>
            </w:r>
          </w:p>
          <w:p w14:paraId="4BE92BB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Наблюдение за ролью местоимений в тексте;</w:t>
            </w:r>
          </w:p>
          <w:p w14:paraId="4B3EBDD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корректировка текста, заключающая​</w:t>
            </w:r>
            <w:proofErr w:type="spellStart"/>
            <w:r w:rsidRPr="00232FC9">
              <w:t>ся</w:t>
            </w:r>
            <w:proofErr w:type="spellEnd"/>
            <w:r w:rsidRPr="00232FC9">
              <w:t xml:space="preserve"> в замене повторяющихся в тексте имён существительных соответствующими местоимениями;</w:t>
            </w:r>
          </w:p>
          <w:p w14:paraId="4105709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группах: определение уместности употребления местоимений в тексте, обнаружение речевых ошибок, связанных с неудачным употреблением местоимений;</w:t>
            </w:r>
          </w:p>
          <w:p w14:paraId="08BE27E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Проверочная работа: проверка умения ориентироваться в изученных понятиях: часть речи, склонение, падеж, время, род; умения соотносить понятие с его краткой </w:t>
            </w:r>
            <w:proofErr w:type="spellStart"/>
            <w:r w:rsidRPr="00232FC9">
              <w:t>характеристи</w:t>
            </w:r>
            <w:proofErr w:type="spellEnd"/>
            <w:r w:rsidRPr="00232FC9">
              <w:t xml:space="preserve">​кой, объяснять своими словами значение изученных </w:t>
            </w:r>
            <w:proofErr w:type="spellStart"/>
            <w:r w:rsidRPr="00232FC9">
              <w:t>поня</w:t>
            </w:r>
            <w:proofErr w:type="spellEnd"/>
            <w:r w:rsidRPr="00232FC9">
              <w:t>​</w:t>
            </w:r>
            <w:proofErr w:type="spellStart"/>
            <w:r w:rsidRPr="00232FC9">
              <w:t>тий</w:t>
            </w:r>
            <w:proofErr w:type="spellEnd"/>
            <w:r w:rsidRPr="00232FC9">
              <w:t>, определять изученные грамматические признаки;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0CAB5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Устный опрос; письменный контроль;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16292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https://resh.edu.ru https://uchi.ru/ https://education.yandex.ru</w:t>
            </w:r>
          </w:p>
        </w:tc>
      </w:tr>
    </w:tbl>
    <w:p w14:paraId="3B2C92DC" w14:textId="77777777" w:rsidR="00232FC9" w:rsidRPr="00232FC9" w:rsidRDefault="00232FC9" w:rsidP="00232FC9">
      <w:pPr>
        <w:rPr>
          <w:lang w:val="ru-RU"/>
        </w:rPr>
      </w:pPr>
    </w:p>
    <w:tbl>
      <w:tblPr>
        <w:tblStyle w:val="TableGrid"/>
        <w:tblW w:w="15501" w:type="dxa"/>
        <w:tblInd w:w="6" w:type="dxa"/>
        <w:tblCellMar>
          <w:top w:w="114" w:type="dxa"/>
          <w:left w:w="78" w:type="dxa"/>
          <w:right w:w="73" w:type="dxa"/>
        </w:tblCellMar>
        <w:tblLook w:val="04A0" w:firstRow="1" w:lastRow="0" w:firstColumn="1" w:lastColumn="0" w:noHBand="0" w:noVBand="1"/>
      </w:tblPr>
      <w:tblGrid>
        <w:gridCol w:w="485"/>
        <w:gridCol w:w="3472"/>
        <w:gridCol w:w="477"/>
        <w:gridCol w:w="914"/>
        <w:gridCol w:w="943"/>
        <w:gridCol w:w="674"/>
        <w:gridCol w:w="4289"/>
        <w:gridCol w:w="1425"/>
        <w:gridCol w:w="2822"/>
      </w:tblGrid>
      <w:tr w:rsidR="00232FC9" w:rsidRPr="00934BAB" w14:paraId="080840F2" w14:textId="77777777" w:rsidTr="00D33B6C">
        <w:trPr>
          <w:trHeight w:val="10554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0AC8F4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5.3.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CC19F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Имена существительные мужского, женского и среднего рода.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0D3D6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3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FA3B83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CA0447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130E8F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C22339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Учебный диалог «По каким признакам мы распределяем слова по частям речи?»;</w:t>
            </w:r>
          </w:p>
          <w:p w14:paraId="272288D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Составление по результатам диалога таблицы «Части речи», по горизонтали в строках таблицы отражены следующие параметры: «Значение», «Вопросы», «Какие признаки не изменяются», «какие признаки </w:t>
            </w:r>
            <w:proofErr w:type="spellStart"/>
            <w:r w:rsidRPr="00232FC9">
              <w:t>изменя</w:t>
            </w:r>
            <w:proofErr w:type="spellEnd"/>
            <w:r w:rsidRPr="00232FC9">
              <w:t>​</w:t>
            </w:r>
            <w:proofErr w:type="spellStart"/>
            <w:r w:rsidRPr="00232FC9">
              <w:t>ются</w:t>
            </w:r>
            <w:proofErr w:type="spellEnd"/>
            <w:r w:rsidRPr="00232FC9">
              <w:t>»;</w:t>
            </w:r>
          </w:p>
          <w:p w14:paraId="72E97207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Упражнение: группировка предложенного набора слов на основании того, какой частью речи они являются;</w:t>
            </w:r>
          </w:p>
          <w:p w14:paraId="00C87E64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Наблюдение за грамматическими признаками имён суще​</w:t>
            </w:r>
            <w:proofErr w:type="spellStart"/>
            <w:r w:rsidRPr="00232FC9">
              <w:t>ствительных</w:t>
            </w:r>
            <w:proofErr w:type="spellEnd"/>
            <w:r w:rsidRPr="00232FC9">
              <w:t xml:space="preserve">, соотнесение сделанных выводов с </w:t>
            </w:r>
            <w:proofErr w:type="spellStart"/>
            <w:r w:rsidRPr="00232FC9">
              <w:t>информаци</w:t>
            </w:r>
            <w:proofErr w:type="spellEnd"/>
            <w:r w:rsidRPr="00232FC9">
              <w:t>​ ей в учебнике;</w:t>
            </w:r>
          </w:p>
          <w:p w14:paraId="26A581F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нахождение у группы имён существительных грамматического признака, который объединяет эти имена существительные в группу;</w:t>
            </w:r>
          </w:p>
          <w:p w14:paraId="3676DC8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изменение имён существительных по указанному признаку;</w:t>
            </w:r>
          </w:p>
          <w:p w14:paraId="08F82F6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Работа в группах: объединение имён существительных в группы по определённому признаку (например, род или число); Дифференцированное </w:t>
            </w:r>
            <w:r w:rsidRPr="00232FC9">
              <w:lastRenderedPageBreak/>
              <w:t>задание: нахождение в ряду имён существительных такого слова, которое по какому​-то</w:t>
            </w:r>
          </w:p>
          <w:p w14:paraId="343F75A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грамматическому признаку отличается от остальных слов в ряду; Наблюдение за соотнесением формы имени прилагательного с формой имени существительного, формулирование вывода по результатам наблюдения, соотнесение собственных выводов с информацией в учебнике;</w:t>
            </w:r>
          </w:p>
          <w:p w14:paraId="019195D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Комментированное выполнение задания на нахождение грамматических признаков имён прилагательных;</w:t>
            </w:r>
          </w:p>
          <w:p w14:paraId="492CEFA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поиск ошибок на согласование имён существительных и имён прилагательных, исправление найденных ошибок;</w:t>
            </w:r>
          </w:p>
          <w:p w14:paraId="5BF1CDA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Наблюдение за грамматическими признаками глаголов (число, время, род в прошедшем времени), формулирование выводов по результатам наблюдений, соотнесение </w:t>
            </w:r>
            <w:proofErr w:type="spellStart"/>
            <w:r w:rsidRPr="00232FC9">
              <w:t>собствен</w:t>
            </w:r>
            <w:proofErr w:type="spellEnd"/>
            <w:r w:rsidRPr="00232FC9">
              <w:t>​</w:t>
            </w:r>
            <w:proofErr w:type="spellStart"/>
            <w:r w:rsidRPr="00232FC9">
              <w:t>ных</w:t>
            </w:r>
            <w:proofErr w:type="spellEnd"/>
            <w:r w:rsidRPr="00232FC9">
              <w:t xml:space="preserve"> выводов с информацией в учебнике;</w:t>
            </w:r>
          </w:p>
          <w:p w14:paraId="666A6C2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анализ текста на наличие в нём глаголов, грамматические характеристики которых даны (из числа изученных);</w:t>
            </w:r>
          </w:p>
          <w:p w14:paraId="1BC33B9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 xml:space="preserve">Творческая работа: трансформировать текст, изменяя время глагола; Обсуждение правильности соотнесения глаголов и </w:t>
            </w:r>
            <w:proofErr w:type="spellStart"/>
            <w:r w:rsidRPr="00232FC9">
              <w:t>граммати</w:t>
            </w:r>
            <w:proofErr w:type="spellEnd"/>
            <w:r w:rsidRPr="00232FC9">
              <w:t>​</w:t>
            </w:r>
            <w:proofErr w:type="spellStart"/>
            <w:r w:rsidRPr="00232FC9">
              <w:t>ческих</w:t>
            </w:r>
            <w:proofErr w:type="spellEnd"/>
            <w:r w:rsidRPr="00232FC9">
              <w:t xml:space="preserve"> характеристик (из числа изученных);</w:t>
            </w:r>
          </w:p>
          <w:p w14:paraId="2BD2685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группировка глаголов на основании изучен​</w:t>
            </w:r>
            <w:proofErr w:type="spellStart"/>
            <w:r w:rsidRPr="00232FC9">
              <w:t>ных</w:t>
            </w:r>
            <w:proofErr w:type="spellEnd"/>
            <w:r w:rsidRPr="00232FC9">
              <w:t xml:space="preserve"> грамматических признаков;</w:t>
            </w:r>
          </w:p>
          <w:p w14:paraId="41F908C7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Наблюдение за ролью местоимений в тексте;</w:t>
            </w:r>
          </w:p>
          <w:p w14:paraId="09D27ED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корректировка текста, заключающая​</w:t>
            </w:r>
            <w:proofErr w:type="spellStart"/>
            <w:r w:rsidRPr="00232FC9">
              <w:t>ся</w:t>
            </w:r>
            <w:proofErr w:type="spellEnd"/>
            <w:r w:rsidRPr="00232FC9">
              <w:t xml:space="preserve"> в замене повторяющихся в тексте имён существительных соответствующими местоимениями;</w:t>
            </w:r>
          </w:p>
          <w:p w14:paraId="6B5952C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группах: определение уместности употребления местоимений в тексте, обнаружение речевых ошибок, связанных с неудачным употреблением местоимений;</w:t>
            </w:r>
          </w:p>
          <w:p w14:paraId="5CC87C9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Проверочная работа: проверка умения ориентироваться в изученных понятиях: часть речи, склонение, падеж, время, род; умения соотносить понятие с его краткой </w:t>
            </w:r>
            <w:proofErr w:type="spellStart"/>
            <w:r w:rsidRPr="00232FC9">
              <w:t>характеристи</w:t>
            </w:r>
            <w:proofErr w:type="spellEnd"/>
            <w:r w:rsidRPr="00232FC9">
              <w:t xml:space="preserve">​кой, объяснять своими словами значение изученных </w:t>
            </w:r>
            <w:proofErr w:type="spellStart"/>
            <w:r w:rsidRPr="00232FC9">
              <w:t>поня</w:t>
            </w:r>
            <w:proofErr w:type="spellEnd"/>
            <w:r w:rsidRPr="00232FC9">
              <w:t>​</w:t>
            </w:r>
            <w:proofErr w:type="spellStart"/>
            <w:r w:rsidRPr="00232FC9">
              <w:t>тий</w:t>
            </w:r>
            <w:proofErr w:type="spellEnd"/>
            <w:r w:rsidRPr="00232FC9">
              <w:t>, определять изученные грамматические признаки;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61B6C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Устный опрос; письменный контроль;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ACDF88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https://resh.edu.ru https://uchi.ru/ https://education.yandex.ru</w:t>
            </w:r>
          </w:p>
        </w:tc>
      </w:tr>
    </w:tbl>
    <w:p w14:paraId="3FB043E7" w14:textId="77777777" w:rsidR="00232FC9" w:rsidRPr="00232FC9" w:rsidRDefault="00232FC9" w:rsidP="00232FC9">
      <w:pPr>
        <w:rPr>
          <w:lang w:val="ru-RU"/>
        </w:rPr>
      </w:pPr>
    </w:p>
    <w:tbl>
      <w:tblPr>
        <w:tblStyle w:val="TableGrid"/>
        <w:tblW w:w="15501" w:type="dxa"/>
        <w:tblInd w:w="6" w:type="dxa"/>
        <w:tblCellMar>
          <w:top w:w="114" w:type="dxa"/>
          <w:left w:w="78" w:type="dxa"/>
          <w:right w:w="73" w:type="dxa"/>
        </w:tblCellMar>
        <w:tblLook w:val="04A0" w:firstRow="1" w:lastRow="0" w:firstColumn="1" w:lastColumn="0" w:noHBand="0" w:noVBand="1"/>
      </w:tblPr>
      <w:tblGrid>
        <w:gridCol w:w="486"/>
        <w:gridCol w:w="3478"/>
        <w:gridCol w:w="476"/>
        <w:gridCol w:w="913"/>
        <w:gridCol w:w="942"/>
        <w:gridCol w:w="673"/>
        <w:gridCol w:w="4286"/>
        <w:gridCol w:w="1425"/>
        <w:gridCol w:w="2822"/>
      </w:tblGrid>
      <w:tr w:rsidR="00232FC9" w:rsidRPr="00934BAB" w14:paraId="5B23EFA3" w14:textId="77777777" w:rsidTr="00D33B6C">
        <w:trPr>
          <w:trHeight w:val="10542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29D367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5.4.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9FF22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18C26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5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E741F6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0DA51F6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870ACE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1B662C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Учебный диалог «По каким признакам мы распределяем слова по частям речи?»;</w:t>
            </w:r>
          </w:p>
          <w:p w14:paraId="6CF7EE04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Составление по результатам диалога таблицы «Части речи», по горизонтали в строках таблицы отражены следующие параметры: «Значение», «Вопросы», «Какие признаки не изменяются», «какие признаки </w:t>
            </w:r>
            <w:proofErr w:type="spellStart"/>
            <w:r w:rsidRPr="00232FC9">
              <w:t>изменя</w:t>
            </w:r>
            <w:proofErr w:type="spellEnd"/>
            <w:r w:rsidRPr="00232FC9">
              <w:t>​</w:t>
            </w:r>
            <w:proofErr w:type="spellStart"/>
            <w:r w:rsidRPr="00232FC9">
              <w:t>ются</w:t>
            </w:r>
            <w:proofErr w:type="spellEnd"/>
            <w:r w:rsidRPr="00232FC9">
              <w:t>»;</w:t>
            </w:r>
          </w:p>
          <w:p w14:paraId="7E72F01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Упражнение: группировка предложенного набора слов на основании того, какой частью речи они являются;</w:t>
            </w:r>
          </w:p>
          <w:p w14:paraId="1A72484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Наблюдение за грамматическими признаками имён суще​</w:t>
            </w:r>
            <w:proofErr w:type="spellStart"/>
            <w:r w:rsidRPr="00232FC9">
              <w:t>ствительных</w:t>
            </w:r>
            <w:proofErr w:type="spellEnd"/>
            <w:r w:rsidRPr="00232FC9">
              <w:t xml:space="preserve">, соотнесение сделанных выводов с </w:t>
            </w:r>
            <w:proofErr w:type="spellStart"/>
            <w:r w:rsidRPr="00232FC9">
              <w:t>информаци</w:t>
            </w:r>
            <w:proofErr w:type="spellEnd"/>
            <w:r w:rsidRPr="00232FC9">
              <w:t>​ ей в учебнике;</w:t>
            </w:r>
          </w:p>
          <w:p w14:paraId="2D4C7BA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нахождение у группы имён существительных грамматического признака, который объединяет эти имена существительные в группу;</w:t>
            </w:r>
          </w:p>
          <w:p w14:paraId="6A2F982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изменение имён существительных по указанному признаку;</w:t>
            </w:r>
          </w:p>
          <w:p w14:paraId="3EED8AC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Работа в группах: объединение имён существительных в группы по определённому признаку (например, род или число); Дифференцированное </w:t>
            </w:r>
            <w:r w:rsidRPr="00232FC9">
              <w:lastRenderedPageBreak/>
              <w:t>задание: нахождение в ряду имён существительных такого слова, которое по какому​-то</w:t>
            </w:r>
          </w:p>
          <w:p w14:paraId="39F2CAD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грамматическому признаку отличается от остальных слов в ряду; Наблюдение за соотнесением формы имени прилагательного с формой имени существительного, формулирование вывода по результатам наблюдения, соотнесение собственных выводов с информацией в учебнике;</w:t>
            </w:r>
          </w:p>
          <w:p w14:paraId="325D6BC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Комментированное выполнение задания на нахождение грамматических признаков имён прилагательных;</w:t>
            </w:r>
          </w:p>
          <w:p w14:paraId="44FDB0C7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поиск ошибок на согласование имён существительных и имён прилагательных, исправление найденных ошибок;</w:t>
            </w:r>
          </w:p>
          <w:p w14:paraId="53738E3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Наблюдение за грамматическими признаками глаголов (число, время, род в прошедшем времени), формулирование выводов по результатам наблюдений, соотнесение </w:t>
            </w:r>
            <w:proofErr w:type="spellStart"/>
            <w:r w:rsidRPr="00232FC9">
              <w:t>собствен</w:t>
            </w:r>
            <w:proofErr w:type="spellEnd"/>
            <w:r w:rsidRPr="00232FC9">
              <w:t>​</w:t>
            </w:r>
            <w:proofErr w:type="spellStart"/>
            <w:r w:rsidRPr="00232FC9">
              <w:t>ных</w:t>
            </w:r>
            <w:proofErr w:type="spellEnd"/>
            <w:r w:rsidRPr="00232FC9">
              <w:t xml:space="preserve"> выводов с информацией в учебнике;</w:t>
            </w:r>
          </w:p>
          <w:p w14:paraId="1322EE1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анализ текста на наличие в нём глаголов, грамматические характеристики которых даны (из числа изученных);</w:t>
            </w:r>
          </w:p>
          <w:p w14:paraId="3E144DE8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 xml:space="preserve">Творческая работа: трансформировать текст, изменяя время глагола; Обсуждение правильности соотнесения глаголов и </w:t>
            </w:r>
            <w:proofErr w:type="spellStart"/>
            <w:r w:rsidRPr="00232FC9">
              <w:t>граммати</w:t>
            </w:r>
            <w:proofErr w:type="spellEnd"/>
            <w:r w:rsidRPr="00232FC9">
              <w:t>​</w:t>
            </w:r>
            <w:proofErr w:type="spellStart"/>
            <w:r w:rsidRPr="00232FC9">
              <w:t>ческих</w:t>
            </w:r>
            <w:proofErr w:type="spellEnd"/>
            <w:r w:rsidRPr="00232FC9">
              <w:t xml:space="preserve"> характеристик (из числа изученных);</w:t>
            </w:r>
          </w:p>
          <w:p w14:paraId="2BFD928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группировка глаголов на основании изучен​</w:t>
            </w:r>
            <w:proofErr w:type="spellStart"/>
            <w:r w:rsidRPr="00232FC9">
              <w:t>ных</w:t>
            </w:r>
            <w:proofErr w:type="spellEnd"/>
            <w:r w:rsidRPr="00232FC9">
              <w:t xml:space="preserve"> грамматических признаков;</w:t>
            </w:r>
          </w:p>
          <w:p w14:paraId="39EBF9D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Наблюдение за ролью местоимений в тексте;</w:t>
            </w:r>
          </w:p>
          <w:p w14:paraId="2CDBDBE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корректировка текста, заключающая​</w:t>
            </w:r>
            <w:proofErr w:type="spellStart"/>
            <w:r w:rsidRPr="00232FC9">
              <w:t>ся</w:t>
            </w:r>
            <w:proofErr w:type="spellEnd"/>
            <w:r w:rsidRPr="00232FC9">
              <w:t xml:space="preserve"> в замене повторяющихся в тексте имён существительных соответствующими местоимениями;</w:t>
            </w:r>
          </w:p>
          <w:p w14:paraId="098F4AD7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группах: определение уместности употребления местоимений в тексте, обнаружение речевых ошибок, связанных с неудачным употреблением местоимений;</w:t>
            </w:r>
          </w:p>
          <w:p w14:paraId="5936D67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Проверочная работа: проверка умения ориентироваться в изученных понятиях: часть речи, склонение, падеж, время, род; умения соотносить понятие с его краткой </w:t>
            </w:r>
            <w:proofErr w:type="spellStart"/>
            <w:r w:rsidRPr="00232FC9">
              <w:t>характеристи</w:t>
            </w:r>
            <w:proofErr w:type="spellEnd"/>
            <w:r w:rsidRPr="00232FC9">
              <w:t xml:space="preserve">​кой, объяснять своими словами значение изученных </w:t>
            </w:r>
            <w:proofErr w:type="spellStart"/>
            <w:r w:rsidRPr="00232FC9">
              <w:t>поня</w:t>
            </w:r>
            <w:proofErr w:type="spellEnd"/>
            <w:r w:rsidRPr="00232FC9">
              <w:t>​</w:t>
            </w:r>
            <w:proofErr w:type="spellStart"/>
            <w:r w:rsidRPr="00232FC9">
              <w:t>тий</w:t>
            </w:r>
            <w:proofErr w:type="spellEnd"/>
            <w:r w:rsidRPr="00232FC9">
              <w:t>, определять изученные грамматические признаки;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CFAF6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Устный опрос; письменный контроль;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8930D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https://resh.edu.ru https://uchi.ru/ https://education.yandex.ru</w:t>
            </w:r>
          </w:p>
        </w:tc>
      </w:tr>
    </w:tbl>
    <w:p w14:paraId="0CAD3542" w14:textId="77777777" w:rsidR="00232FC9" w:rsidRPr="00232FC9" w:rsidRDefault="00232FC9" w:rsidP="00232FC9">
      <w:pPr>
        <w:rPr>
          <w:lang w:val="ru-RU"/>
        </w:rPr>
      </w:pPr>
    </w:p>
    <w:tbl>
      <w:tblPr>
        <w:tblStyle w:val="TableGrid"/>
        <w:tblW w:w="15501" w:type="dxa"/>
        <w:tblInd w:w="6" w:type="dxa"/>
        <w:tblCellMar>
          <w:top w:w="114" w:type="dxa"/>
          <w:left w:w="78" w:type="dxa"/>
          <w:right w:w="73" w:type="dxa"/>
        </w:tblCellMar>
        <w:tblLook w:val="04A0" w:firstRow="1" w:lastRow="0" w:firstColumn="1" w:lastColumn="0" w:noHBand="0" w:noVBand="1"/>
      </w:tblPr>
      <w:tblGrid>
        <w:gridCol w:w="485"/>
        <w:gridCol w:w="3472"/>
        <w:gridCol w:w="477"/>
        <w:gridCol w:w="914"/>
        <w:gridCol w:w="943"/>
        <w:gridCol w:w="674"/>
        <w:gridCol w:w="4289"/>
        <w:gridCol w:w="1425"/>
        <w:gridCol w:w="2822"/>
      </w:tblGrid>
      <w:tr w:rsidR="00232FC9" w:rsidRPr="00934BAB" w14:paraId="7C308992" w14:textId="77777777" w:rsidTr="00D33B6C">
        <w:trPr>
          <w:trHeight w:val="1053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E0CDC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5.5.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447E2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Имена существительные 1, 2, 3-го склонения.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A9677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F39913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443B01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986BAE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367D5A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Учебный диалог «По каким признакам мы распределяем слова по частям речи?»;</w:t>
            </w:r>
          </w:p>
          <w:p w14:paraId="417BCFD7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Составление по результатам диалога таблицы «Части речи», по горизонтали в строках таблицы отражены следующие параметры: «Значение», «Вопросы», «Какие признаки не изменяются», «какие признаки </w:t>
            </w:r>
            <w:proofErr w:type="spellStart"/>
            <w:r w:rsidRPr="00232FC9">
              <w:t>изменя</w:t>
            </w:r>
            <w:proofErr w:type="spellEnd"/>
            <w:r w:rsidRPr="00232FC9">
              <w:t>​</w:t>
            </w:r>
            <w:proofErr w:type="spellStart"/>
            <w:r w:rsidRPr="00232FC9">
              <w:t>ются</w:t>
            </w:r>
            <w:proofErr w:type="spellEnd"/>
            <w:r w:rsidRPr="00232FC9">
              <w:t>»;</w:t>
            </w:r>
          </w:p>
          <w:p w14:paraId="45E14E1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Упражнение: группировка предложенного набора слов на основании того, какой частью речи они являются;</w:t>
            </w:r>
          </w:p>
          <w:p w14:paraId="6F7D79C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Наблюдение за грамматическими признаками имён суще​</w:t>
            </w:r>
            <w:proofErr w:type="spellStart"/>
            <w:r w:rsidRPr="00232FC9">
              <w:t>ствительных</w:t>
            </w:r>
            <w:proofErr w:type="spellEnd"/>
            <w:r w:rsidRPr="00232FC9">
              <w:t xml:space="preserve">, соотнесение сделанных выводов с </w:t>
            </w:r>
            <w:proofErr w:type="spellStart"/>
            <w:r w:rsidRPr="00232FC9">
              <w:t>информаци</w:t>
            </w:r>
            <w:proofErr w:type="spellEnd"/>
            <w:r w:rsidRPr="00232FC9">
              <w:t>​ ей в учебнике;</w:t>
            </w:r>
          </w:p>
          <w:p w14:paraId="3BB6CF8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нахождение у группы имён существительных грамматического признака, который объединяет эти имена существительные в группу;</w:t>
            </w:r>
          </w:p>
          <w:p w14:paraId="6F44DD2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изменение имён существительных по указанному признаку;</w:t>
            </w:r>
          </w:p>
          <w:p w14:paraId="3FE47928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Работа в группах: объединение имён существительных в группы по определённому признаку (например, род или число); Дифференцированное </w:t>
            </w:r>
            <w:r w:rsidRPr="00232FC9">
              <w:lastRenderedPageBreak/>
              <w:t>задание: нахождение в ряду имён существительных такого слова, которое по какому​-то</w:t>
            </w:r>
          </w:p>
          <w:p w14:paraId="3B08CDA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грамматическому признаку отличается от остальных слов в ряду; Наблюдение за соотнесением формы имени прилагательного с формой имени существительного, формулирование вывода по результатам наблюдения, соотнесение собственных выводов с информацией в учебнике;</w:t>
            </w:r>
          </w:p>
          <w:p w14:paraId="5BC706A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Комментированное выполнение задания на нахождение грамматических признаков имён прилагательных;</w:t>
            </w:r>
          </w:p>
          <w:p w14:paraId="7D57970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поиск ошибок на согласование имён существительных и имён прилагательных, исправление найденных ошибок;</w:t>
            </w:r>
          </w:p>
          <w:p w14:paraId="2449B74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Наблюдение за грамматическими признаками глаголов (число, время, род в прошедшем времени), формулирование выводов по результатам наблюдений, соотнесение </w:t>
            </w:r>
            <w:proofErr w:type="spellStart"/>
            <w:r w:rsidRPr="00232FC9">
              <w:t>собствен</w:t>
            </w:r>
            <w:proofErr w:type="spellEnd"/>
            <w:r w:rsidRPr="00232FC9">
              <w:t>​</w:t>
            </w:r>
            <w:proofErr w:type="spellStart"/>
            <w:r w:rsidRPr="00232FC9">
              <w:t>ных</w:t>
            </w:r>
            <w:proofErr w:type="spellEnd"/>
            <w:r w:rsidRPr="00232FC9">
              <w:t xml:space="preserve"> выводов с информацией в учебнике;</w:t>
            </w:r>
          </w:p>
          <w:p w14:paraId="3B088FB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анализ текста на наличие в нём глаголов, грамматические характеристики которых даны (из числа изученных);</w:t>
            </w:r>
          </w:p>
          <w:p w14:paraId="527EE594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 xml:space="preserve">Творческая работа: трансформировать текст, изменяя время глагола; Обсуждение правильности соотнесения глаголов и </w:t>
            </w:r>
            <w:proofErr w:type="spellStart"/>
            <w:r w:rsidRPr="00232FC9">
              <w:t>граммати</w:t>
            </w:r>
            <w:proofErr w:type="spellEnd"/>
            <w:r w:rsidRPr="00232FC9">
              <w:t>​</w:t>
            </w:r>
            <w:proofErr w:type="spellStart"/>
            <w:r w:rsidRPr="00232FC9">
              <w:t>ческих</w:t>
            </w:r>
            <w:proofErr w:type="spellEnd"/>
            <w:r w:rsidRPr="00232FC9">
              <w:t xml:space="preserve"> характеристик (из числа изученных);</w:t>
            </w:r>
          </w:p>
          <w:p w14:paraId="693A472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группировка глаголов на основании изучен​</w:t>
            </w:r>
            <w:proofErr w:type="spellStart"/>
            <w:r w:rsidRPr="00232FC9">
              <w:t>ных</w:t>
            </w:r>
            <w:proofErr w:type="spellEnd"/>
            <w:r w:rsidRPr="00232FC9">
              <w:t xml:space="preserve"> грамматических признаков;</w:t>
            </w:r>
          </w:p>
          <w:p w14:paraId="7BC80AE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Наблюдение за ролью местоимений в тексте;</w:t>
            </w:r>
          </w:p>
          <w:p w14:paraId="4456AC5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корректировка текста, заключающая​</w:t>
            </w:r>
            <w:proofErr w:type="spellStart"/>
            <w:r w:rsidRPr="00232FC9">
              <w:t>ся</w:t>
            </w:r>
            <w:proofErr w:type="spellEnd"/>
            <w:r w:rsidRPr="00232FC9">
              <w:t xml:space="preserve"> в замене повторяющихся в тексте имён существительных соответствующими местоимениями;</w:t>
            </w:r>
          </w:p>
          <w:p w14:paraId="4C1F360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группах: определение уместности употребления местоимений в тексте, обнаружение речевых ошибок, связанных с неудачным употреблением местоимений;</w:t>
            </w:r>
          </w:p>
          <w:p w14:paraId="6468F7B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Проверочная работа: проверка умения ориентироваться в изученных понятиях: часть речи, склонение, падеж, время, род; умения соотносить понятие с его краткой </w:t>
            </w:r>
            <w:proofErr w:type="spellStart"/>
            <w:r w:rsidRPr="00232FC9">
              <w:t>характеристи</w:t>
            </w:r>
            <w:proofErr w:type="spellEnd"/>
            <w:r w:rsidRPr="00232FC9">
              <w:t xml:space="preserve">​кой, объяснять своими словами значение изученных </w:t>
            </w:r>
            <w:proofErr w:type="spellStart"/>
            <w:r w:rsidRPr="00232FC9">
              <w:t>поня</w:t>
            </w:r>
            <w:proofErr w:type="spellEnd"/>
            <w:r w:rsidRPr="00232FC9">
              <w:t>​</w:t>
            </w:r>
            <w:proofErr w:type="spellStart"/>
            <w:r w:rsidRPr="00232FC9">
              <w:t>тий</w:t>
            </w:r>
            <w:proofErr w:type="spellEnd"/>
            <w:r w:rsidRPr="00232FC9">
              <w:t>, определять изученные грамматические признаки;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F34E3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Устный опрос; письменный контроль;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0D6D8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https://resh.edu.ru https://uchi.ru/ https://education.yandex.ru</w:t>
            </w:r>
          </w:p>
        </w:tc>
      </w:tr>
    </w:tbl>
    <w:p w14:paraId="6D1A8DAA" w14:textId="77777777" w:rsidR="00232FC9" w:rsidRPr="00232FC9" w:rsidRDefault="00232FC9" w:rsidP="00232FC9">
      <w:pPr>
        <w:rPr>
          <w:lang w:val="ru-RU"/>
        </w:rPr>
      </w:pPr>
    </w:p>
    <w:tbl>
      <w:tblPr>
        <w:tblStyle w:val="TableGrid"/>
        <w:tblW w:w="15501" w:type="dxa"/>
        <w:tblInd w:w="6" w:type="dxa"/>
        <w:tblCellMar>
          <w:top w:w="114" w:type="dxa"/>
          <w:left w:w="78" w:type="dxa"/>
          <w:right w:w="73" w:type="dxa"/>
        </w:tblCellMar>
        <w:tblLook w:val="04A0" w:firstRow="1" w:lastRow="0" w:firstColumn="1" w:lastColumn="0" w:noHBand="0" w:noVBand="1"/>
      </w:tblPr>
      <w:tblGrid>
        <w:gridCol w:w="486"/>
        <w:gridCol w:w="3563"/>
        <w:gridCol w:w="489"/>
        <w:gridCol w:w="960"/>
        <w:gridCol w:w="990"/>
        <w:gridCol w:w="705"/>
        <w:gridCol w:w="4061"/>
        <w:gridCol w:w="1425"/>
        <w:gridCol w:w="2822"/>
      </w:tblGrid>
      <w:tr w:rsidR="00232FC9" w:rsidRPr="00934BAB" w14:paraId="3A033F6F" w14:textId="77777777" w:rsidTr="00D33B6C">
        <w:trPr>
          <w:trHeight w:val="1117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B994B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5.6.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8A0D5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Имена существительные одушевлённые и неодушевлённые.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2F721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3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37C261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28D2BC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296BC8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18D0AB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09F10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Устный опрос; письменный контроль;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6FBF1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https://resh.edu.ru https://uchi.ru/ https://education.yandex.ru</w:t>
            </w:r>
          </w:p>
        </w:tc>
      </w:tr>
    </w:tbl>
    <w:p w14:paraId="29A549E3" w14:textId="77777777" w:rsidR="00232FC9" w:rsidRPr="00232FC9" w:rsidRDefault="00232FC9" w:rsidP="00232FC9">
      <w:pPr>
        <w:rPr>
          <w:lang w:val="ru-RU"/>
        </w:rPr>
      </w:pPr>
      <w:r w:rsidRPr="00232FC9">
        <w:rPr>
          <w:lang w:val="ru-RU"/>
        </w:rPr>
        <w:br w:type="page"/>
      </w:r>
    </w:p>
    <w:p w14:paraId="451044A9" w14:textId="77777777" w:rsidR="00232FC9" w:rsidRPr="00232FC9" w:rsidRDefault="00232FC9" w:rsidP="00232FC9">
      <w:pPr>
        <w:rPr>
          <w:lang w:val="ru-RU"/>
        </w:rPr>
      </w:pPr>
    </w:p>
    <w:tbl>
      <w:tblPr>
        <w:tblStyle w:val="TableGrid"/>
        <w:tblW w:w="15501" w:type="dxa"/>
        <w:tblInd w:w="6" w:type="dxa"/>
        <w:tblCellMar>
          <w:top w:w="114" w:type="dxa"/>
          <w:left w:w="78" w:type="dxa"/>
          <w:right w:w="73" w:type="dxa"/>
        </w:tblCellMar>
        <w:tblLook w:val="04A0" w:firstRow="1" w:lastRow="0" w:firstColumn="1" w:lastColumn="0" w:noHBand="0" w:noVBand="1"/>
      </w:tblPr>
      <w:tblGrid>
        <w:gridCol w:w="486"/>
        <w:gridCol w:w="3454"/>
        <w:gridCol w:w="478"/>
        <w:gridCol w:w="917"/>
        <w:gridCol w:w="946"/>
        <w:gridCol w:w="676"/>
        <w:gridCol w:w="4297"/>
        <w:gridCol w:w="1425"/>
        <w:gridCol w:w="2822"/>
      </w:tblGrid>
      <w:tr w:rsidR="00232FC9" w:rsidRPr="00934BAB" w14:paraId="0A5FA6FC" w14:textId="77777777" w:rsidTr="00D33B6C">
        <w:trPr>
          <w:trHeight w:val="1053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26CDE8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5.7.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B5EDD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Имя прилагательное: общее значение, вопросы, употребление в речи.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71F93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71AD75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18477A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7B1BB0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E21F4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Учебный диалог «По каким признакам мы распределяем слова по частям речи?»;</w:t>
            </w:r>
          </w:p>
          <w:p w14:paraId="3CD5E52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Составление по результатам диалога таблицы «Части речи», по горизонтали в строках таблицы отражены следующие параметры: «Значение», «Вопросы», «Какие признаки не изменяются», «какие признаки </w:t>
            </w:r>
            <w:proofErr w:type="spellStart"/>
            <w:r w:rsidRPr="00232FC9">
              <w:t>изменя</w:t>
            </w:r>
            <w:proofErr w:type="spellEnd"/>
            <w:r w:rsidRPr="00232FC9">
              <w:t>​</w:t>
            </w:r>
            <w:proofErr w:type="spellStart"/>
            <w:r w:rsidRPr="00232FC9">
              <w:t>ются</w:t>
            </w:r>
            <w:proofErr w:type="spellEnd"/>
            <w:r w:rsidRPr="00232FC9">
              <w:t>»;</w:t>
            </w:r>
          </w:p>
          <w:p w14:paraId="74C5735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Упражнение: группировка предложенного набора слов на основании того, какой частью речи они являются;</w:t>
            </w:r>
          </w:p>
          <w:p w14:paraId="55E5DC5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Наблюдение за грамматическими признаками имён суще​</w:t>
            </w:r>
            <w:proofErr w:type="spellStart"/>
            <w:r w:rsidRPr="00232FC9">
              <w:t>ствительных</w:t>
            </w:r>
            <w:proofErr w:type="spellEnd"/>
            <w:r w:rsidRPr="00232FC9">
              <w:t xml:space="preserve">, соотнесение сделанных выводов с </w:t>
            </w:r>
            <w:proofErr w:type="spellStart"/>
            <w:r w:rsidRPr="00232FC9">
              <w:t>информаци</w:t>
            </w:r>
            <w:proofErr w:type="spellEnd"/>
            <w:r w:rsidRPr="00232FC9">
              <w:t>​ ей в учебнике;</w:t>
            </w:r>
          </w:p>
          <w:p w14:paraId="6E41ECD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нахождение у группы имён существительных грамматического признака, который объединяет эти имена существительные в группу;</w:t>
            </w:r>
          </w:p>
          <w:p w14:paraId="7228A12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изменение имён существительных по указанному признаку;</w:t>
            </w:r>
          </w:p>
          <w:p w14:paraId="1BBBC22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Работа в группах: объединение имён существительных в группы по определённому признаку (например, род или число); Дифференцированное </w:t>
            </w:r>
            <w:r w:rsidRPr="00232FC9">
              <w:lastRenderedPageBreak/>
              <w:t>задание: нахождение в ряду имён существительных такого слова, которое по какому​-то</w:t>
            </w:r>
          </w:p>
          <w:p w14:paraId="0D14B37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грамматическому признаку отличается от остальных слов в ряду; Наблюдение за соотнесением формы имени прилагательного с формой имени существительного, формулирование вывода по результатам наблюдения, соотнесение собственных выводов с информацией в учебнике;</w:t>
            </w:r>
          </w:p>
          <w:p w14:paraId="6E36309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Комментированное выполнение задания на нахождение грамматических признаков имён прилагательных;</w:t>
            </w:r>
          </w:p>
          <w:p w14:paraId="2FF26EC4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поиск ошибок на согласование имён существительных и имён прилагательных, исправление найденных ошибок;</w:t>
            </w:r>
          </w:p>
          <w:p w14:paraId="0290165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Наблюдение за грамматическими признаками глаголов (число, время, род в прошедшем времени), формулирование выводов по результатам наблюдений, соотнесение </w:t>
            </w:r>
            <w:proofErr w:type="spellStart"/>
            <w:r w:rsidRPr="00232FC9">
              <w:t>собствен</w:t>
            </w:r>
            <w:proofErr w:type="spellEnd"/>
            <w:r w:rsidRPr="00232FC9">
              <w:t>​</w:t>
            </w:r>
            <w:proofErr w:type="spellStart"/>
            <w:r w:rsidRPr="00232FC9">
              <w:t>ных</w:t>
            </w:r>
            <w:proofErr w:type="spellEnd"/>
            <w:r w:rsidRPr="00232FC9">
              <w:t xml:space="preserve"> выводов с информацией в учебнике;</w:t>
            </w:r>
          </w:p>
          <w:p w14:paraId="6CB4F558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анализ текста на наличие в нём глаголов, грамматические характеристики которых даны (из числа изученных);</w:t>
            </w:r>
          </w:p>
          <w:p w14:paraId="75351B97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 xml:space="preserve">Творческая работа: трансформировать текст, изменяя время глагола; Обсуждение правильности соотнесения глаголов и </w:t>
            </w:r>
            <w:proofErr w:type="spellStart"/>
            <w:r w:rsidRPr="00232FC9">
              <w:t>граммати</w:t>
            </w:r>
            <w:proofErr w:type="spellEnd"/>
            <w:r w:rsidRPr="00232FC9">
              <w:t>​</w:t>
            </w:r>
            <w:proofErr w:type="spellStart"/>
            <w:r w:rsidRPr="00232FC9">
              <w:t>ческих</w:t>
            </w:r>
            <w:proofErr w:type="spellEnd"/>
            <w:r w:rsidRPr="00232FC9">
              <w:t xml:space="preserve"> характеристик (из числа изученных);</w:t>
            </w:r>
          </w:p>
          <w:p w14:paraId="117072E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группировка глаголов на основании изучен​</w:t>
            </w:r>
            <w:proofErr w:type="spellStart"/>
            <w:r w:rsidRPr="00232FC9">
              <w:t>ных</w:t>
            </w:r>
            <w:proofErr w:type="spellEnd"/>
            <w:r w:rsidRPr="00232FC9">
              <w:t xml:space="preserve"> грамматических признаков;</w:t>
            </w:r>
          </w:p>
          <w:p w14:paraId="21F4FC4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Наблюдение за ролью местоимений в тексте;</w:t>
            </w:r>
          </w:p>
          <w:p w14:paraId="4E7F335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корректировка текста, заключающая​</w:t>
            </w:r>
            <w:proofErr w:type="spellStart"/>
            <w:r w:rsidRPr="00232FC9">
              <w:t>ся</w:t>
            </w:r>
            <w:proofErr w:type="spellEnd"/>
            <w:r w:rsidRPr="00232FC9">
              <w:t xml:space="preserve"> в замене повторяющихся в тексте имён существительных соответствующими местоимениями;</w:t>
            </w:r>
          </w:p>
          <w:p w14:paraId="00E2757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группах: определение уместности употребления местоимений в тексте, обнаружение речевых ошибок, связанных с неудачным употреблением местоимений;</w:t>
            </w:r>
          </w:p>
          <w:p w14:paraId="0AC21C2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Проверочная работа: проверка умения ориентироваться в изученных понятиях: часть речи, склонение, падеж, время, род; умения соотносить понятие с его краткой </w:t>
            </w:r>
            <w:proofErr w:type="spellStart"/>
            <w:r w:rsidRPr="00232FC9">
              <w:t>характеристи</w:t>
            </w:r>
            <w:proofErr w:type="spellEnd"/>
            <w:r w:rsidRPr="00232FC9">
              <w:t xml:space="preserve">​кой, объяснять своими словами значение изученных </w:t>
            </w:r>
            <w:proofErr w:type="spellStart"/>
            <w:r w:rsidRPr="00232FC9">
              <w:t>поня</w:t>
            </w:r>
            <w:proofErr w:type="spellEnd"/>
            <w:r w:rsidRPr="00232FC9">
              <w:t>​</w:t>
            </w:r>
            <w:proofErr w:type="spellStart"/>
            <w:r w:rsidRPr="00232FC9">
              <w:t>тий</w:t>
            </w:r>
            <w:proofErr w:type="spellEnd"/>
            <w:r w:rsidRPr="00232FC9">
              <w:t>, определять изученные грамматические признаки;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BF7CB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Устный опрос; письменный контроль;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1FFDF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https://resh.edu.ru https://uchi.ru/ https://education.yandex.ru</w:t>
            </w:r>
          </w:p>
        </w:tc>
      </w:tr>
    </w:tbl>
    <w:p w14:paraId="1295BD88" w14:textId="77777777" w:rsidR="00232FC9" w:rsidRPr="00232FC9" w:rsidRDefault="00232FC9" w:rsidP="00232FC9">
      <w:pPr>
        <w:rPr>
          <w:lang w:val="ru-RU"/>
        </w:rPr>
      </w:pPr>
    </w:p>
    <w:tbl>
      <w:tblPr>
        <w:tblStyle w:val="TableGrid"/>
        <w:tblW w:w="15501" w:type="dxa"/>
        <w:tblInd w:w="6" w:type="dxa"/>
        <w:tblCellMar>
          <w:top w:w="114" w:type="dxa"/>
          <w:left w:w="78" w:type="dxa"/>
          <w:bottom w:w="2" w:type="dxa"/>
          <w:right w:w="73" w:type="dxa"/>
        </w:tblCellMar>
        <w:tblLook w:val="04A0" w:firstRow="1" w:lastRow="0" w:firstColumn="1" w:lastColumn="0" w:noHBand="0" w:noVBand="1"/>
      </w:tblPr>
      <w:tblGrid>
        <w:gridCol w:w="607"/>
        <w:gridCol w:w="3456"/>
        <w:gridCol w:w="471"/>
        <w:gridCol w:w="895"/>
        <w:gridCol w:w="923"/>
        <w:gridCol w:w="661"/>
        <w:gridCol w:w="4241"/>
        <w:gridCol w:w="1425"/>
        <w:gridCol w:w="2822"/>
      </w:tblGrid>
      <w:tr w:rsidR="00232FC9" w:rsidRPr="00934BAB" w14:paraId="1B9707B0" w14:textId="77777777" w:rsidTr="00D33B6C">
        <w:trPr>
          <w:trHeight w:val="1117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94D5C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5.8.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DA4F8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</w:t>
            </w:r>
            <w:r w:rsidRPr="00232FC9">
              <w:rPr>
                <w:b/>
              </w:rPr>
              <w:t>-</w:t>
            </w:r>
            <w:proofErr w:type="spellStart"/>
            <w:r w:rsidRPr="00232FC9">
              <w:rPr>
                <w:b/>
              </w:rPr>
              <w:t>ий</w:t>
            </w:r>
            <w:proofErr w:type="spellEnd"/>
            <w:r w:rsidRPr="00232FC9">
              <w:rPr>
                <w:b/>
              </w:rPr>
              <w:t>, -</w:t>
            </w:r>
            <w:proofErr w:type="spellStart"/>
            <w:r w:rsidRPr="00232FC9">
              <w:rPr>
                <w:b/>
              </w:rPr>
              <w:t>ов</w:t>
            </w:r>
            <w:proofErr w:type="spellEnd"/>
            <w:r w:rsidRPr="00232FC9">
              <w:rPr>
                <w:b/>
              </w:rPr>
              <w:t>, -ин</w:t>
            </w:r>
            <w:r w:rsidRPr="00232FC9">
              <w:t>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29707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3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CB71B3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D5A0EB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8B1663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E6A497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44F96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Устный опрос; письменный контроль;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21391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https://resh.edu.ru https://uchi.ru/ https://education.yandex.ru</w:t>
            </w:r>
          </w:p>
        </w:tc>
      </w:tr>
      <w:tr w:rsidR="00232FC9" w:rsidRPr="00934BAB" w14:paraId="00E277E6" w14:textId="77777777" w:rsidTr="00D33B6C">
        <w:trPr>
          <w:trHeight w:val="1117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0E9B7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5.9.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6FFF3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Склонение имён прилагательных.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9F0E5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3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F6EBC4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BF79D9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B243C9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DF5A93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A28A1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Устный опрос; письменный контроль;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98D2F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https://resh.edu.ru https://uchi.ru/ https://education.yandex.ru</w:t>
            </w:r>
          </w:p>
        </w:tc>
      </w:tr>
      <w:tr w:rsidR="00232FC9" w:rsidRPr="00934BAB" w14:paraId="365BD54C" w14:textId="77777777" w:rsidTr="00D33B6C">
        <w:trPr>
          <w:trHeight w:val="8519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B1E5314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5.10.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565D34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Местоимение (общее представление).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E67F65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561729C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6767922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A11B225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bottom"/>
          </w:tcPr>
          <w:p w14:paraId="63EBF00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;</w:t>
            </w:r>
          </w:p>
          <w:p w14:paraId="6D6464C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Учебный диалог «По каким признакам мы распределяем слова по частям речи?»;</w:t>
            </w:r>
          </w:p>
          <w:p w14:paraId="3F7A380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Составление по результатам диалога таблицы «Части речи», по горизонтали в строках таблицы отражены следующие параметры: «Значение», «Вопросы», «Какие признаки не изменяются», «какие признаки </w:t>
            </w:r>
            <w:proofErr w:type="spellStart"/>
            <w:r w:rsidRPr="00232FC9">
              <w:t>изменя</w:t>
            </w:r>
            <w:proofErr w:type="spellEnd"/>
            <w:r w:rsidRPr="00232FC9">
              <w:t>​</w:t>
            </w:r>
            <w:proofErr w:type="spellStart"/>
            <w:r w:rsidRPr="00232FC9">
              <w:t>ются</w:t>
            </w:r>
            <w:proofErr w:type="spellEnd"/>
            <w:r w:rsidRPr="00232FC9">
              <w:t>»;</w:t>
            </w:r>
          </w:p>
          <w:p w14:paraId="4EC32374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Упражнение: группировка предложенного набора слов на основании того, какой частью речи они являются;</w:t>
            </w:r>
          </w:p>
          <w:p w14:paraId="2F33EF9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Наблюдение за грамматическими признаками имён суще​</w:t>
            </w:r>
            <w:proofErr w:type="spellStart"/>
            <w:r w:rsidRPr="00232FC9">
              <w:t>ствительных</w:t>
            </w:r>
            <w:proofErr w:type="spellEnd"/>
            <w:r w:rsidRPr="00232FC9">
              <w:t xml:space="preserve">, соотнесение сделанных выводов с </w:t>
            </w:r>
            <w:proofErr w:type="spellStart"/>
            <w:r w:rsidRPr="00232FC9">
              <w:t>информаци</w:t>
            </w:r>
            <w:proofErr w:type="spellEnd"/>
            <w:r w:rsidRPr="00232FC9">
              <w:t>​ ей в учебнике;</w:t>
            </w:r>
          </w:p>
          <w:p w14:paraId="767BFEA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нахождение у группы имён существительных грамматического признака, который объединяет эти имена существительные в группу;</w:t>
            </w:r>
          </w:p>
          <w:p w14:paraId="0DE605D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изменение имён существительных по указанному признаку;</w:t>
            </w:r>
          </w:p>
          <w:p w14:paraId="4C7BF96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Работа в группах: объединение имён существительных в группы по определённому признаку (например, </w:t>
            </w:r>
            <w:r w:rsidRPr="00232FC9">
              <w:lastRenderedPageBreak/>
              <w:t>род или число); Дифференцированное задание: нахождение в ряду имён существительных такого слова, которое по какому​-то</w:t>
            </w:r>
          </w:p>
          <w:p w14:paraId="4B1ACF0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грамматическому признаку отличается от остальных слов в ряду; Наблюдение за соотнесением формы имени прилагательного с формой имени существительного, формулирование вывода по результатам наблюдения, соотнесение собственных выводов с информацией в учебнике;</w:t>
            </w:r>
          </w:p>
          <w:p w14:paraId="5E84789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Комментированное выполнение задания на нахождение грамматических признаков имён прилагательных;</w:t>
            </w:r>
          </w:p>
          <w:p w14:paraId="1B12EBC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поиск ошибок на согласование имён существительных и имён прилагательных, исправление найденных ошибок;</w:t>
            </w:r>
          </w:p>
          <w:p w14:paraId="3FED2B7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Наблюдение за грамматическими признаками глаголов (число, время, род в прошедшем времени), формулирование выводов по результатам наблюдений, соотнесение </w:t>
            </w:r>
            <w:proofErr w:type="spellStart"/>
            <w:r w:rsidRPr="00232FC9">
              <w:t>собствен</w:t>
            </w:r>
            <w:proofErr w:type="spellEnd"/>
            <w:r w:rsidRPr="00232FC9">
              <w:t>​</w:t>
            </w:r>
            <w:proofErr w:type="spellStart"/>
            <w:r w:rsidRPr="00232FC9">
              <w:t>ных</w:t>
            </w:r>
            <w:proofErr w:type="spellEnd"/>
            <w:r w:rsidRPr="00232FC9">
              <w:t xml:space="preserve"> выводов с информацией в учебнике;</w:t>
            </w:r>
          </w:p>
          <w:p w14:paraId="08A8F76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Практическая работа: анализ текста на наличие в нём глаголов, грамматические характеристики </w:t>
            </w:r>
            <w:r w:rsidRPr="00232FC9">
              <w:lastRenderedPageBreak/>
              <w:t>которых даны (из числа изученных);</w:t>
            </w:r>
          </w:p>
          <w:p w14:paraId="55270FD7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Творческая работа: трансформировать текст, изменяя время глагола; Обсуждение правильности соотнесения глаголов и </w:t>
            </w:r>
            <w:proofErr w:type="spellStart"/>
            <w:r w:rsidRPr="00232FC9">
              <w:t>граммати</w:t>
            </w:r>
            <w:proofErr w:type="spellEnd"/>
            <w:r w:rsidRPr="00232FC9">
              <w:t>​</w:t>
            </w:r>
            <w:proofErr w:type="spellStart"/>
            <w:r w:rsidRPr="00232FC9">
              <w:t>ческих</w:t>
            </w:r>
            <w:proofErr w:type="spellEnd"/>
            <w:r w:rsidRPr="00232FC9">
              <w:t xml:space="preserve"> характеристик (из числа изученных);</w:t>
            </w:r>
          </w:p>
          <w:p w14:paraId="56978F8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группировка глаголов на основании изучен​</w:t>
            </w:r>
            <w:proofErr w:type="spellStart"/>
            <w:r w:rsidRPr="00232FC9">
              <w:t>ных</w:t>
            </w:r>
            <w:proofErr w:type="spellEnd"/>
            <w:r w:rsidRPr="00232FC9">
              <w:t xml:space="preserve"> грамматических признаков;</w:t>
            </w:r>
          </w:p>
          <w:p w14:paraId="0F69575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Наблюдение за ролью местоимений в тексте;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5748EB77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Устный опрос; письменный контроль;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37E10E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https://resh.edu.ru https://uchi.ru/ https://education.yandex.ru</w:t>
            </w:r>
          </w:p>
        </w:tc>
      </w:tr>
    </w:tbl>
    <w:p w14:paraId="7C129AD9" w14:textId="77777777" w:rsidR="00232FC9" w:rsidRPr="00232FC9" w:rsidRDefault="00232FC9" w:rsidP="00232FC9">
      <w:pPr>
        <w:rPr>
          <w:lang w:val="ru-RU"/>
        </w:rPr>
      </w:pPr>
    </w:p>
    <w:tbl>
      <w:tblPr>
        <w:tblStyle w:val="TableGrid"/>
        <w:tblW w:w="15501" w:type="dxa"/>
        <w:tblInd w:w="6" w:type="dxa"/>
        <w:tblCellMar>
          <w:top w:w="48" w:type="dxa"/>
          <w:left w:w="78" w:type="dxa"/>
          <w:right w:w="73" w:type="dxa"/>
        </w:tblCellMar>
        <w:tblLook w:val="04A0" w:firstRow="1" w:lastRow="0" w:firstColumn="1" w:lastColumn="0" w:noHBand="0" w:noVBand="1"/>
      </w:tblPr>
      <w:tblGrid>
        <w:gridCol w:w="607"/>
        <w:gridCol w:w="3405"/>
        <w:gridCol w:w="474"/>
        <w:gridCol w:w="904"/>
        <w:gridCol w:w="933"/>
        <w:gridCol w:w="667"/>
        <w:gridCol w:w="4264"/>
        <w:gridCol w:w="1425"/>
        <w:gridCol w:w="2822"/>
      </w:tblGrid>
      <w:tr w:rsidR="00232FC9" w:rsidRPr="00934BAB" w14:paraId="34B01FA6" w14:textId="77777777" w:rsidTr="00D33B6C">
        <w:trPr>
          <w:trHeight w:val="2371"/>
        </w:trPr>
        <w:tc>
          <w:tcPr>
            <w:tcW w:w="46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CB79A7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385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070191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52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D3E1EE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8F4186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D19842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CAE900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599AB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корректировка текста, заключающая​</w:t>
            </w:r>
            <w:proofErr w:type="spellStart"/>
            <w:r w:rsidRPr="00232FC9">
              <w:t>ся</w:t>
            </w:r>
            <w:proofErr w:type="spellEnd"/>
            <w:r w:rsidRPr="00232FC9">
              <w:t xml:space="preserve"> в замене повторяющихся в тексте имён существительных соответствующими местоимениями;</w:t>
            </w:r>
          </w:p>
          <w:p w14:paraId="5B911FA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группах: определение уместности употребления местоимений в тексте, обнаружение речевых ошибок, связанных с неудачным употреблением местоимений;</w:t>
            </w:r>
          </w:p>
          <w:p w14:paraId="6978BE28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Проверочная работа: проверка умения ориентироваться в изученных понятиях: часть речи, склонение, падеж, время, род; умения соотносить понятие с его краткой </w:t>
            </w:r>
            <w:proofErr w:type="spellStart"/>
            <w:r w:rsidRPr="00232FC9">
              <w:t>характеристи</w:t>
            </w:r>
            <w:proofErr w:type="spellEnd"/>
            <w:r w:rsidRPr="00232FC9">
              <w:t xml:space="preserve">​кой, объяснять своими словами значение изученных </w:t>
            </w:r>
            <w:proofErr w:type="spellStart"/>
            <w:r w:rsidRPr="00232FC9">
              <w:t>поня</w:t>
            </w:r>
            <w:proofErr w:type="spellEnd"/>
            <w:r w:rsidRPr="00232FC9">
              <w:t>​</w:t>
            </w:r>
            <w:proofErr w:type="spellStart"/>
            <w:r w:rsidRPr="00232FC9">
              <w:t>тий</w:t>
            </w:r>
            <w:proofErr w:type="spellEnd"/>
            <w:r w:rsidRPr="00232FC9">
              <w:t>, определять изученные грамматические признаки;</w:t>
            </w:r>
          </w:p>
        </w:tc>
        <w:tc>
          <w:tcPr>
            <w:tcW w:w="9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23F8F8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84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132645" w14:textId="77777777" w:rsidR="00232FC9" w:rsidRPr="00232FC9" w:rsidRDefault="00232FC9" w:rsidP="00232FC9">
            <w:pPr>
              <w:spacing w:after="200" w:line="276" w:lineRule="auto"/>
            </w:pPr>
          </w:p>
        </w:tc>
      </w:tr>
      <w:tr w:rsidR="00232FC9" w:rsidRPr="00934BAB" w14:paraId="1FF7CB86" w14:textId="77777777" w:rsidTr="00D33B6C">
        <w:trPr>
          <w:trHeight w:val="8387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3BB037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5.11.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87FBB4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Личные местоимения, их </w:t>
            </w:r>
            <w:proofErr w:type="spellStart"/>
            <w:r w:rsidRPr="00232FC9">
              <w:t>употреб</w:t>
            </w:r>
            <w:proofErr w:type="spellEnd"/>
            <w:r w:rsidRPr="00232FC9">
              <w:t>​</w:t>
            </w:r>
            <w:proofErr w:type="spellStart"/>
            <w:r w:rsidRPr="00232FC9">
              <w:t>ление</w:t>
            </w:r>
            <w:proofErr w:type="spellEnd"/>
            <w:r w:rsidRPr="00232FC9">
              <w:t xml:space="preserve"> в речи. Использование личных местоимений для устранения неоправданных повторов в тексте.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73F5EB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3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5522665B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3BD87E7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9137066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9CBDDD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;</w:t>
            </w:r>
          </w:p>
          <w:p w14:paraId="5D0A19F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Учебный диалог «По каким признакам мы распределяем слова по частям речи?»;</w:t>
            </w:r>
          </w:p>
          <w:p w14:paraId="679397B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Составление по результатам диалога таблицы «Части речи», по горизонтали в строках таблицы отражены следующие параметры: «Значение», «Вопросы», «Какие признаки не изменяются», «какие признаки </w:t>
            </w:r>
            <w:proofErr w:type="spellStart"/>
            <w:r w:rsidRPr="00232FC9">
              <w:t>изменя</w:t>
            </w:r>
            <w:proofErr w:type="spellEnd"/>
            <w:r w:rsidRPr="00232FC9">
              <w:t>​</w:t>
            </w:r>
            <w:proofErr w:type="spellStart"/>
            <w:r w:rsidRPr="00232FC9">
              <w:t>ются</w:t>
            </w:r>
            <w:proofErr w:type="spellEnd"/>
            <w:r w:rsidRPr="00232FC9">
              <w:t>»;</w:t>
            </w:r>
          </w:p>
          <w:p w14:paraId="242FFFA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Упражнение: группировка предложенного набора слов на основании того, какой частью речи они являются;</w:t>
            </w:r>
          </w:p>
          <w:p w14:paraId="60707287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Наблюдение за грамматическими признаками имён суще​</w:t>
            </w:r>
            <w:proofErr w:type="spellStart"/>
            <w:r w:rsidRPr="00232FC9">
              <w:t>ствительных</w:t>
            </w:r>
            <w:proofErr w:type="spellEnd"/>
            <w:r w:rsidRPr="00232FC9">
              <w:t xml:space="preserve">, соотнесение сделанных выводов с </w:t>
            </w:r>
            <w:proofErr w:type="spellStart"/>
            <w:r w:rsidRPr="00232FC9">
              <w:t>информаци</w:t>
            </w:r>
            <w:proofErr w:type="spellEnd"/>
            <w:r w:rsidRPr="00232FC9">
              <w:t>​ ей в учебнике;</w:t>
            </w:r>
          </w:p>
          <w:p w14:paraId="54E6875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нахождение у группы имён существительных грамматического признака, который объединяет эти имена существительные в группу;</w:t>
            </w:r>
          </w:p>
          <w:p w14:paraId="2AE3472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изменение имён существительных по указанному признаку;</w:t>
            </w:r>
          </w:p>
          <w:p w14:paraId="6C2DC3F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Работа в группах: объединение имён существительных в группы по определённому признаку (например, </w:t>
            </w:r>
            <w:r w:rsidRPr="00232FC9">
              <w:lastRenderedPageBreak/>
              <w:t>род или число); Дифференцированное задание: нахождение в ряду имён существительных такого слова, которое по какому​-то</w:t>
            </w:r>
          </w:p>
          <w:p w14:paraId="32C3ACE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грамматическому признаку отличается от остальных слов в ряду; Наблюдение за соотнесением формы имени прилагательного с формой имени существительного, формулирование вывода по результатам наблюдения, соотнесение собственных выводов с информацией в учебнике;</w:t>
            </w:r>
          </w:p>
          <w:p w14:paraId="17CDE3F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Комментированное выполнение задания на нахождение грамматических признаков имён прилагательных;</w:t>
            </w:r>
          </w:p>
          <w:p w14:paraId="50AFCC87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поиск ошибок на согласование имён существительных и имён прилагательных, исправление найденных ошибок;</w:t>
            </w:r>
          </w:p>
          <w:p w14:paraId="034647A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Наблюдение за грамматическими признаками глаголов (число, время, род в прошедшем времени), формулирование выводов по результатам наблюдений, соотнесение </w:t>
            </w:r>
            <w:proofErr w:type="spellStart"/>
            <w:r w:rsidRPr="00232FC9">
              <w:t>собствен</w:t>
            </w:r>
            <w:proofErr w:type="spellEnd"/>
            <w:r w:rsidRPr="00232FC9">
              <w:t>​</w:t>
            </w:r>
            <w:proofErr w:type="spellStart"/>
            <w:r w:rsidRPr="00232FC9">
              <w:t>ных</w:t>
            </w:r>
            <w:proofErr w:type="spellEnd"/>
            <w:r w:rsidRPr="00232FC9">
              <w:t xml:space="preserve"> выводов с информацией в учебнике;</w:t>
            </w:r>
          </w:p>
          <w:p w14:paraId="3A37F87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анализ текста на наличие в нём глаголов, грамматические характеристики которых даны (из числа изученных);</w:t>
            </w:r>
          </w:p>
          <w:p w14:paraId="1043871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 xml:space="preserve">Творческая работа: трансформировать текст, изменяя время глагола; Обсуждение правильности соотнесения глаголов и </w:t>
            </w:r>
            <w:proofErr w:type="spellStart"/>
            <w:r w:rsidRPr="00232FC9">
              <w:t>граммати</w:t>
            </w:r>
            <w:proofErr w:type="spellEnd"/>
            <w:r w:rsidRPr="00232FC9">
              <w:t>​</w:t>
            </w:r>
            <w:proofErr w:type="spellStart"/>
            <w:r w:rsidRPr="00232FC9">
              <w:t>ческих</w:t>
            </w:r>
            <w:proofErr w:type="spellEnd"/>
            <w:r w:rsidRPr="00232FC9">
              <w:t xml:space="preserve"> характеристик (из числа изученных);</w:t>
            </w:r>
          </w:p>
          <w:p w14:paraId="09A214A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группировка глаголов на основании изучен​</w:t>
            </w:r>
            <w:proofErr w:type="spellStart"/>
            <w:r w:rsidRPr="00232FC9">
              <w:t>ных</w:t>
            </w:r>
            <w:proofErr w:type="spellEnd"/>
            <w:r w:rsidRPr="00232FC9">
              <w:t xml:space="preserve"> грамматических признаков;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9FF5DA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Устный опрос; письменный контроль;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4B99E3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https://resh.edu.ru https://uchi.ru/ https://education.yandex.ru</w:t>
            </w:r>
          </w:p>
        </w:tc>
      </w:tr>
    </w:tbl>
    <w:p w14:paraId="00478CDB" w14:textId="77777777" w:rsidR="00232FC9" w:rsidRPr="00232FC9" w:rsidRDefault="00232FC9" w:rsidP="00232FC9">
      <w:pPr>
        <w:rPr>
          <w:lang w:val="ru-RU"/>
        </w:rPr>
      </w:pPr>
    </w:p>
    <w:tbl>
      <w:tblPr>
        <w:tblStyle w:val="TableGrid"/>
        <w:tblW w:w="15501" w:type="dxa"/>
        <w:tblInd w:w="6" w:type="dxa"/>
        <w:tblCellMar>
          <w:top w:w="36" w:type="dxa"/>
          <w:left w:w="78" w:type="dxa"/>
          <w:right w:w="73" w:type="dxa"/>
        </w:tblCellMar>
        <w:tblLook w:val="04A0" w:firstRow="1" w:lastRow="0" w:firstColumn="1" w:lastColumn="0" w:noHBand="0" w:noVBand="1"/>
      </w:tblPr>
      <w:tblGrid>
        <w:gridCol w:w="607"/>
        <w:gridCol w:w="3380"/>
        <w:gridCol w:w="475"/>
        <w:gridCol w:w="909"/>
        <w:gridCol w:w="937"/>
        <w:gridCol w:w="670"/>
        <w:gridCol w:w="4276"/>
        <w:gridCol w:w="1425"/>
        <w:gridCol w:w="2822"/>
      </w:tblGrid>
      <w:tr w:rsidR="00232FC9" w:rsidRPr="00934BAB" w14:paraId="48685321" w14:textId="77777777" w:rsidTr="00D33B6C">
        <w:trPr>
          <w:trHeight w:val="2491"/>
        </w:trPr>
        <w:tc>
          <w:tcPr>
            <w:tcW w:w="46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F35160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385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85A2F9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52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C9FD2D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029591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30BD02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CFCDB1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12E29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Наблюдение за ролью местоимений в тексте;</w:t>
            </w:r>
          </w:p>
          <w:p w14:paraId="558B3B87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корректировка текста, заключающая​</w:t>
            </w:r>
            <w:proofErr w:type="spellStart"/>
            <w:r w:rsidRPr="00232FC9">
              <w:t>ся</w:t>
            </w:r>
            <w:proofErr w:type="spellEnd"/>
            <w:r w:rsidRPr="00232FC9">
              <w:t xml:space="preserve"> в замене повторяющихся в тексте имён существительных соответствующими местоимениями;</w:t>
            </w:r>
          </w:p>
          <w:p w14:paraId="59779C3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группах: определение уместности употребления местоимений в тексте, обнаружение речевых ошибок, связанных с неудачным употреблением местоимений;</w:t>
            </w:r>
          </w:p>
          <w:p w14:paraId="5CB17CB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Проверочная работа: проверка умения ориентироваться в изученных понятиях: часть речи, склонение, падеж, время, род; умения соотносить понятие с его краткой </w:t>
            </w:r>
            <w:proofErr w:type="spellStart"/>
            <w:r w:rsidRPr="00232FC9">
              <w:t>характеристи</w:t>
            </w:r>
            <w:proofErr w:type="spellEnd"/>
            <w:r w:rsidRPr="00232FC9">
              <w:t xml:space="preserve">​кой, объяснять своими словами значение изученных </w:t>
            </w:r>
            <w:proofErr w:type="spellStart"/>
            <w:r w:rsidRPr="00232FC9">
              <w:t>поня</w:t>
            </w:r>
            <w:proofErr w:type="spellEnd"/>
            <w:r w:rsidRPr="00232FC9">
              <w:t>​</w:t>
            </w:r>
            <w:proofErr w:type="spellStart"/>
            <w:r w:rsidRPr="00232FC9">
              <w:t>тий</w:t>
            </w:r>
            <w:proofErr w:type="spellEnd"/>
            <w:r w:rsidRPr="00232FC9">
              <w:t>, определять изученные грамматические признаки;</w:t>
            </w:r>
          </w:p>
        </w:tc>
        <w:tc>
          <w:tcPr>
            <w:tcW w:w="9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0B61C9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84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B330E9" w14:textId="77777777" w:rsidR="00232FC9" w:rsidRPr="00232FC9" w:rsidRDefault="00232FC9" w:rsidP="00232FC9">
            <w:pPr>
              <w:spacing w:after="200" w:line="276" w:lineRule="auto"/>
            </w:pPr>
          </w:p>
        </w:tc>
      </w:tr>
      <w:tr w:rsidR="00232FC9" w:rsidRPr="00934BAB" w14:paraId="10A1FC0D" w14:textId="77777777" w:rsidTr="00D33B6C">
        <w:trPr>
          <w:trHeight w:val="8267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549F5D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5.12.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1687B8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Глагол: общее значение, вопросы, употребление в речи.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05744F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EFD21DA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008808A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137F5EB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7AE1EC4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;</w:t>
            </w:r>
          </w:p>
          <w:p w14:paraId="4832F4B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Учебный диалог «По каким признакам мы распределяем слова по частям речи?»;</w:t>
            </w:r>
          </w:p>
          <w:p w14:paraId="65E36A98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Составление по результатам диалога таблицы «Части речи», по горизонтали в строках таблицы отражены следующие параметры: «Значение», «Вопросы», «Какие признаки не изменяются», «какие признаки </w:t>
            </w:r>
            <w:proofErr w:type="spellStart"/>
            <w:r w:rsidRPr="00232FC9">
              <w:t>изменя</w:t>
            </w:r>
            <w:proofErr w:type="spellEnd"/>
            <w:r w:rsidRPr="00232FC9">
              <w:t>​</w:t>
            </w:r>
            <w:proofErr w:type="spellStart"/>
            <w:r w:rsidRPr="00232FC9">
              <w:t>ются</w:t>
            </w:r>
            <w:proofErr w:type="spellEnd"/>
            <w:r w:rsidRPr="00232FC9">
              <w:t>»;</w:t>
            </w:r>
          </w:p>
          <w:p w14:paraId="607D400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Упражнение: группировка предложенного набора слов на основании того, какой частью речи они являются;</w:t>
            </w:r>
          </w:p>
          <w:p w14:paraId="400F361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Наблюдение за грамматическими признаками имён суще​</w:t>
            </w:r>
            <w:proofErr w:type="spellStart"/>
            <w:r w:rsidRPr="00232FC9">
              <w:t>ствительных</w:t>
            </w:r>
            <w:proofErr w:type="spellEnd"/>
            <w:r w:rsidRPr="00232FC9">
              <w:t xml:space="preserve">, соотнесение сделанных выводов с </w:t>
            </w:r>
            <w:proofErr w:type="spellStart"/>
            <w:r w:rsidRPr="00232FC9">
              <w:t>информаци</w:t>
            </w:r>
            <w:proofErr w:type="spellEnd"/>
            <w:r w:rsidRPr="00232FC9">
              <w:t>​ ей в учебнике;</w:t>
            </w:r>
          </w:p>
          <w:p w14:paraId="229A3A57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нахождение у группы имён существительных грамматического признака, который объединяет эти имена существительные в группу;</w:t>
            </w:r>
          </w:p>
          <w:p w14:paraId="11BCE15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изменение имён существительных по указанному признаку;</w:t>
            </w:r>
          </w:p>
          <w:p w14:paraId="161E8AC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Работа в группах: объединение имён существительных в группы по определённому признаку (например, </w:t>
            </w:r>
            <w:r w:rsidRPr="00232FC9">
              <w:lastRenderedPageBreak/>
              <w:t>род или число); Дифференцированное задание: нахождение в ряду имён существительных такого слова, которое по какому​-то</w:t>
            </w:r>
          </w:p>
          <w:p w14:paraId="2CBD92A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грамматическому признаку отличается от остальных слов в ряду; Наблюдение за соотнесением формы имени прилагательного с формой имени существительного, формулирование вывода по результатам наблюдения, соотнесение собственных выводов с информацией в учебнике;</w:t>
            </w:r>
          </w:p>
          <w:p w14:paraId="7FB1207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Комментированное выполнение задания на нахождение грамматических признаков имён прилагательных;</w:t>
            </w:r>
          </w:p>
          <w:p w14:paraId="493817E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поиск ошибок на согласование имён существительных и имён прилагательных, исправление найденных ошибок;</w:t>
            </w:r>
          </w:p>
          <w:p w14:paraId="07F8DCB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Наблюдение за грамматическими признаками глаголов (число, время, род в прошедшем времени), формулирование выводов по результатам наблюдений, соотнесение </w:t>
            </w:r>
            <w:proofErr w:type="spellStart"/>
            <w:r w:rsidRPr="00232FC9">
              <w:t>собствен</w:t>
            </w:r>
            <w:proofErr w:type="spellEnd"/>
            <w:r w:rsidRPr="00232FC9">
              <w:t>​</w:t>
            </w:r>
            <w:proofErr w:type="spellStart"/>
            <w:r w:rsidRPr="00232FC9">
              <w:t>ных</w:t>
            </w:r>
            <w:proofErr w:type="spellEnd"/>
            <w:r w:rsidRPr="00232FC9">
              <w:t xml:space="preserve"> выводов с информацией в учебнике;</w:t>
            </w:r>
          </w:p>
          <w:p w14:paraId="713756D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анализ текста на наличие в нём глаголов, грамматические характеристики которых даны (из числа изученных);</w:t>
            </w:r>
          </w:p>
          <w:p w14:paraId="730BE04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 xml:space="preserve">Творческая работа: трансформировать текст, изменяя время глагола; Обсуждение правильности соотнесения глаголов и </w:t>
            </w:r>
            <w:proofErr w:type="spellStart"/>
            <w:r w:rsidRPr="00232FC9">
              <w:t>граммати</w:t>
            </w:r>
            <w:proofErr w:type="spellEnd"/>
            <w:r w:rsidRPr="00232FC9">
              <w:t>​</w:t>
            </w:r>
            <w:proofErr w:type="spellStart"/>
            <w:r w:rsidRPr="00232FC9">
              <w:t>ческих</w:t>
            </w:r>
            <w:proofErr w:type="spellEnd"/>
            <w:r w:rsidRPr="00232FC9">
              <w:t xml:space="preserve"> характеристик (из числа изученных);</w:t>
            </w:r>
          </w:p>
          <w:p w14:paraId="29A70F9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группировка глаголов на основании изучен​</w:t>
            </w:r>
            <w:proofErr w:type="spellStart"/>
            <w:r w:rsidRPr="00232FC9">
              <w:t>ных</w:t>
            </w:r>
            <w:proofErr w:type="spellEnd"/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90D854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Устный опрос; письменный контроль;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6BD8B9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https://resh.edu.ru https://uchi.ru/ https://education.yandex.ru</w:t>
            </w:r>
          </w:p>
        </w:tc>
      </w:tr>
    </w:tbl>
    <w:p w14:paraId="314F356C" w14:textId="77777777" w:rsidR="00232FC9" w:rsidRPr="00232FC9" w:rsidRDefault="00232FC9" w:rsidP="00232FC9">
      <w:pPr>
        <w:rPr>
          <w:lang w:val="ru-RU"/>
        </w:rPr>
      </w:pPr>
    </w:p>
    <w:tbl>
      <w:tblPr>
        <w:tblStyle w:val="TableGrid"/>
        <w:tblW w:w="15501" w:type="dxa"/>
        <w:tblInd w:w="6" w:type="dxa"/>
        <w:tblCellMar>
          <w:top w:w="36" w:type="dxa"/>
          <w:left w:w="78" w:type="dxa"/>
          <w:right w:w="73" w:type="dxa"/>
        </w:tblCellMar>
        <w:tblLook w:val="04A0" w:firstRow="1" w:lastRow="0" w:firstColumn="1" w:lastColumn="0" w:noHBand="0" w:noVBand="1"/>
      </w:tblPr>
      <w:tblGrid>
        <w:gridCol w:w="607"/>
        <w:gridCol w:w="3419"/>
        <w:gridCol w:w="473"/>
        <w:gridCol w:w="902"/>
        <w:gridCol w:w="930"/>
        <w:gridCol w:w="665"/>
        <w:gridCol w:w="4258"/>
        <w:gridCol w:w="1425"/>
        <w:gridCol w:w="2822"/>
      </w:tblGrid>
      <w:tr w:rsidR="00232FC9" w:rsidRPr="00934BAB" w14:paraId="416E6638" w14:textId="77777777" w:rsidTr="00D33B6C">
        <w:trPr>
          <w:trHeight w:val="2600"/>
        </w:trPr>
        <w:tc>
          <w:tcPr>
            <w:tcW w:w="46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C13AA3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385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F36736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52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CB8750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12FC48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64FF24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9CEFA1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A1CE6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грамматических признаков;</w:t>
            </w:r>
          </w:p>
          <w:p w14:paraId="05771F6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Наблюдение за ролью местоимений в тексте;</w:t>
            </w:r>
          </w:p>
          <w:p w14:paraId="45FB924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корректировка текста, заключающая​</w:t>
            </w:r>
            <w:proofErr w:type="spellStart"/>
            <w:r w:rsidRPr="00232FC9">
              <w:t>ся</w:t>
            </w:r>
            <w:proofErr w:type="spellEnd"/>
            <w:r w:rsidRPr="00232FC9">
              <w:t xml:space="preserve"> в замене повторяющихся в тексте имён существительных соответствующими местоимениями;</w:t>
            </w:r>
          </w:p>
          <w:p w14:paraId="5F284114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группах: определение уместности употребления местоимений в тексте, обнаружение речевых ошибок, связанных с неудачным употреблением местоимений;</w:t>
            </w:r>
          </w:p>
          <w:p w14:paraId="2655837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Проверочная работа: проверка умения ориентироваться в изученных понятиях: часть речи, склонение, падеж, время, род; умения соотносить понятие с его краткой </w:t>
            </w:r>
            <w:proofErr w:type="spellStart"/>
            <w:r w:rsidRPr="00232FC9">
              <w:t>характеристи</w:t>
            </w:r>
            <w:proofErr w:type="spellEnd"/>
            <w:r w:rsidRPr="00232FC9">
              <w:t xml:space="preserve">​кой, объяснять своими словами значение изученных </w:t>
            </w:r>
            <w:proofErr w:type="spellStart"/>
            <w:r w:rsidRPr="00232FC9">
              <w:t>поня</w:t>
            </w:r>
            <w:proofErr w:type="spellEnd"/>
            <w:r w:rsidRPr="00232FC9">
              <w:t>​</w:t>
            </w:r>
            <w:proofErr w:type="spellStart"/>
            <w:r w:rsidRPr="00232FC9">
              <w:t>тий</w:t>
            </w:r>
            <w:proofErr w:type="spellEnd"/>
            <w:r w:rsidRPr="00232FC9">
              <w:t>, определять изученные грамматические признаки;</w:t>
            </w:r>
          </w:p>
        </w:tc>
        <w:tc>
          <w:tcPr>
            <w:tcW w:w="9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A06476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84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3AD79C" w14:textId="77777777" w:rsidR="00232FC9" w:rsidRPr="00232FC9" w:rsidRDefault="00232FC9" w:rsidP="00232FC9">
            <w:pPr>
              <w:spacing w:after="200" w:line="276" w:lineRule="auto"/>
            </w:pPr>
          </w:p>
        </w:tc>
      </w:tr>
      <w:tr w:rsidR="00232FC9" w:rsidRPr="00934BAB" w14:paraId="0FBA585A" w14:textId="77777777" w:rsidTr="00D33B6C">
        <w:trPr>
          <w:trHeight w:val="8159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354576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5.13.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5AAA55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Неопределённая форма глагола.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E961C6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FCB6EEE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A6B9B6A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D36348F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38B1FD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;</w:t>
            </w:r>
          </w:p>
          <w:p w14:paraId="6B52AA9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Учебный диалог «По каким признакам мы распределяем слова по частям речи?»;</w:t>
            </w:r>
          </w:p>
          <w:p w14:paraId="5D684BD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Составление по результатам диалога таблицы «Части речи», по горизонтали в строках таблицы отражены следующие параметры: «Значение», «Вопросы», «Какие признаки не изменяются», «какие признаки </w:t>
            </w:r>
            <w:proofErr w:type="spellStart"/>
            <w:r w:rsidRPr="00232FC9">
              <w:t>изменя</w:t>
            </w:r>
            <w:proofErr w:type="spellEnd"/>
            <w:r w:rsidRPr="00232FC9">
              <w:t>​</w:t>
            </w:r>
            <w:proofErr w:type="spellStart"/>
            <w:r w:rsidRPr="00232FC9">
              <w:t>ются</w:t>
            </w:r>
            <w:proofErr w:type="spellEnd"/>
            <w:r w:rsidRPr="00232FC9">
              <w:t>»;</w:t>
            </w:r>
          </w:p>
          <w:p w14:paraId="0533167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Упражнение: группировка предложенного набора слов на основании того, какой частью речи они являются;</w:t>
            </w:r>
          </w:p>
          <w:p w14:paraId="13F150B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Наблюдение за грамматическими признаками имён суще​</w:t>
            </w:r>
            <w:proofErr w:type="spellStart"/>
            <w:r w:rsidRPr="00232FC9">
              <w:t>ствительных</w:t>
            </w:r>
            <w:proofErr w:type="spellEnd"/>
            <w:r w:rsidRPr="00232FC9">
              <w:t xml:space="preserve">, соотнесение сделанных выводов с </w:t>
            </w:r>
            <w:proofErr w:type="spellStart"/>
            <w:r w:rsidRPr="00232FC9">
              <w:t>информаци</w:t>
            </w:r>
            <w:proofErr w:type="spellEnd"/>
            <w:r w:rsidRPr="00232FC9">
              <w:t>​ ей в учебнике;</w:t>
            </w:r>
          </w:p>
          <w:p w14:paraId="2BB11CA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нахождение у группы имён существительных грамматического признака, который объединяет эти имена существительные в группу;</w:t>
            </w:r>
          </w:p>
          <w:p w14:paraId="44A5B6D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изменение имён существительных по указанному признаку;</w:t>
            </w:r>
          </w:p>
          <w:p w14:paraId="246362F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Работа в группах: объединение имён существительных в группы по определённому признаку (например, </w:t>
            </w:r>
            <w:r w:rsidRPr="00232FC9">
              <w:lastRenderedPageBreak/>
              <w:t>род или число); Дифференцированное задание: нахождение в ряду имён существительных такого слова, которое по какому​-то</w:t>
            </w:r>
          </w:p>
          <w:p w14:paraId="13D78A6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грамматическому признаку отличается от остальных слов в ряду; Наблюдение за соотнесением формы имени прилагательного с формой имени существительного, формулирование вывода по результатам наблюдения, соотнесение собственных выводов с информацией в учебнике;</w:t>
            </w:r>
          </w:p>
          <w:p w14:paraId="4EE62707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Комментированное выполнение задания на нахождение грамматических признаков имён прилагательных;</w:t>
            </w:r>
          </w:p>
          <w:p w14:paraId="6E74108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поиск ошибок на согласование имён существительных и имён прилагательных, исправление найденных ошибок;</w:t>
            </w:r>
          </w:p>
          <w:p w14:paraId="75AC0FB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Наблюдение за грамматическими признаками глаголов (число, время, род в прошедшем времени), формулирование выводов по результатам наблюдений, соотнесение </w:t>
            </w:r>
            <w:proofErr w:type="spellStart"/>
            <w:r w:rsidRPr="00232FC9">
              <w:t>собствен</w:t>
            </w:r>
            <w:proofErr w:type="spellEnd"/>
            <w:r w:rsidRPr="00232FC9">
              <w:t>​</w:t>
            </w:r>
            <w:proofErr w:type="spellStart"/>
            <w:r w:rsidRPr="00232FC9">
              <w:t>ных</w:t>
            </w:r>
            <w:proofErr w:type="spellEnd"/>
            <w:r w:rsidRPr="00232FC9">
              <w:t xml:space="preserve"> выводов с информацией в учебнике;</w:t>
            </w:r>
          </w:p>
          <w:p w14:paraId="64E30018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анализ текста на наличие в нём глаголов, грамматические характеристики которых даны (из числа изученных);</w:t>
            </w:r>
          </w:p>
          <w:p w14:paraId="7387903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 xml:space="preserve">Творческая работа: трансформировать текст, изменяя время глагола; Обсуждение правильности соотнесения глаголов и </w:t>
            </w:r>
            <w:proofErr w:type="spellStart"/>
            <w:r w:rsidRPr="00232FC9">
              <w:t>граммати</w:t>
            </w:r>
            <w:proofErr w:type="spellEnd"/>
            <w:r w:rsidRPr="00232FC9">
              <w:t>​</w:t>
            </w:r>
            <w:proofErr w:type="spellStart"/>
            <w:r w:rsidRPr="00232FC9">
              <w:t>ческих</w:t>
            </w:r>
            <w:proofErr w:type="spellEnd"/>
            <w:r w:rsidRPr="00232FC9">
              <w:t xml:space="preserve"> характеристик (из числа изученных);</w:t>
            </w:r>
          </w:p>
          <w:p w14:paraId="32B4F66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группировка глаголов на основании изучен​</w:t>
            </w:r>
            <w:proofErr w:type="spellStart"/>
            <w:r w:rsidRPr="00232FC9">
              <w:t>ных</w:t>
            </w:r>
            <w:proofErr w:type="spellEnd"/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35DDF0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Устный опрос; письменный контроль;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341006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https://resh.edu.ru https://uchi.ru/ https://education.yandex.ru</w:t>
            </w:r>
          </w:p>
        </w:tc>
      </w:tr>
    </w:tbl>
    <w:p w14:paraId="7ADC26BF" w14:textId="77777777" w:rsidR="00232FC9" w:rsidRPr="00232FC9" w:rsidRDefault="00232FC9" w:rsidP="00232FC9">
      <w:pPr>
        <w:rPr>
          <w:lang w:val="ru-RU"/>
        </w:rPr>
      </w:pPr>
    </w:p>
    <w:tbl>
      <w:tblPr>
        <w:tblStyle w:val="TableGrid"/>
        <w:tblW w:w="15501" w:type="dxa"/>
        <w:tblInd w:w="6" w:type="dxa"/>
        <w:tblCellMar>
          <w:top w:w="36" w:type="dxa"/>
          <w:left w:w="78" w:type="dxa"/>
          <w:right w:w="93" w:type="dxa"/>
        </w:tblCellMar>
        <w:tblLook w:val="04A0" w:firstRow="1" w:lastRow="0" w:firstColumn="1" w:lastColumn="0" w:noHBand="0" w:noVBand="1"/>
      </w:tblPr>
      <w:tblGrid>
        <w:gridCol w:w="468"/>
        <w:gridCol w:w="3854"/>
        <w:gridCol w:w="528"/>
        <w:gridCol w:w="1105"/>
        <w:gridCol w:w="1141"/>
        <w:gridCol w:w="804"/>
        <w:gridCol w:w="4767"/>
        <w:gridCol w:w="985"/>
        <w:gridCol w:w="1849"/>
      </w:tblGrid>
      <w:tr w:rsidR="00232FC9" w:rsidRPr="00934BAB" w14:paraId="42FA47CA" w14:textId="77777777" w:rsidTr="00D33B6C">
        <w:trPr>
          <w:trHeight w:val="2696"/>
        </w:trPr>
        <w:tc>
          <w:tcPr>
            <w:tcW w:w="46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C7541C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385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F2B792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52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79508E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141C72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94187B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7C0312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8EA1F4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грамматических признаков;</w:t>
            </w:r>
          </w:p>
          <w:p w14:paraId="3AE7F45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Наблюдение за ролью местоимений в тексте;</w:t>
            </w:r>
          </w:p>
          <w:p w14:paraId="6F96951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корректировка текста, заключающая​</w:t>
            </w:r>
            <w:proofErr w:type="spellStart"/>
            <w:r w:rsidRPr="00232FC9">
              <w:t>ся</w:t>
            </w:r>
            <w:proofErr w:type="spellEnd"/>
            <w:r w:rsidRPr="00232FC9">
              <w:t xml:space="preserve"> в замене повторяющихся в тексте имён существительных соответствующими местоимениями;</w:t>
            </w:r>
          </w:p>
          <w:p w14:paraId="7EE340A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группах: определение уместности употребления местоимений в тексте, обнаружение речевых ошибок, связанных с неудачным употреблением местоимений;</w:t>
            </w:r>
          </w:p>
          <w:p w14:paraId="6F33BBF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Проверочная работа: проверка умения ориентироваться в изученных понятиях: часть речи, склонение, падеж, время, род; умения соотносить понятие с его краткой </w:t>
            </w:r>
            <w:proofErr w:type="spellStart"/>
            <w:r w:rsidRPr="00232FC9">
              <w:t>характеристи</w:t>
            </w:r>
            <w:proofErr w:type="spellEnd"/>
            <w:r w:rsidRPr="00232FC9">
              <w:t xml:space="preserve">​кой, объяснять своими словами значение изученных </w:t>
            </w:r>
            <w:proofErr w:type="spellStart"/>
            <w:r w:rsidRPr="00232FC9">
              <w:t>поня</w:t>
            </w:r>
            <w:proofErr w:type="spellEnd"/>
            <w:r w:rsidRPr="00232FC9">
              <w:t>​</w:t>
            </w:r>
            <w:proofErr w:type="spellStart"/>
            <w:r w:rsidRPr="00232FC9">
              <w:t>тий</w:t>
            </w:r>
            <w:proofErr w:type="spellEnd"/>
            <w:r w:rsidRPr="00232FC9">
              <w:t>, определять изученные грамматические признаки;</w:t>
            </w:r>
          </w:p>
        </w:tc>
        <w:tc>
          <w:tcPr>
            <w:tcW w:w="9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BE5A88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84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A3D39E" w14:textId="77777777" w:rsidR="00232FC9" w:rsidRPr="00232FC9" w:rsidRDefault="00232FC9" w:rsidP="00232FC9">
            <w:pPr>
              <w:spacing w:after="200" w:line="276" w:lineRule="auto"/>
            </w:pPr>
          </w:p>
        </w:tc>
      </w:tr>
    </w:tbl>
    <w:p w14:paraId="16A0DFBC" w14:textId="77777777" w:rsidR="00232FC9" w:rsidRPr="00232FC9" w:rsidRDefault="00232FC9" w:rsidP="00232FC9">
      <w:pPr>
        <w:rPr>
          <w:lang w:val="ru-RU"/>
        </w:rPr>
      </w:pPr>
      <w:r w:rsidRPr="00232FC9">
        <w:rPr>
          <w:lang w:val="ru-RU"/>
        </w:rPr>
        <w:br w:type="page"/>
      </w:r>
    </w:p>
    <w:p w14:paraId="34B3F07C" w14:textId="77777777" w:rsidR="00232FC9" w:rsidRPr="00232FC9" w:rsidRDefault="00232FC9" w:rsidP="00232FC9">
      <w:pPr>
        <w:rPr>
          <w:lang w:val="ru-RU"/>
        </w:rPr>
      </w:pPr>
    </w:p>
    <w:tbl>
      <w:tblPr>
        <w:tblStyle w:val="TableGrid"/>
        <w:tblW w:w="15501" w:type="dxa"/>
        <w:tblInd w:w="6" w:type="dxa"/>
        <w:tblCellMar>
          <w:top w:w="114" w:type="dxa"/>
          <w:left w:w="78" w:type="dxa"/>
          <w:right w:w="73" w:type="dxa"/>
        </w:tblCellMar>
        <w:tblLook w:val="04A0" w:firstRow="1" w:lastRow="0" w:firstColumn="1" w:lastColumn="0" w:noHBand="0" w:noVBand="1"/>
      </w:tblPr>
      <w:tblGrid>
        <w:gridCol w:w="607"/>
        <w:gridCol w:w="3345"/>
        <w:gridCol w:w="477"/>
        <w:gridCol w:w="915"/>
        <w:gridCol w:w="944"/>
        <w:gridCol w:w="674"/>
        <w:gridCol w:w="4292"/>
        <w:gridCol w:w="1425"/>
        <w:gridCol w:w="2822"/>
      </w:tblGrid>
      <w:tr w:rsidR="00232FC9" w:rsidRPr="00934BAB" w14:paraId="7AE3A5D1" w14:textId="77777777" w:rsidTr="00D33B6C">
        <w:trPr>
          <w:trHeight w:val="1065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1D9FE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5.14.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8D7A5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Настоящее, будущее, прошедшее время глаголов.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9AAE9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3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2810E0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1C2256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5E2998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4D6E528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Учебный диалог «По каким признакам мы распределяем слова по частям речи?»;</w:t>
            </w:r>
          </w:p>
          <w:p w14:paraId="1C60181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Составление по результатам диалога таблицы «Части речи», по горизонтали в строках таблицы отражены следующие параметры: «Значение», «Вопросы», «Какие признаки не изменяются», «какие признаки </w:t>
            </w:r>
            <w:proofErr w:type="spellStart"/>
            <w:r w:rsidRPr="00232FC9">
              <w:t>изменя</w:t>
            </w:r>
            <w:proofErr w:type="spellEnd"/>
            <w:r w:rsidRPr="00232FC9">
              <w:t>​</w:t>
            </w:r>
            <w:proofErr w:type="spellStart"/>
            <w:r w:rsidRPr="00232FC9">
              <w:t>ются</w:t>
            </w:r>
            <w:proofErr w:type="spellEnd"/>
            <w:r w:rsidRPr="00232FC9">
              <w:t>»;</w:t>
            </w:r>
          </w:p>
          <w:p w14:paraId="2D894CE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Упражнение: группировка предложенного набора слов на основании того, какой частью речи они являются;</w:t>
            </w:r>
          </w:p>
          <w:p w14:paraId="0757066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Наблюдение за грамматическими признаками имён суще​</w:t>
            </w:r>
            <w:proofErr w:type="spellStart"/>
            <w:r w:rsidRPr="00232FC9">
              <w:t>ствительных</w:t>
            </w:r>
            <w:proofErr w:type="spellEnd"/>
            <w:r w:rsidRPr="00232FC9">
              <w:t xml:space="preserve">, соотнесение сделанных выводов с </w:t>
            </w:r>
            <w:proofErr w:type="spellStart"/>
            <w:r w:rsidRPr="00232FC9">
              <w:t>информаци</w:t>
            </w:r>
            <w:proofErr w:type="spellEnd"/>
            <w:r w:rsidRPr="00232FC9">
              <w:t>​ ей в учебнике;</w:t>
            </w:r>
          </w:p>
          <w:p w14:paraId="309CFC1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нахождение у группы имён существительных грамматического признака, который объединяет эти имена существительные в группу;</w:t>
            </w:r>
          </w:p>
          <w:p w14:paraId="117F454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изменение имён существительных по указанному признаку;</w:t>
            </w:r>
          </w:p>
          <w:p w14:paraId="5A90E57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Работа в группах: объединение имён существительных в группы по определённому признаку (например, род или число); Дифференцированное </w:t>
            </w:r>
            <w:r w:rsidRPr="00232FC9">
              <w:lastRenderedPageBreak/>
              <w:t>задание: нахождение в ряду имён существительных такого слова, которое по какому​-то</w:t>
            </w:r>
          </w:p>
          <w:p w14:paraId="03BF128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грамматическому признаку отличается от остальных слов в ряду; Наблюдение за соотнесением формы имени прилагательного с формой имени существительного, формулирование вывода по результатам наблюдения, соотнесение собственных выводов с информацией в учебнике;</w:t>
            </w:r>
          </w:p>
          <w:p w14:paraId="543726F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Комментированное выполнение задания на нахождение грамматических признаков имён прилагательных;</w:t>
            </w:r>
          </w:p>
          <w:p w14:paraId="62DE2AE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поиск ошибок на согласование имён существительных и имён прилагательных, исправление найденных ошибок;</w:t>
            </w:r>
          </w:p>
          <w:p w14:paraId="00214FC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Наблюдение за грамматическими признаками глаголов (число, время, род в прошедшем времени), формулирование выводов по результатам наблюдений, соотнесение </w:t>
            </w:r>
            <w:proofErr w:type="spellStart"/>
            <w:r w:rsidRPr="00232FC9">
              <w:t>собствен</w:t>
            </w:r>
            <w:proofErr w:type="spellEnd"/>
            <w:r w:rsidRPr="00232FC9">
              <w:t>​</w:t>
            </w:r>
            <w:proofErr w:type="spellStart"/>
            <w:r w:rsidRPr="00232FC9">
              <w:t>ных</w:t>
            </w:r>
            <w:proofErr w:type="spellEnd"/>
            <w:r w:rsidRPr="00232FC9">
              <w:t xml:space="preserve"> выводов с информацией в учебнике;</w:t>
            </w:r>
          </w:p>
          <w:p w14:paraId="18FDD63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анализ текста на наличие в нём глаголов, грамматические характеристики которых даны (из числа изученных);</w:t>
            </w:r>
          </w:p>
          <w:p w14:paraId="5D10B94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 xml:space="preserve">Творческая работа: трансформировать текст, изменяя время глагола; Обсуждение правильности соотнесения глаголов и </w:t>
            </w:r>
            <w:proofErr w:type="spellStart"/>
            <w:r w:rsidRPr="00232FC9">
              <w:t>граммати</w:t>
            </w:r>
            <w:proofErr w:type="spellEnd"/>
            <w:r w:rsidRPr="00232FC9">
              <w:t>​</w:t>
            </w:r>
            <w:proofErr w:type="spellStart"/>
            <w:r w:rsidRPr="00232FC9">
              <w:t>ческих</w:t>
            </w:r>
            <w:proofErr w:type="spellEnd"/>
            <w:r w:rsidRPr="00232FC9">
              <w:t xml:space="preserve"> характеристик (из числа изученных);</w:t>
            </w:r>
          </w:p>
          <w:p w14:paraId="65A1B0B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группировка глаголов на основании изучен​</w:t>
            </w:r>
            <w:proofErr w:type="spellStart"/>
            <w:r w:rsidRPr="00232FC9">
              <w:t>ных</w:t>
            </w:r>
            <w:proofErr w:type="spellEnd"/>
            <w:r w:rsidRPr="00232FC9">
              <w:t xml:space="preserve"> грамматических признаков;</w:t>
            </w:r>
          </w:p>
          <w:p w14:paraId="0704740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Наблюдение за ролью местоимений в тексте;</w:t>
            </w:r>
          </w:p>
          <w:p w14:paraId="50E428C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корректировка текста, заключающая​</w:t>
            </w:r>
            <w:proofErr w:type="spellStart"/>
            <w:r w:rsidRPr="00232FC9">
              <w:t>ся</w:t>
            </w:r>
            <w:proofErr w:type="spellEnd"/>
            <w:r w:rsidRPr="00232FC9">
              <w:t xml:space="preserve"> в замене повторяющихся в тексте имён существительных соответствующими местоимениями;</w:t>
            </w:r>
          </w:p>
          <w:p w14:paraId="5BFE2EC4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группах: определение уместности употребления местоимений в тексте, обнаружение речевых ошибок, связанных с неудачным употреблением местоимений;</w:t>
            </w:r>
          </w:p>
          <w:p w14:paraId="4154FD6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Проверочная работа: проверка умения ориентироваться в изученных понятиях: часть речи, склонение, падеж, время, род; умения соотносить понятие с его краткой </w:t>
            </w:r>
            <w:proofErr w:type="spellStart"/>
            <w:r w:rsidRPr="00232FC9">
              <w:t>характеристи</w:t>
            </w:r>
            <w:proofErr w:type="spellEnd"/>
            <w:r w:rsidRPr="00232FC9">
              <w:t xml:space="preserve">​кой, объяснять своими словами значение изученных </w:t>
            </w:r>
            <w:proofErr w:type="spellStart"/>
            <w:r w:rsidRPr="00232FC9">
              <w:t>поня</w:t>
            </w:r>
            <w:proofErr w:type="spellEnd"/>
            <w:r w:rsidRPr="00232FC9">
              <w:t>​</w:t>
            </w:r>
            <w:proofErr w:type="spellStart"/>
            <w:r w:rsidRPr="00232FC9">
              <w:t>тий</w:t>
            </w:r>
            <w:proofErr w:type="spellEnd"/>
            <w:r w:rsidRPr="00232FC9">
              <w:t>, определять изученные грамматические признаки;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8B31D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Устный опрос; письменный контроль;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03C68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https://resh.edu.ru https://uchi.ru/ https://education.yandex.ru</w:t>
            </w:r>
          </w:p>
        </w:tc>
      </w:tr>
      <w:tr w:rsidR="00232FC9" w:rsidRPr="00934BAB" w14:paraId="47F72DE7" w14:textId="77777777" w:rsidTr="00D33B6C">
        <w:trPr>
          <w:trHeight w:val="102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A5D4A66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7FBEE1E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56EABE2D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068EB6EB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C0BFE6F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632CB07A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47B3573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5BE63A7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401E692" w14:textId="77777777" w:rsidR="00232FC9" w:rsidRPr="00232FC9" w:rsidRDefault="00232FC9" w:rsidP="00232FC9">
            <w:pPr>
              <w:spacing w:after="200" w:line="276" w:lineRule="auto"/>
            </w:pPr>
          </w:p>
        </w:tc>
      </w:tr>
    </w:tbl>
    <w:p w14:paraId="70A8DFF7" w14:textId="77777777" w:rsidR="00232FC9" w:rsidRPr="00232FC9" w:rsidRDefault="00232FC9" w:rsidP="00232FC9">
      <w:pPr>
        <w:rPr>
          <w:lang w:val="ru-RU"/>
        </w:rPr>
      </w:pPr>
    </w:p>
    <w:tbl>
      <w:tblPr>
        <w:tblStyle w:val="TableGrid"/>
        <w:tblW w:w="15501" w:type="dxa"/>
        <w:tblInd w:w="6" w:type="dxa"/>
        <w:tblCellMar>
          <w:top w:w="36" w:type="dxa"/>
          <w:left w:w="78" w:type="dxa"/>
          <w:right w:w="73" w:type="dxa"/>
        </w:tblCellMar>
        <w:tblLook w:val="04A0" w:firstRow="1" w:lastRow="0" w:firstColumn="1" w:lastColumn="0" w:noHBand="0" w:noVBand="1"/>
      </w:tblPr>
      <w:tblGrid>
        <w:gridCol w:w="607"/>
        <w:gridCol w:w="3350"/>
        <w:gridCol w:w="477"/>
        <w:gridCol w:w="914"/>
        <w:gridCol w:w="943"/>
        <w:gridCol w:w="674"/>
        <w:gridCol w:w="4289"/>
        <w:gridCol w:w="1425"/>
        <w:gridCol w:w="2822"/>
      </w:tblGrid>
      <w:tr w:rsidR="00232FC9" w:rsidRPr="00934BAB" w14:paraId="05BC4819" w14:textId="77777777" w:rsidTr="00D33B6C">
        <w:trPr>
          <w:trHeight w:val="10728"/>
        </w:trPr>
        <w:tc>
          <w:tcPr>
            <w:tcW w:w="46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A4F9E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5.15.</w:t>
            </w:r>
          </w:p>
        </w:tc>
        <w:tc>
          <w:tcPr>
            <w:tcW w:w="385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13A71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Изменение глаголов по временам, числам. Род глаголов в прошедшем времени.</w:t>
            </w:r>
          </w:p>
        </w:tc>
        <w:tc>
          <w:tcPr>
            <w:tcW w:w="52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FD586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3</w:t>
            </w:r>
          </w:p>
        </w:tc>
        <w:tc>
          <w:tcPr>
            <w:tcW w:w="11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35FCE0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330ED1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CC41EB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098D9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;</w:t>
            </w:r>
          </w:p>
          <w:p w14:paraId="168AB78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Учебный диалог «По каким признакам мы распределяем слова по частям речи?»;</w:t>
            </w:r>
          </w:p>
          <w:p w14:paraId="62B05BD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Составление по результатам диалога таблицы «Части речи», по горизонтали в строках таблицы отражены следующие параметры: «Значение», «Вопросы», «Какие признаки не изменяются», «какие признаки </w:t>
            </w:r>
            <w:proofErr w:type="spellStart"/>
            <w:r w:rsidRPr="00232FC9">
              <w:t>изменя</w:t>
            </w:r>
            <w:proofErr w:type="spellEnd"/>
            <w:r w:rsidRPr="00232FC9">
              <w:t>​</w:t>
            </w:r>
            <w:proofErr w:type="spellStart"/>
            <w:r w:rsidRPr="00232FC9">
              <w:t>ются</w:t>
            </w:r>
            <w:proofErr w:type="spellEnd"/>
            <w:r w:rsidRPr="00232FC9">
              <w:t>»;</w:t>
            </w:r>
          </w:p>
          <w:p w14:paraId="22C002C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Упражнение: группировка предложенного набора слов на основании того, какой частью речи они являются;</w:t>
            </w:r>
          </w:p>
          <w:p w14:paraId="3B3649B4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Наблюдение за грамматическими признаками имён суще​</w:t>
            </w:r>
            <w:proofErr w:type="spellStart"/>
            <w:r w:rsidRPr="00232FC9">
              <w:t>ствительных</w:t>
            </w:r>
            <w:proofErr w:type="spellEnd"/>
            <w:r w:rsidRPr="00232FC9">
              <w:t xml:space="preserve">, соотнесение сделанных выводов с </w:t>
            </w:r>
            <w:proofErr w:type="spellStart"/>
            <w:r w:rsidRPr="00232FC9">
              <w:t>информаци</w:t>
            </w:r>
            <w:proofErr w:type="spellEnd"/>
            <w:r w:rsidRPr="00232FC9">
              <w:t>​ ей в учебнике;</w:t>
            </w:r>
          </w:p>
          <w:p w14:paraId="2CB662F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нахождение у группы имён существительных грамматического признака, который объединяет эти имена существительные в группу;</w:t>
            </w:r>
          </w:p>
          <w:p w14:paraId="6BFEAE9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изменение имён существительных по указанному признаку;</w:t>
            </w:r>
          </w:p>
          <w:p w14:paraId="247D889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Работа в группах: объединение имён существительных в группы по определённому признаку (например, </w:t>
            </w:r>
            <w:r w:rsidRPr="00232FC9">
              <w:lastRenderedPageBreak/>
              <w:t>род или число); Дифференцированное задание: нахождение в ряду имён существительных такого слова, которое по какому​-то</w:t>
            </w:r>
          </w:p>
          <w:p w14:paraId="7EECD9B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грамматическому признаку отличается от остальных слов в ряду; Наблюдение за соотнесением формы имени прилагательного с формой имени существительного, формулирование вывода по результатам наблюдения, соотнесение собственных выводов с информацией в учебнике;</w:t>
            </w:r>
          </w:p>
          <w:p w14:paraId="5F6A61A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Комментированное выполнение задания на нахождение грамматических признаков имён прилагательных;</w:t>
            </w:r>
          </w:p>
          <w:p w14:paraId="0F30576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поиск ошибок на согласование имён существительных и имён прилагательных, исправление найденных ошибок;</w:t>
            </w:r>
          </w:p>
          <w:p w14:paraId="4C95ABD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Наблюдение за грамматическими признаками глаголов (число, время, род в прошедшем времени), формулирование выводов по результатам наблюдений, соотнесение </w:t>
            </w:r>
            <w:proofErr w:type="spellStart"/>
            <w:r w:rsidRPr="00232FC9">
              <w:t>собствен</w:t>
            </w:r>
            <w:proofErr w:type="spellEnd"/>
            <w:r w:rsidRPr="00232FC9">
              <w:t>​</w:t>
            </w:r>
            <w:proofErr w:type="spellStart"/>
            <w:r w:rsidRPr="00232FC9">
              <w:t>ных</w:t>
            </w:r>
            <w:proofErr w:type="spellEnd"/>
            <w:r w:rsidRPr="00232FC9">
              <w:t xml:space="preserve"> выводов с информацией в учебнике;</w:t>
            </w:r>
          </w:p>
          <w:p w14:paraId="24EE0B08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анализ текста на наличие в нём глаголов, грамматические характеристики которых даны (из числа изученных);</w:t>
            </w:r>
          </w:p>
          <w:p w14:paraId="5B2A070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 xml:space="preserve">Творческая работа: трансформировать текст, изменяя время глагола; Обсуждение правильности соотнесения глаголов и </w:t>
            </w:r>
            <w:proofErr w:type="spellStart"/>
            <w:r w:rsidRPr="00232FC9">
              <w:t>граммати</w:t>
            </w:r>
            <w:proofErr w:type="spellEnd"/>
            <w:r w:rsidRPr="00232FC9">
              <w:t>​</w:t>
            </w:r>
            <w:proofErr w:type="spellStart"/>
            <w:r w:rsidRPr="00232FC9">
              <w:t>ческих</w:t>
            </w:r>
            <w:proofErr w:type="spellEnd"/>
            <w:r w:rsidRPr="00232FC9">
              <w:t xml:space="preserve"> характеристик (из числа изученных);</w:t>
            </w:r>
          </w:p>
          <w:p w14:paraId="765C5834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группировка глаголов на основании изучен​</w:t>
            </w:r>
            <w:proofErr w:type="spellStart"/>
            <w:r w:rsidRPr="00232FC9">
              <w:t>ных</w:t>
            </w:r>
            <w:proofErr w:type="spellEnd"/>
            <w:r w:rsidRPr="00232FC9">
              <w:t xml:space="preserve"> грамматических признаков;</w:t>
            </w:r>
          </w:p>
          <w:p w14:paraId="4FB0B9B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Наблюдение за ролью местоимений в тексте;</w:t>
            </w:r>
          </w:p>
          <w:p w14:paraId="49D1F1B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корректировка текста, заключающая​</w:t>
            </w:r>
            <w:proofErr w:type="spellStart"/>
            <w:r w:rsidRPr="00232FC9">
              <w:t>ся</w:t>
            </w:r>
            <w:proofErr w:type="spellEnd"/>
            <w:r w:rsidRPr="00232FC9">
              <w:t xml:space="preserve"> в замене повторяющихся в тексте имён существительных соответствующими местоимениями;</w:t>
            </w:r>
          </w:p>
          <w:p w14:paraId="16327E2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группах: определение уместности употребления местоимений в тексте, обнаружение речевых ошибок, связанных с неудачным употреблением местоимений;</w:t>
            </w:r>
          </w:p>
          <w:p w14:paraId="2A1D758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Проверочная работа: проверка умения ориентироваться в изученных понятиях: часть речи, склонение, падеж, время, род; умения соотносить понятие с его краткой </w:t>
            </w:r>
            <w:proofErr w:type="spellStart"/>
            <w:r w:rsidRPr="00232FC9">
              <w:t>характеристи</w:t>
            </w:r>
            <w:proofErr w:type="spellEnd"/>
            <w:r w:rsidRPr="00232FC9">
              <w:t xml:space="preserve">​кой, объяснять своими словами значение изученных </w:t>
            </w:r>
            <w:proofErr w:type="spellStart"/>
            <w:r w:rsidRPr="00232FC9">
              <w:t>поня</w:t>
            </w:r>
            <w:proofErr w:type="spellEnd"/>
            <w:r w:rsidRPr="00232FC9">
              <w:t>​</w:t>
            </w:r>
            <w:proofErr w:type="spellStart"/>
            <w:r w:rsidRPr="00232FC9">
              <w:t>тий</w:t>
            </w:r>
            <w:proofErr w:type="spellEnd"/>
            <w:r w:rsidRPr="00232FC9">
              <w:t>, определять изученные грамматические признаки;</w:t>
            </w:r>
          </w:p>
        </w:tc>
        <w:tc>
          <w:tcPr>
            <w:tcW w:w="9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31B49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Устный опрос; письменный контроль;</w:t>
            </w:r>
          </w:p>
        </w:tc>
        <w:tc>
          <w:tcPr>
            <w:tcW w:w="184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E935A8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https://resh.edu.ru https://uchi.ru/ https://education.yandex.ru</w:t>
            </w:r>
          </w:p>
        </w:tc>
      </w:tr>
      <w:tr w:rsidR="00232FC9" w:rsidRPr="00934BAB" w14:paraId="00BB3490" w14:textId="77777777" w:rsidTr="00D33B6C">
        <w:trPr>
          <w:trHeight w:val="30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2326A74C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CECDBA3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5B2CB90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77383ADC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43370B2C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31B47D90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vAlign w:val="center"/>
          </w:tcPr>
          <w:p w14:paraId="7441CA56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1AFC3AF5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14:paraId="596E8A44" w14:textId="77777777" w:rsidR="00232FC9" w:rsidRPr="00232FC9" w:rsidRDefault="00232FC9" w:rsidP="00232FC9">
            <w:pPr>
              <w:spacing w:after="200" w:line="276" w:lineRule="auto"/>
            </w:pPr>
          </w:p>
        </w:tc>
      </w:tr>
    </w:tbl>
    <w:p w14:paraId="28DC3455" w14:textId="77777777" w:rsidR="00232FC9" w:rsidRPr="00232FC9" w:rsidRDefault="00232FC9" w:rsidP="00232FC9">
      <w:pPr>
        <w:rPr>
          <w:lang w:val="ru-RU"/>
        </w:rPr>
      </w:pPr>
      <w:r w:rsidRPr="00232FC9"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E2D28BB" wp14:editId="058072CA">
                <wp:simplePos x="0" y="0"/>
                <wp:positionH relativeFrom="column">
                  <wp:posOffset>0</wp:posOffset>
                </wp:positionH>
                <wp:positionV relativeFrom="paragraph">
                  <wp:posOffset>-53275</wp:posOffset>
                </wp:positionV>
                <wp:extent cx="7624" cy="6831435"/>
                <wp:effectExtent l="0" t="0" r="0" b="0"/>
                <wp:wrapSquare wrapText="bothSides"/>
                <wp:docPr id="60676" name="Group 60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4" cy="6831435"/>
                          <a:chOff x="0" y="0"/>
                          <a:chExt cx="7624" cy="6831435"/>
                        </a:xfrm>
                      </wpg:grpSpPr>
                      <wps:wsp>
                        <wps:cNvPr id="81460" name="Shape 81460"/>
                        <wps:cNvSpPr/>
                        <wps:spPr>
                          <a:xfrm>
                            <a:off x="0" y="0"/>
                            <a:ext cx="9144" cy="683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143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1435"/>
                                </a:lnTo>
                                <a:lnTo>
                                  <a:pt x="0" y="68314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91B73B" id="Group 60676" o:spid="_x0000_s1026" style="position:absolute;margin-left:0;margin-top:-4.2pt;width:.6pt;height:537.9pt;z-index:251659264" coordsize="76,68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">
                <v:shape id="Shape 81460" o:spid="_x0000_s1027" style="position:absolute;width:91;height:68314;visibility:visible;mso-wrap-style:square;v-text-anchor:top" coordsize="9144,683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" path="m,l9144,r,6831435l,6831435,,e" fillcolor="black" stroked="f" strokeweight="0">
                  <v:stroke miterlimit="83231f" joinstyle="miter"/>
                  <v:path arrowok="t" textboxrect="0,0,9144,6831435"/>
                </v:shape>
                <w10:wrap type="square"/>
              </v:group>
            </w:pict>
          </mc:Fallback>
        </mc:AlternateContent>
      </w:r>
      <w:r w:rsidRPr="00232FC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BC07598" wp14:editId="116C0344">
                <wp:simplePos x="0" y="0"/>
                <wp:positionH relativeFrom="column">
                  <wp:posOffset>297350</wp:posOffset>
                </wp:positionH>
                <wp:positionV relativeFrom="paragraph">
                  <wp:posOffset>-53275</wp:posOffset>
                </wp:positionV>
                <wp:extent cx="7624" cy="6831435"/>
                <wp:effectExtent l="0" t="0" r="0" b="0"/>
                <wp:wrapSquare wrapText="bothSides"/>
                <wp:docPr id="60677" name="Group 60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4" cy="6831435"/>
                          <a:chOff x="0" y="0"/>
                          <a:chExt cx="7624" cy="6831435"/>
                        </a:xfrm>
                      </wpg:grpSpPr>
                      <wps:wsp>
                        <wps:cNvPr id="81462" name="Shape 81462"/>
                        <wps:cNvSpPr/>
                        <wps:spPr>
                          <a:xfrm>
                            <a:off x="0" y="0"/>
                            <a:ext cx="9144" cy="683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143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1435"/>
                                </a:lnTo>
                                <a:lnTo>
                                  <a:pt x="0" y="68314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446968" id="Group 60677" o:spid="_x0000_s1026" style="position:absolute;margin-left:23.4pt;margin-top:-4.2pt;width:.6pt;height:537.9pt;z-index:251660288" coordsize="76,68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">
                <v:shape id="Shape 81462" o:spid="_x0000_s1027" style="position:absolute;width:91;height:68314;visibility:visible;mso-wrap-style:square;v-text-anchor:top" coordsize="9144,683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" path="m,l9144,r,6831435l,6831435,,e" fillcolor="black" stroked="f" strokeweight="0">
                  <v:stroke miterlimit="83231f" joinstyle="miter"/>
                  <v:path arrowok="t" textboxrect="0,0,9144,6831435"/>
                </v:shape>
                <w10:wrap type="square"/>
              </v:group>
            </w:pict>
          </mc:Fallback>
        </mc:AlternateContent>
      </w:r>
      <w:r w:rsidRPr="00232FC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7C60045" wp14:editId="02055C98">
                <wp:simplePos x="0" y="0"/>
                <wp:positionH relativeFrom="column">
                  <wp:posOffset>2744773</wp:posOffset>
                </wp:positionH>
                <wp:positionV relativeFrom="paragraph">
                  <wp:posOffset>-53275</wp:posOffset>
                </wp:positionV>
                <wp:extent cx="7624" cy="6831435"/>
                <wp:effectExtent l="0" t="0" r="0" b="0"/>
                <wp:wrapSquare wrapText="bothSides"/>
                <wp:docPr id="60678" name="Group 60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4" cy="6831435"/>
                          <a:chOff x="0" y="0"/>
                          <a:chExt cx="7624" cy="6831435"/>
                        </a:xfrm>
                      </wpg:grpSpPr>
                      <wps:wsp>
                        <wps:cNvPr id="81464" name="Shape 81464"/>
                        <wps:cNvSpPr/>
                        <wps:spPr>
                          <a:xfrm>
                            <a:off x="0" y="0"/>
                            <a:ext cx="9144" cy="683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143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1435"/>
                                </a:lnTo>
                                <a:lnTo>
                                  <a:pt x="0" y="68314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3BB9E2" id="Group 60678" o:spid="_x0000_s1026" style="position:absolute;margin-left:216.1pt;margin-top:-4.2pt;width:.6pt;height:537.9pt;z-index:251661312" coordsize="76,68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">
                <v:shape id="Shape 81464" o:spid="_x0000_s1027" style="position:absolute;width:91;height:68314;visibility:visible;mso-wrap-style:square;v-text-anchor:top" coordsize="9144,683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" path="m,l9144,r,6831435l,6831435,,e" fillcolor="black" stroked="f" strokeweight="0">
                  <v:stroke miterlimit="83231f" joinstyle="miter"/>
                  <v:path arrowok="t" textboxrect="0,0,9144,6831435"/>
                </v:shape>
                <w10:wrap type="square"/>
              </v:group>
            </w:pict>
          </mc:Fallback>
        </mc:AlternateContent>
      </w:r>
      <w:r w:rsidRPr="00232FC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2BDDAB5" wp14:editId="687C2107">
                <wp:simplePos x="0" y="0"/>
                <wp:positionH relativeFrom="column">
                  <wp:posOffset>3080245</wp:posOffset>
                </wp:positionH>
                <wp:positionV relativeFrom="paragraph">
                  <wp:posOffset>-53275</wp:posOffset>
                </wp:positionV>
                <wp:extent cx="7624" cy="6831435"/>
                <wp:effectExtent l="0" t="0" r="0" b="0"/>
                <wp:wrapSquare wrapText="bothSides"/>
                <wp:docPr id="60679" name="Group 60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4" cy="6831435"/>
                          <a:chOff x="0" y="0"/>
                          <a:chExt cx="7624" cy="6831435"/>
                        </a:xfrm>
                      </wpg:grpSpPr>
                      <wps:wsp>
                        <wps:cNvPr id="81466" name="Shape 81466"/>
                        <wps:cNvSpPr/>
                        <wps:spPr>
                          <a:xfrm>
                            <a:off x="0" y="0"/>
                            <a:ext cx="9144" cy="683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143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1435"/>
                                </a:lnTo>
                                <a:lnTo>
                                  <a:pt x="0" y="68314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07B7FD" id="Group 60679" o:spid="_x0000_s1026" style="position:absolute;margin-left:242.55pt;margin-top:-4.2pt;width:.6pt;height:537.9pt;z-index:251662336" coordsize="76,68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">
                <v:shape id="Shape 81466" o:spid="_x0000_s1027" style="position:absolute;width:91;height:68314;visibility:visible;mso-wrap-style:square;v-text-anchor:top" coordsize="9144,683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" path="m,l9144,r,6831435l,6831435,,e" fillcolor="black" stroked="f" strokeweight="0">
                  <v:stroke miterlimit="83231f" joinstyle="miter"/>
                  <v:path arrowok="t" textboxrect="0,0,9144,6831435"/>
                </v:shape>
                <w10:wrap type="square"/>
              </v:group>
            </w:pict>
          </mc:Fallback>
        </mc:AlternateContent>
      </w:r>
      <w:r w:rsidRPr="00232FC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D0C0120" wp14:editId="509424EE">
                <wp:simplePos x="0" y="0"/>
                <wp:positionH relativeFrom="column">
                  <wp:posOffset>3781687</wp:posOffset>
                </wp:positionH>
                <wp:positionV relativeFrom="paragraph">
                  <wp:posOffset>-53275</wp:posOffset>
                </wp:positionV>
                <wp:extent cx="7624" cy="6831435"/>
                <wp:effectExtent l="0" t="0" r="0" b="0"/>
                <wp:wrapSquare wrapText="bothSides"/>
                <wp:docPr id="60680" name="Group 60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4" cy="6831435"/>
                          <a:chOff x="0" y="0"/>
                          <a:chExt cx="7624" cy="6831435"/>
                        </a:xfrm>
                      </wpg:grpSpPr>
                      <wps:wsp>
                        <wps:cNvPr id="81468" name="Shape 81468"/>
                        <wps:cNvSpPr/>
                        <wps:spPr>
                          <a:xfrm>
                            <a:off x="0" y="0"/>
                            <a:ext cx="9144" cy="683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143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1435"/>
                                </a:lnTo>
                                <a:lnTo>
                                  <a:pt x="0" y="68314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C56528" id="Group 60680" o:spid="_x0000_s1026" style="position:absolute;margin-left:297.75pt;margin-top:-4.2pt;width:.6pt;height:537.9pt;z-index:251663360" coordsize="76,68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">
                <v:shape id="Shape 81468" o:spid="_x0000_s1027" style="position:absolute;width:91;height:68314;visibility:visible;mso-wrap-style:square;v-text-anchor:top" coordsize="9144,683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" path="m,l9144,r,6831435l,6831435,,e" fillcolor="black" stroked="f" strokeweight="0">
                  <v:stroke miterlimit="83231f" joinstyle="miter"/>
                  <v:path arrowok="t" textboxrect="0,0,9144,6831435"/>
                </v:shape>
                <w10:wrap type="square"/>
              </v:group>
            </w:pict>
          </mc:Fallback>
        </mc:AlternateContent>
      </w:r>
      <w:r w:rsidRPr="00232FC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E59A57C" wp14:editId="302E7CE2">
                <wp:simplePos x="0" y="0"/>
                <wp:positionH relativeFrom="column">
                  <wp:posOffset>4506002</wp:posOffset>
                </wp:positionH>
                <wp:positionV relativeFrom="paragraph">
                  <wp:posOffset>-53275</wp:posOffset>
                </wp:positionV>
                <wp:extent cx="7625" cy="6831435"/>
                <wp:effectExtent l="0" t="0" r="0" b="0"/>
                <wp:wrapSquare wrapText="bothSides"/>
                <wp:docPr id="60681" name="Group 606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5" cy="6831435"/>
                          <a:chOff x="0" y="0"/>
                          <a:chExt cx="7625" cy="6831435"/>
                        </a:xfrm>
                      </wpg:grpSpPr>
                      <wps:wsp>
                        <wps:cNvPr id="81470" name="Shape 81470"/>
                        <wps:cNvSpPr/>
                        <wps:spPr>
                          <a:xfrm>
                            <a:off x="0" y="0"/>
                            <a:ext cx="9144" cy="683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143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1435"/>
                                </a:lnTo>
                                <a:lnTo>
                                  <a:pt x="0" y="68314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7A6585" id="Group 60681" o:spid="_x0000_s1026" style="position:absolute;margin-left:354.8pt;margin-top:-4.2pt;width:.6pt;height:537.9pt;z-index:251664384" coordsize="76,68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">
                <v:shape id="Shape 81470" o:spid="_x0000_s1027" style="position:absolute;width:91;height:68314;visibility:visible;mso-wrap-style:square;v-text-anchor:top" coordsize="9144,683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" path="m,l9144,r,6831435l,6831435,,e" fillcolor="black" stroked="f" strokeweight="0">
                  <v:stroke miterlimit="83231f" joinstyle="miter"/>
                  <v:path arrowok="t" textboxrect="0,0,9144,6831435"/>
                </v:shape>
                <w10:wrap type="square"/>
              </v:group>
            </w:pict>
          </mc:Fallback>
        </mc:AlternateContent>
      </w:r>
      <w:r w:rsidRPr="00232FC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279C717" wp14:editId="14D780CB">
                <wp:simplePos x="0" y="0"/>
                <wp:positionH relativeFrom="column">
                  <wp:posOffset>5016835</wp:posOffset>
                </wp:positionH>
                <wp:positionV relativeFrom="paragraph">
                  <wp:posOffset>-53275</wp:posOffset>
                </wp:positionV>
                <wp:extent cx="7625" cy="6831435"/>
                <wp:effectExtent l="0" t="0" r="0" b="0"/>
                <wp:wrapSquare wrapText="bothSides"/>
                <wp:docPr id="60682" name="Group 60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5" cy="6831435"/>
                          <a:chOff x="0" y="0"/>
                          <a:chExt cx="7625" cy="6831435"/>
                        </a:xfrm>
                      </wpg:grpSpPr>
                      <wps:wsp>
                        <wps:cNvPr id="81472" name="Shape 81472"/>
                        <wps:cNvSpPr/>
                        <wps:spPr>
                          <a:xfrm>
                            <a:off x="0" y="0"/>
                            <a:ext cx="9144" cy="683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143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1435"/>
                                </a:lnTo>
                                <a:lnTo>
                                  <a:pt x="0" y="68314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ABEC3E" id="Group 60682" o:spid="_x0000_s1026" style="position:absolute;margin-left:395.05pt;margin-top:-4.2pt;width:.6pt;height:537.9pt;z-index:251665408" coordsize="76,68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">
                <v:shape id="Shape 81472" o:spid="_x0000_s1027" style="position:absolute;width:91;height:68314;visibility:visible;mso-wrap-style:square;v-text-anchor:top" coordsize="9144,683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" path="m,l9144,r,6831435l,6831435,,e" fillcolor="black" stroked="f" strokeweight="0">
                  <v:stroke miterlimit="83231f" joinstyle="miter"/>
                  <v:path arrowok="t" textboxrect="0,0,9144,6831435"/>
                </v:shape>
                <w10:wrap type="square"/>
              </v:group>
            </w:pict>
          </mc:Fallback>
        </mc:AlternateContent>
      </w:r>
      <w:r w:rsidRPr="00232FC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A74B182" wp14:editId="59CA96D3">
                <wp:simplePos x="0" y="0"/>
                <wp:positionH relativeFrom="column">
                  <wp:posOffset>8043710</wp:posOffset>
                </wp:positionH>
                <wp:positionV relativeFrom="paragraph">
                  <wp:posOffset>-53275</wp:posOffset>
                </wp:positionV>
                <wp:extent cx="7624" cy="6831435"/>
                <wp:effectExtent l="0" t="0" r="0" b="0"/>
                <wp:wrapSquare wrapText="bothSides"/>
                <wp:docPr id="60683" name="Group 60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4" cy="6831435"/>
                          <a:chOff x="0" y="0"/>
                          <a:chExt cx="7624" cy="6831435"/>
                        </a:xfrm>
                      </wpg:grpSpPr>
                      <wps:wsp>
                        <wps:cNvPr id="81474" name="Shape 81474"/>
                        <wps:cNvSpPr/>
                        <wps:spPr>
                          <a:xfrm>
                            <a:off x="0" y="0"/>
                            <a:ext cx="9144" cy="683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143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1435"/>
                                </a:lnTo>
                                <a:lnTo>
                                  <a:pt x="0" y="68314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602DE3" id="Group 60683" o:spid="_x0000_s1026" style="position:absolute;margin-left:633.35pt;margin-top:-4.2pt;width:.6pt;height:537.9pt;z-index:251666432" coordsize="76,68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">
                <v:shape id="Shape 81474" o:spid="_x0000_s1027" style="position:absolute;width:91;height:68314;visibility:visible;mso-wrap-style:square;v-text-anchor:top" coordsize="9144,683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" path="m,l9144,r,6831435l,6831435,,e" fillcolor="black" stroked="f" strokeweight="0">
                  <v:stroke miterlimit="83231f" joinstyle="miter"/>
                  <v:path arrowok="t" textboxrect="0,0,9144,6831435"/>
                </v:shape>
                <w10:wrap type="square"/>
              </v:group>
            </w:pict>
          </mc:Fallback>
        </mc:AlternateContent>
      </w:r>
      <w:r w:rsidRPr="00232FC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4C090B3F" wp14:editId="12014DA0">
                <wp:simplePos x="0" y="0"/>
                <wp:positionH relativeFrom="column">
                  <wp:posOffset>8668908</wp:posOffset>
                </wp:positionH>
                <wp:positionV relativeFrom="paragraph">
                  <wp:posOffset>-53275</wp:posOffset>
                </wp:positionV>
                <wp:extent cx="7625" cy="6831435"/>
                <wp:effectExtent l="0" t="0" r="0" b="0"/>
                <wp:wrapSquare wrapText="bothSides"/>
                <wp:docPr id="60684" name="Group 606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5" cy="6831435"/>
                          <a:chOff x="0" y="0"/>
                          <a:chExt cx="7625" cy="6831435"/>
                        </a:xfrm>
                      </wpg:grpSpPr>
                      <wps:wsp>
                        <wps:cNvPr id="81476" name="Shape 81476"/>
                        <wps:cNvSpPr/>
                        <wps:spPr>
                          <a:xfrm>
                            <a:off x="0" y="0"/>
                            <a:ext cx="9144" cy="683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143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1435"/>
                                </a:lnTo>
                                <a:lnTo>
                                  <a:pt x="0" y="68314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DE3B2A" id="Group 60684" o:spid="_x0000_s1026" style="position:absolute;margin-left:682.6pt;margin-top:-4.2pt;width:.6pt;height:537.9pt;z-index:251667456" coordsize="76,68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">
                <v:shape id="Shape 81476" o:spid="_x0000_s1027" style="position:absolute;width:91;height:68314;visibility:visible;mso-wrap-style:square;v-text-anchor:top" coordsize="9144,683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" path="m,l9144,r,6831435l,6831435,,e" fillcolor="black" stroked="f" strokeweight="0">
                  <v:stroke miterlimit="83231f" joinstyle="miter"/>
                  <v:path arrowok="t" textboxrect="0,0,9144,6831435"/>
                </v:shape>
                <w10:wrap type="square"/>
              </v:group>
            </w:pict>
          </mc:Fallback>
        </mc:AlternateContent>
      </w:r>
      <w:r w:rsidRPr="00232FC9">
        <w:rPr>
          <w:lang w:val="ru-RU"/>
        </w:rPr>
        <w:t xml:space="preserve">5.16.Частица </w:t>
      </w:r>
      <w:r w:rsidRPr="00232FC9">
        <w:rPr>
          <w:i/>
          <w:lang w:val="ru-RU"/>
        </w:rPr>
        <w:t>не</w:t>
      </w:r>
      <w:r w:rsidRPr="00232FC9">
        <w:rPr>
          <w:lang w:val="ru-RU"/>
        </w:rPr>
        <w:t>, её значение2;Устныйhttps://resh.edu.ru</w:t>
      </w:r>
    </w:p>
    <w:p w14:paraId="22D06751" w14:textId="77777777" w:rsidR="00232FC9" w:rsidRPr="00232FC9" w:rsidRDefault="00232FC9" w:rsidP="00232FC9">
      <w:pPr>
        <w:rPr>
          <w:lang w:val="ru-RU"/>
        </w:rPr>
      </w:pPr>
      <w:r w:rsidRPr="00232FC9">
        <w:rPr>
          <w:lang w:val="ru-RU"/>
        </w:rPr>
        <w:t xml:space="preserve">Учебный диалог «По каким признакам мы распределяем слова </w:t>
      </w:r>
      <w:proofErr w:type="spellStart"/>
      <w:r w:rsidRPr="00232FC9">
        <w:rPr>
          <w:lang w:val="ru-RU"/>
        </w:rPr>
        <w:t>поопрос;https</w:t>
      </w:r>
      <w:proofErr w:type="spellEnd"/>
      <w:r w:rsidRPr="00232FC9">
        <w:rPr>
          <w:lang w:val="ru-RU"/>
        </w:rPr>
        <w:t xml:space="preserve">://uchi.ru/ </w:t>
      </w:r>
    </w:p>
    <w:p w14:paraId="30184384" w14:textId="77777777" w:rsidR="00232FC9" w:rsidRPr="00232FC9" w:rsidRDefault="00232FC9" w:rsidP="00232FC9">
      <w:pPr>
        <w:rPr>
          <w:lang w:val="ru-RU"/>
        </w:rPr>
      </w:pPr>
      <w:r w:rsidRPr="00232FC9">
        <w:rPr>
          <w:lang w:val="ru-RU"/>
        </w:rPr>
        <w:lastRenderedPageBreak/>
        <w:t>частям речи?»;письменныйhttps://education.yandex.ru</w:t>
      </w:r>
    </w:p>
    <w:p w14:paraId="2DE2D9D0" w14:textId="77777777" w:rsidR="00232FC9" w:rsidRPr="00232FC9" w:rsidRDefault="00232FC9" w:rsidP="00232FC9">
      <w:pPr>
        <w:rPr>
          <w:lang w:val="ru-RU"/>
        </w:rPr>
      </w:pPr>
      <w:r w:rsidRPr="00232FC9">
        <w:rPr>
          <w:lang w:val="ru-RU"/>
        </w:rPr>
        <w:t xml:space="preserve">Составление по результатам диалога таблицы «Части речи», </w:t>
      </w:r>
      <w:proofErr w:type="spellStart"/>
      <w:r w:rsidRPr="00232FC9">
        <w:rPr>
          <w:lang w:val="ru-RU"/>
        </w:rPr>
        <w:t>поконтроль</w:t>
      </w:r>
      <w:proofErr w:type="spellEnd"/>
      <w:r w:rsidRPr="00232FC9">
        <w:rPr>
          <w:lang w:val="ru-RU"/>
        </w:rPr>
        <w:t xml:space="preserve">; горизонтали в строках таблицы отражены следующие параметры: «Значение», «Вопросы», «Какие признаки не изменяются», «какие признаки </w:t>
      </w:r>
      <w:proofErr w:type="spellStart"/>
      <w:r w:rsidRPr="00232FC9">
        <w:rPr>
          <w:lang w:val="ru-RU"/>
        </w:rPr>
        <w:t>изменя</w:t>
      </w:r>
      <w:proofErr w:type="spellEnd"/>
      <w:r w:rsidRPr="00232FC9">
        <w:rPr>
          <w:lang w:val="ru-RU"/>
        </w:rPr>
        <w:t>​</w:t>
      </w:r>
      <w:proofErr w:type="spellStart"/>
      <w:r w:rsidRPr="00232FC9">
        <w:rPr>
          <w:lang w:val="ru-RU"/>
        </w:rPr>
        <w:t>ются</w:t>
      </w:r>
      <w:proofErr w:type="spellEnd"/>
      <w:r w:rsidRPr="00232FC9">
        <w:rPr>
          <w:lang w:val="ru-RU"/>
        </w:rPr>
        <w:t>»;</w:t>
      </w:r>
    </w:p>
    <w:p w14:paraId="72CABAE4" w14:textId="77777777" w:rsidR="00232FC9" w:rsidRPr="00232FC9" w:rsidRDefault="00232FC9" w:rsidP="00232FC9">
      <w:pPr>
        <w:rPr>
          <w:lang w:val="ru-RU"/>
        </w:rPr>
      </w:pPr>
      <w:r w:rsidRPr="00232FC9">
        <w:rPr>
          <w:lang w:val="ru-RU"/>
        </w:rPr>
        <w:t>Упражнение: группировка предложенного набора слов на основании того, какой частью речи они являются;</w:t>
      </w:r>
    </w:p>
    <w:p w14:paraId="6670B978" w14:textId="77777777" w:rsidR="00232FC9" w:rsidRPr="00232FC9" w:rsidRDefault="00232FC9" w:rsidP="00232FC9">
      <w:pPr>
        <w:rPr>
          <w:lang w:val="ru-RU"/>
        </w:rPr>
      </w:pPr>
      <w:r w:rsidRPr="00232FC9">
        <w:rPr>
          <w:lang w:val="ru-RU"/>
        </w:rPr>
        <w:t>Наблюдение за грамматическими признаками имён суще​</w:t>
      </w:r>
      <w:proofErr w:type="spellStart"/>
      <w:r w:rsidRPr="00232FC9">
        <w:rPr>
          <w:lang w:val="ru-RU"/>
        </w:rPr>
        <w:t>ствительных</w:t>
      </w:r>
      <w:proofErr w:type="spellEnd"/>
      <w:r w:rsidRPr="00232FC9">
        <w:rPr>
          <w:lang w:val="ru-RU"/>
        </w:rPr>
        <w:t xml:space="preserve">, соотнесение сделанных выводов с </w:t>
      </w:r>
      <w:proofErr w:type="spellStart"/>
      <w:r w:rsidRPr="00232FC9">
        <w:rPr>
          <w:lang w:val="ru-RU"/>
        </w:rPr>
        <w:t>информаци</w:t>
      </w:r>
      <w:proofErr w:type="spellEnd"/>
      <w:r w:rsidRPr="00232FC9">
        <w:rPr>
          <w:lang w:val="ru-RU"/>
        </w:rPr>
        <w:t>​ ей в учебнике;</w:t>
      </w:r>
    </w:p>
    <w:p w14:paraId="0D8823C3" w14:textId="77777777" w:rsidR="00232FC9" w:rsidRPr="00232FC9" w:rsidRDefault="00232FC9" w:rsidP="00232FC9">
      <w:pPr>
        <w:rPr>
          <w:lang w:val="ru-RU"/>
        </w:rPr>
      </w:pPr>
      <w:r w:rsidRPr="00232FC9">
        <w:rPr>
          <w:lang w:val="ru-RU"/>
        </w:rPr>
        <w:t>Работа в парах: нахождение у группы имён существительных грамматического признака, который объединяет эти имена существительные в группу;</w:t>
      </w:r>
    </w:p>
    <w:p w14:paraId="3AD0AA49" w14:textId="77777777" w:rsidR="00232FC9" w:rsidRPr="00232FC9" w:rsidRDefault="00232FC9" w:rsidP="00232FC9">
      <w:pPr>
        <w:rPr>
          <w:lang w:val="ru-RU"/>
        </w:rPr>
      </w:pPr>
      <w:r w:rsidRPr="00232FC9">
        <w:rPr>
          <w:lang w:val="ru-RU"/>
        </w:rPr>
        <w:t>Практическая работа: изменение имён существительных по указанному признаку;</w:t>
      </w:r>
    </w:p>
    <w:p w14:paraId="72218011" w14:textId="77777777" w:rsidR="00232FC9" w:rsidRPr="00232FC9" w:rsidRDefault="00232FC9" w:rsidP="00232FC9">
      <w:pPr>
        <w:rPr>
          <w:lang w:val="ru-RU"/>
        </w:rPr>
      </w:pPr>
      <w:r w:rsidRPr="00232FC9">
        <w:rPr>
          <w:lang w:val="ru-RU"/>
        </w:rPr>
        <w:t>Работа в группах: объединение имён существительных в группы по определённому признаку (например, род или число); Дифференцированное задание: нахождение в ряду имён существительных такого слова, которое по какому​-то грамматическому признаку отличается от остальных слов в ряду; Наблюдение за соотнесением формы имени прилагательного с формой имени существительного, формулирование вывода по результатам наблюдения, соотнесение собственных выводов с информацией в учебнике;</w:t>
      </w:r>
    </w:p>
    <w:p w14:paraId="0A3B0C4F" w14:textId="77777777" w:rsidR="00232FC9" w:rsidRPr="00232FC9" w:rsidRDefault="00232FC9" w:rsidP="00232FC9">
      <w:pPr>
        <w:rPr>
          <w:lang w:val="ru-RU"/>
        </w:rPr>
      </w:pPr>
      <w:r w:rsidRPr="00232FC9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570BAF84" wp14:editId="76594439">
                <wp:simplePos x="0" y="0"/>
                <wp:positionH relativeFrom="page">
                  <wp:posOffset>10266006</wp:posOffset>
                </wp:positionH>
                <wp:positionV relativeFrom="page">
                  <wp:posOffset>361950</wp:posOffset>
                </wp:positionV>
                <wp:extent cx="7624" cy="6831435"/>
                <wp:effectExtent l="0" t="0" r="0" b="0"/>
                <wp:wrapSquare wrapText="bothSides"/>
                <wp:docPr id="60685" name="Group 60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4" cy="6831435"/>
                          <a:chOff x="0" y="0"/>
                          <a:chExt cx="7624" cy="6831435"/>
                        </a:xfrm>
                      </wpg:grpSpPr>
                      <wps:wsp>
                        <wps:cNvPr id="81478" name="Shape 81478"/>
                        <wps:cNvSpPr/>
                        <wps:spPr>
                          <a:xfrm>
                            <a:off x="0" y="0"/>
                            <a:ext cx="9144" cy="68314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83143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831435"/>
                                </a:lnTo>
                                <a:lnTo>
                                  <a:pt x="0" y="68314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DD552F" id="Group 60685" o:spid="_x0000_s1026" style="position:absolute;margin-left:808.35pt;margin-top:28.5pt;width:.6pt;height:537.9pt;z-index:251668480;mso-position-horizontal-relative:page;mso-position-vertical-relative:page" coordsize="76,68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">
                <v:shape id="Shape 81478" o:spid="_x0000_s1027" style="position:absolute;width:91;height:68314;visibility:visible;mso-wrap-style:square;v-text-anchor:top" coordsize="9144,683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" path="m,l9144,r,6831435l,6831435,,e" fillcolor="black" stroked="f" strokeweight="0">
                  <v:stroke miterlimit="83231f" joinstyle="miter"/>
                  <v:path arrowok="t" textboxrect="0,0,9144,6831435"/>
                </v:shape>
                <w10:wrap type="square" anchorx="page" anchory="page"/>
              </v:group>
            </w:pict>
          </mc:Fallback>
        </mc:AlternateContent>
      </w:r>
      <w:r w:rsidRPr="00232FC9">
        <w:rPr>
          <w:lang w:val="ru-RU"/>
        </w:rPr>
        <w:t>Комментированное выполнение задания на нахождение грамматических признаков имён прилагательных; Практическая работа: поиск ошибок на согласование имён существительных и имён прилагательных, исправление найденных ошибок;</w:t>
      </w:r>
    </w:p>
    <w:p w14:paraId="1653D731" w14:textId="77777777" w:rsidR="00232FC9" w:rsidRPr="00232FC9" w:rsidRDefault="00232FC9" w:rsidP="00232FC9">
      <w:pPr>
        <w:rPr>
          <w:lang w:val="ru-RU"/>
        </w:rPr>
      </w:pPr>
      <w:r w:rsidRPr="00232FC9">
        <w:rPr>
          <w:lang w:val="ru-RU"/>
        </w:rPr>
        <w:t xml:space="preserve">Наблюдение за грамматическими признаками глаголов (число, время, род в прошедшем времени), формулирование выводов по результатам наблюдений, соотнесение </w:t>
      </w:r>
      <w:proofErr w:type="spellStart"/>
      <w:r w:rsidRPr="00232FC9">
        <w:rPr>
          <w:lang w:val="ru-RU"/>
        </w:rPr>
        <w:t>собствен</w:t>
      </w:r>
      <w:proofErr w:type="spellEnd"/>
      <w:r w:rsidRPr="00232FC9">
        <w:rPr>
          <w:lang w:val="ru-RU"/>
        </w:rPr>
        <w:t>​</w:t>
      </w:r>
      <w:proofErr w:type="spellStart"/>
      <w:r w:rsidRPr="00232FC9">
        <w:rPr>
          <w:lang w:val="ru-RU"/>
        </w:rPr>
        <w:t>ных</w:t>
      </w:r>
      <w:proofErr w:type="spellEnd"/>
      <w:r w:rsidRPr="00232FC9">
        <w:rPr>
          <w:lang w:val="ru-RU"/>
        </w:rPr>
        <w:t xml:space="preserve"> выводов с информацией в учебнике;</w:t>
      </w:r>
    </w:p>
    <w:p w14:paraId="297337E3" w14:textId="77777777" w:rsidR="00232FC9" w:rsidRPr="00232FC9" w:rsidRDefault="00232FC9" w:rsidP="00232FC9">
      <w:pPr>
        <w:rPr>
          <w:lang w:val="ru-RU"/>
        </w:rPr>
      </w:pPr>
      <w:r w:rsidRPr="00232FC9">
        <w:rPr>
          <w:lang w:val="ru-RU"/>
        </w:rPr>
        <w:t>Практическая работа: анализ текста на наличие в нём глаголов, грамматические характеристики которых даны (из числа изученных);</w:t>
      </w:r>
    </w:p>
    <w:p w14:paraId="4433C513" w14:textId="77777777" w:rsidR="00232FC9" w:rsidRPr="00232FC9" w:rsidRDefault="00232FC9" w:rsidP="00232FC9">
      <w:pPr>
        <w:rPr>
          <w:lang w:val="ru-RU"/>
        </w:rPr>
      </w:pPr>
      <w:r w:rsidRPr="00232FC9">
        <w:rPr>
          <w:lang w:val="ru-RU"/>
        </w:rPr>
        <w:t xml:space="preserve">Творческая работа: трансформировать текст, изменяя время глагола; Обсуждение правильности соотнесения глаголов и </w:t>
      </w:r>
      <w:proofErr w:type="spellStart"/>
      <w:r w:rsidRPr="00232FC9">
        <w:rPr>
          <w:lang w:val="ru-RU"/>
        </w:rPr>
        <w:t>граммати</w:t>
      </w:r>
      <w:proofErr w:type="spellEnd"/>
      <w:r w:rsidRPr="00232FC9">
        <w:rPr>
          <w:lang w:val="ru-RU"/>
        </w:rPr>
        <w:t>​</w:t>
      </w:r>
      <w:proofErr w:type="spellStart"/>
      <w:r w:rsidRPr="00232FC9">
        <w:rPr>
          <w:lang w:val="ru-RU"/>
        </w:rPr>
        <w:t>ческих</w:t>
      </w:r>
      <w:proofErr w:type="spellEnd"/>
      <w:r w:rsidRPr="00232FC9">
        <w:rPr>
          <w:lang w:val="ru-RU"/>
        </w:rPr>
        <w:t xml:space="preserve"> характеристик (из числа изученных);</w:t>
      </w:r>
    </w:p>
    <w:p w14:paraId="111C39EE" w14:textId="77777777" w:rsidR="00232FC9" w:rsidRPr="00232FC9" w:rsidRDefault="00232FC9" w:rsidP="00232FC9">
      <w:pPr>
        <w:rPr>
          <w:lang w:val="ru-RU"/>
        </w:rPr>
      </w:pPr>
      <w:r w:rsidRPr="00232FC9">
        <w:rPr>
          <w:lang w:val="ru-RU"/>
        </w:rPr>
        <w:t>Работа в парах: группировка глаголов на основании изучен​</w:t>
      </w:r>
      <w:proofErr w:type="spellStart"/>
      <w:r w:rsidRPr="00232FC9">
        <w:rPr>
          <w:lang w:val="ru-RU"/>
        </w:rPr>
        <w:t>ных</w:t>
      </w:r>
      <w:proofErr w:type="spellEnd"/>
      <w:r w:rsidRPr="00232FC9">
        <w:rPr>
          <w:lang w:val="ru-RU"/>
        </w:rPr>
        <w:t xml:space="preserve"> грамматических признаков;</w:t>
      </w:r>
    </w:p>
    <w:p w14:paraId="02E712A4" w14:textId="77777777" w:rsidR="00232FC9" w:rsidRPr="00232FC9" w:rsidRDefault="00232FC9" w:rsidP="00232FC9">
      <w:pPr>
        <w:rPr>
          <w:lang w:val="ru-RU"/>
        </w:rPr>
      </w:pPr>
      <w:r w:rsidRPr="00232FC9">
        <w:rPr>
          <w:lang w:val="ru-RU"/>
        </w:rPr>
        <w:t>Наблюдение за ролью местоимений в тексте;</w:t>
      </w:r>
    </w:p>
    <w:p w14:paraId="75C2D360" w14:textId="77777777" w:rsidR="00232FC9" w:rsidRPr="00232FC9" w:rsidRDefault="00232FC9" w:rsidP="00232FC9">
      <w:pPr>
        <w:rPr>
          <w:lang w:val="ru-RU"/>
        </w:rPr>
      </w:pPr>
      <w:r w:rsidRPr="00232FC9">
        <w:rPr>
          <w:lang w:val="ru-RU"/>
        </w:rPr>
        <w:t>Практическая работа: корректировка текста, заключающая​</w:t>
      </w:r>
      <w:proofErr w:type="spellStart"/>
      <w:r w:rsidRPr="00232FC9">
        <w:rPr>
          <w:lang w:val="ru-RU"/>
        </w:rPr>
        <w:t>ся</w:t>
      </w:r>
      <w:proofErr w:type="spellEnd"/>
      <w:r w:rsidRPr="00232FC9">
        <w:rPr>
          <w:lang w:val="ru-RU"/>
        </w:rPr>
        <w:t xml:space="preserve"> в замене повторяющихся в тексте имён существительных соответствующими местоимениями;</w:t>
      </w:r>
    </w:p>
    <w:p w14:paraId="4E33F3C0" w14:textId="77777777" w:rsidR="00232FC9" w:rsidRPr="00232FC9" w:rsidRDefault="00232FC9" w:rsidP="00232FC9">
      <w:pPr>
        <w:rPr>
          <w:lang w:val="ru-RU"/>
        </w:rPr>
      </w:pPr>
      <w:r w:rsidRPr="00232FC9">
        <w:rPr>
          <w:lang w:val="ru-RU"/>
        </w:rPr>
        <w:t>Работа в группах: определение уместности употребления местоимений в тексте, обнаружение речевых ошибок, связанных с неудачным употреблением местоимений;</w:t>
      </w:r>
    </w:p>
    <w:p w14:paraId="3A1AF07B" w14:textId="77777777" w:rsidR="00232FC9" w:rsidRPr="00232FC9" w:rsidRDefault="00232FC9" w:rsidP="00232FC9">
      <w:pPr>
        <w:rPr>
          <w:lang w:val="ru-RU"/>
        </w:rPr>
      </w:pPr>
      <w:r w:rsidRPr="00232FC9">
        <w:rPr>
          <w:lang w:val="ru-RU"/>
        </w:rPr>
        <w:lastRenderedPageBreak/>
        <w:t xml:space="preserve">Проверочная работа: проверка умения ориентироваться в изученных понятиях: часть речи, склонение, падеж, время, род; умения соотносить понятие с его краткой </w:t>
      </w:r>
      <w:proofErr w:type="spellStart"/>
      <w:r w:rsidRPr="00232FC9">
        <w:rPr>
          <w:lang w:val="ru-RU"/>
        </w:rPr>
        <w:t>характеристи</w:t>
      </w:r>
      <w:proofErr w:type="spellEnd"/>
      <w:r w:rsidRPr="00232FC9">
        <w:rPr>
          <w:lang w:val="ru-RU"/>
        </w:rPr>
        <w:t xml:space="preserve">​кой, объяснять своими словами значение изученных </w:t>
      </w:r>
      <w:proofErr w:type="spellStart"/>
      <w:r w:rsidRPr="00232FC9">
        <w:rPr>
          <w:lang w:val="ru-RU"/>
        </w:rPr>
        <w:t>поня</w:t>
      </w:r>
      <w:proofErr w:type="spellEnd"/>
      <w:r w:rsidRPr="00232FC9">
        <w:rPr>
          <w:lang w:val="ru-RU"/>
        </w:rPr>
        <w:t>​</w:t>
      </w:r>
      <w:proofErr w:type="spellStart"/>
      <w:r w:rsidRPr="00232FC9">
        <w:rPr>
          <w:lang w:val="ru-RU"/>
        </w:rPr>
        <w:t>тий</w:t>
      </w:r>
      <w:proofErr w:type="spellEnd"/>
      <w:r w:rsidRPr="00232FC9">
        <w:rPr>
          <w:lang w:val="ru-RU"/>
        </w:rPr>
        <w:t>, определять изученные грамматические признаки;</w:t>
      </w:r>
    </w:p>
    <w:p w14:paraId="36886F75" w14:textId="77777777" w:rsidR="00232FC9" w:rsidRPr="00232FC9" w:rsidRDefault="00232FC9" w:rsidP="00232FC9">
      <w:pPr>
        <w:rPr>
          <w:lang w:val="ru-RU"/>
        </w:rPr>
      </w:pPr>
    </w:p>
    <w:tbl>
      <w:tblPr>
        <w:tblStyle w:val="TableGrid"/>
        <w:tblW w:w="15501" w:type="dxa"/>
        <w:tblInd w:w="6" w:type="dxa"/>
        <w:tblCellMar>
          <w:top w:w="114" w:type="dxa"/>
          <w:left w:w="78" w:type="dxa"/>
          <w:right w:w="73" w:type="dxa"/>
        </w:tblCellMar>
        <w:tblLook w:val="04A0" w:firstRow="1" w:lastRow="0" w:firstColumn="1" w:lastColumn="0" w:noHBand="0" w:noVBand="1"/>
      </w:tblPr>
      <w:tblGrid>
        <w:gridCol w:w="485"/>
        <w:gridCol w:w="3459"/>
        <w:gridCol w:w="501"/>
        <w:gridCol w:w="912"/>
        <w:gridCol w:w="941"/>
        <w:gridCol w:w="672"/>
        <w:gridCol w:w="4284"/>
        <w:gridCol w:w="1425"/>
        <w:gridCol w:w="2822"/>
      </w:tblGrid>
      <w:tr w:rsidR="00232FC9" w:rsidRPr="00934BAB" w14:paraId="174EDA22" w14:textId="77777777" w:rsidTr="00D33B6C">
        <w:trPr>
          <w:trHeight w:val="30"/>
        </w:trPr>
        <w:tc>
          <w:tcPr>
            <w:tcW w:w="46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28AE00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385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A80F50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52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605DB0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0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F6D272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F45161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E2DAA5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EAAEB4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9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3D0328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84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AF1895" w14:textId="77777777" w:rsidR="00232FC9" w:rsidRPr="00232FC9" w:rsidRDefault="00232FC9" w:rsidP="00232FC9">
            <w:pPr>
              <w:spacing w:after="200" w:line="276" w:lineRule="auto"/>
            </w:pPr>
          </w:p>
        </w:tc>
      </w:tr>
      <w:tr w:rsidR="00232FC9" w:rsidRPr="00232FC9" w14:paraId="49FFE9DD" w14:textId="77777777" w:rsidTr="00D33B6C">
        <w:trPr>
          <w:trHeight w:val="348"/>
        </w:trPr>
        <w:tc>
          <w:tcPr>
            <w:tcW w:w="43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13013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Итого по разделу: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21D9D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43</w:t>
            </w:r>
          </w:p>
        </w:tc>
        <w:tc>
          <w:tcPr>
            <w:tcW w:w="1065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AFF96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 </w:t>
            </w:r>
          </w:p>
        </w:tc>
      </w:tr>
      <w:tr w:rsidR="00232FC9" w:rsidRPr="00232FC9" w14:paraId="306A6510" w14:textId="77777777" w:rsidTr="00D33B6C">
        <w:trPr>
          <w:trHeight w:val="348"/>
        </w:trPr>
        <w:tc>
          <w:tcPr>
            <w:tcW w:w="1550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BBB06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Раздел 6. </w:t>
            </w:r>
            <w:r w:rsidRPr="00232FC9">
              <w:rPr>
                <w:b/>
              </w:rPr>
              <w:t>Синтаксис</w:t>
            </w:r>
          </w:p>
        </w:tc>
      </w:tr>
      <w:tr w:rsidR="00232FC9" w:rsidRPr="00934BAB" w14:paraId="5883756C" w14:textId="77777777" w:rsidTr="00D33B6C">
        <w:trPr>
          <w:trHeight w:val="7072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B3D8F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6.1.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97B13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Предложение. Установление при помощи смысловых (синтаксических) вопросов связи между словами в предложении.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7615B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2B2687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71F338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8C6DA9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57965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;</w:t>
            </w:r>
          </w:p>
          <w:p w14:paraId="062FF01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Комментированное выполнение задания: выписать из предложения пары слов, от одного из которых к другому можно задать смысловой (синтаксический) вопрос;</w:t>
            </w:r>
          </w:p>
          <w:p w14:paraId="781B2DD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Самостоятельная работа: установление при помощи </w:t>
            </w:r>
            <w:proofErr w:type="spellStart"/>
            <w:r w:rsidRPr="00232FC9">
              <w:t>смысло</w:t>
            </w:r>
            <w:proofErr w:type="spellEnd"/>
            <w:r w:rsidRPr="00232FC9">
              <w:t>​</w:t>
            </w:r>
            <w:proofErr w:type="spellStart"/>
            <w:r w:rsidRPr="00232FC9">
              <w:t>вых</w:t>
            </w:r>
            <w:proofErr w:type="spellEnd"/>
          </w:p>
          <w:p w14:paraId="45BAC934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(синтаксических) вопросов связи между словами в предложении; Учебный диалог, направленный на актуализацию знаний о видах предложений по цели высказывания и по </w:t>
            </w:r>
            <w:proofErr w:type="spellStart"/>
            <w:r w:rsidRPr="00232FC9">
              <w:t>эмоцио</w:t>
            </w:r>
            <w:proofErr w:type="spellEnd"/>
            <w:r w:rsidRPr="00232FC9">
              <w:t>​</w:t>
            </w:r>
            <w:proofErr w:type="spellStart"/>
            <w:r w:rsidRPr="00232FC9">
              <w:t>нальной</w:t>
            </w:r>
            <w:proofErr w:type="spellEnd"/>
            <w:r w:rsidRPr="00232FC9">
              <w:t xml:space="preserve"> окраске; Дифференцированное задание: определение признака классификации предложений;</w:t>
            </w:r>
          </w:p>
          <w:p w14:paraId="29C5B4F8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Упражнение: нахождение в тексте предложений с </w:t>
            </w:r>
            <w:proofErr w:type="spellStart"/>
            <w:r w:rsidRPr="00232FC9">
              <w:t>заданны</w:t>
            </w:r>
            <w:proofErr w:type="spellEnd"/>
            <w:r w:rsidRPr="00232FC9">
              <w:t>​ми характеристиками;</w:t>
            </w:r>
          </w:p>
          <w:p w14:paraId="20BC693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с таблицей: по горизонтали в строках — вид по эмоциональной окраске, по вертикали в столбцах — вид по цели высказывания, подбор примеров для ячеек таблицы;</w:t>
            </w:r>
          </w:p>
          <w:p w14:paraId="771CEB4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Работа в группах: соотнесение предложений и их </w:t>
            </w:r>
            <w:proofErr w:type="spellStart"/>
            <w:r w:rsidRPr="00232FC9">
              <w:t>характери</w:t>
            </w:r>
            <w:proofErr w:type="spellEnd"/>
            <w:r w:rsidRPr="00232FC9">
              <w:t>​стик</w:t>
            </w:r>
          </w:p>
          <w:p w14:paraId="2B7BA2A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(цель высказывания, эмоциональная окраска);</w:t>
            </w:r>
          </w:p>
          <w:p w14:paraId="411C4ED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 xml:space="preserve">Самостоятельная работа: выписывание из текста </w:t>
            </w:r>
            <w:proofErr w:type="spellStart"/>
            <w:r w:rsidRPr="00232FC9">
              <w:t>повествова</w:t>
            </w:r>
            <w:proofErr w:type="spellEnd"/>
            <w:r w:rsidRPr="00232FC9">
              <w:t>​тельных, побудительных, вопросительных предложений;</w:t>
            </w:r>
          </w:p>
          <w:p w14:paraId="760A5ED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классификация предложений;</w:t>
            </w:r>
          </w:p>
          <w:p w14:paraId="06E4F67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Совместное составление алгоритма нахождения главных членов предложения;</w:t>
            </w:r>
          </w:p>
          <w:p w14:paraId="18CFC1B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Упражнения на нахождение подлежащих и сказуемых;</w:t>
            </w:r>
          </w:p>
          <w:p w14:paraId="75467F4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Наблюдение за предложениями с однородными членами;</w:t>
            </w:r>
          </w:p>
          <w:p w14:paraId="2C8EFC0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Объяснение выбора нужного союза в предложении с </w:t>
            </w:r>
            <w:proofErr w:type="spellStart"/>
            <w:r w:rsidRPr="00232FC9">
              <w:t>однород</w:t>
            </w:r>
            <w:proofErr w:type="spellEnd"/>
            <w:r w:rsidRPr="00232FC9">
              <w:t>​</w:t>
            </w:r>
            <w:proofErr w:type="spellStart"/>
            <w:r w:rsidRPr="00232FC9">
              <w:t>ными</w:t>
            </w:r>
            <w:proofErr w:type="spellEnd"/>
            <w:r w:rsidRPr="00232FC9">
              <w:t xml:space="preserve"> членами;</w:t>
            </w:r>
          </w:p>
          <w:p w14:paraId="0466610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Комментированное выполнение задания на нахождение в тексте предложений с однородными членами;</w:t>
            </w:r>
          </w:p>
          <w:p w14:paraId="66A5C30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продолжение ряда однородных членов предложения; Творческое задание: составление предложений с однородны​ми членами;</w:t>
            </w:r>
          </w:p>
          <w:p w14:paraId="0038C4A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Проверочная работа, направленная на проверку ориентации в изученных понятиях: подлежащее, сказуемое, </w:t>
            </w:r>
            <w:proofErr w:type="spellStart"/>
            <w:r w:rsidRPr="00232FC9">
              <w:t>второсте</w:t>
            </w:r>
            <w:proofErr w:type="spellEnd"/>
            <w:r w:rsidRPr="00232FC9">
              <w:t xml:space="preserve">​пенные члены предложения, умения соотносить понятие с его краткой характеристикой, объяснять </w:t>
            </w:r>
            <w:r w:rsidRPr="00232FC9">
              <w:lastRenderedPageBreak/>
              <w:t>своими словами значение изученных понятий;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DE23D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Устный опрос; письменный контроль;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111C9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https://resh.edu.ru https://uchi.ru/ https://education.yandex.ru</w:t>
            </w:r>
          </w:p>
        </w:tc>
      </w:tr>
    </w:tbl>
    <w:p w14:paraId="463C8787" w14:textId="77777777" w:rsidR="00232FC9" w:rsidRPr="00232FC9" w:rsidRDefault="00232FC9" w:rsidP="00232FC9">
      <w:pPr>
        <w:rPr>
          <w:lang w:val="ru-RU"/>
        </w:rPr>
      </w:pPr>
    </w:p>
    <w:tbl>
      <w:tblPr>
        <w:tblStyle w:val="TableGrid"/>
        <w:tblW w:w="15501" w:type="dxa"/>
        <w:tblInd w:w="6" w:type="dxa"/>
        <w:tblCellMar>
          <w:top w:w="114" w:type="dxa"/>
          <w:left w:w="78" w:type="dxa"/>
          <w:right w:w="73" w:type="dxa"/>
        </w:tblCellMar>
        <w:tblLook w:val="04A0" w:firstRow="1" w:lastRow="0" w:firstColumn="1" w:lastColumn="0" w:noHBand="0" w:noVBand="1"/>
      </w:tblPr>
      <w:tblGrid>
        <w:gridCol w:w="485"/>
        <w:gridCol w:w="3409"/>
        <w:gridCol w:w="479"/>
        <w:gridCol w:w="926"/>
        <w:gridCol w:w="955"/>
        <w:gridCol w:w="682"/>
        <w:gridCol w:w="4318"/>
        <w:gridCol w:w="1425"/>
        <w:gridCol w:w="2822"/>
      </w:tblGrid>
      <w:tr w:rsidR="00232FC9" w:rsidRPr="00934BAB" w14:paraId="3B4B7732" w14:textId="77777777" w:rsidTr="00D33B6C">
        <w:trPr>
          <w:trHeight w:val="7072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2810F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6.2.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1FEC8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Главные члены предложения — подлежащее и сказуемое.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C11F14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3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D212D1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7289984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9642A2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8706F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;</w:t>
            </w:r>
          </w:p>
          <w:p w14:paraId="4D23CBF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Комментированное выполнение задания: выписать из предложения пары слов, от одного из которых к другому можно задать смысловой (синтаксический) вопрос;</w:t>
            </w:r>
          </w:p>
          <w:p w14:paraId="715565A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Самостоятельная работа: установление при помощи </w:t>
            </w:r>
            <w:proofErr w:type="spellStart"/>
            <w:r w:rsidRPr="00232FC9">
              <w:t>смысло</w:t>
            </w:r>
            <w:proofErr w:type="spellEnd"/>
            <w:r w:rsidRPr="00232FC9">
              <w:t>​</w:t>
            </w:r>
            <w:proofErr w:type="spellStart"/>
            <w:r w:rsidRPr="00232FC9">
              <w:t>вых</w:t>
            </w:r>
            <w:proofErr w:type="spellEnd"/>
          </w:p>
          <w:p w14:paraId="742A839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(синтаксических) вопросов связи между словами в предложении; Учебный диалог, направленный на актуализацию знаний о видах предложений по цели высказывания и по </w:t>
            </w:r>
            <w:proofErr w:type="spellStart"/>
            <w:r w:rsidRPr="00232FC9">
              <w:t>эмоцио</w:t>
            </w:r>
            <w:proofErr w:type="spellEnd"/>
            <w:r w:rsidRPr="00232FC9">
              <w:t>​</w:t>
            </w:r>
            <w:proofErr w:type="spellStart"/>
            <w:r w:rsidRPr="00232FC9">
              <w:t>нальной</w:t>
            </w:r>
            <w:proofErr w:type="spellEnd"/>
            <w:r w:rsidRPr="00232FC9">
              <w:t xml:space="preserve"> окраске; Дифференцированное задание: определение признака классификации предложений;</w:t>
            </w:r>
          </w:p>
          <w:p w14:paraId="1E07783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Упражнение: нахождение в тексте предложений с </w:t>
            </w:r>
            <w:proofErr w:type="spellStart"/>
            <w:r w:rsidRPr="00232FC9">
              <w:t>заданны</w:t>
            </w:r>
            <w:proofErr w:type="spellEnd"/>
            <w:r w:rsidRPr="00232FC9">
              <w:t>​ми характеристиками;</w:t>
            </w:r>
          </w:p>
          <w:p w14:paraId="1F9AFA7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с таблицей: по горизонтали в строках — вид по эмоциональной окраске, по вертикали в столбцах — вид по цели высказывания, подбор примеров для ячеек таблицы;</w:t>
            </w:r>
          </w:p>
          <w:p w14:paraId="178895E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Работа в группах: соотнесение предложений и их </w:t>
            </w:r>
            <w:proofErr w:type="spellStart"/>
            <w:r w:rsidRPr="00232FC9">
              <w:t>характери</w:t>
            </w:r>
            <w:proofErr w:type="spellEnd"/>
            <w:r w:rsidRPr="00232FC9">
              <w:t>​стик</w:t>
            </w:r>
          </w:p>
          <w:p w14:paraId="6DECA35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(цель высказывания, эмоциональная окраска);</w:t>
            </w:r>
          </w:p>
          <w:p w14:paraId="2A43900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 xml:space="preserve">Самостоятельная работа: выписывание из текста </w:t>
            </w:r>
            <w:proofErr w:type="spellStart"/>
            <w:r w:rsidRPr="00232FC9">
              <w:t>повествова</w:t>
            </w:r>
            <w:proofErr w:type="spellEnd"/>
            <w:r w:rsidRPr="00232FC9">
              <w:t>​тельных, побудительных, вопросительных предложений;</w:t>
            </w:r>
          </w:p>
          <w:p w14:paraId="7CF86E2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классификация предложений;</w:t>
            </w:r>
          </w:p>
          <w:p w14:paraId="61A778D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Совместное составление алгоритма нахождения главных членов предложения;</w:t>
            </w:r>
          </w:p>
          <w:p w14:paraId="70D35E1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Упражнения на нахождение подлежащих и сказуемых;</w:t>
            </w:r>
          </w:p>
          <w:p w14:paraId="77CE7D7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Наблюдение за предложениями с однородными членами;</w:t>
            </w:r>
          </w:p>
          <w:p w14:paraId="47B00CA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Объяснение выбора нужного союза в предложении с </w:t>
            </w:r>
            <w:proofErr w:type="spellStart"/>
            <w:r w:rsidRPr="00232FC9">
              <w:t>однород</w:t>
            </w:r>
            <w:proofErr w:type="spellEnd"/>
            <w:r w:rsidRPr="00232FC9">
              <w:t>​</w:t>
            </w:r>
            <w:proofErr w:type="spellStart"/>
            <w:r w:rsidRPr="00232FC9">
              <w:t>ными</w:t>
            </w:r>
            <w:proofErr w:type="spellEnd"/>
            <w:r w:rsidRPr="00232FC9">
              <w:t xml:space="preserve"> членами;</w:t>
            </w:r>
          </w:p>
          <w:p w14:paraId="47E34FF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Комментированное выполнение задания на нахождение в тексте предложений с однородными членами;</w:t>
            </w:r>
          </w:p>
          <w:p w14:paraId="767EBD7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продолжение ряда однородных членов предложения; Творческое задание: составление предложений с однородны​ми членами;</w:t>
            </w:r>
          </w:p>
          <w:p w14:paraId="77388F0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Проверочная работа, направленная на проверку ориентации в изученных понятиях: подлежащее, сказуемое, </w:t>
            </w:r>
            <w:proofErr w:type="spellStart"/>
            <w:r w:rsidRPr="00232FC9">
              <w:t>второсте</w:t>
            </w:r>
            <w:proofErr w:type="spellEnd"/>
            <w:r w:rsidRPr="00232FC9">
              <w:t xml:space="preserve">​пенные члены предложения, умения соотносить понятие с его краткой характеристикой, объяснять </w:t>
            </w:r>
            <w:r w:rsidRPr="00232FC9">
              <w:lastRenderedPageBreak/>
              <w:t>своими словами значение изученных понятий;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D3A39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Устный опрос; письменный контроль;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37733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https://resh.edu.ru https://uchi.ru/ https://education.yandex.ru</w:t>
            </w:r>
          </w:p>
        </w:tc>
      </w:tr>
    </w:tbl>
    <w:p w14:paraId="592882D1" w14:textId="77777777" w:rsidR="00232FC9" w:rsidRPr="00232FC9" w:rsidRDefault="00232FC9" w:rsidP="00232FC9">
      <w:pPr>
        <w:rPr>
          <w:lang w:val="ru-RU"/>
        </w:rPr>
      </w:pPr>
    </w:p>
    <w:tbl>
      <w:tblPr>
        <w:tblStyle w:val="TableGrid"/>
        <w:tblW w:w="15501" w:type="dxa"/>
        <w:tblInd w:w="6" w:type="dxa"/>
        <w:tblCellMar>
          <w:top w:w="114" w:type="dxa"/>
          <w:left w:w="78" w:type="dxa"/>
          <w:right w:w="73" w:type="dxa"/>
        </w:tblCellMar>
        <w:tblLook w:val="04A0" w:firstRow="1" w:lastRow="0" w:firstColumn="1" w:lastColumn="0" w:noHBand="0" w:noVBand="1"/>
      </w:tblPr>
      <w:tblGrid>
        <w:gridCol w:w="486"/>
        <w:gridCol w:w="3454"/>
        <w:gridCol w:w="478"/>
        <w:gridCol w:w="917"/>
        <w:gridCol w:w="946"/>
        <w:gridCol w:w="676"/>
        <w:gridCol w:w="4297"/>
        <w:gridCol w:w="1425"/>
        <w:gridCol w:w="2822"/>
      </w:tblGrid>
      <w:tr w:rsidR="00232FC9" w:rsidRPr="00934BAB" w14:paraId="18FE04ED" w14:textId="77777777" w:rsidTr="00D33B6C">
        <w:trPr>
          <w:trHeight w:val="7144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2F7AF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6.3.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8D5D4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Второстепенные члены предложения (без деления на виды).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44036D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2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8418E4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BBAD4E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F4784E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7BB8228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;</w:t>
            </w:r>
          </w:p>
          <w:p w14:paraId="6212495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Комментированное выполнение задания: выписать из предложения пары слов, от одного из которых к другому можно задать смысловой (синтаксический) вопрос;</w:t>
            </w:r>
          </w:p>
          <w:p w14:paraId="7295ACB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Самостоятельная работа: установление при помощи </w:t>
            </w:r>
            <w:proofErr w:type="spellStart"/>
            <w:r w:rsidRPr="00232FC9">
              <w:t>смысло</w:t>
            </w:r>
            <w:proofErr w:type="spellEnd"/>
            <w:r w:rsidRPr="00232FC9">
              <w:t>​</w:t>
            </w:r>
            <w:proofErr w:type="spellStart"/>
            <w:r w:rsidRPr="00232FC9">
              <w:t>вых</w:t>
            </w:r>
            <w:proofErr w:type="spellEnd"/>
          </w:p>
          <w:p w14:paraId="73107F5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(синтаксических) вопросов связи между словами в предложении; Учебный диалог, направленный на актуализацию знаний о видах предложений по цели высказывания и по </w:t>
            </w:r>
            <w:proofErr w:type="spellStart"/>
            <w:r w:rsidRPr="00232FC9">
              <w:t>эмоцио</w:t>
            </w:r>
            <w:proofErr w:type="spellEnd"/>
            <w:r w:rsidRPr="00232FC9">
              <w:t>​</w:t>
            </w:r>
            <w:proofErr w:type="spellStart"/>
            <w:r w:rsidRPr="00232FC9">
              <w:t>нальной</w:t>
            </w:r>
            <w:proofErr w:type="spellEnd"/>
            <w:r w:rsidRPr="00232FC9">
              <w:t xml:space="preserve"> окраске; Дифференцированное задание: определение признака классификации предложений;</w:t>
            </w:r>
          </w:p>
          <w:p w14:paraId="5AF2EF5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Упражнение: нахождение в тексте предложений с </w:t>
            </w:r>
            <w:proofErr w:type="spellStart"/>
            <w:r w:rsidRPr="00232FC9">
              <w:t>заданны</w:t>
            </w:r>
            <w:proofErr w:type="spellEnd"/>
            <w:r w:rsidRPr="00232FC9">
              <w:t>​ми характеристиками;</w:t>
            </w:r>
          </w:p>
          <w:p w14:paraId="34D40338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с таблицей: по горизонтали в строках — вид по эмоциональной окраске, по вертикали в столбцах — вид по цели высказывания, подбор примеров для ячеек таблицы;</w:t>
            </w:r>
          </w:p>
          <w:p w14:paraId="448C3A6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Работа в группах: соотнесение предложений и их </w:t>
            </w:r>
            <w:proofErr w:type="spellStart"/>
            <w:r w:rsidRPr="00232FC9">
              <w:t>характери</w:t>
            </w:r>
            <w:proofErr w:type="spellEnd"/>
            <w:r w:rsidRPr="00232FC9">
              <w:t>​стик</w:t>
            </w:r>
          </w:p>
          <w:p w14:paraId="52AA8BE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(цель высказывания, эмоциональная окраска);</w:t>
            </w:r>
          </w:p>
          <w:p w14:paraId="73C676C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 xml:space="preserve">Самостоятельная работа: выписывание из текста </w:t>
            </w:r>
            <w:proofErr w:type="spellStart"/>
            <w:r w:rsidRPr="00232FC9">
              <w:t>повествова</w:t>
            </w:r>
            <w:proofErr w:type="spellEnd"/>
            <w:r w:rsidRPr="00232FC9">
              <w:t>​тельных, побудительных, вопросительных предложений;</w:t>
            </w:r>
          </w:p>
          <w:p w14:paraId="1FC8C52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классификация предложений;</w:t>
            </w:r>
          </w:p>
          <w:p w14:paraId="743F6C6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Совместное составление алгоритма нахождения главных членов предложения;</w:t>
            </w:r>
          </w:p>
          <w:p w14:paraId="402EE7C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Упражнения на нахождение подлежащих и сказуемых;</w:t>
            </w:r>
          </w:p>
          <w:p w14:paraId="627EFCB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Наблюдение за предложениями с однородными членами;</w:t>
            </w:r>
          </w:p>
          <w:p w14:paraId="3CB295A8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Объяснение выбора нужного союза в предложении с </w:t>
            </w:r>
            <w:proofErr w:type="spellStart"/>
            <w:r w:rsidRPr="00232FC9">
              <w:t>однород</w:t>
            </w:r>
            <w:proofErr w:type="spellEnd"/>
            <w:r w:rsidRPr="00232FC9">
              <w:t>​</w:t>
            </w:r>
            <w:proofErr w:type="spellStart"/>
            <w:r w:rsidRPr="00232FC9">
              <w:t>ными</w:t>
            </w:r>
            <w:proofErr w:type="spellEnd"/>
            <w:r w:rsidRPr="00232FC9">
              <w:t xml:space="preserve"> членами;</w:t>
            </w:r>
          </w:p>
          <w:p w14:paraId="2A24344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Комментированное выполнение задания на нахождение в тексте предложений с однородными членами;</w:t>
            </w:r>
          </w:p>
          <w:p w14:paraId="49F79237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продолжение ряда однородных членов предложения; Творческое задание: составление предложений с однородны​ми членами;</w:t>
            </w:r>
          </w:p>
          <w:p w14:paraId="39B127D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Проверочная работа, направленная на проверку ориентации в изученных понятиях: подлежащее, сказуемое, </w:t>
            </w:r>
            <w:proofErr w:type="spellStart"/>
            <w:r w:rsidRPr="00232FC9">
              <w:t>второсте</w:t>
            </w:r>
            <w:proofErr w:type="spellEnd"/>
            <w:r w:rsidRPr="00232FC9">
              <w:t xml:space="preserve">​пенные члены предложения, умения соотносить понятие с его краткой характеристикой, объяснять </w:t>
            </w:r>
            <w:r w:rsidRPr="00232FC9">
              <w:lastRenderedPageBreak/>
              <w:t>своими словами значение изученных понятий;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513C9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Устный опрос; письменный контроль;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8F3C0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https://resh.edu.ru https://uchi.ru/ https://education.yandex.ru</w:t>
            </w:r>
          </w:p>
        </w:tc>
      </w:tr>
    </w:tbl>
    <w:p w14:paraId="640FB6A9" w14:textId="77777777" w:rsidR="00232FC9" w:rsidRPr="00232FC9" w:rsidRDefault="00232FC9" w:rsidP="00232FC9">
      <w:pPr>
        <w:rPr>
          <w:lang w:val="ru-RU"/>
        </w:rPr>
      </w:pPr>
    </w:p>
    <w:tbl>
      <w:tblPr>
        <w:tblStyle w:val="TableGrid"/>
        <w:tblW w:w="15501" w:type="dxa"/>
        <w:tblInd w:w="6" w:type="dxa"/>
        <w:tblCellMar>
          <w:top w:w="114" w:type="dxa"/>
          <w:left w:w="78" w:type="dxa"/>
          <w:right w:w="73" w:type="dxa"/>
        </w:tblCellMar>
        <w:tblLook w:val="04A0" w:firstRow="1" w:lastRow="0" w:firstColumn="1" w:lastColumn="0" w:noHBand="0" w:noVBand="1"/>
      </w:tblPr>
      <w:tblGrid>
        <w:gridCol w:w="485"/>
        <w:gridCol w:w="3529"/>
        <w:gridCol w:w="474"/>
        <w:gridCol w:w="904"/>
        <w:gridCol w:w="932"/>
        <w:gridCol w:w="667"/>
        <w:gridCol w:w="4263"/>
        <w:gridCol w:w="1425"/>
        <w:gridCol w:w="2822"/>
      </w:tblGrid>
      <w:tr w:rsidR="00232FC9" w:rsidRPr="00934BAB" w14:paraId="5AA5C395" w14:textId="77777777" w:rsidTr="00D33B6C">
        <w:trPr>
          <w:trHeight w:val="7144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DF64E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6.4.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30021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Предложения распространённые и нераспространённые.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CDCB7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3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040951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E66E3F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20509D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C155D4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;</w:t>
            </w:r>
          </w:p>
          <w:p w14:paraId="7A0661B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Комментированное выполнение задания: выписать из предложения пары слов, от одного из которых к другому можно задать смысловой (синтаксический) вопрос;</w:t>
            </w:r>
          </w:p>
          <w:p w14:paraId="61E03A38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Самостоятельная работа: установление при помощи </w:t>
            </w:r>
            <w:proofErr w:type="spellStart"/>
            <w:r w:rsidRPr="00232FC9">
              <w:t>смысло</w:t>
            </w:r>
            <w:proofErr w:type="spellEnd"/>
            <w:r w:rsidRPr="00232FC9">
              <w:t>​</w:t>
            </w:r>
            <w:proofErr w:type="spellStart"/>
            <w:r w:rsidRPr="00232FC9">
              <w:t>вых</w:t>
            </w:r>
            <w:proofErr w:type="spellEnd"/>
          </w:p>
          <w:p w14:paraId="722656C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(синтаксических) вопросов связи между словами в предложении; Учебный диалог, направленный на актуализацию знаний о видах предложений по цели высказывания и по </w:t>
            </w:r>
            <w:proofErr w:type="spellStart"/>
            <w:r w:rsidRPr="00232FC9">
              <w:t>эмоцио</w:t>
            </w:r>
            <w:proofErr w:type="spellEnd"/>
            <w:r w:rsidRPr="00232FC9">
              <w:t>​</w:t>
            </w:r>
            <w:proofErr w:type="spellStart"/>
            <w:r w:rsidRPr="00232FC9">
              <w:t>нальной</w:t>
            </w:r>
            <w:proofErr w:type="spellEnd"/>
            <w:r w:rsidRPr="00232FC9">
              <w:t xml:space="preserve"> окраске; Дифференцированное задание: определение признака классификации предложений;</w:t>
            </w:r>
          </w:p>
          <w:p w14:paraId="43DBE15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Упражнение: нахождение в тексте предложений с </w:t>
            </w:r>
            <w:proofErr w:type="spellStart"/>
            <w:r w:rsidRPr="00232FC9">
              <w:t>заданны</w:t>
            </w:r>
            <w:proofErr w:type="spellEnd"/>
            <w:r w:rsidRPr="00232FC9">
              <w:t>​ми характеристиками;</w:t>
            </w:r>
          </w:p>
          <w:p w14:paraId="65619B4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с таблицей: по горизонтали в строках — вид по эмоциональной окраске, по вертикали в столбцах — вид по цели высказывания, подбор примеров для ячеек таблицы;</w:t>
            </w:r>
          </w:p>
          <w:p w14:paraId="6C8FD61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Работа в группах: соотнесение предложений и их </w:t>
            </w:r>
            <w:proofErr w:type="spellStart"/>
            <w:r w:rsidRPr="00232FC9">
              <w:t>характери</w:t>
            </w:r>
            <w:proofErr w:type="spellEnd"/>
            <w:r w:rsidRPr="00232FC9">
              <w:t>​стик</w:t>
            </w:r>
          </w:p>
          <w:p w14:paraId="65158A5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(цель высказывания, эмоциональная окраска);</w:t>
            </w:r>
          </w:p>
          <w:p w14:paraId="066854C4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 xml:space="preserve">Самостоятельная работа: выписывание из текста </w:t>
            </w:r>
            <w:proofErr w:type="spellStart"/>
            <w:r w:rsidRPr="00232FC9">
              <w:t>повествова</w:t>
            </w:r>
            <w:proofErr w:type="spellEnd"/>
            <w:r w:rsidRPr="00232FC9">
              <w:t>​тельных, побудительных, вопросительных предложений;</w:t>
            </w:r>
          </w:p>
          <w:p w14:paraId="6B88A90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классификация предложений;</w:t>
            </w:r>
          </w:p>
          <w:p w14:paraId="74C9A33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Совместное составление алгоритма нахождения главных членов предложения;</w:t>
            </w:r>
          </w:p>
          <w:p w14:paraId="7686A8C7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Упражнения на нахождение подлежащих и сказуемых;</w:t>
            </w:r>
          </w:p>
          <w:p w14:paraId="2705BEA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Наблюдение за предложениями с однородными членами;</w:t>
            </w:r>
          </w:p>
          <w:p w14:paraId="226EBBF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Объяснение выбора нужного союза в предложении с </w:t>
            </w:r>
            <w:proofErr w:type="spellStart"/>
            <w:r w:rsidRPr="00232FC9">
              <w:t>однород</w:t>
            </w:r>
            <w:proofErr w:type="spellEnd"/>
            <w:r w:rsidRPr="00232FC9">
              <w:t>​</w:t>
            </w:r>
            <w:proofErr w:type="spellStart"/>
            <w:r w:rsidRPr="00232FC9">
              <w:t>ными</w:t>
            </w:r>
            <w:proofErr w:type="spellEnd"/>
            <w:r w:rsidRPr="00232FC9">
              <w:t xml:space="preserve"> членами;</w:t>
            </w:r>
          </w:p>
          <w:p w14:paraId="0D2EDE2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Комментированное выполнение задания на нахождение в тексте предложений с однородными членами;</w:t>
            </w:r>
          </w:p>
          <w:p w14:paraId="5A0C968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продолжение ряда однородных членов предложения; Творческое задание: составление предложений с однородны​ми членами;</w:t>
            </w:r>
          </w:p>
          <w:p w14:paraId="2FF8245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Проверочная работа, направленная на проверку ориентации в изученных понятиях: подлежащее, сказуемое, </w:t>
            </w:r>
            <w:proofErr w:type="spellStart"/>
            <w:r w:rsidRPr="00232FC9">
              <w:t>второсте</w:t>
            </w:r>
            <w:proofErr w:type="spellEnd"/>
            <w:r w:rsidRPr="00232FC9">
              <w:t xml:space="preserve">​пенные члены предложения, умения соотносить понятие с его краткой характеристикой, объяснять </w:t>
            </w:r>
            <w:r w:rsidRPr="00232FC9">
              <w:lastRenderedPageBreak/>
              <w:t>своими словами значение изученных понятий;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961EC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Устный опрос; письменный контроль;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269818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https://resh.edu.ru https://uchi.ru/ https://education.yandex.ru</w:t>
            </w:r>
          </w:p>
        </w:tc>
      </w:tr>
    </w:tbl>
    <w:p w14:paraId="244D166E" w14:textId="77777777" w:rsidR="00232FC9" w:rsidRPr="00232FC9" w:rsidRDefault="00232FC9" w:rsidP="00232FC9">
      <w:pPr>
        <w:rPr>
          <w:lang w:val="ru-RU"/>
        </w:rPr>
      </w:pPr>
    </w:p>
    <w:tbl>
      <w:tblPr>
        <w:tblStyle w:val="TableGrid"/>
        <w:tblW w:w="15501" w:type="dxa"/>
        <w:tblInd w:w="6" w:type="dxa"/>
        <w:tblCellMar>
          <w:top w:w="114" w:type="dxa"/>
          <w:left w:w="78" w:type="dxa"/>
          <w:right w:w="73" w:type="dxa"/>
        </w:tblCellMar>
        <w:tblLook w:val="04A0" w:firstRow="1" w:lastRow="0" w:firstColumn="1" w:lastColumn="0" w:noHBand="0" w:noVBand="1"/>
      </w:tblPr>
      <w:tblGrid>
        <w:gridCol w:w="486"/>
        <w:gridCol w:w="3411"/>
        <w:gridCol w:w="502"/>
        <w:gridCol w:w="921"/>
        <w:gridCol w:w="950"/>
        <w:gridCol w:w="678"/>
        <w:gridCol w:w="4306"/>
        <w:gridCol w:w="1425"/>
        <w:gridCol w:w="2822"/>
      </w:tblGrid>
      <w:tr w:rsidR="00232FC9" w:rsidRPr="00934BAB" w14:paraId="26335B0D" w14:textId="77777777" w:rsidTr="00D33B6C">
        <w:trPr>
          <w:trHeight w:val="7132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C6231A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6.5.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16EC1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Наблюдение за однородными членами предложения с союзами </w:t>
            </w:r>
            <w:r w:rsidRPr="00232FC9">
              <w:rPr>
                <w:b/>
                <w:i/>
              </w:rPr>
              <w:t>и, а, но</w:t>
            </w:r>
            <w:r w:rsidRPr="00232FC9">
              <w:t xml:space="preserve"> и без союзов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6D13B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3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992A25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F293CD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1CE875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E0E80D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;</w:t>
            </w:r>
          </w:p>
          <w:p w14:paraId="2D714B4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Комментированное выполнение задания: выписать из предложения пары слов, от одного из которых к другому можно задать смысловой (синтаксический) вопрос;</w:t>
            </w:r>
          </w:p>
          <w:p w14:paraId="6E621C8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Самостоятельная работа: установление при помощи </w:t>
            </w:r>
            <w:proofErr w:type="spellStart"/>
            <w:r w:rsidRPr="00232FC9">
              <w:t>смысло</w:t>
            </w:r>
            <w:proofErr w:type="spellEnd"/>
            <w:r w:rsidRPr="00232FC9">
              <w:t>​</w:t>
            </w:r>
            <w:proofErr w:type="spellStart"/>
            <w:r w:rsidRPr="00232FC9">
              <w:t>вых</w:t>
            </w:r>
            <w:proofErr w:type="spellEnd"/>
          </w:p>
          <w:p w14:paraId="44EDBEF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(синтаксических) вопросов связи между словами в предложении; Учебный диалог, направленный на актуализацию знаний о видах предложений по цели высказывания и по </w:t>
            </w:r>
            <w:proofErr w:type="spellStart"/>
            <w:r w:rsidRPr="00232FC9">
              <w:t>эмоцио</w:t>
            </w:r>
            <w:proofErr w:type="spellEnd"/>
            <w:r w:rsidRPr="00232FC9">
              <w:t>​</w:t>
            </w:r>
            <w:proofErr w:type="spellStart"/>
            <w:r w:rsidRPr="00232FC9">
              <w:t>нальной</w:t>
            </w:r>
            <w:proofErr w:type="spellEnd"/>
            <w:r w:rsidRPr="00232FC9">
              <w:t xml:space="preserve"> окраске; Дифференцированное задание: определение признака классификации предложений;</w:t>
            </w:r>
          </w:p>
          <w:p w14:paraId="6FC4B644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Упражнение: нахождение в тексте предложений с </w:t>
            </w:r>
            <w:proofErr w:type="spellStart"/>
            <w:r w:rsidRPr="00232FC9">
              <w:t>заданны</w:t>
            </w:r>
            <w:proofErr w:type="spellEnd"/>
            <w:r w:rsidRPr="00232FC9">
              <w:t>​ми характеристиками;</w:t>
            </w:r>
          </w:p>
          <w:p w14:paraId="68913E0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с таблицей: по горизонтали в строках — вид по эмоциональной окраске, по вертикали в столбцах — вид по цели высказывания, подбор примеров для ячеек таблицы;</w:t>
            </w:r>
          </w:p>
          <w:p w14:paraId="27062934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Работа в группах: соотнесение предложений и их </w:t>
            </w:r>
            <w:proofErr w:type="spellStart"/>
            <w:r w:rsidRPr="00232FC9">
              <w:t>характери</w:t>
            </w:r>
            <w:proofErr w:type="spellEnd"/>
            <w:r w:rsidRPr="00232FC9">
              <w:t>​стик</w:t>
            </w:r>
          </w:p>
          <w:p w14:paraId="3267776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(цель высказывания, эмоциональная окраска);</w:t>
            </w:r>
          </w:p>
          <w:p w14:paraId="465B5C4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 xml:space="preserve">Самостоятельная работа: выписывание из текста </w:t>
            </w:r>
            <w:proofErr w:type="spellStart"/>
            <w:r w:rsidRPr="00232FC9">
              <w:t>повествова</w:t>
            </w:r>
            <w:proofErr w:type="spellEnd"/>
            <w:r w:rsidRPr="00232FC9">
              <w:t>​тельных, побудительных, вопросительных предложений;</w:t>
            </w:r>
          </w:p>
          <w:p w14:paraId="39F0687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классификация предложений;</w:t>
            </w:r>
          </w:p>
          <w:p w14:paraId="56E5429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Совместное составление алгоритма нахождения главных членов предложения;</w:t>
            </w:r>
          </w:p>
          <w:p w14:paraId="3437DFF7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Упражнения на нахождение подлежащих и сказуемых;</w:t>
            </w:r>
          </w:p>
          <w:p w14:paraId="5E97C30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Наблюдение за предложениями с однородными членами;</w:t>
            </w:r>
          </w:p>
          <w:p w14:paraId="7F2285A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Объяснение выбора нужного союза в предложении с </w:t>
            </w:r>
            <w:proofErr w:type="spellStart"/>
            <w:r w:rsidRPr="00232FC9">
              <w:t>однород</w:t>
            </w:r>
            <w:proofErr w:type="spellEnd"/>
            <w:r w:rsidRPr="00232FC9">
              <w:t>​</w:t>
            </w:r>
            <w:proofErr w:type="spellStart"/>
            <w:r w:rsidRPr="00232FC9">
              <w:t>ными</w:t>
            </w:r>
            <w:proofErr w:type="spellEnd"/>
            <w:r w:rsidRPr="00232FC9">
              <w:t xml:space="preserve"> членами;</w:t>
            </w:r>
          </w:p>
          <w:p w14:paraId="6A6EB09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Комментированное выполнение задания на нахождение в тексте предложений с однородными членами;</w:t>
            </w:r>
          </w:p>
          <w:p w14:paraId="33793EA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продолжение ряда однородных членов предложения; Творческое задание: составление предложений с однородны​ми членами;</w:t>
            </w:r>
          </w:p>
          <w:p w14:paraId="4D64CC6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Проверочная работа, направленная на проверку ориентации в изученных понятиях: подлежащее, сказуемое, </w:t>
            </w:r>
            <w:proofErr w:type="spellStart"/>
            <w:r w:rsidRPr="00232FC9">
              <w:t>второсте</w:t>
            </w:r>
            <w:proofErr w:type="spellEnd"/>
            <w:r w:rsidRPr="00232FC9">
              <w:t xml:space="preserve">​пенные члены предложения, умения соотносить понятие с его краткой характеристикой, объяснять </w:t>
            </w:r>
            <w:r w:rsidRPr="00232FC9">
              <w:lastRenderedPageBreak/>
              <w:t>своими словами значение изученных понятий;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0184E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Устный опрос; письменный контроль;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5529D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https://resh.edu.ru https://uchi.ru/ https://education.yandex.ru</w:t>
            </w:r>
          </w:p>
        </w:tc>
      </w:tr>
      <w:tr w:rsidR="00232FC9" w:rsidRPr="00232FC9" w14:paraId="6FEF3D3E" w14:textId="77777777" w:rsidTr="00D33B6C">
        <w:trPr>
          <w:trHeight w:val="348"/>
        </w:trPr>
        <w:tc>
          <w:tcPr>
            <w:tcW w:w="43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38C6C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Итого по разделу: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2FB8C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13</w:t>
            </w:r>
          </w:p>
        </w:tc>
        <w:tc>
          <w:tcPr>
            <w:tcW w:w="1065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D1AD38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 </w:t>
            </w:r>
          </w:p>
        </w:tc>
      </w:tr>
      <w:tr w:rsidR="00232FC9" w:rsidRPr="00232FC9" w14:paraId="4779742E" w14:textId="77777777" w:rsidTr="00D33B6C">
        <w:trPr>
          <w:trHeight w:val="348"/>
        </w:trPr>
        <w:tc>
          <w:tcPr>
            <w:tcW w:w="1550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80D762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Раздел 7. </w:t>
            </w:r>
            <w:r w:rsidRPr="00232FC9">
              <w:rPr>
                <w:b/>
              </w:rPr>
              <w:t>Орфография и пунктуация</w:t>
            </w:r>
          </w:p>
        </w:tc>
      </w:tr>
    </w:tbl>
    <w:p w14:paraId="196AD84A" w14:textId="77777777" w:rsidR="00232FC9" w:rsidRPr="00232FC9" w:rsidRDefault="00232FC9" w:rsidP="00232FC9">
      <w:pPr>
        <w:rPr>
          <w:lang w:val="ru-RU"/>
        </w:rPr>
      </w:pPr>
    </w:p>
    <w:tbl>
      <w:tblPr>
        <w:tblStyle w:val="TableGrid"/>
        <w:tblW w:w="15501" w:type="dxa"/>
        <w:tblInd w:w="6" w:type="dxa"/>
        <w:tblCellMar>
          <w:top w:w="114" w:type="dxa"/>
          <w:left w:w="78" w:type="dxa"/>
          <w:right w:w="73" w:type="dxa"/>
        </w:tblCellMar>
        <w:tblLook w:val="04A0" w:firstRow="1" w:lastRow="0" w:firstColumn="1" w:lastColumn="0" w:noHBand="0" w:noVBand="1"/>
      </w:tblPr>
      <w:tblGrid>
        <w:gridCol w:w="485"/>
        <w:gridCol w:w="3427"/>
        <w:gridCol w:w="503"/>
        <w:gridCol w:w="924"/>
        <w:gridCol w:w="953"/>
        <w:gridCol w:w="680"/>
        <w:gridCol w:w="4282"/>
        <w:gridCol w:w="1425"/>
        <w:gridCol w:w="2822"/>
      </w:tblGrid>
      <w:tr w:rsidR="00232FC9" w:rsidRPr="00934BAB" w14:paraId="5263F28E" w14:textId="77777777" w:rsidTr="00D33B6C">
        <w:trPr>
          <w:trHeight w:val="6412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F83E9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7.1.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86DB8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Повторение правил правописания, изученных в 1 и 2 классах.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8A1E49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10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CABD56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CE4F3A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C24CBF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F070BC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Учебный диалог «Как планировать свои действия по решен​</w:t>
            </w:r>
            <w:proofErr w:type="spellStart"/>
            <w:r w:rsidRPr="00232FC9">
              <w:t>ию</w:t>
            </w:r>
            <w:proofErr w:type="spellEnd"/>
            <w:r w:rsidRPr="00232FC9">
              <w:t xml:space="preserve"> орфографической задачи?», по результатам диалога актуализация последовательности действий по проверке изученных орфограмм; Моделирование алгоритмов применения изучаемых в данном классе орфографических правил, следование составленным алгоритмам;</w:t>
            </w:r>
          </w:p>
          <w:p w14:paraId="6C5BF40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группировка слов по месту орфограммы;</w:t>
            </w:r>
          </w:p>
          <w:p w14:paraId="1EADEB3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группировка слов по типу орфограммы; Работа в группах: группировка слов, написание которых можно объяснить изученными правилами, и слов, написание которых изученными правилами объяснить нельзя;</w:t>
            </w:r>
          </w:p>
          <w:p w14:paraId="11247C4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Комментированное выполнение анализа текста на наличие в нём слов с определённой орфограммой;</w:t>
            </w:r>
          </w:p>
          <w:p w14:paraId="3FBFD86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Моделирование предложений, включая в них слова с </w:t>
            </w:r>
            <w:proofErr w:type="spellStart"/>
            <w:r w:rsidRPr="00232FC9">
              <w:t>непро</w:t>
            </w:r>
            <w:proofErr w:type="spellEnd"/>
            <w:r w:rsidRPr="00232FC9">
              <w:t>​</w:t>
            </w:r>
            <w:proofErr w:type="spellStart"/>
            <w:r w:rsidRPr="00232FC9">
              <w:t>веряемыми</w:t>
            </w:r>
            <w:proofErr w:type="spellEnd"/>
            <w:r w:rsidRPr="00232FC9">
              <w:t xml:space="preserve"> орфограммами;</w:t>
            </w:r>
          </w:p>
          <w:p w14:paraId="3DDEAF6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Упражнение на развитие контроля: нахождение </w:t>
            </w:r>
            <w:proofErr w:type="spellStart"/>
            <w:r w:rsidRPr="00232FC9">
              <w:t>орфографи</w:t>
            </w:r>
            <w:proofErr w:type="spellEnd"/>
            <w:r w:rsidRPr="00232FC9">
              <w:t>​</w:t>
            </w:r>
            <w:proofErr w:type="spellStart"/>
            <w:r w:rsidRPr="00232FC9">
              <w:t>ческих</w:t>
            </w:r>
            <w:proofErr w:type="spellEnd"/>
            <w:r w:rsidRPr="00232FC9">
              <w:t xml:space="preserve"> ошибок (с указанием на их количество и без такого указания); Оценивание собственного результата выполнения </w:t>
            </w:r>
            <w:proofErr w:type="spellStart"/>
            <w:r w:rsidRPr="00232FC9">
              <w:t>орфогра</w:t>
            </w:r>
            <w:proofErr w:type="spellEnd"/>
            <w:r w:rsidRPr="00232FC9">
              <w:t>​</w:t>
            </w:r>
            <w:proofErr w:type="spellStart"/>
            <w:r w:rsidRPr="00232FC9">
              <w:t>фической</w:t>
            </w:r>
            <w:proofErr w:type="spellEnd"/>
            <w:r w:rsidRPr="00232FC9">
              <w:t xml:space="preserve"> задачи, корректировка с </w:t>
            </w:r>
            <w:r w:rsidRPr="00232FC9">
              <w:lastRenderedPageBreak/>
              <w:t>помощью учителя своих действий для преодоления ошибок при списывании текстов и записи под диктовку;</w:t>
            </w:r>
          </w:p>
          <w:p w14:paraId="22FAF7A7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Проектное задание: составление собственного словарика трудных слов (тех, написание которых не удаётся сразу запомнить, при написании которых регулярно возникают сомнения и т. д.); Создание ситуации выбора для оценки своих возможностей при выборе упражнений на закрепление орфографического материала; Проблемная ситуация, требующая использования дополни​тельных источников информации: уточнение написания слов по</w:t>
            </w:r>
          </w:p>
          <w:p w14:paraId="10FB8C3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орфографическому словарю (в том числе на электрон​ном носителе); Проектное задание: создание собственных текстов с мак​</w:t>
            </w:r>
            <w:proofErr w:type="spellStart"/>
            <w:r w:rsidRPr="00232FC9">
              <w:t>симальным</w:t>
            </w:r>
            <w:proofErr w:type="spellEnd"/>
            <w:r w:rsidRPr="00232FC9">
              <w:t xml:space="preserve"> количеством включённых в них словарных слов;</w:t>
            </w:r>
          </w:p>
          <w:p w14:paraId="1D3F364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Проектное задание: создание собственных текстов с макси​</w:t>
            </w:r>
            <w:proofErr w:type="spellStart"/>
            <w:r w:rsidRPr="00232FC9">
              <w:t>мальным</w:t>
            </w:r>
            <w:proofErr w:type="spellEnd"/>
            <w:r w:rsidRPr="00232FC9">
              <w:t xml:space="preserve"> количеством включённых в них слов с определён​ной орфограммой;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123E4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Устный опрос; письменный контроль;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EAEBC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https://resh.edu.ru https://uchi.ru/ https://education.yandex.ru</w:t>
            </w:r>
          </w:p>
        </w:tc>
      </w:tr>
    </w:tbl>
    <w:p w14:paraId="5F5D1371" w14:textId="77777777" w:rsidR="00232FC9" w:rsidRPr="00232FC9" w:rsidRDefault="00232FC9" w:rsidP="00232FC9">
      <w:pPr>
        <w:rPr>
          <w:lang w:val="ru-RU"/>
        </w:rPr>
      </w:pPr>
    </w:p>
    <w:tbl>
      <w:tblPr>
        <w:tblStyle w:val="TableGrid"/>
        <w:tblW w:w="15501" w:type="dxa"/>
        <w:tblInd w:w="6" w:type="dxa"/>
        <w:tblCellMar>
          <w:top w:w="114" w:type="dxa"/>
          <w:left w:w="78" w:type="dxa"/>
          <w:right w:w="73" w:type="dxa"/>
        </w:tblCellMar>
        <w:tblLook w:val="04A0" w:firstRow="1" w:lastRow="0" w:firstColumn="1" w:lastColumn="0" w:noHBand="0" w:noVBand="1"/>
      </w:tblPr>
      <w:tblGrid>
        <w:gridCol w:w="485"/>
        <w:gridCol w:w="3474"/>
        <w:gridCol w:w="501"/>
        <w:gridCol w:w="916"/>
        <w:gridCol w:w="944"/>
        <w:gridCol w:w="675"/>
        <w:gridCol w:w="4259"/>
        <w:gridCol w:w="1425"/>
        <w:gridCol w:w="2822"/>
      </w:tblGrid>
      <w:tr w:rsidR="00232FC9" w:rsidRPr="00934BAB" w14:paraId="58A85012" w14:textId="77777777" w:rsidTr="00D33B6C">
        <w:trPr>
          <w:trHeight w:val="6352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BFB86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7.2.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1340C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Формирование орфографической зоркости: осознание места возможного возникновения орфографической ошибки, использование различных способов решения орфографической задачи в зависимости от места орфограммы в слове. 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A8226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13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3D822C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B78BE8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7F066B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E26071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Учебный диалог «Как планировать свои действия по решен​</w:t>
            </w:r>
            <w:proofErr w:type="spellStart"/>
            <w:r w:rsidRPr="00232FC9">
              <w:t>ию</w:t>
            </w:r>
            <w:proofErr w:type="spellEnd"/>
            <w:r w:rsidRPr="00232FC9">
              <w:t xml:space="preserve"> орфографической задачи?», по результатам диалога актуализация последовательности действий по проверке изученных орфограмм; Моделирование алгоритмов применения изучаемых в данном классе орфографических правил, следование составленным алгоритмам;</w:t>
            </w:r>
          </w:p>
          <w:p w14:paraId="43EBF858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группировка слов по месту орфограммы;</w:t>
            </w:r>
          </w:p>
          <w:p w14:paraId="4EA317E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группировка слов по типу орфограммы; Работа в группах: группировка слов, написание которых можно объяснить изученными правилами, и слов, написание которых изученными правилами объяснить нельзя;</w:t>
            </w:r>
          </w:p>
          <w:p w14:paraId="61D964F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Комментированное выполнение анализа текста на наличие в нём слов с определённой орфограммой;</w:t>
            </w:r>
          </w:p>
          <w:p w14:paraId="6C0251D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Моделирование предложений, включая в них слова с </w:t>
            </w:r>
            <w:proofErr w:type="spellStart"/>
            <w:r w:rsidRPr="00232FC9">
              <w:t>непро</w:t>
            </w:r>
            <w:proofErr w:type="spellEnd"/>
            <w:r w:rsidRPr="00232FC9">
              <w:t>​</w:t>
            </w:r>
            <w:proofErr w:type="spellStart"/>
            <w:r w:rsidRPr="00232FC9">
              <w:t>веряемыми</w:t>
            </w:r>
            <w:proofErr w:type="spellEnd"/>
            <w:r w:rsidRPr="00232FC9">
              <w:t xml:space="preserve"> орфограммами;</w:t>
            </w:r>
          </w:p>
          <w:p w14:paraId="300A41E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Упражнение на развитие контроля: нахождение </w:t>
            </w:r>
            <w:proofErr w:type="spellStart"/>
            <w:r w:rsidRPr="00232FC9">
              <w:t>орфографи</w:t>
            </w:r>
            <w:proofErr w:type="spellEnd"/>
            <w:r w:rsidRPr="00232FC9">
              <w:t>​</w:t>
            </w:r>
            <w:proofErr w:type="spellStart"/>
            <w:r w:rsidRPr="00232FC9">
              <w:t>ческих</w:t>
            </w:r>
            <w:proofErr w:type="spellEnd"/>
            <w:r w:rsidRPr="00232FC9">
              <w:t xml:space="preserve"> ошибок (с указанием на их количество и без такого указания); Оценивание собственного результата выполнения </w:t>
            </w:r>
            <w:proofErr w:type="spellStart"/>
            <w:r w:rsidRPr="00232FC9">
              <w:t>орфогра</w:t>
            </w:r>
            <w:proofErr w:type="spellEnd"/>
            <w:r w:rsidRPr="00232FC9">
              <w:t>​</w:t>
            </w:r>
            <w:proofErr w:type="spellStart"/>
            <w:r w:rsidRPr="00232FC9">
              <w:t>фической</w:t>
            </w:r>
            <w:proofErr w:type="spellEnd"/>
            <w:r w:rsidRPr="00232FC9">
              <w:t xml:space="preserve"> задачи, </w:t>
            </w:r>
            <w:r w:rsidRPr="00232FC9">
              <w:lastRenderedPageBreak/>
              <w:t>корректировка с помощью учителя своих действий для преодоления ошибок при списывании текстов и записи под диктовку;</w:t>
            </w:r>
          </w:p>
          <w:p w14:paraId="148E24F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Проектное задание: составление собственного словарика трудных слов (тех, написание которых не удаётся сразу запомнить, при написании которых регулярно возникают сомнения и т. д.); Создание ситуации выбора для оценки своих возможностей при выборе упражнений на закрепление орфографического материала; Проблемная ситуация, требующая использования дополни​тельных источников информации: уточнение написания слов по</w:t>
            </w:r>
          </w:p>
          <w:p w14:paraId="2C2DC5F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орфографическому словарю (в том числе на электрон​ном носителе); Проектное задание: создание собственных текстов с мак​</w:t>
            </w:r>
            <w:proofErr w:type="spellStart"/>
            <w:r w:rsidRPr="00232FC9">
              <w:t>симальным</w:t>
            </w:r>
            <w:proofErr w:type="spellEnd"/>
            <w:r w:rsidRPr="00232FC9">
              <w:t xml:space="preserve"> количеством включённых в них словарных слов;</w:t>
            </w:r>
          </w:p>
          <w:p w14:paraId="7311711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Проектное задание: создание собственных текстов с макси​</w:t>
            </w:r>
            <w:proofErr w:type="spellStart"/>
            <w:r w:rsidRPr="00232FC9">
              <w:t>мальным</w:t>
            </w:r>
            <w:proofErr w:type="spellEnd"/>
            <w:r w:rsidRPr="00232FC9">
              <w:t xml:space="preserve"> количеством включённых в них слов с определён​ной орфограммой;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2BAA88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Устный опрос; письменный контроль;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3A324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https://resh.edu.ru https://uchi.ru/ https://education.yandex.ru</w:t>
            </w:r>
          </w:p>
        </w:tc>
      </w:tr>
    </w:tbl>
    <w:p w14:paraId="4C14A0CC" w14:textId="77777777" w:rsidR="00232FC9" w:rsidRPr="00232FC9" w:rsidRDefault="00232FC9" w:rsidP="00232FC9">
      <w:pPr>
        <w:rPr>
          <w:lang w:val="ru-RU"/>
        </w:rPr>
      </w:pPr>
    </w:p>
    <w:tbl>
      <w:tblPr>
        <w:tblStyle w:val="TableGrid"/>
        <w:tblW w:w="15501" w:type="dxa"/>
        <w:tblInd w:w="6" w:type="dxa"/>
        <w:tblCellMar>
          <w:top w:w="114" w:type="dxa"/>
          <w:left w:w="78" w:type="dxa"/>
          <w:right w:w="73" w:type="dxa"/>
        </w:tblCellMar>
        <w:tblLook w:val="04A0" w:firstRow="1" w:lastRow="0" w:firstColumn="1" w:lastColumn="0" w:noHBand="0" w:noVBand="1"/>
      </w:tblPr>
      <w:tblGrid>
        <w:gridCol w:w="485"/>
        <w:gridCol w:w="3487"/>
        <w:gridCol w:w="501"/>
        <w:gridCol w:w="913"/>
        <w:gridCol w:w="942"/>
        <w:gridCol w:w="673"/>
        <w:gridCol w:w="4253"/>
        <w:gridCol w:w="1425"/>
        <w:gridCol w:w="2822"/>
      </w:tblGrid>
      <w:tr w:rsidR="00232FC9" w:rsidRPr="00934BAB" w14:paraId="51423A30" w14:textId="77777777" w:rsidTr="00D33B6C">
        <w:trPr>
          <w:trHeight w:val="6496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699F48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7.3.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10599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Использование орфографического словаря для определения (уточнения) написания слова. Контроль и самоконтроль при проверке собственных и предложенных текстов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498D7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13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C4A3A8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C7624A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1266D5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FFCAD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;</w:t>
            </w:r>
          </w:p>
          <w:p w14:paraId="6514EB8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Учебный диалог «Как планировать свои действия по решен​</w:t>
            </w:r>
            <w:proofErr w:type="spellStart"/>
            <w:r w:rsidRPr="00232FC9">
              <w:t>ию</w:t>
            </w:r>
            <w:proofErr w:type="spellEnd"/>
            <w:r w:rsidRPr="00232FC9">
              <w:t xml:space="preserve"> орфографической задачи?», по результатам диалога актуализация последовательности действий по проверке изученных орфограмм; Моделирование алгоритмов применения изучаемых в данном классе орфографических правил, следование составленным алгоритмам;</w:t>
            </w:r>
          </w:p>
          <w:p w14:paraId="6E9B683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группировка слов по месту орфограммы;</w:t>
            </w:r>
          </w:p>
          <w:p w14:paraId="5AFAC4B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группировка слов по типу орфограммы; Работа в группах: группировка слов, написание которых можно объяснить изученными правилами, и слов, написание которых изученными правилами объяснить нельзя;</w:t>
            </w:r>
          </w:p>
          <w:p w14:paraId="6159E20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Комментированное выполнение анализа текста на наличие в нём слов с определённой орфограммой;</w:t>
            </w:r>
          </w:p>
          <w:p w14:paraId="5040BA7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Моделирование предложений, включая в них слова с </w:t>
            </w:r>
            <w:proofErr w:type="spellStart"/>
            <w:r w:rsidRPr="00232FC9">
              <w:t>непро</w:t>
            </w:r>
            <w:proofErr w:type="spellEnd"/>
            <w:r w:rsidRPr="00232FC9">
              <w:t>​</w:t>
            </w:r>
            <w:proofErr w:type="spellStart"/>
            <w:r w:rsidRPr="00232FC9">
              <w:t>веряемыми</w:t>
            </w:r>
            <w:proofErr w:type="spellEnd"/>
            <w:r w:rsidRPr="00232FC9">
              <w:t xml:space="preserve"> орфограммами;</w:t>
            </w:r>
          </w:p>
          <w:p w14:paraId="5E3E99E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Упражнение на развитие контроля: нахождение </w:t>
            </w:r>
            <w:proofErr w:type="spellStart"/>
            <w:r w:rsidRPr="00232FC9">
              <w:t>орфографи</w:t>
            </w:r>
            <w:proofErr w:type="spellEnd"/>
            <w:r w:rsidRPr="00232FC9">
              <w:t>​</w:t>
            </w:r>
            <w:proofErr w:type="spellStart"/>
            <w:r w:rsidRPr="00232FC9">
              <w:t>ческих</w:t>
            </w:r>
            <w:proofErr w:type="spellEnd"/>
            <w:r w:rsidRPr="00232FC9">
              <w:t xml:space="preserve"> ошибок (с указанием на их количество и без такого указания); Оценивание </w:t>
            </w:r>
            <w:r w:rsidRPr="00232FC9">
              <w:lastRenderedPageBreak/>
              <w:t xml:space="preserve">собственного результата выполнения </w:t>
            </w:r>
            <w:proofErr w:type="spellStart"/>
            <w:r w:rsidRPr="00232FC9">
              <w:t>орфогра</w:t>
            </w:r>
            <w:proofErr w:type="spellEnd"/>
            <w:r w:rsidRPr="00232FC9">
              <w:t>​</w:t>
            </w:r>
            <w:proofErr w:type="spellStart"/>
            <w:r w:rsidRPr="00232FC9">
              <w:t>фической</w:t>
            </w:r>
            <w:proofErr w:type="spellEnd"/>
            <w:r w:rsidRPr="00232FC9">
              <w:t xml:space="preserve"> задачи, корректировка с помощью учителя своих действий для преодоления ошибок при списывании текстов и записи под диктовку;</w:t>
            </w:r>
          </w:p>
          <w:p w14:paraId="22A447D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Проектное задание: составление собственного словарика трудных слов (тех, написание которых не удаётся сразу запомнить, при написании которых регулярно возникают сомнения и т. д.); Создание ситуации выбора для оценки своих возможностей при выборе упражнений на закрепление орфографического материала; Проблемная ситуация, требующая использования дополни​тельных источников информации: уточнение написания слов по</w:t>
            </w:r>
          </w:p>
          <w:p w14:paraId="1364805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орфографическому словарю (в том числе на электрон​ном носителе); Проектное задание: создание собственных текстов с мак​</w:t>
            </w:r>
            <w:proofErr w:type="spellStart"/>
            <w:r w:rsidRPr="00232FC9">
              <w:t>симальным</w:t>
            </w:r>
            <w:proofErr w:type="spellEnd"/>
            <w:r w:rsidRPr="00232FC9">
              <w:t xml:space="preserve"> количеством включённых в них словарных слов;</w:t>
            </w:r>
          </w:p>
          <w:p w14:paraId="119C217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Проектное задание: создание собственных текстов с макси​</w:t>
            </w:r>
            <w:proofErr w:type="spellStart"/>
            <w:r w:rsidRPr="00232FC9">
              <w:t>мальным</w:t>
            </w:r>
            <w:proofErr w:type="spellEnd"/>
            <w:r w:rsidRPr="00232FC9">
              <w:t xml:space="preserve"> количеством включённых в них слов с определён​ной орфограммой;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BB700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Устный опрос; письменный контроль;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C561B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https://resh.edu.ru https://uchi.ru/ https://education.yandex.ru</w:t>
            </w:r>
          </w:p>
        </w:tc>
      </w:tr>
    </w:tbl>
    <w:p w14:paraId="74BF30AE" w14:textId="77777777" w:rsidR="00232FC9" w:rsidRPr="00232FC9" w:rsidRDefault="00232FC9" w:rsidP="00232FC9">
      <w:pPr>
        <w:rPr>
          <w:lang w:val="ru-RU"/>
        </w:rPr>
      </w:pPr>
    </w:p>
    <w:tbl>
      <w:tblPr>
        <w:tblStyle w:val="TableGrid"/>
        <w:tblW w:w="15501" w:type="dxa"/>
        <w:tblInd w:w="6" w:type="dxa"/>
        <w:tblCellMar>
          <w:top w:w="114" w:type="dxa"/>
          <w:left w:w="78" w:type="dxa"/>
          <w:right w:w="73" w:type="dxa"/>
        </w:tblCellMar>
        <w:tblLook w:val="04A0" w:firstRow="1" w:lastRow="0" w:firstColumn="1" w:lastColumn="0" w:noHBand="0" w:noVBand="1"/>
      </w:tblPr>
      <w:tblGrid>
        <w:gridCol w:w="485"/>
        <w:gridCol w:w="3577"/>
        <w:gridCol w:w="499"/>
        <w:gridCol w:w="897"/>
        <w:gridCol w:w="925"/>
        <w:gridCol w:w="662"/>
        <w:gridCol w:w="4209"/>
        <w:gridCol w:w="1425"/>
        <w:gridCol w:w="2822"/>
      </w:tblGrid>
      <w:tr w:rsidR="00232FC9" w:rsidRPr="00934BAB" w14:paraId="2D3E3A11" w14:textId="77777777" w:rsidTr="00D33B6C">
        <w:trPr>
          <w:trHeight w:val="6496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BB7CF8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7.4.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B6166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Ознакомление с правилами правописания и их применение:</w:t>
            </w:r>
          </w:p>
          <w:p w14:paraId="38854A60" w14:textId="77777777" w:rsidR="00232FC9" w:rsidRPr="00232FC9" w:rsidRDefault="00232FC9" w:rsidP="00232FC9">
            <w:pPr>
              <w:numPr>
                <w:ilvl w:val="0"/>
                <w:numId w:val="10"/>
              </w:numPr>
              <w:spacing w:after="200" w:line="276" w:lineRule="auto"/>
            </w:pPr>
            <w:r w:rsidRPr="00232FC9">
              <w:t>разделительный твёрдый знак;</w:t>
            </w:r>
          </w:p>
          <w:p w14:paraId="6C83151F" w14:textId="77777777" w:rsidR="00232FC9" w:rsidRPr="00232FC9" w:rsidRDefault="00232FC9" w:rsidP="00232FC9">
            <w:pPr>
              <w:numPr>
                <w:ilvl w:val="0"/>
                <w:numId w:val="10"/>
              </w:numPr>
              <w:spacing w:after="200" w:line="276" w:lineRule="auto"/>
            </w:pPr>
            <w:r w:rsidRPr="00232FC9">
              <w:t>непроизносимые согласные в корне слова;- мягкий знак после шипящих на конце имён существительных;</w:t>
            </w:r>
          </w:p>
          <w:p w14:paraId="7BCE34B4" w14:textId="77777777" w:rsidR="00232FC9" w:rsidRPr="00232FC9" w:rsidRDefault="00232FC9" w:rsidP="00232FC9">
            <w:pPr>
              <w:numPr>
                <w:ilvl w:val="0"/>
                <w:numId w:val="10"/>
              </w:numPr>
              <w:spacing w:after="200" w:line="276" w:lineRule="auto"/>
            </w:pPr>
            <w:r w:rsidRPr="00232FC9">
              <w:t xml:space="preserve">безударные гласные в падежных окончаниях </w:t>
            </w:r>
            <w:proofErr w:type="spellStart"/>
            <w:r w:rsidRPr="00232FC9">
              <w:t>имёнсуществительных</w:t>
            </w:r>
            <w:proofErr w:type="spellEnd"/>
            <w:r w:rsidRPr="00232FC9">
              <w:t xml:space="preserve"> (на уровне наблюдения); - раздельное написание предлогов с личными местоимениями;</w:t>
            </w:r>
          </w:p>
          <w:p w14:paraId="30C8D3B4" w14:textId="77777777" w:rsidR="00232FC9" w:rsidRPr="00232FC9" w:rsidRDefault="00232FC9" w:rsidP="00232FC9">
            <w:pPr>
              <w:numPr>
                <w:ilvl w:val="0"/>
                <w:numId w:val="10"/>
              </w:numPr>
              <w:spacing w:after="200" w:line="276" w:lineRule="auto"/>
            </w:pPr>
            <w:r w:rsidRPr="00232FC9">
              <w:t xml:space="preserve">непроверяемые гласные и согласные (перечень слов </w:t>
            </w:r>
            <w:proofErr w:type="spellStart"/>
            <w:r w:rsidRPr="00232FC9">
              <w:t>ворфографическом</w:t>
            </w:r>
            <w:proofErr w:type="spellEnd"/>
            <w:r w:rsidRPr="00232FC9">
              <w:t xml:space="preserve"> словаре учебника);</w:t>
            </w:r>
          </w:p>
          <w:p w14:paraId="236E730A" w14:textId="77777777" w:rsidR="00232FC9" w:rsidRPr="00232FC9" w:rsidRDefault="00232FC9" w:rsidP="00232FC9">
            <w:pPr>
              <w:numPr>
                <w:ilvl w:val="0"/>
                <w:numId w:val="10"/>
              </w:numPr>
              <w:spacing w:after="200" w:line="276" w:lineRule="auto"/>
            </w:pPr>
            <w:r w:rsidRPr="00232FC9">
              <w:t>раздельное написание частицы не с глаголами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40078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14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6D5EB2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D6A34A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431271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275A9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;</w:t>
            </w:r>
          </w:p>
          <w:p w14:paraId="41CBD954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Учебный диалог «Как планировать свои действия по решен​</w:t>
            </w:r>
            <w:proofErr w:type="spellStart"/>
            <w:r w:rsidRPr="00232FC9">
              <w:t>ию</w:t>
            </w:r>
            <w:proofErr w:type="spellEnd"/>
            <w:r w:rsidRPr="00232FC9">
              <w:t xml:space="preserve"> орфографической задачи?», по результатам диалога актуализация последовательности действий по проверке изученных орфограмм; Моделирование алгоритмов применения изучаемых в данном классе орфографических правил, следование составленным алгоритмам;</w:t>
            </w:r>
          </w:p>
          <w:p w14:paraId="445D505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группировка слов по месту орфограммы;</w:t>
            </w:r>
          </w:p>
          <w:p w14:paraId="4AE112B8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группировка слов по типу орфограммы; Работа в группах: группировка слов, написание которых можно объяснить изученными правилами, и слов, написание которых изученными правилами объяснить нельзя;</w:t>
            </w:r>
          </w:p>
          <w:p w14:paraId="3797FE4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Комментированное выполнение анализа текста на наличие в нём слов с определённой орфограммой;</w:t>
            </w:r>
          </w:p>
          <w:p w14:paraId="5D01BC2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Моделирование предложений, включая в них слова с </w:t>
            </w:r>
            <w:proofErr w:type="spellStart"/>
            <w:r w:rsidRPr="00232FC9">
              <w:t>непро</w:t>
            </w:r>
            <w:proofErr w:type="spellEnd"/>
            <w:r w:rsidRPr="00232FC9">
              <w:t>​</w:t>
            </w:r>
            <w:proofErr w:type="spellStart"/>
            <w:r w:rsidRPr="00232FC9">
              <w:t>веряемыми</w:t>
            </w:r>
            <w:proofErr w:type="spellEnd"/>
            <w:r w:rsidRPr="00232FC9">
              <w:t xml:space="preserve"> орфограммами;</w:t>
            </w:r>
          </w:p>
          <w:p w14:paraId="269D363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Упражнение на развитие контроля: нахождение </w:t>
            </w:r>
            <w:proofErr w:type="spellStart"/>
            <w:r w:rsidRPr="00232FC9">
              <w:t>орфографи</w:t>
            </w:r>
            <w:proofErr w:type="spellEnd"/>
            <w:r w:rsidRPr="00232FC9">
              <w:t>​</w:t>
            </w:r>
            <w:proofErr w:type="spellStart"/>
            <w:r w:rsidRPr="00232FC9">
              <w:t>ческих</w:t>
            </w:r>
            <w:proofErr w:type="spellEnd"/>
            <w:r w:rsidRPr="00232FC9">
              <w:t xml:space="preserve"> ошибок (с указанием на их количество и без </w:t>
            </w:r>
            <w:r w:rsidRPr="00232FC9">
              <w:lastRenderedPageBreak/>
              <w:t xml:space="preserve">такого указания); Оценивание собственного результата выполнения </w:t>
            </w:r>
            <w:proofErr w:type="spellStart"/>
            <w:r w:rsidRPr="00232FC9">
              <w:t>орфогра</w:t>
            </w:r>
            <w:proofErr w:type="spellEnd"/>
            <w:r w:rsidRPr="00232FC9">
              <w:t>​</w:t>
            </w:r>
            <w:proofErr w:type="spellStart"/>
            <w:r w:rsidRPr="00232FC9">
              <w:t>фической</w:t>
            </w:r>
            <w:proofErr w:type="spellEnd"/>
            <w:r w:rsidRPr="00232FC9">
              <w:t xml:space="preserve"> задачи, корректировка с помощью учителя своих действий для преодоления ошибок при списывании текстов и записи под диктовку;</w:t>
            </w:r>
          </w:p>
          <w:p w14:paraId="7836697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Проектное задание: составление собственного словарика трудных слов (тех, написание которых не удаётся сразу запомнить, при написании которых регулярно возникают сомнения и т. д.); Создание ситуации выбора для оценки своих возможностей при выборе упражнений на закрепление орфографического материала; Проблемная ситуация, требующая использования дополни​тельных источников информации: уточнение написания слов по</w:t>
            </w:r>
          </w:p>
          <w:p w14:paraId="5A7A14D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орфографическому словарю (в том числе на электрон​ном носителе); Проектное задание: создание собственных текстов с мак​</w:t>
            </w:r>
            <w:proofErr w:type="spellStart"/>
            <w:r w:rsidRPr="00232FC9">
              <w:t>симальным</w:t>
            </w:r>
            <w:proofErr w:type="spellEnd"/>
            <w:r w:rsidRPr="00232FC9">
              <w:t xml:space="preserve"> количеством включённых в них словарных слов;</w:t>
            </w:r>
          </w:p>
          <w:p w14:paraId="187E3E9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Проектное задание: создание собственных текстов с макси​</w:t>
            </w:r>
            <w:proofErr w:type="spellStart"/>
            <w:r w:rsidRPr="00232FC9">
              <w:t>мальным</w:t>
            </w:r>
            <w:proofErr w:type="spellEnd"/>
            <w:r w:rsidRPr="00232FC9">
              <w:t xml:space="preserve"> количеством включённых в них слов с определён​ной орфограммой;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331EF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Устный опрос; письменный контроль;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36A3F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https://resh.edu.ru https://uchi.ru/ https://education.yandex.ru</w:t>
            </w:r>
          </w:p>
        </w:tc>
      </w:tr>
      <w:tr w:rsidR="00232FC9" w:rsidRPr="00232FC9" w14:paraId="18B82854" w14:textId="77777777" w:rsidTr="00D33B6C">
        <w:trPr>
          <w:trHeight w:val="348"/>
        </w:trPr>
        <w:tc>
          <w:tcPr>
            <w:tcW w:w="43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465C24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Итого по разделу: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49B33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50</w:t>
            </w:r>
          </w:p>
        </w:tc>
        <w:tc>
          <w:tcPr>
            <w:tcW w:w="1065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6DDCB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 </w:t>
            </w:r>
          </w:p>
        </w:tc>
      </w:tr>
      <w:tr w:rsidR="00232FC9" w:rsidRPr="00232FC9" w14:paraId="6A213166" w14:textId="77777777" w:rsidTr="00D33B6C">
        <w:trPr>
          <w:trHeight w:val="348"/>
        </w:trPr>
        <w:tc>
          <w:tcPr>
            <w:tcW w:w="15501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EFD09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Раздел 8. </w:t>
            </w:r>
            <w:r w:rsidRPr="00232FC9">
              <w:rPr>
                <w:b/>
              </w:rPr>
              <w:t>Развитие речи</w:t>
            </w:r>
          </w:p>
        </w:tc>
      </w:tr>
    </w:tbl>
    <w:p w14:paraId="16711775" w14:textId="77777777" w:rsidR="00232FC9" w:rsidRPr="00232FC9" w:rsidRDefault="00232FC9" w:rsidP="00232FC9">
      <w:pPr>
        <w:rPr>
          <w:lang w:val="ru-RU"/>
        </w:rPr>
      </w:pPr>
    </w:p>
    <w:tbl>
      <w:tblPr>
        <w:tblStyle w:val="TableGrid"/>
        <w:tblW w:w="15501" w:type="dxa"/>
        <w:tblInd w:w="6" w:type="dxa"/>
        <w:tblCellMar>
          <w:top w:w="114" w:type="dxa"/>
          <w:left w:w="78" w:type="dxa"/>
          <w:right w:w="73" w:type="dxa"/>
        </w:tblCellMar>
        <w:tblLook w:val="04A0" w:firstRow="1" w:lastRow="0" w:firstColumn="1" w:lastColumn="0" w:noHBand="0" w:noVBand="1"/>
      </w:tblPr>
      <w:tblGrid>
        <w:gridCol w:w="485"/>
        <w:gridCol w:w="2733"/>
        <w:gridCol w:w="396"/>
        <w:gridCol w:w="616"/>
        <w:gridCol w:w="633"/>
        <w:gridCol w:w="470"/>
        <w:gridCol w:w="5921"/>
        <w:gridCol w:w="1425"/>
        <w:gridCol w:w="2822"/>
      </w:tblGrid>
      <w:tr w:rsidR="00232FC9" w:rsidRPr="00934BAB" w14:paraId="4B66A6B2" w14:textId="77777777" w:rsidTr="00D33B6C">
        <w:trPr>
          <w:trHeight w:val="9569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9DB19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8.1.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B25EF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Нормы речевого этикета: устное и письменное приглашение, просьба, извинение, благодарность, отказ и др.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4F13E2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3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E97E7B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A6369D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89D751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15ED54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Учебный диалог «Чем различаются тема текста и основная мысль текста? Как определить тему текста? Как определить основную мысль текста?»;</w:t>
            </w:r>
          </w:p>
          <w:p w14:paraId="133EA47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Комментированное выполнение задания на определение темы и основной мысли предложенных текстов;</w:t>
            </w:r>
          </w:p>
          <w:p w14:paraId="6538CAF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Дифференцированное задание: нахождение ошибок в определении темы и основной мысли текста;</w:t>
            </w:r>
          </w:p>
          <w:p w14:paraId="4ED0309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анализ и корректировка текстов с нарушенным порядком предложений;</w:t>
            </w:r>
          </w:p>
          <w:p w14:paraId="23E5D5A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нахождение в тексте смысловых пропусков;</w:t>
            </w:r>
          </w:p>
          <w:p w14:paraId="4342EAC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Совместное составление плана текста;</w:t>
            </w:r>
          </w:p>
          <w:p w14:paraId="793565C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составление плана предложенного текста;</w:t>
            </w:r>
          </w:p>
          <w:p w14:paraId="108D5CF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Работа в группах: соотнесение текста и нескольких </w:t>
            </w:r>
            <w:proofErr w:type="spellStart"/>
            <w:r w:rsidRPr="00232FC9">
              <w:t>вариан</w:t>
            </w:r>
            <w:proofErr w:type="spellEnd"/>
            <w:r w:rsidRPr="00232FC9">
              <w:t>​</w:t>
            </w:r>
            <w:proofErr w:type="spellStart"/>
            <w:r w:rsidRPr="00232FC9">
              <w:t>тов</w:t>
            </w:r>
            <w:proofErr w:type="spellEnd"/>
            <w:r w:rsidRPr="00232FC9">
              <w:t xml:space="preserve"> плана этого текста, обоснование выбора наиболее удачно​го плана; Практическая работа: воспроизведение текста в </w:t>
            </w:r>
            <w:proofErr w:type="spellStart"/>
            <w:r w:rsidRPr="00232FC9">
              <w:t>соответ</w:t>
            </w:r>
            <w:proofErr w:type="spellEnd"/>
            <w:r w:rsidRPr="00232FC9">
              <w:t>​</w:t>
            </w:r>
            <w:proofErr w:type="spellStart"/>
            <w:r w:rsidRPr="00232FC9">
              <w:t>ствии</w:t>
            </w:r>
            <w:proofErr w:type="spellEnd"/>
            <w:r w:rsidRPr="00232FC9">
              <w:t xml:space="preserve"> с заданием: подробно, выборочно;</w:t>
            </w:r>
          </w:p>
          <w:p w14:paraId="1A33CD3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Наблюдение за тремя текстами разного типа (повествование, описание, рассуждение) на одну тему, формулирование выводов об особенностях каждого из трёх типов текстов;</w:t>
            </w:r>
          </w:p>
          <w:p w14:paraId="50538E64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Обобщение результатов проведённого наблюдения при составлении таблицы «Три типа текстов», в строках таблицы отражены</w:t>
            </w:r>
          </w:p>
          <w:p w14:paraId="308A780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следующие параметры сравнения текстов: «Цель создания текста», «Особенности построения текста», «</w:t>
            </w:r>
            <w:proofErr w:type="spellStart"/>
            <w:r w:rsidRPr="00232FC9">
              <w:t>Осо</w:t>
            </w:r>
            <w:proofErr w:type="spellEnd"/>
            <w:r w:rsidRPr="00232FC9">
              <w:t>​</w:t>
            </w:r>
            <w:proofErr w:type="spellStart"/>
            <w:r w:rsidRPr="00232FC9">
              <w:t>бенности</w:t>
            </w:r>
            <w:proofErr w:type="spellEnd"/>
            <w:r w:rsidRPr="00232FC9">
              <w:t xml:space="preserve"> языковых средств»;</w:t>
            </w:r>
          </w:p>
          <w:p w14:paraId="4B2AAAD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группах: выбор наиболее подходящего для каждой из предложенных ситуаций типа текста (с опорой на таблицу «Три типа текстов»);</w:t>
            </w:r>
          </w:p>
          <w:p w14:paraId="3EE9945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Творческие задания: создавать устные и письменные тексты разных типов (описание, рассуждение, повествование);</w:t>
            </w:r>
          </w:p>
          <w:p w14:paraId="21ED707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построение речевого высказывания в соответствии с поставленной коммуникативной задачей;</w:t>
            </w:r>
          </w:p>
          <w:p w14:paraId="2D00D71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с текстами шуточных стихотворений о несоблюдении норм речевого этикета, культуры общения;</w:t>
            </w:r>
          </w:p>
          <w:p w14:paraId="1448F80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с аудиозаписями диалогов: анализ соблюдения норм речевого этикета;</w:t>
            </w:r>
          </w:p>
          <w:p w14:paraId="4E6020D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Самооценка собственной речевой культуры во время обще​</w:t>
            </w:r>
            <w:proofErr w:type="spellStart"/>
            <w:r w:rsidRPr="00232FC9">
              <w:t>ния</w:t>
            </w:r>
            <w:proofErr w:type="spellEnd"/>
            <w:r w:rsidRPr="00232FC9">
              <w:t>; Творческие работы: создание с использованием норм речевого этикета небольших устных и письменных текстов, содержа​</w:t>
            </w:r>
            <w:proofErr w:type="spellStart"/>
            <w:r w:rsidRPr="00232FC9">
              <w:t>щих</w:t>
            </w:r>
            <w:proofErr w:type="spellEnd"/>
            <w:r w:rsidRPr="00232FC9">
              <w:t xml:space="preserve"> приглашение/просьбу/извинение/благодарность/отказ;</w:t>
            </w:r>
          </w:p>
          <w:p w14:paraId="58D90BC8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Творческие работы: создание с использованием норм </w:t>
            </w:r>
            <w:proofErr w:type="spellStart"/>
            <w:r w:rsidRPr="00232FC9">
              <w:t>речево</w:t>
            </w:r>
            <w:proofErr w:type="spellEnd"/>
            <w:r w:rsidRPr="00232FC9">
              <w:t xml:space="preserve">​го этикета небольших устных и письменных текстов, </w:t>
            </w:r>
            <w:proofErr w:type="spellStart"/>
            <w:r w:rsidRPr="00232FC9">
              <w:t>содер</w:t>
            </w:r>
            <w:proofErr w:type="spellEnd"/>
            <w:r w:rsidRPr="00232FC9">
              <w:t>​</w:t>
            </w:r>
            <w:proofErr w:type="spellStart"/>
            <w:r w:rsidRPr="00232FC9">
              <w:t>жащих</w:t>
            </w:r>
            <w:proofErr w:type="spellEnd"/>
            <w:r w:rsidRPr="00232FC9">
              <w:t xml:space="preserve"> приглашение/просьбу/извинение/благодарность/ отказ; Речевой тренинг: подготовка небольшого выступления о результатах групповой работы, наблюдения, выполненного мини​исследования, </w:t>
            </w:r>
            <w:r w:rsidRPr="00232FC9">
              <w:lastRenderedPageBreak/>
              <w:t>проектного задания;</w:t>
            </w:r>
          </w:p>
          <w:p w14:paraId="19A5E787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Запись собственного выступления с последующим </w:t>
            </w:r>
            <w:proofErr w:type="spellStart"/>
            <w:r w:rsidRPr="00232FC9">
              <w:t>самоана</w:t>
            </w:r>
            <w:proofErr w:type="spellEnd"/>
            <w:r w:rsidRPr="00232FC9">
              <w:t>​</w:t>
            </w:r>
            <w:proofErr w:type="spellStart"/>
            <w:r w:rsidRPr="00232FC9">
              <w:t>лизом</w:t>
            </w:r>
            <w:proofErr w:type="spellEnd"/>
            <w:r w:rsidRPr="00232FC9">
              <w:t xml:space="preserve">; Ролевая игра «Наблюдатели», цель игры — оценка </w:t>
            </w:r>
            <w:proofErr w:type="spellStart"/>
            <w:r w:rsidRPr="00232FC9">
              <w:t>правиль</w:t>
            </w:r>
            <w:proofErr w:type="spellEnd"/>
            <w:r w:rsidRPr="00232FC9">
              <w:t>​</w:t>
            </w:r>
            <w:proofErr w:type="spellStart"/>
            <w:r w:rsidRPr="00232FC9">
              <w:t>ности</w:t>
            </w:r>
            <w:proofErr w:type="spellEnd"/>
            <w:r w:rsidRPr="00232FC9">
              <w:t xml:space="preserve"> выбора языковых и неязыковых средств устного общения на уроке и на переменах, в конце учебного дня подведение итогов игры;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AFE0C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Устный опрос; письменный контроль;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4F687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https://resh.edu.ru https://uchi.ru/ https://education.yandex.ru</w:t>
            </w:r>
          </w:p>
        </w:tc>
      </w:tr>
    </w:tbl>
    <w:p w14:paraId="3C15C6DE" w14:textId="77777777" w:rsidR="00232FC9" w:rsidRPr="00232FC9" w:rsidRDefault="00232FC9" w:rsidP="00232FC9">
      <w:pPr>
        <w:rPr>
          <w:lang w:val="ru-RU"/>
        </w:rPr>
      </w:pPr>
    </w:p>
    <w:tbl>
      <w:tblPr>
        <w:tblStyle w:val="TableGrid"/>
        <w:tblW w:w="15501" w:type="dxa"/>
        <w:tblInd w:w="6" w:type="dxa"/>
        <w:tblCellMar>
          <w:top w:w="114" w:type="dxa"/>
          <w:left w:w="78" w:type="dxa"/>
          <w:right w:w="73" w:type="dxa"/>
        </w:tblCellMar>
        <w:tblLook w:val="04A0" w:firstRow="1" w:lastRow="0" w:firstColumn="1" w:lastColumn="0" w:noHBand="0" w:noVBand="1"/>
      </w:tblPr>
      <w:tblGrid>
        <w:gridCol w:w="485"/>
        <w:gridCol w:w="2736"/>
        <w:gridCol w:w="396"/>
        <w:gridCol w:w="615"/>
        <w:gridCol w:w="632"/>
        <w:gridCol w:w="469"/>
        <w:gridCol w:w="5921"/>
        <w:gridCol w:w="1425"/>
        <w:gridCol w:w="2822"/>
      </w:tblGrid>
      <w:tr w:rsidR="00232FC9" w:rsidRPr="00934BAB" w14:paraId="7E653672" w14:textId="77777777" w:rsidTr="00D33B6C">
        <w:trPr>
          <w:trHeight w:val="9774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7B021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8.2.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0B5B0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Соблюдение норм речевого этикета и орфоэпических норм в ситуациях учебного и бытового общения.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B12537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3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ED95DC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9ADB75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E1FCBB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10A97AF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;</w:t>
            </w:r>
          </w:p>
          <w:p w14:paraId="50DFE27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Учебный диалог «Чем различаются тема текста и основная мысль текста? Как определить тему текста? Как определить основную мысль текста?»;</w:t>
            </w:r>
          </w:p>
          <w:p w14:paraId="380110E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Комментированное выполнение задания на определение темы и основной мысли предложенных текстов;</w:t>
            </w:r>
          </w:p>
          <w:p w14:paraId="1BF1736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Дифференцированное задание: нахождение ошибок в определении темы и основной мысли текста;</w:t>
            </w:r>
          </w:p>
          <w:p w14:paraId="18E55DA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анализ и корректировка текстов с нарушенным порядком предложений;</w:t>
            </w:r>
          </w:p>
          <w:p w14:paraId="3246E00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нахождение в тексте смысловых пропусков;</w:t>
            </w:r>
          </w:p>
          <w:p w14:paraId="640E53B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Совместное составление плана текста;</w:t>
            </w:r>
          </w:p>
          <w:p w14:paraId="14AFBE5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составление плана предложенного текста;</w:t>
            </w:r>
          </w:p>
          <w:p w14:paraId="35262EC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Работа в группах: соотнесение текста и нескольких </w:t>
            </w:r>
            <w:proofErr w:type="spellStart"/>
            <w:r w:rsidRPr="00232FC9">
              <w:t>вариан</w:t>
            </w:r>
            <w:proofErr w:type="spellEnd"/>
            <w:r w:rsidRPr="00232FC9">
              <w:t>​</w:t>
            </w:r>
            <w:proofErr w:type="spellStart"/>
            <w:r w:rsidRPr="00232FC9">
              <w:t>тов</w:t>
            </w:r>
            <w:proofErr w:type="spellEnd"/>
            <w:r w:rsidRPr="00232FC9">
              <w:t xml:space="preserve"> плана этого текста, обоснование выбора наиболее удачно​го плана; Практическая работа: воспроизведение текста в </w:t>
            </w:r>
            <w:proofErr w:type="spellStart"/>
            <w:r w:rsidRPr="00232FC9">
              <w:t>соответ</w:t>
            </w:r>
            <w:proofErr w:type="spellEnd"/>
            <w:r w:rsidRPr="00232FC9">
              <w:t>​</w:t>
            </w:r>
            <w:proofErr w:type="spellStart"/>
            <w:r w:rsidRPr="00232FC9">
              <w:t>ствии</w:t>
            </w:r>
            <w:proofErr w:type="spellEnd"/>
            <w:r w:rsidRPr="00232FC9">
              <w:t xml:space="preserve"> с заданием: подробно, выборочно;</w:t>
            </w:r>
          </w:p>
          <w:p w14:paraId="14DC747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Наблюдение за тремя текстами разного типа (повествование, описание, рассуждение) на одну тему, формулирование выводов об особенностях каждого из трёх типов текстов;</w:t>
            </w:r>
          </w:p>
          <w:p w14:paraId="686C9E3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Обобщение результатов проведённого наблюдения при составлении таблицы «Три типа текстов», в строках </w:t>
            </w:r>
            <w:r w:rsidRPr="00232FC9">
              <w:lastRenderedPageBreak/>
              <w:t>таблицы отражены</w:t>
            </w:r>
          </w:p>
          <w:p w14:paraId="29FFA66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следующие параметры сравнения текстов: «Цель создания текста», «Особенности построения текста», «</w:t>
            </w:r>
            <w:proofErr w:type="spellStart"/>
            <w:r w:rsidRPr="00232FC9">
              <w:t>Осо</w:t>
            </w:r>
            <w:proofErr w:type="spellEnd"/>
            <w:r w:rsidRPr="00232FC9">
              <w:t>​</w:t>
            </w:r>
            <w:proofErr w:type="spellStart"/>
            <w:r w:rsidRPr="00232FC9">
              <w:t>бенности</w:t>
            </w:r>
            <w:proofErr w:type="spellEnd"/>
            <w:r w:rsidRPr="00232FC9">
              <w:t xml:space="preserve"> языковых средств»;</w:t>
            </w:r>
          </w:p>
          <w:p w14:paraId="4F9EF317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группах: выбор наиболее подходящего для каждой из предложенных ситуаций типа текста (с опорой на таблицу «Три типа текстов»);</w:t>
            </w:r>
          </w:p>
          <w:p w14:paraId="1FE08C0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Творческие задания: создавать устные и письменные тексты разных типов (описание, рассуждение, повествование);</w:t>
            </w:r>
          </w:p>
          <w:p w14:paraId="0467C34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построение речевого высказывания в соответствии с поставленной коммуникативной задачей;</w:t>
            </w:r>
          </w:p>
          <w:p w14:paraId="1BBA53A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с текстами шуточных стихотворений о несоблюдении норм речевого этикета, культуры общения;</w:t>
            </w:r>
          </w:p>
          <w:p w14:paraId="5627181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с аудиозаписями диалогов: анализ соблюдения норм речевого этикета;</w:t>
            </w:r>
          </w:p>
          <w:p w14:paraId="34D4D518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Самооценка собственной речевой культуры во время обще​</w:t>
            </w:r>
            <w:proofErr w:type="spellStart"/>
            <w:r w:rsidRPr="00232FC9">
              <w:t>ния</w:t>
            </w:r>
            <w:proofErr w:type="spellEnd"/>
            <w:r w:rsidRPr="00232FC9">
              <w:t>; Творческие работы: создание с использованием норм речевого этикета небольших устных и письменных текстов, содержа​</w:t>
            </w:r>
            <w:proofErr w:type="spellStart"/>
            <w:r w:rsidRPr="00232FC9">
              <w:t>щих</w:t>
            </w:r>
            <w:proofErr w:type="spellEnd"/>
            <w:r w:rsidRPr="00232FC9">
              <w:t xml:space="preserve"> приглашение/просьбу/извинение/благодарность/отказ;</w:t>
            </w:r>
          </w:p>
          <w:p w14:paraId="63FFDB4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Творческие работы: создание с использованием норм </w:t>
            </w:r>
            <w:proofErr w:type="spellStart"/>
            <w:r w:rsidRPr="00232FC9">
              <w:t>речево</w:t>
            </w:r>
            <w:proofErr w:type="spellEnd"/>
            <w:r w:rsidRPr="00232FC9">
              <w:t xml:space="preserve">​го этикета небольших устных и письменных текстов, </w:t>
            </w:r>
            <w:proofErr w:type="spellStart"/>
            <w:r w:rsidRPr="00232FC9">
              <w:t>содер</w:t>
            </w:r>
            <w:proofErr w:type="spellEnd"/>
            <w:r w:rsidRPr="00232FC9">
              <w:t>​</w:t>
            </w:r>
            <w:proofErr w:type="spellStart"/>
            <w:r w:rsidRPr="00232FC9">
              <w:t>жащих</w:t>
            </w:r>
            <w:proofErr w:type="spellEnd"/>
            <w:r w:rsidRPr="00232FC9">
              <w:t xml:space="preserve"> приглашение/просьбу/извинение/благодарность/ отказ; Речевой тренинг: подготовка небольшого </w:t>
            </w:r>
            <w:r w:rsidRPr="00232FC9">
              <w:lastRenderedPageBreak/>
              <w:t>выступления о результатах групповой работы, наблюдения, выполненного мини​исследования, проектного задания;</w:t>
            </w:r>
          </w:p>
          <w:p w14:paraId="698BF94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Запись собственного выступления с последующим </w:t>
            </w:r>
            <w:proofErr w:type="spellStart"/>
            <w:r w:rsidRPr="00232FC9">
              <w:t>самоана</w:t>
            </w:r>
            <w:proofErr w:type="spellEnd"/>
            <w:r w:rsidRPr="00232FC9">
              <w:t>​</w:t>
            </w:r>
            <w:proofErr w:type="spellStart"/>
            <w:r w:rsidRPr="00232FC9">
              <w:t>лизом</w:t>
            </w:r>
            <w:proofErr w:type="spellEnd"/>
            <w:r w:rsidRPr="00232FC9">
              <w:t xml:space="preserve">; Ролевая игра «Наблюдатели», цель игры — оценка </w:t>
            </w:r>
            <w:proofErr w:type="spellStart"/>
            <w:r w:rsidRPr="00232FC9">
              <w:t>правиль</w:t>
            </w:r>
            <w:proofErr w:type="spellEnd"/>
            <w:r w:rsidRPr="00232FC9">
              <w:t>​</w:t>
            </w:r>
            <w:proofErr w:type="spellStart"/>
            <w:r w:rsidRPr="00232FC9">
              <w:t>ности</w:t>
            </w:r>
            <w:proofErr w:type="spellEnd"/>
            <w:r w:rsidRPr="00232FC9">
              <w:t xml:space="preserve"> выбора языковых и неязыковых средств устного общения на уроке и на переменах, в конце учебного дня подведение итогов игры;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E7D5E4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Устный опрос; письменный контроль;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055A48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https://resh.edu.ru https://uchi.ru/ https://education.yandex.ru</w:t>
            </w:r>
          </w:p>
        </w:tc>
      </w:tr>
    </w:tbl>
    <w:p w14:paraId="0BE6BFC2" w14:textId="77777777" w:rsidR="00232FC9" w:rsidRPr="00232FC9" w:rsidRDefault="00232FC9" w:rsidP="00232FC9">
      <w:pPr>
        <w:rPr>
          <w:lang w:val="ru-RU"/>
        </w:rPr>
      </w:pPr>
    </w:p>
    <w:tbl>
      <w:tblPr>
        <w:tblStyle w:val="TableGrid"/>
        <w:tblW w:w="15501" w:type="dxa"/>
        <w:tblInd w:w="6" w:type="dxa"/>
        <w:tblCellMar>
          <w:top w:w="114" w:type="dxa"/>
          <w:left w:w="78" w:type="dxa"/>
          <w:right w:w="73" w:type="dxa"/>
        </w:tblCellMar>
        <w:tblLook w:val="04A0" w:firstRow="1" w:lastRow="0" w:firstColumn="1" w:lastColumn="0" w:noHBand="0" w:noVBand="1"/>
      </w:tblPr>
      <w:tblGrid>
        <w:gridCol w:w="485"/>
        <w:gridCol w:w="2676"/>
        <w:gridCol w:w="401"/>
        <w:gridCol w:w="635"/>
        <w:gridCol w:w="653"/>
        <w:gridCol w:w="483"/>
        <w:gridCol w:w="5921"/>
        <w:gridCol w:w="1425"/>
        <w:gridCol w:w="2822"/>
      </w:tblGrid>
      <w:tr w:rsidR="00232FC9" w:rsidRPr="00934BAB" w14:paraId="29E10848" w14:textId="77777777" w:rsidTr="00D33B6C">
        <w:trPr>
          <w:trHeight w:val="9762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57313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8.3.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071C1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Особенности речевого этикета в условиях общения с людьми, плохо владеющими русским языком.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CD586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3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C61EAB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93747D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E8CEAE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4DB8F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;</w:t>
            </w:r>
          </w:p>
          <w:p w14:paraId="49BC8CD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Учебный диалог «Чем различаются тема текста и основная мысль текста? Как определить тему текста? Как определить основную мысль текста?»;</w:t>
            </w:r>
          </w:p>
          <w:p w14:paraId="617473D7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Комментированное выполнение задания на определение темы и основной мысли предложенных текстов;</w:t>
            </w:r>
          </w:p>
          <w:p w14:paraId="4B8CE77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Дифференцированное задание: нахождение ошибок в определении темы и основной мысли текста;</w:t>
            </w:r>
          </w:p>
          <w:p w14:paraId="7799347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анализ и корректировка текстов с нарушенным порядком предложений;</w:t>
            </w:r>
          </w:p>
          <w:p w14:paraId="4B7FCBA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нахождение в тексте смысловых пропусков;</w:t>
            </w:r>
          </w:p>
          <w:p w14:paraId="00B54FB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Совместное составление плана текста;</w:t>
            </w:r>
          </w:p>
          <w:p w14:paraId="46C0DFB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составление плана предложенного текста;</w:t>
            </w:r>
          </w:p>
          <w:p w14:paraId="7053A2C8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Работа в группах: соотнесение текста и нескольких </w:t>
            </w:r>
            <w:proofErr w:type="spellStart"/>
            <w:r w:rsidRPr="00232FC9">
              <w:t>вариан</w:t>
            </w:r>
            <w:proofErr w:type="spellEnd"/>
            <w:r w:rsidRPr="00232FC9">
              <w:t>​</w:t>
            </w:r>
            <w:proofErr w:type="spellStart"/>
            <w:r w:rsidRPr="00232FC9">
              <w:t>тов</w:t>
            </w:r>
            <w:proofErr w:type="spellEnd"/>
            <w:r w:rsidRPr="00232FC9">
              <w:t xml:space="preserve"> плана этого текста, обоснование выбора наиболее удачно​го плана; Практическая работа: воспроизведение текста в </w:t>
            </w:r>
            <w:proofErr w:type="spellStart"/>
            <w:r w:rsidRPr="00232FC9">
              <w:t>соответ</w:t>
            </w:r>
            <w:proofErr w:type="spellEnd"/>
            <w:r w:rsidRPr="00232FC9">
              <w:t>​</w:t>
            </w:r>
            <w:proofErr w:type="spellStart"/>
            <w:r w:rsidRPr="00232FC9">
              <w:t>ствии</w:t>
            </w:r>
            <w:proofErr w:type="spellEnd"/>
            <w:r w:rsidRPr="00232FC9">
              <w:t xml:space="preserve"> с заданием: подробно, выборочно;</w:t>
            </w:r>
          </w:p>
          <w:p w14:paraId="5398D18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Наблюдение за тремя текстами разного типа (повествование, описание, рассуждение) на одну тему, формулирование выводов об особенностях каждого из трёх типов текстов;</w:t>
            </w:r>
          </w:p>
          <w:p w14:paraId="28AA560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Обобщение результатов проведённого наблюдения при составлении таблицы «Три типа текстов», в строках </w:t>
            </w:r>
            <w:r w:rsidRPr="00232FC9">
              <w:lastRenderedPageBreak/>
              <w:t>таблицы отражены</w:t>
            </w:r>
          </w:p>
          <w:p w14:paraId="29B1F57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следующие параметры сравнения текстов: «Цель создания текста», «Особенности построения текста», «</w:t>
            </w:r>
            <w:proofErr w:type="spellStart"/>
            <w:r w:rsidRPr="00232FC9">
              <w:t>Осо</w:t>
            </w:r>
            <w:proofErr w:type="spellEnd"/>
            <w:r w:rsidRPr="00232FC9">
              <w:t>​</w:t>
            </w:r>
            <w:proofErr w:type="spellStart"/>
            <w:r w:rsidRPr="00232FC9">
              <w:t>бенности</w:t>
            </w:r>
            <w:proofErr w:type="spellEnd"/>
            <w:r w:rsidRPr="00232FC9">
              <w:t xml:space="preserve"> языковых средств»;</w:t>
            </w:r>
          </w:p>
          <w:p w14:paraId="2B220024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группах: выбор наиболее подходящего для каждой из предложенных ситуаций типа текста (с опорой на таблицу «Три типа текстов»);</w:t>
            </w:r>
          </w:p>
          <w:p w14:paraId="526C23D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Творческие задания: создавать устные и письменные тексты разных типов (описание, рассуждение, повествование);</w:t>
            </w:r>
          </w:p>
          <w:p w14:paraId="19A8DDB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построение речевого высказывания в соответствии с поставленной коммуникативной задачей;</w:t>
            </w:r>
          </w:p>
          <w:p w14:paraId="7E4F1FD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с текстами шуточных стихотворений о несоблюдении норм речевого этикета, культуры общения;</w:t>
            </w:r>
          </w:p>
          <w:p w14:paraId="3C85F4F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с аудиозаписями диалогов: анализ соблюдения норм речевого этикета;</w:t>
            </w:r>
          </w:p>
          <w:p w14:paraId="7A14856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Самооценка собственной речевой культуры во время обще​</w:t>
            </w:r>
            <w:proofErr w:type="spellStart"/>
            <w:r w:rsidRPr="00232FC9">
              <w:t>ния</w:t>
            </w:r>
            <w:proofErr w:type="spellEnd"/>
            <w:r w:rsidRPr="00232FC9">
              <w:t>; Творческие работы: создание с использованием норм речевого этикета небольших устных и письменных текстов, содержа​</w:t>
            </w:r>
            <w:proofErr w:type="spellStart"/>
            <w:r w:rsidRPr="00232FC9">
              <w:t>щих</w:t>
            </w:r>
            <w:proofErr w:type="spellEnd"/>
            <w:r w:rsidRPr="00232FC9">
              <w:t xml:space="preserve"> приглашение/просьбу/извинение/благодарность/отказ;</w:t>
            </w:r>
          </w:p>
          <w:p w14:paraId="004F4F37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Творческие работы: создание с использованием норм </w:t>
            </w:r>
            <w:proofErr w:type="spellStart"/>
            <w:r w:rsidRPr="00232FC9">
              <w:t>речево</w:t>
            </w:r>
            <w:proofErr w:type="spellEnd"/>
            <w:r w:rsidRPr="00232FC9">
              <w:t xml:space="preserve">​го этикета небольших устных и письменных текстов, </w:t>
            </w:r>
            <w:proofErr w:type="spellStart"/>
            <w:r w:rsidRPr="00232FC9">
              <w:t>содер</w:t>
            </w:r>
            <w:proofErr w:type="spellEnd"/>
            <w:r w:rsidRPr="00232FC9">
              <w:t>​</w:t>
            </w:r>
            <w:proofErr w:type="spellStart"/>
            <w:r w:rsidRPr="00232FC9">
              <w:t>жащих</w:t>
            </w:r>
            <w:proofErr w:type="spellEnd"/>
            <w:r w:rsidRPr="00232FC9">
              <w:t xml:space="preserve"> приглашение/просьбу/извинение/благодарность/ отказ; Речевой тренинг: подготовка небольшого </w:t>
            </w:r>
            <w:r w:rsidRPr="00232FC9">
              <w:lastRenderedPageBreak/>
              <w:t>выступления о результатах групповой работы, наблюдения, выполненного мини​исследования, проектного задания;</w:t>
            </w:r>
          </w:p>
          <w:p w14:paraId="7D9E8F7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Запись собственного выступления с последующим </w:t>
            </w:r>
            <w:proofErr w:type="spellStart"/>
            <w:r w:rsidRPr="00232FC9">
              <w:t>самоана</w:t>
            </w:r>
            <w:proofErr w:type="spellEnd"/>
            <w:r w:rsidRPr="00232FC9">
              <w:t>​</w:t>
            </w:r>
            <w:proofErr w:type="spellStart"/>
            <w:r w:rsidRPr="00232FC9">
              <w:t>лизом</w:t>
            </w:r>
            <w:proofErr w:type="spellEnd"/>
            <w:r w:rsidRPr="00232FC9">
              <w:t xml:space="preserve">; Ролевая игра «Наблюдатели», цель игры — оценка </w:t>
            </w:r>
            <w:proofErr w:type="spellStart"/>
            <w:r w:rsidRPr="00232FC9">
              <w:t>правиль</w:t>
            </w:r>
            <w:proofErr w:type="spellEnd"/>
            <w:r w:rsidRPr="00232FC9">
              <w:t>​</w:t>
            </w:r>
            <w:proofErr w:type="spellStart"/>
            <w:r w:rsidRPr="00232FC9">
              <w:t>ности</w:t>
            </w:r>
            <w:proofErr w:type="spellEnd"/>
            <w:r w:rsidRPr="00232FC9">
              <w:t xml:space="preserve"> выбора языковых и неязыковых средств устного общения на уроке и на переменах, в конце учебного дня подведение итогов игры;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F3126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Устный опрос; письменный контроль;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6154AB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https://resh.edu.ru https://uchi.ru/ https://education.yandex.ru</w:t>
            </w:r>
          </w:p>
        </w:tc>
      </w:tr>
    </w:tbl>
    <w:p w14:paraId="390780E8" w14:textId="77777777" w:rsidR="00232FC9" w:rsidRPr="00232FC9" w:rsidRDefault="00232FC9" w:rsidP="00232FC9">
      <w:pPr>
        <w:rPr>
          <w:lang w:val="ru-RU"/>
        </w:rPr>
      </w:pPr>
    </w:p>
    <w:tbl>
      <w:tblPr>
        <w:tblStyle w:val="TableGrid"/>
        <w:tblW w:w="15501" w:type="dxa"/>
        <w:tblInd w:w="6" w:type="dxa"/>
        <w:tblCellMar>
          <w:top w:w="114" w:type="dxa"/>
          <w:left w:w="78" w:type="dxa"/>
          <w:right w:w="73" w:type="dxa"/>
        </w:tblCellMar>
        <w:tblLook w:val="04A0" w:firstRow="1" w:lastRow="0" w:firstColumn="1" w:lastColumn="0" w:noHBand="0" w:noVBand="1"/>
      </w:tblPr>
      <w:tblGrid>
        <w:gridCol w:w="485"/>
        <w:gridCol w:w="2848"/>
        <w:gridCol w:w="386"/>
        <w:gridCol w:w="577"/>
        <w:gridCol w:w="593"/>
        <w:gridCol w:w="444"/>
        <w:gridCol w:w="5921"/>
        <w:gridCol w:w="1425"/>
        <w:gridCol w:w="2822"/>
      </w:tblGrid>
      <w:tr w:rsidR="00232FC9" w:rsidRPr="00934BAB" w14:paraId="4FED0F77" w14:textId="77777777" w:rsidTr="00D33B6C">
        <w:trPr>
          <w:trHeight w:val="9569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E91A7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8.4.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A8834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Формулировка и аргументирование собственного мнения в диалоге и дискуссии. Умение договариваться и приходить к общему решению в совместной деятельности. Умение контролировать (устно координировать) действия при проведении парной и групповой работы.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C0D1A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3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379024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A18FD1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171D7E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D3391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Учебный диалог «Чем различаются тема текста и основная мысль текста? Как определить тему текста? Как определить основную мысль текста?»;</w:t>
            </w:r>
          </w:p>
          <w:p w14:paraId="6941609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Комментированное выполнение задания на определение темы и основной мысли предложенных текстов;</w:t>
            </w:r>
          </w:p>
          <w:p w14:paraId="0C24A1F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Дифференцированное задание: нахождение ошибок в определении темы и основной мысли текста;</w:t>
            </w:r>
          </w:p>
          <w:p w14:paraId="7466FB7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анализ и корректировка текстов с нарушенным порядком предложений;</w:t>
            </w:r>
          </w:p>
          <w:p w14:paraId="2DC8EF0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нахождение в тексте смысловых пропусков;</w:t>
            </w:r>
          </w:p>
          <w:p w14:paraId="108786D7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Совместное составление плана текста;</w:t>
            </w:r>
          </w:p>
          <w:p w14:paraId="3A4C93A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парах: составление плана предложенного текста;</w:t>
            </w:r>
          </w:p>
          <w:p w14:paraId="26C9A505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Работа в группах: соотнесение текста и нескольких </w:t>
            </w:r>
            <w:proofErr w:type="spellStart"/>
            <w:r w:rsidRPr="00232FC9">
              <w:t>вариан</w:t>
            </w:r>
            <w:proofErr w:type="spellEnd"/>
            <w:r w:rsidRPr="00232FC9">
              <w:t>​</w:t>
            </w:r>
            <w:proofErr w:type="spellStart"/>
            <w:r w:rsidRPr="00232FC9">
              <w:t>тов</w:t>
            </w:r>
            <w:proofErr w:type="spellEnd"/>
            <w:r w:rsidRPr="00232FC9">
              <w:t xml:space="preserve"> плана этого текста, обоснование выбора наиболее удачно​го плана; Практическая работа: воспроизведение текста в </w:t>
            </w:r>
            <w:proofErr w:type="spellStart"/>
            <w:r w:rsidRPr="00232FC9">
              <w:t>соответ</w:t>
            </w:r>
            <w:proofErr w:type="spellEnd"/>
            <w:r w:rsidRPr="00232FC9">
              <w:t>​</w:t>
            </w:r>
            <w:proofErr w:type="spellStart"/>
            <w:r w:rsidRPr="00232FC9">
              <w:t>ствии</w:t>
            </w:r>
            <w:proofErr w:type="spellEnd"/>
            <w:r w:rsidRPr="00232FC9">
              <w:t xml:space="preserve"> с заданием: подробно, выборочно;</w:t>
            </w:r>
          </w:p>
          <w:p w14:paraId="20CC768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Наблюдение за тремя текстами разного типа (повествование, описание, рассуждение) на одну тему, формулирование выводов об особенностях каждого из трёх типов текстов;</w:t>
            </w:r>
          </w:p>
          <w:p w14:paraId="5EEAE37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Обобщение результатов проведённого наблюдения при составлении таблицы «Три типа текстов», в строках таблицы отражены</w:t>
            </w:r>
          </w:p>
          <w:p w14:paraId="74262E3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следующие параметры сравнения текстов: «Цель создания текста», «Особенности построения текста», «</w:t>
            </w:r>
            <w:proofErr w:type="spellStart"/>
            <w:r w:rsidRPr="00232FC9">
              <w:t>Осо</w:t>
            </w:r>
            <w:proofErr w:type="spellEnd"/>
            <w:r w:rsidRPr="00232FC9">
              <w:t>​</w:t>
            </w:r>
            <w:proofErr w:type="spellStart"/>
            <w:r w:rsidRPr="00232FC9">
              <w:t>бенности</w:t>
            </w:r>
            <w:proofErr w:type="spellEnd"/>
            <w:r w:rsidRPr="00232FC9">
              <w:t xml:space="preserve"> языковых средств»;</w:t>
            </w:r>
          </w:p>
          <w:p w14:paraId="77C6EA5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в группах: выбор наиболее подходящего для каждой из предложенных ситуаций типа текста (с опорой на таблицу «Три типа текстов»);</w:t>
            </w:r>
          </w:p>
          <w:p w14:paraId="2518CBAC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Творческие задания: создавать устные и письменные тексты разных типов (описание, рассуждение, повествование);</w:t>
            </w:r>
          </w:p>
          <w:p w14:paraId="434A44A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Практическая работа: построение речевого высказывания в соответствии с поставленной коммуникативной задачей;</w:t>
            </w:r>
          </w:p>
          <w:p w14:paraId="133872D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с текстами шуточных стихотворений о несоблюдении норм речевого этикета, культуры общения;</w:t>
            </w:r>
          </w:p>
          <w:p w14:paraId="779B6AF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с аудиозаписями диалогов: анализ соблюдения норм речевого этикета;</w:t>
            </w:r>
          </w:p>
          <w:p w14:paraId="2063680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Самооценка собственной речевой культуры во время обще​</w:t>
            </w:r>
            <w:proofErr w:type="spellStart"/>
            <w:r w:rsidRPr="00232FC9">
              <w:t>ния</w:t>
            </w:r>
            <w:proofErr w:type="spellEnd"/>
            <w:r w:rsidRPr="00232FC9">
              <w:t>; Творческие работы: создание с использованием норм речевого этикета небольших устных и письменных текстов, содержа​</w:t>
            </w:r>
            <w:proofErr w:type="spellStart"/>
            <w:r w:rsidRPr="00232FC9">
              <w:t>щих</w:t>
            </w:r>
            <w:proofErr w:type="spellEnd"/>
            <w:r w:rsidRPr="00232FC9">
              <w:t xml:space="preserve"> приглашение/просьбу/извинение/благодарность/отказ;</w:t>
            </w:r>
          </w:p>
          <w:p w14:paraId="209B071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Творческие работы: создание с использованием норм </w:t>
            </w:r>
            <w:proofErr w:type="spellStart"/>
            <w:r w:rsidRPr="00232FC9">
              <w:t>речево</w:t>
            </w:r>
            <w:proofErr w:type="spellEnd"/>
            <w:r w:rsidRPr="00232FC9">
              <w:t xml:space="preserve">​го этикета небольших устных и письменных текстов, </w:t>
            </w:r>
            <w:proofErr w:type="spellStart"/>
            <w:r w:rsidRPr="00232FC9">
              <w:t>содер</w:t>
            </w:r>
            <w:proofErr w:type="spellEnd"/>
            <w:r w:rsidRPr="00232FC9">
              <w:t>​</w:t>
            </w:r>
            <w:proofErr w:type="spellStart"/>
            <w:r w:rsidRPr="00232FC9">
              <w:t>жащих</w:t>
            </w:r>
            <w:proofErr w:type="spellEnd"/>
            <w:r w:rsidRPr="00232FC9">
              <w:t xml:space="preserve"> приглашение/просьбу/извинение/благодарность/ отказ; Речевой тренинг: подготовка небольшого выступления о результатах групповой работы, наблюдения, выполненного мини​исследования, </w:t>
            </w:r>
            <w:r w:rsidRPr="00232FC9">
              <w:lastRenderedPageBreak/>
              <w:t>проектного задания;</w:t>
            </w:r>
          </w:p>
          <w:p w14:paraId="766C1E2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Запись собственного выступления с последующим </w:t>
            </w:r>
            <w:proofErr w:type="spellStart"/>
            <w:r w:rsidRPr="00232FC9">
              <w:t>самоана</w:t>
            </w:r>
            <w:proofErr w:type="spellEnd"/>
            <w:r w:rsidRPr="00232FC9">
              <w:t>​</w:t>
            </w:r>
            <w:proofErr w:type="spellStart"/>
            <w:r w:rsidRPr="00232FC9">
              <w:t>лизом</w:t>
            </w:r>
            <w:proofErr w:type="spellEnd"/>
            <w:r w:rsidRPr="00232FC9">
              <w:t xml:space="preserve">; Ролевая игра «Наблюдатели», цель игры — оценка </w:t>
            </w:r>
            <w:proofErr w:type="spellStart"/>
            <w:r w:rsidRPr="00232FC9">
              <w:t>правиль</w:t>
            </w:r>
            <w:proofErr w:type="spellEnd"/>
            <w:r w:rsidRPr="00232FC9">
              <w:t>​</w:t>
            </w:r>
            <w:proofErr w:type="spellStart"/>
            <w:r w:rsidRPr="00232FC9">
              <w:t>ности</w:t>
            </w:r>
            <w:proofErr w:type="spellEnd"/>
            <w:r w:rsidRPr="00232FC9">
              <w:t xml:space="preserve"> выбора языковых и неязыковых средств устного общения на уроке и на переменах, в конце учебного дня подведение итогов игры;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CD905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Устный опрос; письменный контроль;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2823A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https://resh.edu.ru https://uchi.ru/ https://education.yandex.ru</w:t>
            </w:r>
          </w:p>
        </w:tc>
      </w:tr>
      <w:tr w:rsidR="00232FC9" w:rsidRPr="00934BAB" w14:paraId="3EE51804" w14:textId="77777777" w:rsidTr="00D33B6C">
        <w:trPr>
          <w:trHeight w:val="1117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7738D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8.5.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CCB6E4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9155C4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3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9433AA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8EFD70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9D951E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6E7B2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Дифференцированное задание: нахождение ошибок в определении темы и основной мысли текста;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77B6E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Устный опрос; письменный контроль;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AF8744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https://resh.edu.ru https://uchi.ru/ https://education.yandex.ru</w:t>
            </w:r>
          </w:p>
        </w:tc>
      </w:tr>
    </w:tbl>
    <w:p w14:paraId="75D722E6" w14:textId="77777777" w:rsidR="00232FC9" w:rsidRPr="00232FC9" w:rsidRDefault="00232FC9" w:rsidP="00232FC9">
      <w:pPr>
        <w:rPr>
          <w:lang w:val="ru-RU"/>
        </w:rPr>
      </w:pPr>
    </w:p>
    <w:tbl>
      <w:tblPr>
        <w:tblStyle w:val="TableGrid"/>
        <w:tblW w:w="15501" w:type="dxa"/>
        <w:tblInd w:w="6" w:type="dxa"/>
        <w:tblCellMar>
          <w:top w:w="114" w:type="dxa"/>
          <w:left w:w="78" w:type="dxa"/>
          <w:right w:w="73" w:type="dxa"/>
        </w:tblCellMar>
        <w:tblLook w:val="04A0" w:firstRow="1" w:lastRow="0" w:firstColumn="1" w:lastColumn="0" w:noHBand="0" w:noVBand="1"/>
      </w:tblPr>
      <w:tblGrid>
        <w:gridCol w:w="562"/>
        <w:gridCol w:w="3455"/>
        <w:gridCol w:w="526"/>
        <w:gridCol w:w="932"/>
        <w:gridCol w:w="961"/>
        <w:gridCol w:w="670"/>
        <w:gridCol w:w="4148"/>
        <w:gridCol w:w="1425"/>
        <w:gridCol w:w="2822"/>
      </w:tblGrid>
      <w:tr w:rsidR="00232FC9" w:rsidRPr="00934BAB" w14:paraId="1ACE32EF" w14:textId="77777777" w:rsidTr="00D33B6C">
        <w:trPr>
          <w:trHeight w:val="1117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962BC67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8.6.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E29628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План текста. Составление плана текста, написание текста по заданному плану. Связь предложений в тексте с помощью личных местоимений, синонимов, союзов </w:t>
            </w:r>
            <w:r w:rsidRPr="00232FC9">
              <w:rPr>
                <w:i/>
              </w:rPr>
              <w:t>и, а, но</w:t>
            </w:r>
            <w:r w:rsidRPr="00232FC9">
              <w:t>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A75518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3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786E61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2F7866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2AAFF3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BAD07B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Совместное составление плана текста;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0EF7A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Устный опрос; письменный контроль;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3F0C77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https://resh.edu.ru https://uchi.ru/ https://education.yandex.ru</w:t>
            </w:r>
          </w:p>
        </w:tc>
      </w:tr>
      <w:tr w:rsidR="00232FC9" w:rsidRPr="00934BAB" w14:paraId="7C46C456" w14:textId="77777777" w:rsidTr="00D33B6C">
        <w:trPr>
          <w:trHeight w:val="1117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84BE7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8.7.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8C75B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Ключевые слова в тексте.</w:t>
            </w:r>
          </w:p>
          <w:p w14:paraId="158C98D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Определение типов текстов (повествование, описание, рассуждение) и создание собственных текстов заданного типа.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D136A4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3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2A220B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68F27C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2B6DDE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22A9E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Работа в группах: соотнесение текста и нескольких </w:t>
            </w:r>
            <w:proofErr w:type="spellStart"/>
            <w:r w:rsidRPr="00232FC9">
              <w:t>вариан</w:t>
            </w:r>
            <w:proofErr w:type="spellEnd"/>
            <w:r w:rsidRPr="00232FC9">
              <w:t>​</w:t>
            </w:r>
            <w:proofErr w:type="spellStart"/>
            <w:r w:rsidRPr="00232FC9">
              <w:t>тов</w:t>
            </w:r>
            <w:proofErr w:type="spellEnd"/>
            <w:r w:rsidRPr="00232FC9">
              <w:t xml:space="preserve"> плана этого текста, обоснование выбора наиболее удачно​го плана;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DDBF7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Устный опрос; письменный контроль;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0808D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https://resh.edu.ru https://uchi.ru/ https://education.yandex.ru</w:t>
            </w:r>
          </w:p>
        </w:tc>
      </w:tr>
      <w:tr w:rsidR="00232FC9" w:rsidRPr="00934BAB" w14:paraId="62978718" w14:textId="77777777" w:rsidTr="00D33B6C">
        <w:trPr>
          <w:trHeight w:val="1117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E720F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8.8.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E851C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Знакомство с жанром письма, поздравительной открытки, объявления.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97673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3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605E5C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10C90A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FD4166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C2CBD0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Работа с текстами шуточных стихотворений о несоблюдении норм речевого этикета, культуры общения;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119173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Устный опрос; письменный контроль;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05CD07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https://resh.edu.ru https://uchi.ru/ https://education.yandex.ru</w:t>
            </w:r>
          </w:p>
        </w:tc>
      </w:tr>
      <w:tr w:rsidR="00232FC9" w:rsidRPr="00934BAB" w14:paraId="1002A80F" w14:textId="77777777" w:rsidTr="00D33B6C">
        <w:trPr>
          <w:trHeight w:val="1117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267FC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lastRenderedPageBreak/>
              <w:t>8.9.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01E4B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Изложение текста по коллективно или самостоятельно составленному плану.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B11DD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3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D3CD7B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7E96A9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66CD54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DFD3C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Запись собственного выступления с последующим </w:t>
            </w:r>
            <w:proofErr w:type="spellStart"/>
            <w:r w:rsidRPr="00232FC9">
              <w:t>самоана</w:t>
            </w:r>
            <w:proofErr w:type="spellEnd"/>
            <w:r w:rsidRPr="00232FC9">
              <w:t>​</w:t>
            </w:r>
            <w:proofErr w:type="spellStart"/>
            <w:r w:rsidRPr="00232FC9">
              <w:t>лизом</w:t>
            </w:r>
            <w:proofErr w:type="spellEnd"/>
            <w:r w:rsidRPr="00232FC9">
              <w:t>;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CC3EF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Устный опрос; письменный контроль;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98D3C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https://resh.edu.ru https://uchi.ru/ https://education.yandex.ru</w:t>
            </w:r>
          </w:p>
        </w:tc>
      </w:tr>
      <w:tr w:rsidR="00232FC9" w:rsidRPr="00934BAB" w14:paraId="374E06D6" w14:textId="77777777" w:rsidTr="00D33B6C">
        <w:trPr>
          <w:trHeight w:val="1501"/>
        </w:trPr>
        <w:tc>
          <w:tcPr>
            <w:tcW w:w="4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F60497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8.10</w:t>
            </w:r>
          </w:p>
        </w:tc>
        <w:tc>
          <w:tcPr>
            <w:tcW w:w="38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1AF717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Изучающее, ознакомительное чтение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85E5D9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3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CFB463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480BCA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8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F90559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47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4EED51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Речевой тренинг: подготовка небольшого выступления о результатах групповой работы, наблюдения, выполненного мини​исследования, проектного задания;</w:t>
            </w:r>
          </w:p>
          <w:p w14:paraId="24F308E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Запись собственного выступления с последующим </w:t>
            </w:r>
            <w:proofErr w:type="spellStart"/>
            <w:r w:rsidRPr="00232FC9">
              <w:t>самоана</w:t>
            </w:r>
            <w:proofErr w:type="spellEnd"/>
            <w:r w:rsidRPr="00232FC9">
              <w:t>​</w:t>
            </w:r>
            <w:proofErr w:type="spellStart"/>
            <w:r w:rsidRPr="00232FC9">
              <w:t>лизом</w:t>
            </w:r>
            <w:proofErr w:type="spellEnd"/>
            <w:r w:rsidRPr="00232FC9">
              <w:t xml:space="preserve">; Ролевая игра «Наблюдатели», цель игры — оценка </w:t>
            </w:r>
            <w:proofErr w:type="spellStart"/>
            <w:r w:rsidRPr="00232FC9">
              <w:t>правиль</w:t>
            </w:r>
            <w:proofErr w:type="spellEnd"/>
            <w:r w:rsidRPr="00232FC9">
              <w:t>​</w:t>
            </w:r>
            <w:proofErr w:type="spellStart"/>
            <w:r w:rsidRPr="00232FC9">
              <w:t>ности</w:t>
            </w:r>
            <w:proofErr w:type="spellEnd"/>
            <w:r w:rsidRPr="00232FC9">
              <w:t xml:space="preserve"> выбора языковых и неязыковых средств устного общения на уроке и на переменах, в конце учебного дня подведение итогов игры;</w:t>
            </w:r>
          </w:p>
        </w:tc>
        <w:tc>
          <w:tcPr>
            <w:tcW w:w="9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AA576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Устный опрос; письменный контроль;</w:t>
            </w:r>
          </w:p>
        </w:tc>
        <w:tc>
          <w:tcPr>
            <w:tcW w:w="18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E79BBB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https://resh.edu.ru https://uchi.ru/ https://education.yandex.ru</w:t>
            </w:r>
          </w:p>
        </w:tc>
      </w:tr>
      <w:tr w:rsidR="00232FC9" w:rsidRPr="00232FC9" w14:paraId="37B16D30" w14:textId="77777777" w:rsidTr="00D33B6C">
        <w:trPr>
          <w:trHeight w:val="348"/>
        </w:trPr>
        <w:tc>
          <w:tcPr>
            <w:tcW w:w="43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7691888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Итого по разделу: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DEFC9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30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768DD964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 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3AD9C0AC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5571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4EC15D53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9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6B2626FF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84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31B2E96B" w14:textId="77777777" w:rsidR="00232FC9" w:rsidRPr="00232FC9" w:rsidRDefault="00232FC9" w:rsidP="00232FC9">
            <w:pPr>
              <w:spacing w:after="200" w:line="276" w:lineRule="auto"/>
            </w:pPr>
          </w:p>
        </w:tc>
      </w:tr>
      <w:tr w:rsidR="00232FC9" w:rsidRPr="00232FC9" w14:paraId="5790E865" w14:textId="77777777" w:rsidTr="00D33B6C">
        <w:trPr>
          <w:trHeight w:val="348"/>
        </w:trPr>
        <w:tc>
          <w:tcPr>
            <w:tcW w:w="43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B6909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Резервное время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D50B7A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18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72262A5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 </w:t>
            </w:r>
          </w:p>
        </w:tc>
        <w:tc>
          <w:tcPr>
            <w:tcW w:w="1141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3D3483CF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5571" w:type="dxa"/>
            <w:gridSpan w:val="2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22B17B6F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9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0DD925FF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84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5E9364DA" w14:textId="77777777" w:rsidR="00232FC9" w:rsidRPr="00232FC9" w:rsidRDefault="00232FC9" w:rsidP="00232FC9">
            <w:pPr>
              <w:spacing w:after="200" w:line="276" w:lineRule="auto"/>
            </w:pPr>
          </w:p>
        </w:tc>
      </w:tr>
      <w:tr w:rsidR="00232FC9" w:rsidRPr="00232FC9" w14:paraId="5C381CB1" w14:textId="77777777" w:rsidTr="00D33B6C">
        <w:trPr>
          <w:trHeight w:val="348"/>
        </w:trPr>
        <w:tc>
          <w:tcPr>
            <w:tcW w:w="432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30456D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ОБЩЕЕ КОЛИЧЕСТВО ЧАСОВ ПО ПРОГРАММЕ</w:t>
            </w:r>
          </w:p>
        </w:tc>
        <w:tc>
          <w:tcPr>
            <w:tcW w:w="5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FE46586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170</w:t>
            </w:r>
          </w:p>
        </w:tc>
        <w:tc>
          <w:tcPr>
            <w:tcW w:w="11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17BA7F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0</w:t>
            </w:r>
          </w:p>
        </w:tc>
        <w:tc>
          <w:tcPr>
            <w:tcW w:w="11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5A5482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>0</w:t>
            </w:r>
          </w:p>
        </w:tc>
        <w:tc>
          <w:tcPr>
            <w:tcW w:w="557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14:paraId="7168C5CE" w14:textId="77777777" w:rsidR="00232FC9" w:rsidRPr="00232FC9" w:rsidRDefault="00232FC9" w:rsidP="00232FC9">
            <w:pPr>
              <w:spacing w:after="200" w:line="276" w:lineRule="auto"/>
            </w:pPr>
            <w:r w:rsidRPr="00232FC9">
              <w:t xml:space="preserve"> </w:t>
            </w:r>
          </w:p>
        </w:tc>
        <w:tc>
          <w:tcPr>
            <w:tcW w:w="985" w:type="dxa"/>
            <w:tcBorders>
              <w:top w:val="single" w:sz="5" w:space="0" w:color="000000"/>
              <w:left w:val="nil"/>
              <w:bottom w:val="single" w:sz="5" w:space="0" w:color="000000"/>
              <w:right w:val="nil"/>
            </w:tcBorders>
          </w:tcPr>
          <w:p w14:paraId="5B797415" w14:textId="77777777" w:rsidR="00232FC9" w:rsidRPr="00232FC9" w:rsidRDefault="00232FC9" w:rsidP="00232FC9">
            <w:pPr>
              <w:spacing w:after="200" w:line="276" w:lineRule="auto"/>
            </w:pPr>
          </w:p>
        </w:tc>
        <w:tc>
          <w:tcPr>
            <w:tcW w:w="1849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14:paraId="5D673A65" w14:textId="77777777" w:rsidR="00232FC9" w:rsidRPr="00232FC9" w:rsidRDefault="00232FC9" w:rsidP="00232FC9">
            <w:pPr>
              <w:spacing w:after="200" w:line="276" w:lineRule="auto"/>
            </w:pPr>
          </w:p>
        </w:tc>
      </w:tr>
    </w:tbl>
    <w:p w14:paraId="6FB190A2" w14:textId="77777777" w:rsidR="00D5353B" w:rsidRPr="00232FC9" w:rsidRDefault="00D5353B">
      <w:pPr>
        <w:rPr>
          <w:lang w:val="ru-RU"/>
        </w:rPr>
        <w:sectPr w:rsidR="00D5353B" w:rsidRPr="00232FC9">
          <w:pgSz w:w="16840" w:h="11900"/>
          <w:pgMar w:top="284" w:right="640" w:bottom="1440" w:left="666" w:header="720" w:footer="720" w:gutter="0"/>
          <w:cols w:space="720" w:equalWidth="0">
            <w:col w:w="15534" w:space="0"/>
          </w:cols>
          <w:docGrid w:linePitch="360"/>
        </w:sectPr>
      </w:pPr>
    </w:p>
    <w:p w14:paraId="0A068AFE" w14:textId="77777777" w:rsidR="00D5353B" w:rsidRPr="00232FC9" w:rsidRDefault="00D5353B">
      <w:pPr>
        <w:autoSpaceDE w:val="0"/>
        <w:autoSpaceDN w:val="0"/>
        <w:spacing w:after="78" w:line="220" w:lineRule="exact"/>
        <w:rPr>
          <w:lang w:val="ru-RU"/>
        </w:rPr>
      </w:pPr>
    </w:p>
    <w:p w14:paraId="26EC251F" w14:textId="77777777" w:rsidR="00D5353B" w:rsidRDefault="00D5353B">
      <w:pPr>
        <w:autoSpaceDE w:val="0"/>
        <w:autoSpaceDN w:val="0"/>
        <w:spacing w:after="78" w:line="220" w:lineRule="exact"/>
      </w:pPr>
    </w:p>
    <w:p w14:paraId="4C58DB32" w14:textId="77777777" w:rsidR="00D5353B" w:rsidRDefault="00EE76CB">
      <w:pPr>
        <w:autoSpaceDE w:val="0"/>
        <w:autoSpaceDN w:val="0"/>
        <w:spacing w:after="0" w:line="230" w:lineRule="auto"/>
      </w:pPr>
      <w:r>
        <w:rPr>
          <w:rFonts w:ascii="Times New Roman" w:eastAsia="Times New Roman" w:hAnsi="Times New Roman"/>
          <w:b/>
          <w:color w:val="000000"/>
          <w:sz w:val="24"/>
        </w:rPr>
        <w:t xml:space="preserve">УЧЕБНО-МЕТОДИЧЕСКОЕ ОБЕСПЕЧЕНИЕ ОБРАЗОВАТЕЛЬНОГО ПРОЦЕССА </w:t>
      </w:r>
    </w:p>
    <w:p w14:paraId="07DDEB34" w14:textId="77777777" w:rsidR="00D5353B" w:rsidRPr="00232FC9" w:rsidRDefault="00EE76CB">
      <w:pPr>
        <w:autoSpaceDE w:val="0"/>
        <w:autoSpaceDN w:val="0"/>
        <w:spacing w:before="346" w:after="0" w:line="382" w:lineRule="auto"/>
        <w:ind w:right="1440"/>
        <w:rPr>
          <w:lang w:val="ru-RU"/>
        </w:rPr>
      </w:pPr>
      <w:r w:rsidRPr="00232FC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ОБЯЗАТЕЛЬНЫЕ УЧЕБНЫЕ МАТЕРИАЛЫ ДЛЯ УЧЕНИКА </w:t>
      </w:r>
      <w:r w:rsidRPr="00232FC9">
        <w:rPr>
          <w:lang w:val="ru-RU"/>
        </w:rPr>
        <w:br/>
      </w:r>
      <w:r w:rsidRPr="00232FC9">
        <w:rPr>
          <w:rFonts w:ascii="Times New Roman" w:eastAsia="Times New Roman" w:hAnsi="Times New Roman"/>
          <w:color w:val="000000"/>
          <w:sz w:val="24"/>
          <w:lang w:val="ru-RU"/>
        </w:rPr>
        <w:t xml:space="preserve">Введите свой вариант: </w:t>
      </w:r>
      <w:r w:rsidRPr="00232FC9">
        <w:rPr>
          <w:lang w:val="ru-RU"/>
        </w:rPr>
        <w:br/>
      </w:r>
      <w:r w:rsidRPr="00232FC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МЕТОДИЧЕСКИЕ МАТЕРИАЛЫ ДЛЯ УЧИТЕЛЯ </w:t>
      </w:r>
      <w:r w:rsidRPr="00232FC9">
        <w:rPr>
          <w:lang w:val="ru-RU"/>
        </w:rPr>
        <w:br/>
      </w:r>
      <w:r w:rsidRPr="00232FC9">
        <w:rPr>
          <w:rFonts w:ascii="Times New Roman" w:eastAsia="Times New Roman" w:hAnsi="Times New Roman"/>
          <w:b/>
          <w:color w:val="000000"/>
          <w:sz w:val="24"/>
          <w:lang w:val="ru-RU"/>
        </w:rPr>
        <w:t>ЦИФРОВЫЕ ОБРАЗОВАТЕЛЬНЫЕ РЕСУРСЫ И РЕСУРСЫ СЕТИ ИНТЕРНЕТ</w:t>
      </w:r>
    </w:p>
    <w:p w14:paraId="6794DBCA" w14:textId="77777777" w:rsidR="00D5353B" w:rsidRPr="00232FC9" w:rsidRDefault="00D5353B">
      <w:pPr>
        <w:rPr>
          <w:lang w:val="ru-RU"/>
        </w:rPr>
        <w:sectPr w:rsidR="00D5353B" w:rsidRPr="00232FC9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54C0D389" w14:textId="77777777" w:rsidR="00D5353B" w:rsidRPr="00232FC9" w:rsidRDefault="00D5353B">
      <w:pPr>
        <w:autoSpaceDE w:val="0"/>
        <w:autoSpaceDN w:val="0"/>
        <w:spacing w:after="78" w:line="220" w:lineRule="exact"/>
        <w:rPr>
          <w:lang w:val="ru-RU"/>
        </w:rPr>
      </w:pPr>
    </w:p>
    <w:p w14:paraId="048011FB" w14:textId="77777777" w:rsidR="00D5353B" w:rsidRPr="00232FC9" w:rsidRDefault="00EE76CB">
      <w:pPr>
        <w:autoSpaceDE w:val="0"/>
        <w:autoSpaceDN w:val="0"/>
        <w:spacing w:after="0" w:line="408" w:lineRule="auto"/>
        <w:ind w:right="432"/>
        <w:rPr>
          <w:lang w:val="ru-RU"/>
        </w:rPr>
      </w:pPr>
      <w:r w:rsidRPr="00232FC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МАТЕРИАЛЬНО-ТЕХНИЧЕСКОЕ ОБЕСПЕЧЕНИЕ ОБРАЗОВАТЕЛЬНОГО ПРОЦЕССА УЧЕБНОЕ ОБОРУДОВАНИЕ </w:t>
      </w:r>
      <w:r w:rsidRPr="00232FC9">
        <w:rPr>
          <w:lang w:val="ru-RU"/>
        </w:rPr>
        <w:br/>
      </w:r>
      <w:proofErr w:type="spellStart"/>
      <w:r w:rsidRPr="00232FC9">
        <w:rPr>
          <w:rFonts w:ascii="Times New Roman" w:eastAsia="Times New Roman" w:hAnsi="Times New Roman"/>
          <w:b/>
          <w:color w:val="000000"/>
          <w:sz w:val="24"/>
          <w:lang w:val="ru-RU"/>
        </w:rPr>
        <w:t>ОБОРУДОВАНИЕ</w:t>
      </w:r>
      <w:proofErr w:type="spellEnd"/>
      <w:r w:rsidRPr="00232FC9">
        <w:rPr>
          <w:rFonts w:ascii="Times New Roman" w:eastAsia="Times New Roman" w:hAnsi="Times New Roman"/>
          <w:b/>
          <w:color w:val="000000"/>
          <w:sz w:val="24"/>
          <w:lang w:val="ru-RU"/>
        </w:rPr>
        <w:t xml:space="preserve"> ДЛЯ ПРОВЕДЕНИЯ ПРАКТИЧЕСКИХ РАБОТ</w:t>
      </w:r>
    </w:p>
    <w:p w14:paraId="403E6A2E" w14:textId="77777777" w:rsidR="00D5353B" w:rsidRPr="00232FC9" w:rsidRDefault="00D5353B">
      <w:pPr>
        <w:rPr>
          <w:lang w:val="ru-RU"/>
        </w:rPr>
        <w:sectPr w:rsidR="00D5353B" w:rsidRPr="00232FC9">
          <w:pgSz w:w="11900" w:h="16840"/>
          <w:pgMar w:top="298" w:right="650" w:bottom="1440" w:left="666" w:header="720" w:footer="720" w:gutter="0"/>
          <w:cols w:space="720" w:equalWidth="0">
            <w:col w:w="10584" w:space="0"/>
          </w:cols>
          <w:docGrid w:linePitch="360"/>
        </w:sectPr>
      </w:pPr>
    </w:p>
    <w:p w14:paraId="357C2FB1" w14:textId="77777777" w:rsidR="00EE76CB" w:rsidRPr="00232FC9" w:rsidRDefault="00EE76CB">
      <w:pPr>
        <w:rPr>
          <w:lang w:val="ru-RU"/>
        </w:rPr>
      </w:pPr>
    </w:p>
    <w:sectPr w:rsidR="00EE76CB" w:rsidRPr="00232FC9" w:rsidSect="00034616">
      <w:pgSz w:w="11900" w:h="16840"/>
      <w:pgMar w:top="1440" w:right="1440" w:bottom="1440" w:left="1440" w:header="720" w:footer="720" w:gutter="0"/>
      <w:cols w:space="720" w:equalWidth="0">
        <w:col w:w="10584" w:space="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jaVu Serif">
    <w:altName w:val="Times New Roman"/>
    <w:panose1 w:val="02060603050605020204"/>
    <w:charset w:val="CC"/>
    <w:family w:val="roman"/>
    <w:pitch w:val="variable"/>
    <w:sig w:usb0="E50006FF" w:usb1="5200F9FB" w:usb2="0A04002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7AC06D36"/>
    <w:multiLevelType w:val="hybridMultilevel"/>
    <w:tmpl w:val="00840C90"/>
    <w:lvl w:ilvl="0" w:tplc="49D837A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8F5404AE">
      <w:start w:val="1"/>
      <w:numFmt w:val="bullet"/>
      <w:lvlText w:val="o"/>
      <w:lvlJc w:val="left"/>
      <w:pPr>
        <w:ind w:left="11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FFA4E07A">
      <w:start w:val="1"/>
      <w:numFmt w:val="bullet"/>
      <w:lvlText w:val="▪"/>
      <w:lvlJc w:val="left"/>
      <w:pPr>
        <w:ind w:left="1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25F828B2">
      <w:start w:val="1"/>
      <w:numFmt w:val="bullet"/>
      <w:lvlText w:val="•"/>
      <w:lvlJc w:val="left"/>
      <w:pPr>
        <w:ind w:left="2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B5EA69E6">
      <w:start w:val="1"/>
      <w:numFmt w:val="bullet"/>
      <w:lvlText w:val="o"/>
      <w:lvlJc w:val="left"/>
      <w:pPr>
        <w:ind w:left="33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2DE048F0">
      <w:start w:val="1"/>
      <w:numFmt w:val="bullet"/>
      <w:lvlText w:val="▪"/>
      <w:lvlJc w:val="left"/>
      <w:pPr>
        <w:ind w:left="4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96FA8764">
      <w:start w:val="1"/>
      <w:numFmt w:val="bullet"/>
      <w:lvlText w:val="•"/>
      <w:lvlJc w:val="left"/>
      <w:pPr>
        <w:ind w:left="47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894EE6EA">
      <w:start w:val="1"/>
      <w:numFmt w:val="bullet"/>
      <w:lvlText w:val="o"/>
      <w:lvlJc w:val="left"/>
      <w:pPr>
        <w:ind w:left="54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5DEA5F5A">
      <w:start w:val="1"/>
      <w:numFmt w:val="bullet"/>
      <w:lvlText w:val="▪"/>
      <w:lvlJc w:val="left"/>
      <w:pPr>
        <w:ind w:left="61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34616"/>
    <w:rsid w:val="0006063C"/>
    <w:rsid w:val="0015074B"/>
    <w:rsid w:val="00232FC9"/>
    <w:rsid w:val="0029639D"/>
    <w:rsid w:val="00326F90"/>
    <w:rsid w:val="0068378F"/>
    <w:rsid w:val="00934BAB"/>
    <w:rsid w:val="00AA1D8D"/>
    <w:rsid w:val="00B47730"/>
    <w:rsid w:val="00CB0664"/>
    <w:rsid w:val="00D5353B"/>
    <w:rsid w:val="00EE76C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4F714BD"/>
  <w14:defaultImageDpi w14:val="300"/>
  <w15:docId w15:val="{D585057E-23D6-4E06-96D3-C959A35D0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FC693F"/>
  </w:style>
  <w:style w:type="paragraph" w:styleId="1">
    <w:name w:val="heading 1"/>
    <w:basedOn w:val="a1"/>
    <w:next w:val="a1"/>
    <w:link w:val="10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1">
    <w:name w:val="heading 3"/>
    <w:basedOn w:val="a1"/>
    <w:next w:val="a1"/>
    <w:link w:val="32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E618BF"/>
  </w:style>
  <w:style w:type="paragraph" w:styleId="a7">
    <w:name w:val="footer"/>
    <w:basedOn w:val="a1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2"/>
    <w:link w:val="1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a">
    <w:name w:val="Title"/>
    <w:basedOn w:val="a1"/>
    <w:next w:val="a1"/>
    <w:link w:val="ab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Заголовок Знак"/>
    <w:basedOn w:val="a2"/>
    <w:link w:val="aa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Subtitle"/>
    <w:basedOn w:val="a1"/>
    <w:next w:val="a1"/>
    <w:link w:val="ad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d">
    <w:name w:val="Подзаголовок Знак"/>
    <w:basedOn w:val="a2"/>
    <w:link w:val="ac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e">
    <w:name w:val="List Paragraph"/>
    <w:basedOn w:val="a1"/>
    <w:uiPriority w:val="34"/>
    <w:qFormat/>
    <w:rsid w:val="00FC693F"/>
    <w:pPr>
      <w:ind w:left="720"/>
      <w:contextualSpacing/>
    </w:pPr>
  </w:style>
  <w:style w:type="paragraph" w:styleId="af">
    <w:name w:val="Body Text"/>
    <w:basedOn w:val="a1"/>
    <w:link w:val="af0"/>
    <w:uiPriority w:val="99"/>
    <w:unhideWhenUsed/>
    <w:rsid w:val="00AA1D8D"/>
    <w:pPr>
      <w:spacing w:after="120"/>
    </w:pPr>
  </w:style>
  <w:style w:type="character" w:customStyle="1" w:styleId="af0">
    <w:name w:val="Основной текст Знак"/>
    <w:basedOn w:val="a2"/>
    <w:link w:val="af"/>
    <w:uiPriority w:val="99"/>
    <w:rsid w:val="00AA1D8D"/>
  </w:style>
  <w:style w:type="paragraph" w:styleId="23">
    <w:name w:val="Body Text 2"/>
    <w:basedOn w:val="a1"/>
    <w:link w:val="24"/>
    <w:uiPriority w:val="99"/>
    <w:unhideWhenUsed/>
    <w:rsid w:val="00AA1D8D"/>
    <w:pPr>
      <w:spacing w:after="120" w:line="480" w:lineRule="auto"/>
    </w:pPr>
  </w:style>
  <w:style w:type="character" w:customStyle="1" w:styleId="24">
    <w:name w:val="Основной текст 2 Знак"/>
    <w:basedOn w:val="a2"/>
    <w:link w:val="23"/>
    <w:uiPriority w:val="99"/>
    <w:rsid w:val="00AA1D8D"/>
  </w:style>
  <w:style w:type="paragraph" w:styleId="33">
    <w:name w:val="Body Text 3"/>
    <w:basedOn w:val="a1"/>
    <w:link w:val="34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2"/>
    <w:link w:val="33"/>
    <w:uiPriority w:val="99"/>
    <w:rsid w:val="00AA1D8D"/>
    <w:rPr>
      <w:sz w:val="16"/>
      <w:szCs w:val="16"/>
    </w:rPr>
  </w:style>
  <w:style w:type="paragraph" w:styleId="af1">
    <w:name w:val="List"/>
    <w:basedOn w:val="a1"/>
    <w:uiPriority w:val="99"/>
    <w:unhideWhenUsed/>
    <w:rsid w:val="00AA1D8D"/>
    <w:pPr>
      <w:ind w:left="360" w:hanging="360"/>
      <w:contextualSpacing/>
    </w:pPr>
  </w:style>
  <w:style w:type="paragraph" w:styleId="25">
    <w:name w:val="List 2"/>
    <w:basedOn w:val="a1"/>
    <w:uiPriority w:val="99"/>
    <w:unhideWhenUsed/>
    <w:rsid w:val="00326F90"/>
    <w:pPr>
      <w:ind w:left="720" w:hanging="360"/>
      <w:contextualSpacing/>
    </w:pPr>
  </w:style>
  <w:style w:type="paragraph" w:styleId="35">
    <w:name w:val="List 3"/>
    <w:basedOn w:val="a1"/>
    <w:uiPriority w:val="99"/>
    <w:unhideWhenUsed/>
    <w:rsid w:val="00326F90"/>
    <w:pPr>
      <w:ind w:left="1080" w:hanging="360"/>
      <w:contextualSpacing/>
    </w:pPr>
  </w:style>
  <w:style w:type="paragraph" w:styleId="a0">
    <w:name w:val="List Bullet"/>
    <w:basedOn w:val="a1"/>
    <w:uiPriority w:val="99"/>
    <w:unhideWhenUsed/>
    <w:rsid w:val="00326F90"/>
    <w:pPr>
      <w:numPr>
        <w:numId w:val="1"/>
      </w:numPr>
      <w:contextualSpacing/>
    </w:pPr>
  </w:style>
  <w:style w:type="paragraph" w:styleId="20">
    <w:name w:val="List Bullet 2"/>
    <w:basedOn w:val="a1"/>
    <w:uiPriority w:val="99"/>
    <w:unhideWhenUsed/>
    <w:rsid w:val="00326F90"/>
    <w:pPr>
      <w:numPr>
        <w:numId w:val="2"/>
      </w:numPr>
      <w:contextualSpacing/>
    </w:pPr>
  </w:style>
  <w:style w:type="paragraph" w:styleId="30">
    <w:name w:val="List Bullet 3"/>
    <w:basedOn w:val="a1"/>
    <w:uiPriority w:val="99"/>
    <w:unhideWhenUsed/>
    <w:rsid w:val="00326F90"/>
    <w:pPr>
      <w:numPr>
        <w:numId w:val="3"/>
      </w:numPr>
      <w:contextualSpacing/>
    </w:pPr>
  </w:style>
  <w:style w:type="paragraph" w:styleId="a">
    <w:name w:val="List Number"/>
    <w:basedOn w:val="a1"/>
    <w:uiPriority w:val="99"/>
    <w:unhideWhenUsed/>
    <w:rsid w:val="00326F90"/>
    <w:pPr>
      <w:numPr>
        <w:numId w:val="5"/>
      </w:numPr>
      <w:contextualSpacing/>
    </w:pPr>
  </w:style>
  <w:style w:type="paragraph" w:styleId="2">
    <w:name w:val="List Number 2"/>
    <w:basedOn w:val="a1"/>
    <w:uiPriority w:val="99"/>
    <w:unhideWhenUsed/>
    <w:rsid w:val="0029639D"/>
    <w:pPr>
      <w:numPr>
        <w:numId w:val="6"/>
      </w:numPr>
      <w:contextualSpacing/>
    </w:pPr>
  </w:style>
  <w:style w:type="paragraph" w:styleId="3">
    <w:name w:val="List Number 3"/>
    <w:basedOn w:val="a1"/>
    <w:uiPriority w:val="99"/>
    <w:unhideWhenUsed/>
    <w:rsid w:val="0029639D"/>
    <w:pPr>
      <w:numPr>
        <w:numId w:val="7"/>
      </w:numPr>
      <w:contextualSpacing/>
    </w:pPr>
  </w:style>
  <w:style w:type="paragraph" w:styleId="af2">
    <w:name w:val="List Continue"/>
    <w:basedOn w:val="a1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basedOn w:val="a1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basedOn w:val="a1"/>
    <w:uiPriority w:val="99"/>
    <w:unhideWhenUsed/>
    <w:rsid w:val="0029639D"/>
    <w:pPr>
      <w:spacing w:after="120"/>
      <w:ind w:left="1080"/>
      <w:contextualSpacing/>
    </w:pPr>
  </w:style>
  <w:style w:type="paragraph" w:styleId="af3">
    <w:name w:val="macro"/>
    <w:link w:val="af4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4">
    <w:name w:val="Текст макроса Знак"/>
    <w:basedOn w:val="a2"/>
    <w:link w:val="af3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basedOn w:val="a1"/>
    <w:next w:val="a1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2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2"/>
    <w:link w:val="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2"/>
    <w:link w:val="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2"/>
    <w:link w:val="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2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5">
    <w:name w:val="caption"/>
    <w:basedOn w:val="a1"/>
    <w:next w:val="a1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6">
    <w:name w:val="Strong"/>
    <w:basedOn w:val="a2"/>
    <w:uiPriority w:val="22"/>
    <w:qFormat/>
    <w:rsid w:val="00FC693F"/>
    <w:rPr>
      <w:b/>
      <w:bCs/>
    </w:rPr>
  </w:style>
  <w:style w:type="character" w:styleId="af7">
    <w:name w:val="Emphasis"/>
    <w:basedOn w:val="a2"/>
    <w:uiPriority w:val="20"/>
    <w:qFormat/>
    <w:rsid w:val="00FC693F"/>
    <w:rPr>
      <w:i/>
      <w:iCs/>
    </w:rPr>
  </w:style>
  <w:style w:type="paragraph" w:styleId="af8">
    <w:name w:val="Intense Quote"/>
    <w:basedOn w:val="a1"/>
    <w:next w:val="a1"/>
    <w:link w:val="af9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9">
    <w:name w:val="Выделенная цитата Знак"/>
    <w:basedOn w:val="a2"/>
    <w:link w:val="af8"/>
    <w:uiPriority w:val="30"/>
    <w:rsid w:val="00FC693F"/>
    <w:rPr>
      <w:b/>
      <w:bCs/>
      <w:i/>
      <w:iCs/>
      <w:color w:val="4F81BD" w:themeColor="accent1"/>
    </w:rPr>
  </w:style>
  <w:style w:type="character" w:styleId="afa">
    <w:name w:val="Subtle Emphasis"/>
    <w:basedOn w:val="a2"/>
    <w:uiPriority w:val="19"/>
    <w:qFormat/>
    <w:rsid w:val="00FC693F"/>
    <w:rPr>
      <w:i/>
      <w:iCs/>
      <w:color w:val="808080" w:themeColor="text1" w:themeTint="7F"/>
    </w:rPr>
  </w:style>
  <w:style w:type="character" w:styleId="afb">
    <w:name w:val="Intense Emphasis"/>
    <w:basedOn w:val="a2"/>
    <w:uiPriority w:val="21"/>
    <w:qFormat/>
    <w:rsid w:val="00FC693F"/>
    <w:rPr>
      <w:b/>
      <w:bCs/>
      <w:i/>
      <w:iCs/>
      <w:color w:val="4F81BD" w:themeColor="accent1"/>
    </w:rPr>
  </w:style>
  <w:style w:type="character" w:styleId="afc">
    <w:name w:val="Subtle Reference"/>
    <w:basedOn w:val="a2"/>
    <w:uiPriority w:val="31"/>
    <w:qFormat/>
    <w:rsid w:val="00FC693F"/>
    <w:rPr>
      <w:smallCaps/>
      <w:color w:val="C0504D" w:themeColor="accent2"/>
      <w:u w:val="single"/>
    </w:rPr>
  </w:style>
  <w:style w:type="character" w:styleId="afd">
    <w:name w:val="Intense Reference"/>
    <w:basedOn w:val="a2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e">
    <w:name w:val="Book Title"/>
    <w:basedOn w:val="a2"/>
    <w:uiPriority w:val="33"/>
    <w:qFormat/>
    <w:rsid w:val="00FC693F"/>
    <w:rPr>
      <w:b/>
      <w:bCs/>
      <w:smallCaps/>
      <w:spacing w:val="5"/>
    </w:rPr>
  </w:style>
  <w:style w:type="paragraph" w:styleId="aff">
    <w:name w:val="TOC Heading"/>
    <w:basedOn w:val="1"/>
    <w:next w:val="a1"/>
    <w:uiPriority w:val="39"/>
    <w:semiHidden/>
    <w:unhideWhenUsed/>
    <w:qFormat/>
    <w:rsid w:val="00FC693F"/>
    <w:pPr>
      <w:outlineLvl w:val="9"/>
    </w:pPr>
  </w:style>
  <w:style w:type="table" w:styleId="aff0">
    <w:name w:val="Table Grid"/>
    <w:basedOn w:val="a3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1">
    <w:name w:val="Light Shading"/>
    <w:basedOn w:val="a3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2">
    <w:name w:val="Light List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3">
    <w:name w:val="Light Grid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3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3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3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4">
    <w:name w:val="Dark List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3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5">
    <w:name w:val="Colorful Shading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3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6">
    <w:name w:val="Colorful List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3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7">
    <w:name w:val="Colorful Grid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3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customStyle="1" w:styleId="TableGrid">
    <w:name w:val="TableGrid"/>
    <w:rsid w:val="00232FC9"/>
    <w:pPr>
      <w:spacing w:after="0" w:line="240" w:lineRule="auto"/>
    </w:pPr>
    <w:rPr>
      <w:lang w:val="ru-RU"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8">
    <w:name w:val="Balloon Text"/>
    <w:basedOn w:val="a1"/>
    <w:link w:val="aff9"/>
    <w:uiPriority w:val="99"/>
    <w:semiHidden/>
    <w:unhideWhenUsed/>
    <w:rsid w:val="006837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6837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1C83CAC-E48B-46D1-9226-1C6198F41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126</Pages>
  <Words>16194</Words>
  <Characters>92306</Characters>
  <Application>Microsoft Office Word</Application>
  <DocSecurity>0</DocSecurity>
  <Lines>769</Lines>
  <Paragraphs>216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108284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НАТАША</cp:lastModifiedBy>
  <cp:revision>5</cp:revision>
  <cp:lastPrinted>2022-06-27T04:03:00Z</cp:lastPrinted>
  <dcterms:created xsi:type="dcterms:W3CDTF">2013-12-23T23:15:00Z</dcterms:created>
  <dcterms:modified xsi:type="dcterms:W3CDTF">2022-06-28T01:43:00Z</dcterms:modified>
  <cp:category/>
</cp:coreProperties>
</file>