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5322F" w14:textId="77777777" w:rsidR="00626A04" w:rsidRDefault="00626A04">
      <w:pPr>
        <w:autoSpaceDE w:val="0"/>
        <w:autoSpaceDN w:val="0"/>
        <w:spacing w:after="78" w:line="220" w:lineRule="exact"/>
      </w:pPr>
    </w:p>
    <w:p w14:paraId="2FD0C61F" w14:textId="73FD2135" w:rsidR="00626A04" w:rsidRDefault="00EB595F" w:rsidP="00B268B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                       </w:t>
      </w:r>
      <w:r w:rsidR="00B268BB">
        <w:rPr>
          <w:noProof/>
        </w:rPr>
        <w:drawing>
          <wp:inline distT="0" distB="0" distL="0" distR="0" wp14:anchorId="0990E2F7" wp14:editId="176760E6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5A5E" w14:textId="77777777" w:rsidR="00626A04" w:rsidRDefault="00626A04">
      <w:pPr>
        <w:sectPr w:rsidR="00626A04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6D90B072" w14:textId="77777777" w:rsidR="00626A04" w:rsidRDefault="00626A04">
      <w:pPr>
        <w:autoSpaceDE w:val="0"/>
        <w:autoSpaceDN w:val="0"/>
        <w:spacing w:after="78" w:line="220" w:lineRule="exact"/>
      </w:pPr>
    </w:p>
    <w:p w14:paraId="62CDFF9F" w14:textId="77777777" w:rsidR="00626A04" w:rsidRDefault="00456110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13D45A7F" w14:textId="77777777" w:rsidR="00626A04" w:rsidRPr="00774C9E" w:rsidRDefault="00456110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54A0648C" w14:textId="77777777" w:rsidR="00626A04" w:rsidRPr="00774C9E" w:rsidRDefault="00456110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283E215B" w14:textId="77777777" w:rsidR="00626A04" w:rsidRPr="00774C9E" w:rsidRDefault="00456110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Во втором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7292795F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78471F21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14:paraId="5B822B4C" w14:textId="77777777" w:rsidR="00626A04" w:rsidRPr="00774C9E" w:rsidRDefault="00456110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2BC3FB9F" w14:textId="77777777" w:rsidR="00626A04" w:rsidRPr="00774C9E" w:rsidRDefault="0045611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 курсе технологии осуществляется реализация широкого спектра межпредметных связей.</w:t>
      </w:r>
    </w:p>
    <w:p w14:paraId="1898C3A7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14:paraId="37969CAF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14:paraId="2805B633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14:paraId="7E2B8715" w14:textId="77777777" w:rsidR="00626A04" w:rsidRPr="00774C9E" w:rsidRDefault="0045611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14:paraId="66EA388C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42883FE1" w14:textId="77777777" w:rsidR="00626A04" w:rsidRPr="00774C9E" w:rsidRDefault="00626A04">
      <w:pPr>
        <w:autoSpaceDE w:val="0"/>
        <w:autoSpaceDN w:val="0"/>
        <w:spacing w:after="78" w:line="220" w:lineRule="exact"/>
        <w:rPr>
          <w:lang w:val="ru-RU"/>
        </w:rPr>
      </w:pPr>
    </w:p>
    <w:p w14:paraId="00077F99" w14:textId="77777777" w:rsidR="00626A04" w:rsidRPr="00774C9E" w:rsidRDefault="00456110">
      <w:pPr>
        <w:autoSpaceDE w:val="0"/>
        <w:autoSpaceDN w:val="0"/>
        <w:spacing w:after="0" w:line="271" w:lineRule="auto"/>
        <w:ind w:right="720"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 духовного и нравственного развития обучающихся младшего школьного возраста.</w:t>
      </w:r>
    </w:p>
    <w:p w14:paraId="3AB6B06D" w14:textId="77777777" w:rsidR="00626A04" w:rsidRPr="00774C9E" w:rsidRDefault="00456110">
      <w:pPr>
        <w:autoSpaceDE w:val="0"/>
        <w:autoSpaceDN w:val="0"/>
        <w:spacing w:before="70" w:after="0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14:paraId="0D9B2702" w14:textId="77777777" w:rsidR="00626A04" w:rsidRPr="00774C9E" w:rsidRDefault="0045611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14:paraId="14343DF0" w14:textId="77777777" w:rsidR="00626A04" w:rsidRPr="00774C9E" w:rsidRDefault="00456110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3338DB3B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273F455F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14:paraId="4155064F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чертёжно-графической грамотности, умения работать с простейшей технологической документацией (рисунок, чертёж, эскиз, схема);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14:paraId="75DFD266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14:paraId="26977AC2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воспитание интереса и творческого отношения к продуктивной созидательной деятельности,</w:t>
      </w:r>
    </w:p>
    <w:p w14:paraId="1C4D26F1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98" w:right="704" w:bottom="368" w:left="666" w:header="720" w:footer="720" w:gutter="0"/>
          <w:cols w:space="720" w:equalWidth="0">
            <w:col w:w="10530" w:space="0"/>
          </w:cols>
          <w:docGrid w:linePitch="360"/>
        </w:sectPr>
      </w:pPr>
    </w:p>
    <w:p w14:paraId="56DBA372" w14:textId="77777777" w:rsidR="00626A04" w:rsidRPr="00774C9E" w:rsidRDefault="00626A04">
      <w:pPr>
        <w:autoSpaceDE w:val="0"/>
        <w:autoSpaceDN w:val="0"/>
        <w:spacing w:after="66" w:line="220" w:lineRule="exact"/>
        <w:rPr>
          <w:lang w:val="ru-RU"/>
        </w:rPr>
      </w:pPr>
    </w:p>
    <w:p w14:paraId="431A3996" w14:textId="77777777" w:rsidR="00626A04" w:rsidRPr="00774C9E" w:rsidRDefault="00456110">
      <w:pPr>
        <w:tabs>
          <w:tab w:val="left" w:pos="180"/>
        </w:tabs>
        <w:autoSpaceDE w:val="0"/>
        <w:autoSpaceDN w:val="0"/>
        <w:spacing w:after="0" w:line="281" w:lineRule="auto"/>
        <w:ind w:right="432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мотивации успеха и достижений, стремления к творческой самореализации;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601FFBEB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во 2 классе — 34 часа (по 1 часу в неделю).</w:t>
      </w:r>
    </w:p>
    <w:p w14:paraId="46104AB3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86" w:right="784" w:bottom="1440" w:left="666" w:header="720" w:footer="720" w:gutter="0"/>
          <w:cols w:space="720" w:equalWidth="0">
            <w:col w:w="10450" w:space="0"/>
          </w:cols>
          <w:docGrid w:linePitch="360"/>
        </w:sectPr>
      </w:pPr>
    </w:p>
    <w:p w14:paraId="7A0E972E" w14:textId="77777777" w:rsidR="00626A04" w:rsidRPr="00774C9E" w:rsidRDefault="00626A04">
      <w:pPr>
        <w:autoSpaceDE w:val="0"/>
        <w:autoSpaceDN w:val="0"/>
        <w:spacing w:after="78" w:line="220" w:lineRule="exact"/>
        <w:rPr>
          <w:lang w:val="ru-RU"/>
        </w:rPr>
      </w:pPr>
    </w:p>
    <w:p w14:paraId="1CCABDF8" w14:textId="77777777" w:rsidR="00626A04" w:rsidRPr="00774C9E" w:rsidRDefault="00456110">
      <w:pPr>
        <w:autoSpaceDE w:val="0"/>
        <w:autoSpaceDN w:val="0"/>
        <w:spacing w:after="0" w:line="230" w:lineRule="auto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8E6891E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346" w:after="0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выразительность. Средства художественной выразительности (композиция, цвет, тон и др.).</w:t>
      </w:r>
    </w:p>
    <w:p w14:paraId="2F271C51" w14:textId="77777777" w:rsidR="00626A04" w:rsidRPr="00774C9E" w:rsidRDefault="00456110">
      <w:pPr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Изготовление изделий с учётом данного принципа.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0A760FCB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профессии; правила мастера. Культурные традиции.</w:t>
      </w:r>
    </w:p>
    <w:p w14:paraId="6E489358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71498470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/>
        <w:ind w:right="288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2C6AA510" w14:textId="77777777" w:rsidR="00626A04" w:rsidRPr="00774C9E" w:rsidRDefault="00456110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др.), сборка изделия (сшивание). Подвижное соединение деталей изделия. Использование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соответствующих способов обработки материалов в зависимости от вида и назначения изделия.</w:t>
      </w:r>
    </w:p>
    <w:p w14:paraId="124B31B4" w14:textId="77777777" w:rsidR="00626A04" w:rsidRPr="00774C9E" w:rsidRDefault="0045611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Виды условных графических изображений: рисунок, простейший чертёж, эскиз, схема. Чертёжные инструменты —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69BE8687" w14:textId="77777777" w:rsidR="00626A04" w:rsidRPr="00774C9E" w:rsidRDefault="00456110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бумаги и картона.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— биговка. Подвижное соединение деталей на проволоку, толстую нитку.</w:t>
      </w:r>
    </w:p>
    <w:p w14:paraId="4D3BD577" w14:textId="77777777" w:rsidR="00626A04" w:rsidRPr="00774C9E" w:rsidRDefault="00456110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u w:val="single"/>
          <w:lang w:val="ru-RU"/>
        </w:rPr>
        <w:t>Технология обработки текстильных материалов.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Строение ткани (поперечное и продольное направление нитей). Ткани и нитки растительного происхождения (полученные на основе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и/или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0B7909B4" w14:textId="77777777" w:rsidR="00626A04" w:rsidRPr="00774C9E" w:rsidRDefault="0045611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Использование дополнительных материалов (например, проволока, пряжа, бусины и др.).</w:t>
      </w:r>
    </w:p>
    <w:p w14:paraId="3D75FF34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72CC4C4C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297FAB8" w14:textId="77777777" w:rsidR="00626A04" w:rsidRPr="00774C9E" w:rsidRDefault="00626A04">
      <w:pPr>
        <w:autoSpaceDE w:val="0"/>
        <w:autoSpaceDN w:val="0"/>
        <w:spacing w:after="96" w:line="220" w:lineRule="exact"/>
        <w:rPr>
          <w:lang w:val="ru-RU"/>
        </w:rPr>
      </w:pPr>
    </w:p>
    <w:p w14:paraId="3B7A291B" w14:textId="77777777" w:rsidR="00626A04" w:rsidRPr="00774C9E" w:rsidRDefault="00456110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5887B67E" w14:textId="77777777" w:rsidR="00626A04" w:rsidRPr="00774C9E" w:rsidRDefault="00456110">
      <w:pPr>
        <w:autoSpaceDE w:val="0"/>
        <w:autoSpaceDN w:val="0"/>
        <w:spacing w:before="70" w:after="0" w:line="262" w:lineRule="auto"/>
        <w:ind w:left="180" w:right="2304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Демонстрация учителем готовых материалов на информационных носителях.</w:t>
      </w:r>
    </w:p>
    <w:p w14:paraId="6970D6C3" w14:textId="77777777" w:rsidR="00626A04" w:rsidRPr="00774C9E" w:rsidRDefault="0045611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Поиск информации. Интернет как источник информации.</w:t>
      </w:r>
    </w:p>
    <w:p w14:paraId="28EBF2A0" w14:textId="77777777" w:rsidR="00626A04" w:rsidRPr="00774C9E" w:rsidRDefault="00456110">
      <w:pPr>
        <w:autoSpaceDE w:val="0"/>
        <w:autoSpaceDN w:val="0"/>
        <w:spacing w:before="190" w:after="0" w:line="286" w:lineRule="auto"/>
        <w:ind w:left="180" w:right="432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Познавательные УУД: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 (в пределах изученного);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образцом, инструкцией, устной или письменной;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группировки с учётом указанных критериев; строить рассуждения, делать умозаключения, проверять их в практической работе;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воспроизводить порядок действий при решении учебной/практической задачи;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осуществлять решение простых задач в умственной и материализованной форме.</w:t>
      </w:r>
    </w:p>
    <w:p w14:paraId="7EC79A4B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получать информацию из учебника и других дидактических материалов, использовать её в работе; </w:t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4A773BF6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Коммуникативные УУД: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участия в учебном диалоге: задавать вопросы, дополнять ответы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одноклассников, высказывать своё мнение; отвечать на вопросы; проявлять уважительное отношение к одноклассникам, внимание к мнению другого;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делиться впечатлениями о прослушанном (прочитанном) тексте, рассказе учителя; о выполненной работе, созданном изделии.</w:t>
      </w:r>
    </w:p>
    <w:p w14:paraId="5B442B00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Регулятивные УУД: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свою деятельность;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предлагаемый план действий, действовать по плану;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прогнозировать необходимые действия для получения практического результата, планировать работу;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воспринимать советы, оценку учителя и одноклассников, стараться учитывать их в работе.</w:t>
      </w:r>
    </w:p>
    <w:p w14:paraId="613288A6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72" w:after="0" w:line="281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элементарную совместную деятельность в процессе изготовления изделий, осуществлять взаимопомощь;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выполнять правила совместной работы: справедливо распределять работу; договариваться, выполнять ответственно свою часть работы, уважительно относиться к чужому мнению.</w:t>
      </w:r>
    </w:p>
    <w:p w14:paraId="6AB1267D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316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291E6F9D" w14:textId="77777777" w:rsidR="00626A04" w:rsidRPr="00774C9E" w:rsidRDefault="00626A04">
      <w:pPr>
        <w:autoSpaceDE w:val="0"/>
        <w:autoSpaceDN w:val="0"/>
        <w:spacing w:after="78" w:line="220" w:lineRule="exact"/>
        <w:rPr>
          <w:lang w:val="ru-RU"/>
        </w:rPr>
      </w:pPr>
    </w:p>
    <w:p w14:paraId="0FACAA96" w14:textId="77777777" w:rsidR="00626A04" w:rsidRPr="00774C9E" w:rsidRDefault="00456110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ОСВОЕНИЯ УЧЕБНОГО ПРЕДМЕТА «ТЕХНОЛОГИЯ»НА УРОВНЕ НАЧАЛЬНОГО ОБЩЕГО ОБРАЗОВАНИЯ </w:t>
      </w:r>
    </w:p>
    <w:p w14:paraId="6E18FA15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14:paraId="4F3EDD4E" w14:textId="77777777" w:rsidR="00626A04" w:rsidRPr="00774C9E" w:rsidRDefault="00456110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39BCE5E8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1ECCD6B1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14:paraId="3354FCDF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E75D62B" w14:textId="77777777" w:rsidR="00626A04" w:rsidRPr="00774C9E" w:rsidRDefault="00626A04">
      <w:pPr>
        <w:autoSpaceDE w:val="0"/>
        <w:autoSpaceDN w:val="0"/>
        <w:spacing w:after="66" w:line="220" w:lineRule="exact"/>
        <w:rPr>
          <w:lang w:val="ru-RU"/>
        </w:rPr>
      </w:pPr>
    </w:p>
    <w:p w14:paraId="69A623AF" w14:textId="77777777" w:rsidR="00626A04" w:rsidRPr="00774C9E" w:rsidRDefault="00456110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25B3D847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14:paraId="7F7CDE40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работы.</w:t>
      </w:r>
    </w:p>
    <w:p w14:paraId="746741DF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3856F555" w14:textId="77777777" w:rsidR="00626A04" w:rsidRPr="00774C9E" w:rsidRDefault="00456110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</w:t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во втором</w:t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задания по самостоятельно составленному плану;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искусства;</w:t>
      </w:r>
    </w:p>
    <w:p w14:paraId="7B0E9850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86" w:right="668" w:bottom="36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79F63E7A" w14:textId="77777777" w:rsidR="00626A04" w:rsidRPr="00774C9E" w:rsidRDefault="00626A04">
      <w:pPr>
        <w:autoSpaceDE w:val="0"/>
        <w:autoSpaceDN w:val="0"/>
        <w:spacing w:after="78" w:line="220" w:lineRule="exact"/>
        <w:rPr>
          <w:lang w:val="ru-RU"/>
        </w:rPr>
      </w:pPr>
    </w:p>
    <w:p w14:paraId="76C7D39D" w14:textId="77777777" w:rsidR="00626A04" w:rsidRPr="00774C9E" w:rsidRDefault="00456110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выделять, называть и применять изученные общие правила создания рукотворного мира в своей предметно-творческой деятельности;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рабочее место в соответствии с видом деятельности, поддерживать порядок во время работы, убирать рабочее место;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задание/образец по предложенным вопросам, памятке или инструкции,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выполнять доступные задания с опорой на инструкционную (технологическую) карту;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отбирать материалы и инструменты для работы; исследовать свойства новых изучаемых материалов (толстый картон, натуральные ткани, нитки, проволока и др.);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симметрии);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биговку;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построение простейшего лекала (выкройки) правильной геометрической формы и разметку деталей кроя на ткани по нему/ней;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оформлять изделия и соединять детали освоенными ручными строчками;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смысл понятия «развёртка» (трёхмерного предмета); соотносить объёмную конструкцию с изображениями её развёртки;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отличать макет от модели, строить трёхмерный макет из готовой развёртки;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определять неподвижный и подвижный способ соединения деталей и выполнять подвижное и неподвижное соединения известными способами;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модели, простейшему чертежу или эскизу;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несложные конструкторско-технологические задачи;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применять освоенные знания и практические умения (технологические, графические,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конструкторские) в самостоятельной интеллектуальной и практической деятельности;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выбор, какое мнение принять — своё или другое, высказанное в ходе обсуждения;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малых группах, осуществлять сотрудничество;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особенности проектной деятельности, осуществлять под руководством учителя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 </w:t>
      </w:r>
      <w:r w:rsidRPr="00774C9E">
        <w:rPr>
          <w:lang w:val="ru-RU"/>
        </w:rPr>
        <w:br/>
      </w:r>
      <w:r w:rsidRPr="00774C9E">
        <w:rPr>
          <w:lang w:val="ru-RU"/>
        </w:rPr>
        <w:tab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>называть профессии людей, работающих в сфере обслуживания.</w:t>
      </w:r>
    </w:p>
    <w:p w14:paraId="6B0E33A1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98" w:right="662" w:bottom="1440" w:left="666" w:header="720" w:footer="720" w:gutter="0"/>
          <w:cols w:space="720" w:equalWidth="0">
            <w:col w:w="10572" w:space="0"/>
          </w:cols>
          <w:docGrid w:linePitch="360"/>
        </w:sectPr>
      </w:pPr>
    </w:p>
    <w:p w14:paraId="1ADFA299" w14:textId="77777777" w:rsidR="00626A04" w:rsidRPr="00774C9E" w:rsidRDefault="00626A04">
      <w:pPr>
        <w:autoSpaceDE w:val="0"/>
        <w:autoSpaceDN w:val="0"/>
        <w:spacing w:after="0" w:line="14" w:lineRule="exact"/>
        <w:rPr>
          <w:lang w:val="ru-RU"/>
        </w:rPr>
      </w:pPr>
    </w:p>
    <w:p w14:paraId="106D8BD8" w14:textId="77777777" w:rsidR="00774C9E" w:rsidRPr="00774C9E" w:rsidRDefault="00774C9E" w:rsidP="00774C9E">
      <w:pPr>
        <w:rPr>
          <w:lang w:val="ru-RU"/>
        </w:rPr>
      </w:pPr>
      <w:r w:rsidRPr="00774C9E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113011" wp14:editId="5D6DE67F">
                <wp:simplePos x="0" y="0"/>
                <wp:positionH relativeFrom="page">
                  <wp:posOffset>422910</wp:posOffset>
                </wp:positionH>
                <wp:positionV relativeFrom="page">
                  <wp:posOffset>528955</wp:posOffset>
                </wp:positionV>
                <wp:extent cx="9850755" cy="7620"/>
                <wp:effectExtent l="0" t="0" r="0" b="0"/>
                <wp:wrapTopAndBottom/>
                <wp:docPr id="46631" name="Group 46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755" cy="7620"/>
                          <a:chOff x="0" y="0"/>
                          <a:chExt cx="9850755" cy="7620"/>
                        </a:xfrm>
                      </wpg:grpSpPr>
                      <wps:wsp>
                        <wps:cNvPr id="48654" name="Shape 48654"/>
                        <wps:cNvSpPr/>
                        <wps:spPr>
                          <a:xfrm>
                            <a:off x="0" y="0"/>
                            <a:ext cx="9850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755" h="9144">
                                <a:moveTo>
                                  <a:pt x="0" y="0"/>
                                </a:moveTo>
                                <a:lnTo>
                                  <a:pt x="9850755" y="0"/>
                                </a:lnTo>
                                <a:lnTo>
                                  <a:pt x="9850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72FC2" id="Group 46631" o:spid="_x0000_s1026" style="position:absolute;margin-left:33.3pt;margin-top:41.65pt;width:775.65pt;height:.6pt;z-index:251659264;mso-position-horizontal-relative:page;mso-position-vertical-relative:page" coordsize="9850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">
                <v:shape id="Shape 48654" o:spid="_x0000_s1027" style="position:absolute;width:98507;height:91;visibility:visible;mso-wrap-style:square;v-text-anchor:top" coordsize="9850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" path="m,l9850755,r,9144l,9144,,e" fillcolor="black" stroked="f" strokeweight="0">
                  <v:stroke miterlimit="83231f" joinstyle="miter"/>
                  <v:path arrowok="t" textboxrect="0,0,9850755,9144"/>
                </v:shape>
                <w10:wrap type="topAndBottom" anchorx="page" anchory="page"/>
              </v:group>
            </w:pict>
          </mc:Fallback>
        </mc:AlternateContent>
      </w:r>
      <w:r w:rsidRPr="00774C9E">
        <w:rPr>
          <w:b/>
          <w:lang w:val="ru-RU"/>
        </w:rPr>
        <w:t xml:space="preserve">ТЕМАТИЧЕСКОЕ ПЛАНИРОВАНИЕ </w:t>
      </w:r>
    </w:p>
    <w:p w14:paraId="559AA327" w14:textId="77777777" w:rsidR="00774C9E" w:rsidRPr="00774C9E" w:rsidRDefault="00774C9E" w:rsidP="00774C9E">
      <w:pPr>
        <w:rPr>
          <w:lang w:val="ru-RU"/>
        </w:rPr>
      </w:pPr>
      <w:r w:rsidRPr="00774C9E">
        <w:rPr>
          <w:b/>
          <w:lang w:val="ru-RU"/>
        </w:rPr>
        <w:t xml:space="preserve"> </w:t>
      </w: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28" w:type="dxa"/>
        </w:tblCellMar>
        <w:tblLook w:val="04A0" w:firstRow="1" w:lastRow="0" w:firstColumn="1" w:lastColumn="0" w:noHBand="0" w:noVBand="1"/>
      </w:tblPr>
      <w:tblGrid>
        <w:gridCol w:w="430"/>
        <w:gridCol w:w="2890"/>
        <w:gridCol w:w="607"/>
        <w:gridCol w:w="1481"/>
        <w:gridCol w:w="1537"/>
        <w:gridCol w:w="1045"/>
        <w:gridCol w:w="2538"/>
        <w:gridCol w:w="1439"/>
        <w:gridCol w:w="3532"/>
      </w:tblGrid>
      <w:tr w:rsidR="00774C9E" w:rsidRPr="00774C9E" w14:paraId="740BF096" w14:textId="77777777" w:rsidTr="005C4ECF">
        <w:trPr>
          <w:trHeight w:val="346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1E62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№ </w:t>
            </w:r>
          </w:p>
          <w:p w14:paraId="3497885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п/п </w:t>
            </w:r>
          </w:p>
        </w:tc>
        <w:tc>
          <w:tcPr>
            <w:tcW w:w="41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5419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Наименование разделов и тем программы </w:t>
            </w: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C270E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Количество часов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735F4F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C356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Дата изучения </w:t>
            </w:r>
          </w:p>
        </w:tc>
        <w:tc>
          <w:tcPr>
            <w:tcW w:w="3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9E39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Виды деятельности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C3D7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Виды, формы контроля </w:t>
            </w:r>
          </w:p>
        </w:tc>
        <w:tc>
          <w:tcPr>
            <w:tcW w:w="23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FE25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774C9E" w:rsidRPr="00774C9E" w14:paraId="28210112" w14:textId="77777777" w:rsidTr="005C4ECF">
        <w:trPr>
          <w:trHeight w:val="54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997EE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630D8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CAED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BC51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контрольные работы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6026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67ECA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AB14B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08700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7F57A" w14:textId="77777777" w:rsidR="00774C9E" w:rsidRPr="00774C9E" w:rsidRDefault="00774C9E" w:rsidP="00774C9E">
            <w:pPr>
              <w:spacing w:after="200" w:line="276" w:lineRule="auto"/>
            </w:pPr>
          </w:p>
        </w:tc>
      </w:tr>
      <w:tr w:rsidR="00774C9E" w:rsidRPr="00B268BB" w14:paraId="0C736725" w14:textId="77777777" w:rsidTr="005C4ECF">
        <w:trPr>
          <w:trHeight w:val="346"/>
        </w:trPr>
        <w:tc>
          <w:tcPr>
            <w:tcW w:w="62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32C86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Модуль 1. ТЕХНОЛОГИИ, ПРОФЕССИИ И ПРОИЗВОДСТВА </w:t>
            </w:r>
          </w:p>
        </w:tc>
        <w:tc>
          <w:tcPr>
            <w:tcW w:w="9296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3F38D0" w14:textId="77777777" w:rsidR="00774C9E" w:rsidRPr="00774C9E" w:rsidRDefault="00774C9E" w:rsidP="00774C9E">
            <w:pPr>
              <w:spacing w:after="200" w:line="276" w:lineRule="auto"/>
            </w:pPr>
          </w:p>
        </w:tc>
      </w:tr>
      <w:tr w:rsidR="00774C9E" w:rsidRPr="00774C9E" w14:paraId="00D0F255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8B94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1.1.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8B38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</w:t>
            </w:r>
          </w:p>
          <w:p w14:paraId="320C40F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выразительность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55EE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6CAF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43F2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8104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4CAA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Выбирать правила безопасной работы, выбирать инструменты и приспособления в зависимости от технологии изготавливаемых изделий. Изучать возможности использования изучаемых инструментов и приспособлений людьми разных профессий.;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F739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1256" w14:textId="77777777" w:rsidR="00774C9E" w:rsidRPr="00774C9E" w:rsidRDefault="00B268BB" w:rsidP="00774C9E">
            <w:pPr>
              <w:spacing w:after="200" w:line="276" w:lineRule="auto"/>
            </w:pPr>
            <w:hyperlink r:id="rId7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60866D1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201320E2" w14:textId="77777777" w:rsidR="00774C9E" w:rsidRPr="00774C9E" w:rsidRDefault="00B268BB" w:rsidP="00774C9E">
            <w:pPr>
              <w:spacing w:after="200" w:line="276" w:lineRule="auto"/>
            </w:pPr>
            <w:hyperlink r:id="rId9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18E153AC" w14:textId="77777777" w:rsidR="00774C9E" w:rsidRPr="00774C9E" w:rsidRDefault="00B268BB" w:rsidP="00774C9E">
            <w:pPr>
              <w:spacing w:after="200" w:line="276" w:lineRule="auto"/>
            </w:pPr>
            <w:hyperlink r:id="rId11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2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1753B19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4C88A567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D5FB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1.2.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F1D6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Средства художественной выразительности </w:t>
            </w:r>
          </w:p>
          <w:p w14:paraId="3A9880F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(композиция, цвет, тон и др.). Изготовление изделий с учётом данного принципа.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9521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DF5B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7FB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9651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78DE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Изготавливать изделия из различных материалов, использовать свойства материалов при работе над изделием. Подготавливать </w:t>
            </w:r>
            <w:r w:rsidRPr="00774C9E">
              <w:lastRenderedPageBreak/>
              <w:t xml:space="preserve">материалы к работе.;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C98E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2037E" w14:textId="77777777" w:rsidR="00774C9E" w:rsidRPr="00774C9E" w:rsidRDefault="00B268BB" w:rsidP="00774C9E">
            <w:pPr>
              <w:spacing w:after="200" w:line="276" w:lineRule="auto"/>
            </w:pPr>
            <w:hyperlink r:id="rId13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661D007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01A7D3A3" w14:textId="77777777" w:rsidR="00774C9E" w:rsidRPr="00774C9E" w:rsidRDefault="00B268BB" w:rsidP="00774C9E">
            <w:pPr>
              <w:spacing w:after="200" w:line="276" w:lineRule="auto"/>
            </w:pPr>
            <w:hyperlink r:id="rId15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</w:t>
            </w:r>
            <w:r w:rsidR="00774C9E" w:rsidRPr="00774C9E">
              <w:lastRenderedPageBreak/>
              <w:t xml:space="preserve">сказка» </w:t>
            </w:r>
          </w:p>
          <w:p w14:paraId="1E6ED81A" w14:textId="77777777" w:rsidR="00774C9E" w:rsidRPr="00774C9E" w:rsidRDefault="00B268BB" w:rsidP="00774C9E">
            <w:pPr>
              <w:spacing w:after="200" w:line="276" w:lineRule="auto"/>
            </w:pPr>
            <w:hyperlink r:id="rId17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8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1D6526A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53ACD9D9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E429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1.3.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E494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937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E127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6625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6EBF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60B3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Рассматривать использование принципа создания вещей, средств художественной выразительности в различных отраслях и профессиях.;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9EDB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1550E" w14:textId="77777777" w:rsidR="00774C9E" w:rsidRPr="00774C9E" w:rsidRDefault="00B268BB" w:rsidP="00774C9E">
            <w:pPr>
              <w:spacing w:after="200" w:line="276" w:lineRule="auto"/>
            </w:pPr>
            <w:hyperlink r:id="rId19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2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178D02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12D7433D" w14:textId="77777777" w:rsidR="00774C9E" w:rsidRPr="00774C9E" w:rsidRDefault="00B268BB" w:rsidP="00774C9E">
            <w:pPr>
              <w:spacing w:after="200" w:line="276" w:lineRule="auto"/>
            </w:pPr>
            <w:hyperlink r:id="rId21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2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673B3C6C" w14:textId="77777777" w:rsidR="00774C9E" w:rsidRPr="00774C9E" w:rsidRDefault="00B268BB" w:rsidP="00774C9E">
            <w:pPr>
              <w:spacing w:after="200" w:line="276" w:lineRule="auto"/>
            </w:pPr>
            <w:hyperlink r:id="rId23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24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6689E89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718D7D2B" w14:textId="77777777" w:rsidTr="005C4ECF">
        <w:trPr>
          <w:trHeight w:val="188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E306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1.4.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2A4D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Изготовление изделий из различных материалов с соблюдением этапов технологического процесса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AE7B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8D51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48DC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F053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91D7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Изготавливать изделия из различных материалов, использовать свойства материалов при работе над изделием. Подготавливать </w:t>
            </w:r>
            <w:r w:rsidRPr="00774C9E">
              <w:lastRenderedPageBreak/>
              <w:t xml:space="preserve">материалы к работе.;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B9D4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D2779" w14:textId="77777777" w:rsidR="00774C9E" w:rsidRPr="00774C9E" w:rsidRDefault="00B268BB" w:rsidP="00774C9E">
            <w:pPr>
              <w:spacing w:after="200" w:line="276" w:lineRule="auto"/>
            </w:pPr>
            <w:hyperlink r:id="rId25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2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4F102AD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3A486ACC" w14:textId="77777777" w:rsidR="00774C9E" w:rsidRPr="00774C9E" w:rsidRDefault="00B268BB" w:rsidP="00774C9E">
            <w:pPr>
              <w:spacing w:after="200" w:line="276" w:lineRule="auto"/>
            </w:pPr>
            <w:hyperlink r:id="rId27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2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</w:t>
            </w:r>
            <w:r w:rsidR="00774C9E" w:rsidRPr="00774C9E">
              <w:lastRenderedPageBreak/>
              <w:t xml:space="preserve">сказка» </w:t>
            </w:r>
          </w:p>
          <w:p w14:paraId="0735F525" w14:textId="77777777" w:rsidR="00774C9E" w:rsidRPr="00774C9E" w:rsidRDefault="00B268BB" w:rsidP="00774C9E">
            <w:pPr>
              <w:spacing w:after="200" w:line="276" w:lineRule="auto"/>
            </w:pPr>
            <w:hyperlink r:id="rId29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30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3C0A488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</w:tbl>
    <w:p w14:paraId="5C07CCCF" w14:textId="77777777" w:rsidR="00774C9E" w:rsidRPr="00774C9E" w:rsidRDefault="00774C9E" w:rsidP="00774C9E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47"/>
        <w:gridCol w:w="3662"/>
        <w:gridCol w:w="484"/>
        <w:gridCol w:w="886"/>
        <w:gridCol w:w="915"/>
        <w:gridCol w:w="627"/>
        <w:gridCol w:w="3479"/>
        <w:gridCol w:w="1453"/>
        <w:gridCol w:w="3546"/>
      </w:tblGrid>
      <w:tr w:rsidR="00774C9E" w:rsidRPr="00774C9E" w14:paraId="6AA9D399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91A8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1.5.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AC9F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Традиции и современность. Новая жизнь древних про- фессий. Совершенствование их технологических процессов. Мастера и их профессии; правила мастера. </w:t>
            </w:r>
          </w:p>
          <w:p w14:paraId="1C73C3C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Культурные традиции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B87F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B9ED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979F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8ED1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C8F0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Формировать 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(выделения) деталей, формообразование деталей, сборка, отделка изделия; проверка изделия в действии, внесение необходимых дополнений и изменений.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6F8A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EBA20" w14:textId="77777777" w:rsidR="00774C9E" w:rsidRPr="00774C9E" w:rsidRDefault="00B268BB" w:rsidP="00774C9E">
            <w:pPr>
              <w:spacing w:after="200" w:line="276" w:lineRule="auto"/>
            </w:pPr>
            <w:hyperlink r:id="rId31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3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4A5716B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0A0F7A6C" w14:textId="77777777" w:rsidR="00774C9E" w:rsidRPr="00774C9E" w:rsidRDefault="00B268BB" w:rsidP="00774C9E">
            <w:pPr>
              <w:spacing w:after="200" w:line="276" w:lineRule="auto"/>
            </w:pPr>
            <w:hyperlink r:id="rId33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3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0ED83217" w14:textId="77777777" w:rsidR="00774C9E" w:rsidRPr="00774C9E" w:rsidRDefault="00B268BB" w:rsidP="00774C9E">
            <w:pPr>
              <w:spacing w:after="200" w:line="276" w:lineRule="auto"/>
            </w:pPr>
            <w:hyperlink r:id="rId35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36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1706605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4F20587A" w14:textId="77777777" w:rsidTr="005C4ECF">
        <w:trPr>
          <w:trHeight w:val="196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77C1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1.6.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F1F5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Элементарная творческая и проектная деятельность (создание замысла, его детализация и воплощение). </w:t>
            </w:r>
          </w:p>
          <w:p w14:paraId="05F343C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Несложные коллективные, групповые проекты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BC89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060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00FF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12CE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4804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Формировать элементарные представления об основном принципе создания мира вещей: прочность конструкции, удобство использования, эстетическая выразительность. Изготавливать изделия с учётом данного </w:t>
            </w:r>
            <w:r w:rsidRPr="00774C9E">
              <w:lastRenderedPageBreak/>
              <w:t xml:space="preserve">принципа.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9B58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6BDF0" w14:textId="77777777" w:rsidR="00774C9E" w:rsidRPr="00774C9E" w:rsidRDefault="00B268BB" w:rsidP="00774C9E">
            <w:pPr>
              <w:spacing w:after="200" w:line="276" w:lineRule="auto"/>
            </w:pPr>
            <w:hyperlink r:id="rId37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3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D41604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20165CB5" w14:textId="77777777" w:rsidR="00774C9E" w:rsidRPr="00774C9E" w:rsidRDefault="00B268BB" w:rsidP="00774C9E">
            <w:pPr>
              <w:spacing w:after="200" w:line="276" w:lineRule="auto"/>
            </w:pPr>
            <w:hyperlink r:id="rId39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4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</w:t>
            </w:r>
            <w:r w:rsidR="00774C9E" w:rsidRPr="00774C9E">
              <w:lastRenderedPageBreak/>
              <w:t xml:space="preserve">сказка» </w:t>
            </w:r>
          </w:p>
          <w:p w14:paraId="14EF3CFC" w14:textId="77777777" w:rsidR="00774C9E" w:rsidRPr="00774C9E" w:rsidRDefault="00B268BB" w:rsidP="00774C9E">
            <w:pPr>
              <w:spacing w:after="200" w:line="276" w:lineRule="auto"/>
            </w:pPr>
            <w:hyperlink r:id="rId41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42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39034FF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0BC8A061" w14:textId="77777777" w:rsidTr="005C4ECF">
        <w:trPr>
          <w:trHeight w:val="346"/>
        </w:trPr>
        <w:tc>
          <w:tcPr>
            <w:tcW w:w="4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EF29A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E6DC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8 </w:t>
            </w:r>
          </w:p>
        </w:tc>
        <w:tc>
          <w:tcPr>
            <w:tcW w:w="104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6FB6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</w:tr>
      <w:tr w:rsidR="00774C9E" w:rsidRPr="00B268BB" w14:paraId="3B7B6298" w14:textId="77777777" w:rsidTr="005C4ECF">
        <w:trPr>
          <w:trHeight w:val="350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D4E8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Модуль 2. ТЕХНОЛОГИИ РУЧНОЙ ОБРАБОТКИ МАТЕРИАЛОВ </w:t>
            </w:r>
          </w:p>
        </w:tc>
      </w:tr>
      <w:tr w:rsidR="00774C9E" w:rsidRPr="00774C9E" w14:paraId="44EA538E" w14:textId="77777777" w:rsidTr="005C4ECF">
        <w:trPr>
          <w:trHeight w:val="188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2463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CCCD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BA05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3C91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6E90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576D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C3D9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По заданному образцу организовывать свою деятельность: подготавливать рабочее место для работы с бумагой и картоном, правильно и рационально размещать инструменты и материалы в соответствии с индивидуальными особенностями обучающихся, под контролем учителя в процессе выполнения изделия контролировать и при необходимости восстанавливать порядок на рабочем </w:t>
            </w:r>
          </w:p>
          <w:p w14:paraId="49C49C6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месте; убирать рабочее место.;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0284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5187B" w14:textId="77777777" w:rsidR="00774C9E" w:rsidRPr="00774C9E" w:rsidRDefault="00B268BB" w:rsidP="00774C9E">
            <w:pPr>
              <w:spacing w:after="200" w:line="276" w:lineRule="auto"/>
            </w:pPr>
            <w:hyperlink r:id="rId43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4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18922D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050A6B33" w14:textId="77777777" w:rsidR="00774C9E" w:rsidRPr="00774C9E" w:rsidRDefault="00B268BB" w:rsidP="00774C9E">
            <w:pPr>
              <w:spacing w:after="200" w:line="276" w:lineRule="auto"/>
            </w:pPr>
            <w:hyperlink r:id="rId45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4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7BBF35E1" w14:textId="77777777" w:rsidR="00774C9E" w:rsidRPr="00774C9E" w:rsidRDefault="00B268BB" w:rsidP="00774C9E">
            <w:pPr>
              <w:spacing w:after="200" w:line="276" w:lineRule="auto"/>
            </w:pPr>
            <w:hyperlink r:id="rId47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48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7182E07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6CA28A85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411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2.2.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19BF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</w:t>
            </w:r>
            <w:r w:rsidRPr="00774C9E">
              <w:rPr>
                <w:b/>
              </w:rPr>
              <w:lastRenderedPageBreak/>
              <w:t xml:space="preserve">(угольника, циркуля), формообразование деталей (сгибание, складывание тонкого картона и плотных видов бу- </w:t>
            </w:r>
          </w:p>
          <w:p w14:paraId="03185A2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маги и др.), сборка изделия (сшивание)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819D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4D88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3881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8940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48B7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Применять правила рационального и безопасного использования чертёжных инструментов (линейка, угольник, циркуль). Определять названия и назначение основных </w:t>
            </w:r>
            <w:r w:rsidRPr="00774C9E">
              <w:lastRenderedPageBreak/>
              <w:t xml:space="preserve">инструментов и приспособлений для ручного труда, использовать их в практической работе.;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73EC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3D60" w14:textId="77777777" w:rsidR="00774C9E" w:rsidRPr="00774C9E" w:rsidRDefault="00B268BB" w:rsidP="00774C9E">
            <w:pPr>
              <w:spacing w:after="200" w:line="276" w:lineRule="auto"/>
            </w:pPr>
            <w:hyperlink r:id="rId49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5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697F409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51DF0F2B" w14:textId="77777777" w:rsidR="00774C9E" w:rsidRPr="00774C9E" w:rsidRDefault="00B268BB" w:rsidP="00774C9E">
            <w:pPr>
              <w:spacing w:after="200" w:line="276" w:lineRule="auto"/>
            </w:pPr>
            <w:hyperlink r:id="rId51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5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</w:t>
            </w:r>
            <w:r w:rsidR="00774C9E" w:rsidRPr="00774C9E">
              <w:lastRenderedPageBreak/>
              <w:t xml:space="preserve">творческий фестиваль «Детская сказка» </w:t>
            </w:r>
          </w:p>
          <w:p w14:paraId="7555C4AD" w14:textId="77777777" w:rsidR="00774C9E" w:rsidRPr="00774C9E" w:rsidRDefault="00B268BB" w:rsidP="00774C9E">
            <w:pPr>
              <w:spacing w:after="200" w:line="276" w:lineRule="auto"/>
            </w:pPr>
            <w:hyperlink r:id="rId53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54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76671BC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0C8ADE85" w14:textId="77777777" w:rsidTr="005C4ECF">
        <w:trPr>
          <w:trHeight w:val="195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904A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2.3.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5648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Подвижное соединение деталей изделия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D3B7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E600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7B22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B784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25FB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Различать подвижные и неподвижные соединения деталей в конструкции; использовать щелевой замок.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999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538F0" w14:textId="77777777" w:rsidR="00774C9E" w:rsidRPr="00774C9E" w:rsidRDefault="00B268BB" w:rsidP="00774C9E">
            <w:pPr>
              <w:spacing w:after="200" w:line="276" w:lineRule="auto"/>
            </w:pPr>
            <w:hyperlink r:id="rId55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5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79A6104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72CC2DE4" w14:textId="77777777" w:rsidR="00774C9E" w:rsidRPr="00774C9E" w:rsidRDefault="00B268BB" w:rsidP="00774C9E">
            <w:pPr>
              <w:spacing w:after="200" w:line="276" w:lineRule="auto"/>
            </w:pPr>
            <w:hyperlink r:id="rId57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5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1E096E74" w14:textId="77777777" w:rsidR="00774C9E" w:rsidRPr="00774C9E" w:rsidRDefault="00B268BB" w:rsidP="00774C9E">
            <w:pPr>
              <w:spacing w:after="200" w:line="276" w:lineRule="auto"/>
            </w:pPr>
            <w:hyperlink r:id="rId59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60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6ADF1DE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</w:tbl>
    <w:p w14:paraId="46873F66" w14:textId="77777777" w:rsidR="00774C9E" w:rsidRPr="00774C9E" w:rsidRDefault="00774C9E" w:rsidP="00774C9E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48"/>
        <w:gridCol w:w="3630"/>
        <w:gridCol w:w="486"/>
        <w:gridCol w:w="899"/>
        <w:gridCol w:w="929"/>
        <w:gridCol w:w="637"/>
        <w:gridCol w:w="3471"/>
        <w:gridCol w:w="1453"/>
        <w:gridCol w:w="3546"/>
      </w:tblGrid>
      <w:tr w:rsidR="00774C9E" w:rsidRPr="00774C9E" w14:paraId="668F6F4F" w14:textId="77777777" w:rsidTr="005C4ECF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816E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2.4.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3768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Использование соответствующих способов обработки материалов в зависимости от вида и назначения изделия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623D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A5F1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3A6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0E9C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D50EA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Анализировать конструкцию изделия, обсуждать варианты изготовления изделия, называть и выполнять основные технологические операции ручной обработки материалов в процессе изготовления изделия: разметку деталей с помощью линейки (угольника, циркуля), выделение деталей, формообразование деталей (сгибание, складывание тонкого </w:t>
            </w:r>
            <w:r w:rsidRPr="00774C9E">
              <w:lastRenderedPageBreak/>
              <w:t xml:space="preserve">картона и плотных видов бумаги), сборку изделия (склеивание) и отделку изделия или его деталей по заданному образцу и самостоятельно при выполнении изделия в изученной технике.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0A9B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C75A0" w14:textId="77777777" w:rsidR="00774C9E" w:rsidRPr="00774C9E" w:rsidRDefault="00B268BB" w:rsidP="00774C9E">
            <w:pPr>
              <w:spacing w:after="200" w:line="276" w:lineRule="auto"/>
            </w:pPr>
            <w:hyperlink r:id="rId61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6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4A595D4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615C6B0C" w14:textId="77777777" w:rsidR="00774C9E" w:rsidRPr="00774C9E" w:rsidRDefault="00B268BB" w:rsidP="00774C9E">
            <w:pPr>
              <w:spacing w:after="200" w:line="276" w:lineRule="auto"/>
            </w:pPr>
            <w:hyperlink r:id="rId63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6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318387AC" w14:textId="77777777" w:rsidR="00774C9E" w:rsidRPr="00774C9E" w:rsidRDefault="00B268BB" w:rsidP="00774C9E">
            <w:pPr>
              <w:spacing w:after="200" w:line="276" w:lineRule="auto"/>
            </w:pPr>
            <w:hyperlink r:id="rId65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66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1DF8A2E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59EC7F4A" w14:textId="77777777" w:rsidTr="005C4ECF">
        <w:trPr>
          <w:trHeight w:val="18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044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2.5.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7558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Виды условных графических изображений: рисунок, простейший чертёж, эскиз, схема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8592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03F5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A220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930D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024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Различать виды условных графических изображений: рисунок, простейший чертёж, эскиз, схема. Использовать в практической работе чертёжные инструменты — линейку (угольник, циркуль), знать их функциональное назначение, конструкцию.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ACEF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26832" w14:textId="77777777" w:rsidR="00774C9E" w:rsidRPr="00774C9E" w:rsidRDefault="00B268BB" w:rsidP="00774C9E">
            <w:pPr>
              <w:spacing w:after="200" w:line="276" w:lineRule="auto"/>
            </w:pPr>
            <w:hyperlink r:id="rId67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6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4F33FBD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18503681" w14:textId="77777777" w:rsidR="00774C9E" w:rsidRPr="00774C9E" w:rsidRDefault="00B268BB" w:rsidP="00774C9E">
            <w:pPr>
              <w:spacing w:after="200" w:line="276" w:lineRule="auto"/>
            </w:pPr>
            <w:hyperlink r:id="rId69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7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5847A178" w14:textId="77777777" w:rsidR="00774C9E" w:rsidRPr="00774C9E" w:rsidRDefault="00B268BB" w:rsidP="00774C9E">
            <w:pPr>
              <w:spacing w:after="200" w:line="276" w:lineRule="auto"/>
            </w:pPr>
            <w:hyperlink r:id="rId71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72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4F0A51A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7FD00F9F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C161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2.6.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96DB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Чертёжные инструменты — линейка (угольник, циркуль). </w:t>
            </w:r>
          </w:p>
          <w:p w14:paraId="7A03DAA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Их функциональное назначение, конструкция. Приёмы безопасной работы колющими (циркуль) инструментами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72CC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DA37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5BA0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F0FC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E73E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Различать виды условных графических изображений: рисунок, простейший чертёж, эскиз, схема. Использовать в практической работе чертёжные инструменты — линейку (угольник, циркуль), знать их функциональное назначение, конструкцию.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160E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02F2D" w14:textId="77777777" w:rsidR="00774C9E" w:rsidRPr="00774C9E" w:rsidRDefault="00B268BB" w:rsidP="00774C9E">
            <w:pPr>
              <w:spacing w:after="200" w:line="276" w:lineRule="auto"/>
            </w:pPr>
            <w:hyperlink r:id="rId73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7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36EAB5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47AFE1DA" w14:textId="77777777" w:rsidR="00774C9E" w:rsidRPr="00774C9E" w:rsidRDefault="00B268BB" w:rsidP="00774C9E">
            <w:pPr>
              <w:spacing w:after="200" w:line="276" w:lineRule="auto"/>
            </w:pPr>
            <w:hyperlink r:id="rId75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7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41783958" w14:textId="77777777" w:rsidR="00774C9E" w:rsidRPr="00774C9E" w:rsidRDefault="00B268BB" w:rsidP="00774C9E">
            <w:pPr>
              <w:spacing w:after="200" w:line="276" w:lineRule="auto"/>
            </w:pPr>
            <w:hyperlink r:id="rId77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78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3C3CB3F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5B78FB50" w14:textId="77777777" w:rsidTr="005C4ECF">
        <w:trPr>
          <w:trHeight w:val="200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4364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2.7.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2403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Технология обработки бумаги и картона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7624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1991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A6DF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913D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9FB2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Наблюдать, сравнивать, сопоставлять свойства бумаги (состав, цвет, прочность); определять виды бумаг. Называть особенности использования различных видов бумаги. С помощью учителя выбирать вид бумаги для изготовления изделия. Осваивать отдельные приёмы работы с бумагой, правила безопасной работы, правила разметки деталей.;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5439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FB135" w14:textId="77777777" w:rsidR="00774C9E" w:rsidRPr="00774C9E" w:rsidRDefault="00B268BB" w:rsidP="00774C9E">
            <w:pPr>
              <w:spacing w:after="200" w:line="276" w:lineRule="auto"/>
            </w:pPr>
            <w:hyperlink r:id="rId79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8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489E09B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71E73B38" w14:textId="77777777" w:rsidR="00774C9E" w:rsidRPr="00774C9E" w:rsidRDefault="00B268BB" w:rsidP="00774C9E">
            <w:pPr>
              <w:spacing w:after="200" w:line="276" w:lineRule="auto"/>
            </w:pPr>
            <w:hyperlink r:id="rId81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8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4ED7C4B6" w14:textId="77777777" w:rsidR="00774C9E" w:rsidRPr="00774C9E" w:rsidRDefault="00B268BB" w:rsidP="00774C9E">
            <w:pPr>
              <w:spacing w:after="200" w:line="276" w:lineRule="auto"/>
            </w:pPr>
            <w:hyperlink r:id="rId83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84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46A24D3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456F4885" w14:textId="77777777" w:rsidTr="005C4ECF">
        <w:trPr>
          <w:trHeight w:val="18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1F1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2.8.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B152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Назначение линий чертежа (контур, линия разреза, сгиба, выносная, размерная). Чтение условных графических изображений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6B58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E153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1BD4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E06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7FB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Читать графическую чертёжную документацию: </w:t>
            </w:r>
          </w:p>
          <w:p w14:paraId="123BE88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рисунок, простейший чертёж, эскиз и схему с учётом условных обозначений.;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3FEC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1BE34" w14:textId="77777777" w:rsidR="00774C9E" w:rsidRPr="00774C9E" w:rsidRDefault="00B268BB" w:rsidP="00774C9E">
            <w:pPr>
              <w:spacing w:after="200" w:line="276" w:lineRule="auto"/>
            </w:pPr>
            <w:hyperlink r:id="rId85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8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64CACDA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53401D6A" w14:textId="77777777" w:rsidR="00774C9E" w:rsidRPr="00774C9E" w:rsidRDefault="00B268BB" w:rsidP="00774C9E">
            <w:pPr>
              <w:spacing w:after="200" w:line="276" w:lineRule="auto"/>
            </w:pPr>
            <w:hyperlink r:id="rId87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8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5DB5499E" w14:textId="77777777" w:rsidR="00774C9E" w:rsidRPr="00774C9E" w:rsidRDefault="00B268BB" w:rsidP="00774C9E">
            <w:pPr>
              <w:spacing w:after="200" w:line="276" w:lineRule="auto"/>
            </w:pPr>
            <w:hyperlink r:id="rId89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90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0ED611A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</w:tbl>
    <w:p w14:paraId="593DF9E5" w14:textId="77777777" w:rsidR="00774C9E" w:rsidRPr="00774C9E" w:rsidRDefault="00774C9E" w:rsidP="00774C9E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3608"/>
        <w:gridCol w:w="484"/>
        <w:gridCol w:w="899"/>
        <w:gridCol w:w="929"/>
        <w:gridCol w:w="637"/>
        <w:gridCol w:w="3468"/>
        <w:gridCol w:w="1443"/>
        <w:gridCol w:w="3536"/>
      </w:tblGrid>
      <w:tr w:rsidR="00774C9E" w:rsidRPr="00774C9E" w14:paraId="18238E17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8AF6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2.9.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D6A1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Построение прямоугольника от двух прямых углов (от одного прямого угла).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AE6B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2D55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EA3F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4701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D729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Выполнять построение прямоугольника от двух прямых углов, от одного прямого угла.;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18F8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B0562" w14:textId="77777777" w:rsidR="00774C9E" w:rsidRPr="00774C9E" w:rsidRDefault="00B268BB" w:rsidP="00774C9E">
            <w:pPr>
              <w:spacing w:after="200" w:line="276" w:lineRule="auto"/>
            </w:pPr>
            <w:hyperlink r:id="rId91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9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223A38F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2EA78C88" w14:textId="77777777" w:rsidR="00774C9E" w:rsidRPr="00774C9E" w:rsidRDefault="00B268BB" w:rsidP="00774C9E">
            <w:pPr>
              <w:spacing w:after="200" w:line="276" w:lineRule="auto"/>
            </w:pPr>
            <w:hyperlink r:id="rId93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9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6CC71778" w14:textId="77777777" w:rsidR="00774C9E" w:rsidRPr="00774C9E" w:rsidRDefault="00B268BB" w:rsidP="00774C9E">
            <w:pPr>
              <w:spacing w:after="200" w:line="276" w:lineRule="auto"/>
            </w:pPr>
            <w:hyperlink r:id="rId95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96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2CDC3D2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359C1406" w14:textId="77777777" w:rsidTr="005C4ECF">
        <w:trPr>
          <w:trHeight w:val="18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EB85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2.10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1922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Сгибание и складывание тонкого картона и плотных видов бумаги — биговка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FD74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1956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C901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FB03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9331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По заданному образцу организовывать свою деятельность: подготавливать рабочее место для работы с природным материалом, правильно и рационально размещать инструменты и материалы в соответствии с индивидуальными особенностями обучающихся, под контролем учителя в процессе выполнения изделия контролировать и при необходимости восстанавливать порядок на рабочем </w:t>
            </w:r>
          </w:p>
          <w:p w14:paraId="6A49906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месте; убирать рабочее место.;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6CA1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2BC8E" w14:textId="77777777" w:rsidR="00774C9E" w:rsidRPr="00774C9E" w:rsidRDefault="00B268BB" w:rsidP="00774C9E">
            <w:pPr>
              <w:spacing w:after="200" w:line="276" w:lineRule="auto"/>
            </w:pPr>
            <w:hyperlink r:id="rId97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9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63846E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380542BE" w14:textId="77777777" w:rsidR="00774C9E" w:rsidRPr="00774C9E" w:rsidRDefault="00B268BB" w:rsidP="00774C9E">
            <w:pPr>
              <w:spacing w:after="200" w:line="276" w:lineRule="auto"/>
            </w:pPr>
            <w:hyperlink r:id="rId99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0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3CDE54A8" w14:textId="77777777" w:rsidR="00774C9E" w:rsidRPr="00774C9E" w:rsidRDefault="00B268BB" w:rsidP="00774C9E">
            <w:pPr>
              <w:spacing w:after="200" w:line="276" w:lineRule="auto"/>
            </w:pPr>
            <w:hyperlink r:id="rId101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02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38627E8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776FE012" w14:textId="77777777" w:rsidTr="005C4ECF">
        <w:trPr>
          <w:trHeight w:val="193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F90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2.11.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5788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Разметка деталей с опорой на простейший чертёж, эскиз. Изготовление изделий по рисунку, простейшему чертежу или эскизу, схеме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97D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B29E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2EE8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5EE6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7260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Планировать свою деятельность по предложенному в учебнике, рабочей тетради образцу.;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AC11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F8F4A" w14:textId="77777777" w:rsidR="00774C9E" w:rsidRPr="00774C9E" w:rsidRDefault="00B268BB" w:rsidP="00774C9E">
            <w:pPr>
              <w:spacing w:after="200" w:line="276" w:lineRule="auto"/>
            </w:pPr>
            <w:hyperlink r:id="rId103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0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5B98D93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11D293FD" w14:textId="77777777" w:rsidR="00774C9E" w:rsidRPr="00774C9E" w:rsidRDefault="00B268BB" w:rsidP="00774C9E">
            <w:pPr>
              <w:spacing w:after="200" w:line="276" w:lineRule="auto"/>
            </w:pPr>
            <w:hyperlink r:id="rId105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0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5684056F" w14:textId="77777777" w:rsidR="00774C9E" w:rsidRPr="00774C9E" w:rsidRDefault="00B268BB" w:rsidP="00774C9E">
            <w:pPr>
              <w:spacing w:after="200" w:line="276" w:lineRule="auto"/>
            </w:pPr>
            <w:hyperlink r:id="rId107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08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21D159D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62A17BF0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40C6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2.12.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B7FD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Использование измерений, вычислений и построений для решения практических задач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4211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63BD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32BE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92E7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85F6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Осваивать построение окружности и разметку деталей с помощью циркуля.;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FBF0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0C251" w14:textId="77777777" w:rsidR="00774C9E" w:rsidRPr="00774C9E" w:rsidRDefault="00B268BB" w:rsidP="00774C9E">
            <w:pPr>
              <w:spacing w:after="200" w:line="276" w:lineRule="auto"/>
            </w:pPr>
            <w:hyperlink r:id="rId109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1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13B758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61192059" w14:textId="77777777" w:rsidR="00774C9E" w:rsidRPr="00774C9E" w:rsidRDefault="00B268BB" w:rsidP="00774C9E">
            <w:pPr>
              <w:spacing w:after="200" w:line="276" w:lineRule="auto"/>
            </w:pPr>
            <w:hyperlink r:id="rId111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1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1BFAE1C8" w14:textId="77777777" w:rsidR="00774C9E" w:rsidRPr="00774C9E" w:rsidRDefault="00B268BB" w:rsidP="00774C9E">
            <w:pPr>
              <w:spacing w:after="200" w:line="276" w:lineRule="auto"/>
            </w:pPr>
            <w:hyperlink r:id="rId113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14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02B486B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046FC8D2" w14:textId="77777777" w:rsidTr="005C4ECF">
        <w:trPr>
          <w:trHeight w:val="18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C956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2.13.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BB05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Подвижное соединение деталей на проволоку, толстую нитку.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9988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C79F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F97D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621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0613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Выполнять подвижное соединение деталей изделия на проволоку, толстую нитку.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EC97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46499" w14:textId="77777777" w:rsidR="00774C9E" w:rsidRPr="00774C9E" w:rsidRDefault="00B268BB" w:rsidP="00774C9E">
            <w:pPr>
              <w:spacing w:after="200" w:line="276" w:lineRule="auto"/>
            </w:pPr>
            <w:hyperlink r:id="rId115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1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27B4379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47C59F5B" w14:textId="77777777" w:rsidR="00774C9E" w:rsidRPr="00774C9E" w:rsidRDefault="00B268BB" w:rsidP="00774C9E">
            <w:pPr>
              <w:spacing w:after="200" w:line="276" w:lineRule="auto"/>
            </w:pPr>
            <w:hyperlink r:id="rId117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1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037F376F" w14:textId="77777777" w:rsidR="00774C9E" w:rsidRPr="00774C9E" w:rsidRDefault="00B268BB" w:rsidP="00774C9E">
            <w:pPr>
              <w:spacing w:after="200" w:line="276" w:lineRule="auto"/>
            </w:pPr>
            <w:hyperlink r:id="rId119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20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427E5AD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</w:tbl>
    <w:p w14:paraId="4F77C42E" w14:textId="77777777" w:rsidR="00774C9E" w:rsidRPr="00774C9E" w:rsidRDefault="00774C9E" w:rsidP="00774C9E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3591"/>
        <w:gridCol w:w="484"/>
        <w:gridCol w:w="896"/>
        <w:gridCol w:w="925"/>
        <w:gridCol w:w="634"/>
        <w:gridCol w:w="3495"/>
        <w:gridCol w:w="1443"/>
        <w:gridCol w:w="3536"/>
      </w:tblGrid>
      <w:tr w:rsidR="00774C9E" w:rsidRPr="00774C9E" w14:paraId="2FFDFC8E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DF2C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2.14.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77C8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0544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D10F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094E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DD64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1887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Классифицировать изучаемые материалы (ткани, трикотаж, нетканые) по способу изготовления, нитям основ; нитки по назначению и происхождению, изучаемые материалы по сырью, из которого они изготовлены.;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D9CB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2F87F" w14:textId="77777777" w:rsidR="00774C9E" w:rsidRPr="00774C9E" w:rsidRDefault="00B268BB" w:rsidP="00774C9E">
            <w:pPr>
              <w:spacing w:after="200" w:line="276" w:lineRule="auto"/>
            </w:pPr>
            <w:hyperlink r:id="rId121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2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3173E0F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4589A8B0" w14:textId="77777777" w:rsidR="00774C9E" w:rsidRPr="00774C9E" w:rsidRDefault="00B268BB" w:rsidP="00774C9E">
            <w:pPr>
              <w:spacing w:after="200" w:line="276" w:lineRule="auto"/>
            </w:pPr>
            <w:hyperlink r:id="rId123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2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4D193CAE" w14:textId="77777777" w:rsidR="00774C9E" w:rsidRPr="00774C9E" w:rsidRDefault="00B268BB" w:rsidP="00774C9E">
            <w:pPr>
              <w:spacing w:after="200" w:line="276" w:lineRule="auto"/>
            </w:pPr>
            <w:hyperlink r:id="rId125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26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5C39C9C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11955BB5" w14:textId="77777777" w:rsidTr="005C4ECF">
        <w:trPr>
          <w:trHeight w:val="188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EAEB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2.15.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0DE1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Виды ниток (швейные, мулине)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4389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C1A2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0CF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F005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C4A8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Определять виды ниток: шёлковые, мулине, швейные, пряжа, их использование.;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3860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A108A" w14:textId="77777777" w:rsidR="00774C9E" w:rsidRPr="00774C9E" w:rsidRDefault="00B268BB" w:rsidP="00774C9E">
            <w:pPr>
              <w:spacing w:after="200" w:line="276" w:lineRule="auto"/>
            </w:pPr>
            <w:hyperlink r:id="rId127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2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3F094EF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6327CCA5" w14:textId="77777777" w:rsidR="00774C9E" w:rsidRPr="00774C9E" w:rsidRDefault="00B268BB" w:rsidP="00774C9E">
            <w:pPr>
              <w:spacing w:after="200" w:line="276" w:lineRule="auto"/>
            </w:pPr>
            <w:hyperlink r:id="rId129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3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08E2D180" w14:textId="77777777" w:rsidR="00774C9E" w:rsidRPr="00774C9E" w:rsidRDefault="00B268BB" w:rsidP="00774C9E">
            <w:pPr>
              <w:spacing w:after="200" w:line="276" w:lineRule="auto"/>
            </w:pPr>
            <w:hyperlink r:id="rId131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32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008BE32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25D90ECA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BE5C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2.16.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9E88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Трикотаж, нетканые материалы (общее представление), его строение и основные свойства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A693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2F67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5EF6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DF06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D4D4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Определять под руководством учителя сырьё для производства натуральных тканей (хлопковые и льняные ткани вырабатывают из волокон </w:t>
            </w:r>
          </w:p>
          <w:p w14:paraId="371B7CA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растительного происхождения; шерстяные производят из волокна, получаемого из шерсти животных).;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124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BC7B8" w14:textId="77777777" w:rsidR="00774C9E" w:rsidRPr="00774C9E" w:rsidRDefault="00B268BB" w:rsidP="00774C9E">
            <w:pPr>
              <w:spacing w:after="200" w:line="276" w:lineRule="auto"/>
            </w:pPr>
            <w:hyperlink r:id="rId133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3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359B1D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23085056" w14:textId="77777777" w:rsidR="00774C9E" w:rsidRPr="00774C9E" w:rsidRDefault="00B268BB" w:rsidP="00774C9E">
            <w:pPr>
              <w:spacing w:after="200" w:line="276" w:lineRule="auto"/>
            </w:pPr>
            <w:hyperlink r:id="rId135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3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10FEB4CF" w14:textId="77777777" w:rsidR="00774C9E" w:rsidRPr="00774C9E" w:rsidRDefault="00B268BB" w:rsidP="00774C9E">
            <w:pPr>
              <w:spacing w:after="200" w:line="276" w:lineRule="auto"/>
            </w:pPr>
            <w:hyperlink r:id="rId137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38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166B1A3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68CDA211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9235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2.17.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C9C4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Варианты строчки прямого стежка (перевивы, наборы) и/или строчка косого стежка и её варианты </w:t>
            </w:r>
          </w:p>
          <w:p w14:paraId="4FB48FC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(крестик, стебельчатая, ёлочка)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BED4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A00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DA02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525E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BB17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Соблюдать технологическую последовательность изготовления несложного швейного изделия (разметка деталей, выкраивание деталей, отделка деталей, сшивание деталей).;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3CB9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643E2" w14:textId="77777777" w:rsidR="00774C9E" w:rsidRPr="00774C9E" w:rsidRDefault="00B268BB" w:rsidP="00774C9E">
            <w:pPr>
              <w:spacing w:after="200" w:line="276" w:lineRule="auto"/>
            </w:pPr>
            <w:hyperlink r:id="rId139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4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5F6721B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128684C4" w14:textId="77777777" w:rsidR="00774C9E" w:rsidRPr="00774C9E" w:rsidRDefault="00B268BB" w:rsidP="00774C9E">
            <w:pPr>
              <w:spacing w:after="200" w:line="276" w:lineRule="auto"/>
            </w:pPr>
            <w:hyperlink r:id="rId141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4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4DA007A7" w14:textId="77777777" w:rsidR="00774C9E" w:rsidRPr="00774C9E" w:rsidRDefault="00B268BB" w:rsidP="00774C9E">
            <w:pPr>
              <w:spacing w:after="200" w:line="276" w:lineRule="auto"/>
            </w:pPr>
            <w:hyperlink r:id="rId143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44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0F52713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2A1A3602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5FA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2.18.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4B48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Лекало. Разметка с помощью лекала (простейшей выкройки)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F51E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4D13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C33A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7733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C49D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Выполнять разметку с помощью лекала (простейшей выкройки).;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8B74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C35C6" w14:textId="77777777" w:rsidR="00774C9E" w:rsidRPr="00774C9E" w:rsidRDefault="00B268BB" w:rsidP="00774C9E">
            <w:pPr>
              <w:spacing w:after="200" w:line="276" w:lineRule="auto"/>
            </w:pPr>
            <w:hyperlink r:id="rId145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4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4BD7C71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2FFCC4B9" w14:textId="77777777" w:rsidR="00774C9E" w:rsidRPr="00774C9E" w:rsidRDefault="00B268BB" w:rsidP="00774C9E">
            <w:pPr>
              <w:spacing w:after="200" w:line="276" w:lineRule="auto"/>
            </w:pPr>
            <w:hyperlink r:id="rId147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4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0F13B61E" w14:textId="77777777" w:rsidR="00774C9E" w:rsidRPr="00774C9E" w:rsidRDefault="00B268BB" w:rsidP="00774C9E">
            <w:pPr>
              <w:spacing w:after="200" w:line="276" w:lineRule="auto"/>
            </w:pPr>
            <w:hyperlink r:id="rId149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50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023E464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</w:tbl>
    <w:p w14:paraId="4A96B103" w14:textId="77777777" w:rsidR="00774C9E" w:rsidRPr="00774C9E" w:rsidRDefault="00774C9E" w:rsidP="00774C9E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3580"/>
        <w:gridCol w:w="472"/>
        <w:gridCol w:w="840"/>
        <w:gridCol w:w="868"/>
        <w:gridCol w:w="590"/>
        <w:gridCol w:w="3675"/>
        <w:gridCol w:w="1443"/>
        <w:gridCol w:w="3536"/>
      </w:tblGrid>
      <w:tr w:rsidR="00774C9E" w:rsidRPr="00774C9E" w14:paraId="03AB7439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1991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2.19.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B728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691F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9BB0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87AF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5E5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E2EC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Расходовать экономно ткань и нитки при изготовлении изделия.;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5D1E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34311" w14:textId="77777777" w:rsidR="00774C9E" w:rsidRPr="00774C9E" w:rsidRDefault="00B268BB" w:rsidP="00774C9E">
            <w:pPr>
              <w:spacing w:after="200" w:line="276" w:lineRule="auto"/>
            </w:pPr>
            <w:hyperlink r:id="rId151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5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53F0D87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59AC24DE" w14:textId="77777777" w:rsidR="00774C9E" w:rsidRPr="00774C9E" w:rsidRDefault="00B268BB" w:rsidP="00774C9E">
            <w:pPr>
              <w:spacing w:after="200" w:line="276" w:lineRule="auto"/>
            </w:pPr>
            <w:hyperlink r:id="rId153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5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3C0F2CDE" w14:textId="77777777" w:rsidR="00774C9E" w:rsidRPr="00774C9E" w:rsidRDefault="00B268BB" w:rsidP="00774C9E">
            <w:pPr>
              <w:spacing w:after="200" w:line="276" w:lineRule="auto"/>
            </w:pPr>
            <w:hyperlink r:id="rId155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56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2D3920C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6C7D9A37" w14:textId="77777777" w:rsidTr="005C4ECF">
        <w:trPr>
          <w:trHeight w:val="200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660D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2.20.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DB91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Использование дополнительных материалов </w:t>
            </w:r>
          </w:p>
          <w:p w14:paraId="7881E4B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(например, проволока, пряжа, бусины и др.)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13AD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C3B9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669F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B1FD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1340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Понимать особенности разметки деталей кроя и резания (раскрой) ткани и по лекалу (или выкройке).;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6B25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552E1" w14:textId="77777777" w:rsidR="00774C9E" w:rsidRPr="00774C9E" w:rsidRDefault="00B268BB" w:rsidP="00774C9E">
            <w:pPr>
              <w:spacing w:after="200" w:line="276" w:lineRule="auto"/>
            </w:pPr>
            <w:hyperlink r:id="rId157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5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DF96B5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3496B35B" w14:textId="77777777" w:rsidR="00774C9E" w:rsidRPr="00774C9E" w:rsidRDefault="00B268BB" w:rsidP="00774C9E">
            <w:pPr>
              <w:spacing w:after="200" w:line="276" w:lineRule="auto"/>
            </w:pPr>
            <w:hyperlink r:id="rId159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6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146B74FD" w14:textId="77777777" w:rsidR="00774C9E" w:rsidRPr="00774C9E" w:rsidRDefault="00B268BB" w:rsidP="00774C9E">
            <w:pPr>
              <w:spacing w:after="200" w:line="276" w:lineRule="auto"/>
            </w:pPr>
            <w:hyperlink r:id="rId161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62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7973D9F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1BB97545" w14:textId="77777777" w:rsidTr="005C4ECF">
        <w:trPr>
          <w:trHeight w:val="350"/>
        </w:trPr>
        <w:tc>
          <w:tcPr>
            <w:tcW w:w="4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9226E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ADCD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14 </w:t>
            </w:r>
          </w:p>
        </w:tc>
        <w:tc>
          <w:tcPr>
            <w:tcW w:w="104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7AA3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</w:tr>
      <w:tr w:rsidR="00774C9E" w:rsidRPr="00774C9E" w14:paraId="591F837C" w14:textId="77777777" w:rsidTr="005C4ECF">
        <w:trPr>
          <w:trHeight w:val="346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D48C8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Модуль 3. КОНСТРУИРОВАНИЕ И МОДЕЛИРОВАНИЕ </w:t>
            </w:r>
          </w:p>
        </w:tc>
      </w:tr>
      <w:tr w:rsidR="00774C9E" w:rsidRPr="00774C9E" w14:paraId="4EE83D59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1C97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3.1.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99FF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A17F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69E7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A5AD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B4CD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E7A3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Выделять основные и дополнительные детали конструкции, называть их форму и определять способ соединения; анализировать конструкцию изделия по рисунку, фотографии, схеме и готовому образцу; конструировать и моделировать изделия из различных материалов по простейшему чертежу или эскизу.;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361B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8FCED" w14:textId="77777777" w:rsidR="00774C9E" w:rsidRPr="00774C9E" w:rsidRDefault="00B268BB" w:rsidP="00774C9E">
            <w:pPr>
              <w:spacing w:after="200" w:line="276" w:lineRule="auto"/>
            </w:pPr>
            <w:hyperlink r:id="rId163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6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3FBC009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2A6E86E1" w14:textId="77777777" w:rsidR="00774C9E" w:rsidRPr="00774C9E" w:rsidRDefault="00B268BB" w:rsidP="00774C9E">
            <w:pPr>
              <w:spacing w:after="200" w:line="276" w:lineRule="auto"/>
            </w:pPr>
            <w:hyperlink r:id="rId165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6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6D393529" w14:textId="77777777" w:rsidR="00774C9E" w:rsidRPr="00774C9E" w:rsidRDefault="00B268BB" w:rsidP="00774C9E">
            <w:pPr>
              <w:spacing w:after="200" w:line="276" w:lineRule="auto"/>
            </w:pPr>
            <w:hyperlink r:id="rId167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68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46B9546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35B74252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66D2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3.2.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73C2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Конструирование и моделирование изделий из различных материалов по простейшему чертежу или эскизу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A7D3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2FF9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46F2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89AC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5E6D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Вносить элементарные конструктивные изменения и дополнения в изделие в связи с </w:t>
            </w:r>
          </w:p>
          <w:p w14:paraId="5BD64C5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дополненными/изменёнными функциями/условиями использования: изменять детали конструкции изделия для создания разных его вариантов, вносить творческие изменения в создаваемые изделия.;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C0F0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8924C" w14:textId="77777777" w:rsidR="00774C9E" w:rsidRPr="00774C9E" w:rsidRDefault="00B268BB" w:rsidP="00774C9E">
            <w:pPr>
              <w:spacing w:after="200" w:line="276" w:lineRule="auto"/>
            </w:pPr>
            <w:hyperlink r:id="rId169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7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57B14DE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48060D54" w14:textId="77777777" w:rsidR="00774C9E" w:rsidRPr="00774C9E" w:rsidRDefault="00B268BB" w:rsidP="00774C9E">
            <w:pPr>
              <w:spacing w:after="200" w:line="276" w:lineRule="auto"/>
            </w:pPr>
            <w:hyperlink r:id="rId171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7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2B3A1FC4" w14:textId="77777777" w:rsidR="00774C9E" w:rsidRPr="00774C9E" w:rsidRDefault="00B268BB" w:rsidP="00774C9E">
            <w:pPr>
              <w:spacing w:after="200" w:line="276" w:lineRule="auto"/>
            </w:pPr>
            <w:hyperlink r:id="rId173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74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6FE16A4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2662AFFE" w14:textId="77777777" w:rsidTr="005C4ECF">
        <w:trPr>
          <w:trHeight w:val="188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8087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3.3.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ADFA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Подвижное соединение деталей конструкции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2081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3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E3E9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081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9EB71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A116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При выполнении практических работ учитывать правила создания гармоничной композиции.;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ACE4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91BD8" w14:textId="77777777" w:rsidR="00774C9E" w:rsidRPr="00774C9E" w:rsidRDefault="00B268BB" w:rsidP="00774C9E">
            <w:pPr>
              <w:spacing w:after="200" w:line="276" w:lineRule="auto"/>
            </w:pPr>
            <w:hyperlink r:id="rId175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7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1BEDE5F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109C0CED" w14:textId="77777777" w:rsidR="00774C9E" w:rsidRPr="00774C9E" w:rsidRDefault="00B268BB" w:rsidP="00774C9E">
            <w:pPr>
              <w:spacing w:after="200" w:line="276" w:lineRule="auto"/>
            </w:pPr>
            <w:hyperlink r:id="rId177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7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4DA88B8E" w14:textId="77777777" w:rsidR="00774C9E" w:rsidRPr="00774C9E" w:rsidRDefault="00B268BB" w:rsidP="00774C9E">
            <w:pPr>
              <w:spacing w:after="200" w:line="276" w:lineRule="auto"/>
            </w:pPr>
            <w:hyperlink r:id="rId179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80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55FEADE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</w:tbl>
    <w:p w14:paraId="33066FC7" w14:textId="77777777" w:rsidR="00774C9E" w:rsidRPr="00774C9E" w:rsidRDefault="00774C9E" w:rsidP="00774C9E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48"/>
        <w:gridCol w:w="3646"/>
        <w:gridCol w:w="477"/>
        <w:gridCol w:w="903"/>
        <w:gridCol w:w="933"/>
        <w:gridCol w:w="640"/>
        <w:gridCol w:w="3453"/>
        <w:gridCol w:w="1453"/>
        <w:gridCol w:w="3546"/>
      </w:tblGrid>
      <w:tr w:rsidR="00774C9E" w:rsidRPr="00774C9E" w14:paraId="3022F9CE" w14:textId="77777777" w:rsidTr="005C4ECF">
        <w:trPr>
          <w:trHeight w:val="19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AEA3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3.4.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8911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Внесение элементарных конструктивных изменений и дополнений в изделие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39114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3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15ED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04F3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D085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6C7F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Учитывать основные принципы создания конструкции: </w:t>
            </w:r>
          </w:p>
          <w:p w14:paraId="1D71B243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прочность и жёсткость;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066EB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91027" w14:textId="77777777" w:rsidR="00774C9E" w:rsidRPr="00774C9E" w:rsidRDefault="00B268BB" w:rsidP="00774C9E">
            <w:pPr>
              <w:spacing w:after="200" w:line="276" w:lineRule="auto"/>
            </w:pPr>
            <w:hyperlink r:id="rId181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82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9BD664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4209C840" w14:textId="77777777" w:rsidR="00774C9E" w:rsidRPr="00774C9E" w:rsidRDefault="00B268BB" w:rsidP="00774C9E">
            <w:pPr>
              <w:spacing w:after="200" w:line="276" w:lineRule="auto"/>
            </w:pPr>
            <w:hyperlink r:id="rId183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8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0C540EE7" w14:textId="77777777" w:rsidR="00774C9E" w:rsidRPr="00774C9E" w:rsidRDefault="00B268BB" w:rsidP="00774C9E">
            <w:pPr>
              <w:spacing w:after="200" w:line="276" w:lineRule="auto"/>
            </w:pPr>
            <w:hyperlink r:id="rId185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86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0FCC6A9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459F71A3" w14:textId="77777777" w:rsidTr="005C4ECF">
        <w:trPr>
          <w:trHeight w:val="346"/>
        </w:trPr>
        <w:tc>
          <w:tcPr>
            <w:tcW w:w="4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6157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2A14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10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F2880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59167D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469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C077D4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C1BF42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7D30625" w14:textId="77777777" w:rsidR="00774C9E" w:rsidRPr="00774C9E" w:rsidRDefault="00774C9E" w:rsidP="00774C9E">
            <w:pPr>
              <w:spacing w:after="200" w:line="276" w:lineRule="auto"/>
            </w:pPr>
          </w:p>
        </w:tc>
      </w:tr>
      <w:tr w:rsidR="00774C9E" w:rsidRPr="00774C9E" w14:paraId="2515E4ED" w14:textId="77777777" w:rsidTr="005C4ECF">
        <w:trPr>
          <w:trHeight w:val="351"/>
        </w:trPr>
        <w:tc>
          <w:tcPr>
            <w:tcW w:w="62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0D75CE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Модуль 4. ИНФОРМАЦИОННО-КОММУНИКАТИВНЫЕ ТЕХНОЛОГИИ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139F80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469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DAB0F7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C3C7CC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D4D5AB" w14:textId="77777777" w:rsidR="00774C9E" w:rsidRPr="00774C9E" w:rsidRDefault="00774C9E" w:rsidP="00774C9E">
            <w:pPr>
              <w:spacing w:after="200" w:line="276" w:lineRule="auto"/>
            </w:pPr>
          </w:p>
        </w:tc>
      </w:tr>
      <w:tr w:rsidR="00774C9E" w:rsidRPr="00774C9E" w14:paraId="6CABC715" w14:textId="77777777" w:rsidTr="005C4ECF">
        <w:trPr>
          <w:trHeight w:val="1882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C2FD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lastRenderedPageBreak/>
              <w:t xml:space="preserve">4.1.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4197C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Демонстрация учителем готовых материалов на информационных носителях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25D5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4EF9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9154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31ED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1E45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Анализировать готовые материалы, представленные учителем на информационных носителях.;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26C3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8A06" w14:textId="77777777" w:rsidR="00774C9E" w:rsidRPr="00774C9E" w:rsidRDefault="00B268BB" w:rsidP="00774C9E">
            <w:pPr>
              <w:spacing w:after="200" w:line="276" w:lineRule="auto"/>
            </w:pPr>
            <w:hyperlink r:id="rId187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88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0B2ED98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1F5CDA1B" w14:textId="77777777" w:rsidR="00774C9E" w:rsidRPr="00774C9E" w:rsidRDefault="00B268BB" w:rsidP="00774C9E">
            <w:pPr>
              <w:spacing w:after="200" w:line="276" w:lineRule="auto"/>
            </w:pPr>
            <w:hyperlink r:id="rId189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90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4827F628" w14:textId="77777777" w:rsidR="00774C9E" w:rsidRPr="00774C9E" w:rsidRDefault="00B268BB" w:rsidP="00774C9E">
            <w:pPr>
              <w:spacing w:after="200" w:line="276" w:lineRule="auto"/>
            </w:pPr>
            <w:hyperlink r:id="rId191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92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401B26C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4943C578" w14:textId="77777777" w:rsidTr="005C4ECF">
        <w:trPr>
          <w:trHeight w:val="188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1573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4.2.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B595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Поиск информации. Интернет как источник информации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CE60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D1C4E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3B79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74B8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3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AAB2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Осуществлять поиск информации, в том числе в Интернете под руководством взрослого.;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3F1D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Практическая работа ; 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2CC88" w14:textId="77777777" w:rsidR="00774C9E" w:rsidRPr="00774C9E" w:rsidRDefault="00B268BB" w:rsidP="00774C9E">
            <w:pPr>
              <w:spacing w:after="200" w:line="276" w:lineRule="auto"/>
            </w:pPr>
            <w:hyperlink r:id="rId193">
              <w:r w:rsidR="00774C9E" w:rsidRPr="00774C9E">
                <w:rPr>
                  <w:rStyle w:val="aff8"/>
                </w:rPr>
                <w:t xml:space="preserve">http://www.kudesniki.ru/gallery </w:t>
              </w:r>
            </w:hyperlink>
            <w:hyperlink r:id="rId194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галерея детских рисунков «Дети в Интернете» </w:t>
            </w:r>
          </w:p>
          <w:p w14:paraId="37CD530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rPr>
                <w:b/>
              </w:rPr>
              <w:t xml:space="preserve"> </w:t>
            </w:r>
          </w:p>
          <w:p w14:paraId="5AF7E4CD" w14:textId="77777777" w:rsidR="00774C9E" w:rsidRPr="00774C9E" w:rsidRDefault="00B268BB" w:rsidP="00774C9E">
            <w:pPr>
              <w:spacing w:after="200" w:line="276" w:lineRule="auto"/>
            </w:pPr>
            <w:hyperlink r:id="rId195">
              <w:r w:rsidR="00774C9E" w:rsidRPr="00774C9E">
                <w:rPr>
                  <w:rStyle w:val="aff8"/>
                </w:rPr>
                <w:t xml:space="preserve">http://www.chg.ru./Fairy </w:t>
              </w:r>
            </w:hyperlink>
            <w:hyperlink r:id="rId196">
              <w:r w:rsidR="00774C9E" w:rsidRPr="00774C9E">
                <w:rPr>
                  <w:rStyle w:val="aff8"/>
                </w:rPr>
                <w:t>-</w:t>
              </w:r>
            </w:hyperlink>
            <w:r w:rsidR="00774C9E" w:rsidRPr="00774C9E">
              <w:t xml:space="preserve"> творческий фестиваль «Детская сказка» </w:t>
            </w:r>
          </w:p>
          <w:p w14:paraId="73116675" w14:textId="77777777" w:rsidR="00774C9E" w:rsidRPr="00774C9E" w:rsidRDefault="00B268BB" w:rsidP="00774C9E">
            <w:pPr>
              <w:spacing w:after="200" w:line="276" w:lineRule="auto"/>
            </w:pPr>
            <w:hyperlink r:id="rId197">
              <w:r w:rsidR="00774C9E" w:rsidRPr="00774C9E">
                <w:rPr>
                  <w:rStyle w:val="aff8"/>
                </w:rPr>
                <w:t>http://www.rozmisel.irk.ru/children</w:t>
              </w:r>
            </w:hyperlink>
            <w:hyperlink r:id="rId198">
              <w:r w:rsidR="00774C9E" w:rsidRPr="00774C9E">
                <w:rPr>
                  <w:rStyle w:val="aff8"/>
                </w:rPr>
                <w:t xml:space="preserve"> </w:t>
              </w:r>
            </w:hyperlink>
          </w:p>
          <w:p w14:paraId="7D949C79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- «Творите!» </w:t>
            </w:r>
          </w:p>
        </w:tc>
      </w:tr>
      <w:tr w:rsidR="00774C9E" w:rsidRPr="00774C9E" w14:paraId="0A20FA7B" w14:textId="77777777" w:rsidTr="005C4ECF">
        <w:trPr>
          <w:trHeight w:val="346"/>
        </w:trPr>
        <w:tc>
          <w:tcPr>
            <w:tcW w:w="4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B5BA5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Итого по модулю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7949F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2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0D5CC6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114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CACD691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469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DB0732F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53FAB51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69C02B6" w14:textId="77777777" w:rsidR="00774C9E" w:rsidRPr="00774C9E" w:rsidRDefault="00774C9E" w:rsidP="00774C9E">
            <w:pPr>
              <w:spacing w:after="200" w:line="276" w:lineRule="auto"/>
            </w:pPr>
          </w:p>
        </w:tc>
      </w:tr>
      <w:tr w:rsidR="00774C9E" w:rsidRPr="00774C9E" w14:paraId="4691740B" w14:textId="77777777" w:rsidTr="005C4ECF">
        <w:trPr>
          <w:trHeight w:val="351"/>
        </w:trPr>
        <w:tc>
          <w:tcPr>
            <w:tcW w:w="45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5E58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ОБЩЕЕ КОЛИЧЕСТВО ЧАСОВ ПО ПРОГРАММЕ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413C8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34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7DD62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4F0DD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0 </w:t>
            </w:r>
          </w:p>
        </w:tc>
        <w:tc>
          <w:tcPr>
            <w:tcW w:w="4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B9164A" w14:textId="77777777" w:rsidR="00774C9E" w:rsidRPr="00774C9E" w:rsidRDefault="00774C9E" w:rsidP="00774C9E">
            <w:pPr>
              <w:spacing w:after="200" w:line="276" w:lineRule="auto"/>
            </w:pPr>
            <w:r w:rsidRPr="00774C9E"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990413" w14:textId="77777777" w:rsidR="00774C9E" w:rsidRPr="00774C9E" w:rsidRDefault="00774C9E" w:rsidP="00774C9E">
            <w:pPr>
              <w:spacing w:after="200" w:line="276" w:lineRule="auto"/>
            </w:pPr>
          </w:p>
        </w:tc>
        <w:tc>
          <w:tcPr>
            <w:tcW w:w="23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3E3C06" w14:textId="77777777" w:rsidR="00774C9E" w:rsidRPr="00774C9E" w:rsidRDefault="00774C9E" w:rsidP="00774C9E">
            <w:pPr>
              <w:spacing w:after="200" w:line="276" w:lineRule="auto"/>
            </w:pPr>
          </w:p>
        </w:tc>
      </w:tr>
    </w:tbl>
    <w:p w14:paraId="551D96DF" w14:textId="77777777" w:rsidR="00626A04" w:rsidRPr="00774C9E" w:rsidRDefault="00626A04">
      <w:pPr>
        <w:rPr>
          <w:lang w:val="ru-RU"/>
        </w:rPr>
        <w:sectPr w:rsidR="00626A04" w:rsidRPr="00774C9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B31D0C9" w14:textId="77777777" w:rsidR="00626A04" w:rsidRPr="00774C9E" w:rsidRDefault="00626A04">
      <w:pPr>
        <w:autoSpaceDE w:val="0"/>
        <w:autoSpaceDN w:val="0"/>
        <w:spacing w:after="78" w:line="220" w:lineRule="exact"/>
        <w:rPr>
          <w:lang w:val="ru-RU"/>
        </w:rPr>
      </w:pPr>
    </w:p>
    <w:p w14:paraId="71239ECF" w14:textId="77777777" w:rsidR="00626A04" w:rsidRPr="00774C9E" w:rsidRDefault="00456110">
      <w:pPr>
        <w:autoSpaceDE w:val="0"/>
        <w:autoSpaceDN w:val="0"/>
        <w:spacing w:after="0" w:line="230" w:lineRule="auto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7E906BB3" w14:textId="77777777" w:rsidR="00626A04" w:rsidRPr="00774C9E" w:rsidRDefault="00456110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05809FA7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2797341" w14:textId="77777777" w:rsidR="00626A04" w:rsidRPr="00774C9E" w:rsidRDefault="00626A04">
      <w:pPr>
        <w:autoSpaceDE w:val="0"/>
        <w:autoSpaceDN w:val="0"/>
        <w:spacing w:after="78" w:line="220" w:lineRule="exact"/>
        <w:rPr>
          <w:lang w:val="ru-RU"/>
        </w:rPr>
      </w:pPr>
    </w:p>
    <w:p w14:paraId="7847572E" w14:textId="77777777" w:rsidR="00626A04" w:rsidRPr="00774C9E" w:rsidRDefault="00456110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774C9E">
        <w:rPr>
          <w:lang w:val="ru-RU"/>
        </w:rPr>
        <w:br/>
      </w:r>
      <w:r w:rsidRPr="00774C9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14:paraId="63E8865B" w14:textId="77777777" w:rsidR="00626A04" w:rsidRPr="00774C9E" w:rsidRDefault="00626A04">
      <w:pPr>
        <w:rPr>
          <w:lang w:val="ru-RU"/>
        </w:rPr>
        <w:sectPr w:rsidR="00626A04" w:rsidRPr="00774C9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A773AA1" w14:textId="77777777" w:rsidR="00456110" w:rsidRPr="00774C9E" w:rsidRDefault="00456110">
      <w:pPr>
        <w:rPr>
          <w:lang w:val="ru-RU"/>
        </w:rPr>
      </w:pPr>
    </w:p>
    <w:sectPr w:rsidR="00456110" w:rsidRPr="00774C9E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6290BB2"/>
    <w:multiLevelType w:val="hybridMultilevel"/>
    <w:tmpl w:val="BC466158"/>
    <w:lvl w:ilvl="0" w:tplc="00A2808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1E251E">
      <w:start w:val="1"/>
      <w:numFmt w:val="lowerLetter"/>
      <w:lvlText w:val="%2"/>
      <w:lvlJc w:val="left"/>
      <w:pPr>
        <w:ind w:left="1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96549E">
      <w:start w:val="1"/>
      <w:numFmt w:val="lowerRoman"/>
      <w:lvlText w:val="%3"/>
      <w:lvlJc w:val="left"/>
      <w:pPr>
        <w:ind w:left="1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3EC616">
      <w:start w:val="1"/>
      <w:numFmt w:val="decimal"/>
      <w:lvlText w:val="%4"/>
      <w:lvlJc w:val="left"/>
      <w:pPr>
        <w:ind w:left="26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38A2D0">
      <w:start w:val="1"/>
      <w:numFmt w:val="lowerLetter"/>
      <w:lvlText w:val="%5"/>
      <w:lvlJc w:val="left"/>
      <w:pPr>
        <w:ind w:left="34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FCF446">
      <w:start w:val="1"/>
      <w:numFmt w:val="lowerRoman"/>
      <w:lvlText w:val="%6"/>
      <w:lvlJc w:val="left"/>
      <w:pPr>
        <w:ind w:left="41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E6A7EA">
      <w:start w:val="1"/>
      <w:numFmt w:val="decimal"/>
      <w:lvlText w:val="%7"/>
      <w:lvlJc w:val="left"/>
      <w:pPr>
        <w:ind w:left="48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0CDD36">
      <w:start w:val="1"/>
      <w:numFmt w:val="lowerLetter"/>
      <w:lvlText w:val="%8"/>
      <w:lvlJc w:val="left"/>
      <w:pPr>
        <w:ind w:left="55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322F54">
      <w:start w:val="1"/>
      <w:numFmt w:val="lowerRoman"/>
      <w:lvlText w:val="%9"/>
      <w:lvlJc w:val="left"/>
      <w:pPr>
        <w:ind w:left="62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456110"/>
    <w:rsid w:val="00626A04"/>
    <w:rsid w:val="00774C9E"/>
    <w:rsid w:val="00AA1D8D"/>
    <w:rsid w:val="00B268BB"/>
    <w:rsid w:val="00B47730"/>
    <w:rsid w:val="00CB0664"/>
    <w:rsid w:val="00EB595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9469D5"/>
  <w14:defaultImageDpi w14:val="300"/>
  <w15:docId w15:val="{37776D3D-1FA5-4E2D-A38A-E224B1E6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774C9E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774C9E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EB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EB5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hg.ru./Fairy" TargetMode="External"/><Relationship Id="rId21" Type="http://schemas.openxmlformats.org/officeDocument/2006/relationships/hyperlink" Target="http://www.chg.ru./Fairy" TargetMode="External"/><Relationship Id="rId42" Type="http://schemas.openxmlformats.org/officeDocument/2006/relationships/hyperlink" Target="http://www.rozmisel.irk.ru/children" TargetMode="External"/><Relationship Id="rId63" Type="http://schemas.openxmlformats.org/officeDocument/2006/relationships/hyperlink" Target="http://www.chg.ru./Fairy" TargetMode="External"/><Relationship Id="rId84" Type="http://schemas.openxmlformats.org/officeDocument/2006/relationships/hyperlink" Target="http://www.rozmisel.irk.ru/children" TargetMode="External"/><Relationship Id="rId138" Type="http://schemas.openxmlformats.org/officeDocument/2006/relationships/hyperlink" Target="http://www.rozmisel.irk.ru/children" TargetMode="External"/><Relationship Id="rId159" Type="http://schemas.openxmlformats.org/officeDocument/2006/relationships/hyperlink" Target="http://www.chg.ru./Fairy" TargetMode="External"/><Relationship Id="rId170" Type="http://schemas.openxmlformats.org/officeDocument/2006/relationships/hyperlink" Target="http://www.kudesniki.ru/gallery" TargetMode="External"/><Relationship Id="rId191" Type="http://schemas.openxmlformats.org/officeDocument/2006/relationships/hyperlink" Target="http://www.rozmisel.irk.ru/children" TargetMode="External"/><Relationship Id="rId107" Type="http://schemas.openxmlformats.org/officeDocument/2006/relationships/hyperlink" Target="http://www.rozmisel.irk.ru/children" TargetMode="External"/><Relationship Id="rId11" Type="http://schemas.openxmlformats.org/officeDocument/2006/relationships/hyperlink" Target="http://www.rozmisel.irk.ru/children" TargetMode="External"/><Relationship Id="rId32" Type="http://schemas.openxmlformats.org/officeDocument/2006/relationships/hyperlink" Target="http://www.kudesniki.ru/gallery" TargetMode="External"/><Relationship Id="rId53" Type="http://schemas.openxmlformats.org/officeDocument/2006/relationships/hyperlink" Target="http://www.rozmisel.irk.ru/children" TargetMode="External"/><Relationship Id="rId74" Type="http://schemas.openxmlformats.org/officeDocument/2006/relationships/hyperlink" Target="http://www.kudesniki.ru/gallery" TargetMode="External"/><Relationship Id="rId128" Type="http://schemas.openxmlformats.org/officeDocument/2006/relationships/hyperlink" Target="http://www.kudesniki.ru/gallery" TargetMode="External"/><Relationship Id="rId149" Type="http://schemas.openxmlformats.org/officeDocument/2006/relationships/hyperlink" Target="http://www.rozmisel.irk.ru/children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rozmisel.irk.ru/children" TargetMode="External"/><Relationship Id="rId160" Type="http://schemas.openxmlformats.org/officeDocument/2006/relationships/hyperlink" Target="http://www.chg.ru./Fairy" TargetMode="External"/><Relationship Id="rId181" Type="http://schemas.openxmlformats.org/officeDocument/2006/relationships/hyperlink" Target="http://www.kudesniki.ru/gallery" TargetMode="External"/><Relationship Id="rId22" Type="http://schemas.openxmlformats.org/officeDocument/2006/relationships/hyperlink" Target="http://www.chg.ru./Fairy" TargetMode="External"/><Relationship Id="rId43" Type="http://schemas.openxmlformats.org/officeDocument/2006/relationships/hyperlink" Target="http://www.kudesniki.ru/gallery" TargetMode="External"/><Relationship Id="rId64" Type="http://schemas.openxmlformats.org/officeDocument/2006/relationships/hyperlink" Target="http://www.chg.ru./Fairy" TargetMode="External"/><Relationship Id="rId118" Type="http://schemas.openxmlformats.org/officeDocument/2006/relationships/hyperlink" Target="http://www.chg.ru./Fairy" TargetMode="External"/><Relationship Id="rId139" Type="http://schemas.openxmlformats.org/officeDocument/2006/relationships/hyperlink" Target="http://www.kudesniki.ru/gallery" TargetMode="External"/><Relationship Id="rId85" Type="http://schemas.openxmlformats.org/officeDocument/2006/relationships/hyperlink" Target="http://www.kudesniki.ru/gallery" TargetMode="External"/><Relationship Id="rId150" Type="http://schemas.openxmlformats.org/officeDocument/2006/relationships/hyperlink" Target="http://www.rozmisel.irk.ru/children" TargetMode="External"/><Relationship Id="rId171" Type="http://schemas.openxmlformats.org/officeDocument/2006/relationships/hyperlink" Target="http://www.chg.ru./Fairy" TargetMode="External"/><Relationship Id="rId192" Type="http://schemas.openxmlformats.org/officeDocument/2006/relationships/hyperlink" Target="http://www.rozmisel.irk.ru/children" TargetMode="External"/><Relationship Id="rId12" Type="http://schemas.openxmlformats.org/officeDocument/2006/relationships/hyperlink" Target="http://www.rozmisel.irk.ru/children" TargetMode="External"/><Relationship Id="rId33" Type="http://schemas.openxmlformats.org/officeDocument/2006/relationships/hyperlink" Target="http://www.chg.ru./Fairy" TargetMode="External"/><Relationship Id="rId108" Type="http://schemas.openxmlformats.org/officeDocument/2006/relationships/hyperlink" Target="http://www.rozmisel.irk.ru/children" TargetMode="External"/><Relationship Id="rId129" Type="http://schemas.openxmlformats.org/officeDocument/2006/relationships/hyperlink" Target="http://www.chg.ru./Fairy" TargetMode="External"/><Relationship Id="rId54" Type="http://schemas.openxmlformats.org/officeDocument/2006/relationships/hyperlink" Target="http://www.rozmisel.irk.ru/children" TargetMode="External"/><Relationship Id="rId75" Type="http://schemas.openxmlformats.org/officeDocument/2006/relationships/hyperlink" Target="http://www.chg.ru./Fairy" TargetMode="External"/><Relationship Id="rId96" Type="http://schemas.openxmlformats.org/officeDocument/2006/relationships/hyperlink" Target="http://www.rozmisel.irk.ru/children" TargetMode="External"/><Relationship Id="rId140" Type="http://schemas.openxmlformats.org/officeDocument/2006/relationships/hyperlink" Target="http://www.kudesniki.ru/gallery" TargetMode="External"/><Relationship Id="rId161" Type="http://schemas.openxmlformats.org/officeDocument/2006/relationships/hyperlink" Target="http://www.rozmisel.irk.ru/children" TargetMode="External"/><Relationship Id="rId182" Type="http://schemas.openxmlformats.org/officeDocument/2006/relationships/hyperlink" Target="http://www.kudesniki.ru/gallery" TargetMode="External"/><Relationship Id="rId6" Type="http://schemas.openxmlformats.org/officeDocument/2006/relationships/image" Target="media/image1.jpeg"/><Relationship Id="rId23" Type="http://schemas.openxmlformats.org/officeDocument/2006/relationships/hyperlink" Target="http://www.rozmisel.irk.ru/children" TargetMode="External"/><Relationship Id="rId119" Type="http://schemas.openxmlformats.org/officeDocument/2006/relationships/hyperlink" Target="http://www.rozmisel.irk.ru/children" TargetMode="External"/><Relationship Id="rId44" Type="http://schemas.openxmlformats.org/officeDocument/2006/relationships/hyperlink" Target="http://www.kudesniki.ru/gallery" TargetMode="External"/><Relationship Id="rId65" Type="http://schemas.openxmlformats.org/officeDocument/2006/relationships/hyperlink" Target="http://www.rozmisel.irk.ru/children" TargetMode="External"/><Relationship Id="rId86" Type="http://schemas.openxmlformats.org/officeDocument/2006/relationships/hyperlink" Target="http://www.kudesniki.ru/gallery" TargetMode="External"/><Relationship Id="rId130" Type="http://schemas.openxmlformats.org/officeDocument/2006/relationships/hyperlink" Target="http://www.chg.ru./Fairy" TargetMode="External"/><Relationship Id="rId151" Type="http://schemas.openxmlformats.org/officeDocument/2006/relationships/hyperlink" Target="http://www.kudesniki.ru/gallery" TargetMode="External"/><Relationship Id="rId172" Type="http://schemas.openxmlformats.org/officeDocument/2006/relationships/hyperlink" Target="http://www.chg.ru./Fairy" TargetMode="External"/><Relationship Id="rId193" Type="http://schemas.openxmlformats.org/officeDocument/2006/relationships/hyperlink" Target="http://www.kudesniki.ru/gallery" TargetMode="External"/><Relationship Id="rId13" Type="http://schemas.openxmlformats.org/officeDocument/2006/relationships/hyperlink" Target="http://www.kudesniki.ru/gallery" TargetMode="External"/><Relationship Id="rId109" Type="http://schemas.openxmlformats.org/officeDocument/2006/relationships/hyperlink" Target="http://www.kudesniki.ru/gallery" TargetMode="External"/><Relationship Id="rId34" Type="http://schemas.openxmlformats.org/officeDocument/2006/relationships/hyperlink" Target="http://www.chg.ru./Fairy" TargetMode="External"/><Relationship Id="rId55" Type="http://schemas.openxmlformats.org/officeDocument/2006/relationships/hyperlink" Target="http://www.kudesniki.ru/gallery" TargetMode="External"/><Relationship Id="rId76" Type="http://schemas.openxmlformats.org/officeDocument/2006/relationships/hyperlink" Target="http://www.chg.ru./Fairy" TargetMode="External"/><Relationship Id="rId97" Type="http://schemas.openxmlformats.org/officeDocument/2006/relationships/hyperlink" Target="http://www.kudesniki.ru/gallery" TargetMode="External"/><Relationship Id="rId120" Type="http://schemas.openxmlformats.org/officeDocument/2006/relationships/hyperlink" Target="http://www.rozmisel.irk.ru/children" TargetMode="External"/><Relationship Id="rId141" Type="http://schemas.openxmlformats.org/officeDocument/2006/relationships/hyperlink" Target="http://www.chg.ru./Fairy" TargetMode="External"/><Relationship Id="rId7" Type="http://schemas.openxmlformats.org/officeDocument/2006/relationships/hyperlink" Target="http://www.kudesniki.ru/gallery" TargetMode="External"/><Relationship Id="rId71" Type="http://schemas.openxmlformats.org/officeDocument/2006/relationships/hyperlink" Target="http://www.rozmisel.irk.ru/children" TargetMode="External"/><Relationship Id="rId92" Type="http://schemas.openxmlformats.org/officeDocument/2006/relationships/hyperlink" Target="http://www.kudesniki.ru/gallery" TargetMode="External"/><Relationship Id="rId162" Type="http://schemas.openxmlformats.org/officeDocument/2006/relationships/hyperlink" Target="http://www.rozmisel.irk.ru/children" TargetMode="External"/><Relationship Id="rId183" Type="http://schemas.openxmlformats.org/officeDocument/2006/relationships/hyperlink" Target="http://www.chg.ru./Fairy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rozmisel.irk.ru/children" TargetMode="External"/><Relationship Id="rId24" Type="http://schemas.openxmlformats.org/officeDocument/2006/relationships/hyperlink" Target="http://www.rozmisel.irk.ru/children" TargetMode="External"/><Relationship Id="rId40" Type="http://schemas.openxmlformats.org/officeDocument/2006/relationships/hyperlink" Target="http://www.chg.ru./Fairy" TargetMode="External"/><Relationship Id="rId45" Type="http://schemas.openxmlformats.org/officeDocument/2006/relationships/hyperlink" Target="http://www.chg.ru./Fairy" TargetMode="External"/><Relationship Id="rId66" Type="http://schemas.openxmlformats.org/officeDocument/2006/relationships/hyperlink" Target="http://www.rozmisel.irk.ru/children" TargetMode="External"/><Relationship Id="rId87" Type="http://schemas.openxmlformats.org/officeDocument/2006/relationships/hyperlink" Target="http://www.chg.ru./Fairy" TargetMode="External"/><Relationship Id="rId110" Type="http://schemas.openxmlformats.org/officeDocument/2006/relationships/hyperlink" Target="http://www.kudesniki.ru/gallery" TargetMode="External"/><Relationship Id="rId115" Type="http://schemas.openxmlformats.org/officeDocument/2006/relationships/hyperlink" Target="http://www.kudesniki.ru/gallery" TargetMode="External"/><Relationship Id="rId131" Type="http://schemas.openxmlformats.org/officeDocument/2006/relationships/hyperlink" Target="http://www.rozmisel.irk.ru/children" TargetMode="External"/><Relationship Id="rId136" Type="http://schemas.openxmlformats.org/officeDocument/2006/relationships/hyperlink" Target="http://www.chg.ru./Fairy" TargetMode="External"/><Relationship Id="rId157" Type="http://schemas.openxmlformats.org/officeDocument/2006/relationships/hyperlink" Target="http://www.kudesniki.ru/gallery" TargetMode="External"/><Relationship Id="rId178" Type="http://schemas.openxmlformats.org/officeDocument/2006/relationships/hyperlink" Target="http://www.chg.ru./Fairy" TargetMode="External"/><Relationship Id="rId61" Type="http://schemas.openxmlformats.org/officeDocument/2006/relationships/hyperlink" Target="http://www.kudesniki.ru/gallery" TargetMode="External"/><Relationship Id="rId82" Type="http://schemas.openxmlformats.org/officeDocument/2006/relationships/hyperlink" Target="http://www.chg.ru./Fairy" TargetMode="External"/><Relationship Id="rId152" Type="http://schemas.openxmlformats.org/officeDocument/2006/relationships/hyperlink" Target="http://www.kudesniki.ru/gallery" TargetMode="External"/><Relationship Id="rId173" Type="http://schemas.openxmlformats.org/officeDocument/2006/relationships/hyperlink" Target="http://www.rozmisel.irk.ru/children" TargetMode="External"/><Relationship Id="rId194" Type="http://schemas.openxmlformats.org/officeDocument/2006/relationships/hyperlink" Target="http://www.kudesniki.ru/gallery" TargetMode="External"/><Relationship Id="rId199" Type="http://schemas.openxmlformats.org/officeDocument/2006/relationships/fontTable" Target="fontTable.xml"/><Relationship Id="rId19" Type="http://schemas.openxmlformats.org/officeDocument/2006/relationships/hyperlink" Target="http://www.kudesniki.ru/gallery" TargetMode="External"/><Relationship Id="rId14" Type="http://schemas.openxmlformats.org/officeDocument/2006/relationships/hyperlink" Target="http://www.kudesniki.ru/gallery" TargetMode="External"/><Relationship Id="rId30" Type="http://schemas.openxmlformats.org/officeDocument/2006/relationships/hyperlink" Target="http://www.rozmisel.irk.ru/children" TargetMode="External"/><Relationship Id="rId35" Type="http://schemas.openxmlformats.org/officeDocument/2006/relationships/hyperlink" Target="http://www.rozmisel.irk.ru/children" TargetMode="External"/><Relationship Id="rId56" Type="http://schemas.openxmlformats.org/officeDocument/2006/relationships/hyperlink" Target="http://www.kudesniki.ru/gallery" TargetMode="External"/><Relationship Id="rId77" Type="http://schemas.openxmlformats.org/officeDocument/2006/relationships/hyperlink" Target="http://www.rozmisel.irk.ru/children" TargetMode="External"/><Relationship Id="rId100" Type="http://schemas.openxmlformats.org/officeDocument/2006/relationships/hyperlink" Target="http://www.chg.ru./Fairy" TargetMode="External"/><Relationship Id="rId105" Type="http://schemas.openxmlformats.org/officeDocument/2006/relationships/hyperlink" Target="http://www.chg.ru./Fairy" TargetMode="External"/><Relationship Id="rId126" Type="http://schemas.openxmlformats.org/officeDocument/2006/relationships/hyperlink" Target="http://www.rozmisel.irk.ru/children" TargetMode="External"/><Relationship Id="rId147" Type="http://schemas.openxmlformats.org/officeDocument/2006/relationships/hyperlink" Target="http://www.chg.ru./Fairy" TargetMode="External"/><Relationship Id="rId168" Type="http://schemas.openxmlformats.org/officeDocument/2006/relationships/hyperlink" Target="http://www.rozmisel.irk.ru/children" TargetMode="External"/><Relationship Id="rId8" Type="http://schemas.openxmlformats.org/officeDocument/2006/relationships/hyperlink" Target="http://www.kudesniki.ru/gallery" TargetMode="External"/><Relationship Id="rId51" Type="http://schemas.openxmlformats.org/officeDocument/2006/relationships/hyperlink" Target="http://www.chg.ru./Fairy" TargetMode="External"/><Relationship Id="rId72" Type="http://schemas.openxmlformats.org/officeDocument/2006/relationships/hyperlink" Target="http://www.rozmisel.irk.ru/children" TargetMode="External"/><Relationship Id="rId93" Type="http://schemas.openxmlformats.org/officeDocument/2006/relationships/hyperlink" Target="http://www.chg.ru./Fairy" TargetMode="External"/><Relationship Id="rId98" Type="http://schemas.openxmlformats.org/officeDocument/2006/relationships/hyperlink" Target="http://www.kudesniki.ru/gallery" TargetMode="External"/><Relationship Id="rId121" Type="http://schemas.openxmlformats.org/officeDocument/2006/relationships/hyperlink" Target="http://www.kudesniki.ru/gallery" TargetMode="External"/><Relationship Id="rId142" Type="http://schemas.openxmlformats.org/officeDocument/2006/relationships/hyperlink" Target="http://www.chg.ru./Fairy" TargetMode="External"/><Relationship Id="rId163" Type="http://schemas.openxmlformats.org/officeDocument/2006/relationships/hyperlink" Target="http://www.kudesniki.ru/gallery" TargetMode="External"/><Relationship Id="rId184" Type="http://schemas.openxmlformats.org/officeDocument/2006/relationships/hyperlink" Target="http://www.chg.ru./Fairy" TargetMode="External"/><Relationship Id="rId189" Type="http://schemas.openxmlformats.org/officeDocument/2006/relationships/hyperlink" Target="http://www.chg.ru./Fairy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kudesniki.ru/gallery" TargetMode="External"/><Relationship Id="rId46" Type="http://schemas.openxmlformats.org/officeDocument/2006/relationships/hyperlink" Target="http://www.chg.ru./Fairy" TargetMode="External"/><Relationship Id="rId67" Type="http://schemas.openxmlformats.org/officeDocument/2006/relationships/hyperlink" Target="http://www.kudesniki.ru/gallery" TargetMode="External"/><Relationship Id="rId116" Type="http://schemas.openxmlformats.org/officeDocument/2006/relationships/hyperlink" Target="http://www.kudesniki.ru/gallery" TargetMode="External"/><Relationship Id="rId137" Type="http://schemas.openxmlformats.org/officeDocument/2006/relationships/hyperlink" Target="http://www.rozmisel.irk.ru/children" TargetMode="External"/><Relationship Id="rId158" Type="http://schemas.openxmlformats.org/officeDocument/2006/relationships/hyperlink" Target="http://www.kudesniki.ru/gallery" TargetMode="External"/><Relationship Id="rId20" Type="http://schemas.openxmlformats.org/officeDocument/2006/relationships/hyperlink" Target="http://www.kudesniki.ru/gallery" TargetMode="External"/><Relationship Id="rId41" Type="http://schemas.openxmlformats.org/officeDocument/2006/relationships/hyperlink" Target="http://www.rozmisel.irk.ru/children" TargetMode="External"/><Relationship Id="rId62" Type="http://schemas.openxmlformats.org/officeDocument/2006/relationships/hyperlink" Target="http://www.kudesniki.ru/gallery" TargetMode="External"/><Relationship Id="rId83" Type="http://schemas.openxmlformats.org/officeDocument/2006/relationships/hyperlink" Target="http://www.rozmisel.irk.ru/children" TargetMode="External"/><Relationship Id="rId88" Type="http://schemas.openxmlformats.org/officeDocument/2006/relationships/hyperlink" Target="http://www.chg.ru./Fairy" TargetMode="External"/><Relationship Id="rId111" Type="http://schemas.openxmlformats.org/officeDocument/2006/relationships/hyperlink" Target="http://www.chg.ru./Fairy" TargetMode="External"/><Relationship Id="rId132" Type="http://schemas.openxmlformats.org/officeDocument/2006/relationships/hyperlink" Target="http://www.rozmisel.irk.ru/children" TargetMode="External"/><Relationship Id="rId153" Type="http://schemas.openxmlformats.org/officeDocument/2006/relationships/hyperlink" Target="http://www.chg.ru./Fairy" TargetMode="External"/><Relationship Id="rId174" Type="http://schemas.openxmlformats.org/officeDocument/2006/relationships/hyperlink" Target="http://www.rozmisel.irk.ru/children" TargetMode="External"/><Relationship Id="rId179" Type="http://schemas.openxmlformats.org/officeDocument/2006/relationships/hyperlink" Target="http://www.rozmisel.irk.ru/children" TargetMode="External"/><Relationship Id="rId195" Type="http://schemas.openxmlformats.org/officeDocument/2006/relationships/hyperlink" Target="http://www.chg.ru./Fairy" TargetMode="External"/><Relationship Id="rId190" Type="http://schemas.openxmlformats.org/officeDocument/2006/relationships/hyperlink" Target="http://www.chg.ru./Fairy" TargetMode="External"/><Relationship Id="rId15" Type="http://schemas.openxmlformats.org/officeDocument/2006/relationships/hyperlink" Target="http://www.chg.ru./Fairy" TargetMode="External"/><Relationship Id="rId36" Type="http://schemas.openxmlformats.org/officeDocument/2006/relationships/hyperlink" Target="http://www.rozmisel.irk.ru/children" TargetMode="External"/><Relationship Id="rId57" Type="http://schemas.openxmlformats.org/officeDocument/2006/relationships/hyperlink" Target="http://www.chg.ru./Fairy" TargetMode="External"/><Relationship Id="rId106" Type="http://schemas.openxmlformats.org/officeDocument/2006/relationships/hyperlink" Target="http://www.chg.ru./Fairy" TargetMode="External"/><Relationship Id="rId127" Type="http://schemas.openxmlformats.org/officeDocument/2006/relationships/hyperlink" Target="http://www.kudesniki.ru/gallery" TargetMode="External"/><Relationship Id="rId10" Type="http://schemas.openxmlformats.org/officeDocument/2006/relationships/hyperlink" Target="http://www.chg.ru./Fairy" TargetMode="External"/><Relationship Id="rId31" Type="http://schemas.openxmlformats.org/officeDocument/2006/relationships/hyperlink" Target="http://www.kudesniki.ru/gallery" TargetMode="External"/><Relationship Id="rId52" Type="http://schemas.openxmlformats.org/officeDocument/2006/relationships/hyperlink" Target="http://www.chg.ru./Fairy" TargetMode="External"/><Relationship Id="rId73" Type="http://schemas.openxmlformats.org/officeDocument/2006/relationships/hyperlink" Target="http://www.kudesniki.ru/gallery" TargetMode="External"/><Relationship Id="rId78" Type="http://schemas.openxmlformats.org/officeDocument/2006/relationships/hyperlink" Target="http://www.rozmisel.irk.ru/children" TargetMode="External"/><Relationship Id="rId94" Type="http://schemas.openxmlformats.org/officeDocument/2006/relationships/hyperlink" Target="http://www.chg.ru./Fairy" TargetMode="External"/><Relationship Id="rId99" Type="http://schemas.openxmlformats.org/officeDocument/2006/relationships/hyperlink" Target="http://www.chg.ru./Fairy" TargetMode="External"/><Relationship Id="rId101" Type="http://schemas.openxmlformats.org/officeDocument/2006/relationships/hyperlink" Target="http://www.rozmisel.irk.ru/children" TargetMode="External"/><Relationship Id="rId122" Type="http://schemas.openxmlformats.org/officeDocument/2006/relationships/hyperlink" Target="http://www.kudesniki.ru/gallery" TargetMode="External"/><Relationship Id="rId143" Type="http://schemas.openxmlformats.org/officeDocument/2006/relationships/hyperlink" Target="http://www.rozmisel.irk.ru/children" TargetMode="External"/><Relationship Id="rId148" Type="http://schemas.openxmlformats.org/officeDocument/2006/relationships/hyperlink" Target="http://www.chg.ru./Fairy" TargetMode="External"/><Relationship Id="rId164" Type="http://schemas.openxmlformats.org/officeDocument/2006/relationships/hyperlink" Target="http://www.kudesniki.ru/gallery" TargetMode="External"/><Relationship Id="rId169" Type="http://schemas.openxmlformats.org/officeDocument/2006/relationships/hyperlink" Target="http://www.kudesniki.ru/gallery" TargetMode="External"/><Relationship Id="rId185" Type="http://schemas.openxmlformats.org/officeDocument/2006/relationships/hyperlink" Target="http://www.rozmisel.irk.ru/childr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g.ru./Fairy" TargetMode="External"/><Relationship Id="rId180" Type="http://schemas.openxmlformats.org/officeDocument/2006/relationships/hyperlink" Target="http://www.rozmisel.irk.ru/children" TargetMode="External"/><Relationship Id="rId26" Type="http://schemas.openxmlformats.org/officeDocument/2006/relationships/hyperlink" Target="http://www.kudesniki.ru/gallery" TargetMode="External"/><Relationship Id="rId47" Type="http://schemas.openxmlformats.org/officeDocument/2006/relationships/hyperlink" Target="http://www.rozmisel.irk.ru/children" TargetMode="External"/><Relationship Id="rId68" Type="http://schemas.openxmlformats.org/officeDocument/2006/relationships/hyperlink" Target="http://www.kudesniki.ru/gallery" TargetMode="External"/><Relationship Id="rId89" Type="http://schemas.openxmlformats.org/officeDocument/2006/relationships/hyperlink" Target="http://www.rozmisel.irk.ru/children" TargetMode="External"/><Relationship Id="rId112" Type="http://schemas.openxmlformats.org/officeDocument/2006/relationships/hyperlink" Target="http://www.chg.ru./Fairy" TargetMode="External"/><Relationship Id="rId133" Type="http://schemas.openxmlformats.org/officeDocument/2006/relationships/hyperlink" Target="http://www.kudesniki.ru/gallery" TargetMode="External"/><Relationship Id="rId154" Type="http://schemas.openxmlformats.org/officeDocument/2006/relationships/hyperlink" Target="http://www.chg.ru./Fairy" TargetMode="External"/><Relationship Id="rId175" Type="http://schemas.openxmlformats.org/officeDocument/2006/relationships/hyperlink" Target="http://www.kudesniki.ru/gallery" TargetMode="External"/><Relationship Id="rId196" Type="http://schemas.openxmlformats.org/officeDocument/2006/relationships/hyperlink" Target="http://www.chg.ru./Fairy" TargetMode="External"/><Relationship Id="rId200" Type="http://schemas.openxmlformats.org/officeDocument/2006/relationships/theme" Target="theme/theme1.xml"/><Relationship Id="rId16" Type="http://schemas.openxmlformats.org/officeDocument/2006/relationships/hyperlink" Target="http://www.chg.ru./Fairy" TargetMode="External"/><Relationship Id="rId37" Type="http://schemas.openxmlformats.org/officeDocument/2006/relationships/hyperlink" Target="http://www.kudesniki.ru/gallery" TargetMode="External"/><Relationship Id="rId58" Type="http://schemas.openxmlformats.org/officeDocument/2006/relationships/hyperlink" Target="http://www.chg.ru./Fairy" TargetMode="External"/><Relationship Id="rId79" Type="http://schemas.openxmlformats.org/officeDocument/2006/relationships/hyperlink" Target="http://www.kudesniki.ru/gallery" TargetMode="External"/><Relationship Id="rId102" Type="http://schemas.openxmlformats.org/officeDocument/2006/relationships/hyperlink" Target="http://www.rozmisel.irk.ru/children" TargetMode="External"/><Relationship Id="rId123" Type="http://schemas.openxmlformats.org/officeDocument/2006/relationships/hyperlink" Target="http://www.chg.ru./Fairy" TargetMode="External"/><Relationship Id="rId144" Type="http://schemas.openxmlformats.org/officeDocument/2006/relationships/hyperlink" Target="http://www.rozmisel.irk.ru/children" TargetMode="External"/><Relationship Id="rId90" Type="http://schemas.openxmlformats.org/officeDocument/2006/relationships/hyperlink" Target="http://www.rozmisel.irk.ru/children" TargetMode="External"/><Relationship Id="rId165" Type="http://schemas.openxmlformats.org/officeDocument/2006/relationships/hyperlink" Target="http://www.chg.ru./Fairy" TargetMode="External"/><Relationship Id="rId186" Type="http://schemas.openxmlformats.org/officeDocument/2006/relationships/hyperlink" Target="http://www.rozmisel.irk.ru/children" TargetMode="External"/><Relationship Id="rId27" Type="http://schemas.openxmlformats.org/officeDocument/2006/relationships/hyperlink" Target="http://www.chg.ru./Fairy" TargetMode="External"/><Relationship Id="rId48" Type="http://schemas.openxmlformats.org/officeDocument/2006/relationships/hyperlink" Target="http://www.rozmisel.irk.ru/children" TargetMode="External"/><Relationship Id="rId69" Type="http://schemas.openxmlformats.org/officeDocument/2006/relationships/hyperlink" Target="http://www.chg.ru./Fairy" TargetMode="External"/><Relationship Id="rId113" Type="http://schemas.openxmlformats.org/officeDocument/2006/relationships/hyperlink" Target="http://www.rozmisel.irk.ru/children" TargetMode="External"/><Relationship Id="rId134" Type="http://schemas.openxmlformats.org/officeDocument/2006/relationships/hyperlink" Target="http://www.kudesniki.ru/gallery" TargetMode="External"/><Relationship Id="rId80" Type="http://schemas.openxmlformats.org/officeDocument/2006/relationships/hyperlink" Target="http://www.kudesniki.ru/gallery" TargetMode="External"/><Relationship Id="rId155" Type="http://schemas.openxmlformats.org/officeDocument/2006/relationships/hyperlink" Target="http://www.rozmisel.irk.ru/children" TargetMode="External"/><Relationship Id="rId176" Type="http://schemas.openxmlformats.org/officeDocument/2006/relationships/hyperlink" Target="http://www.kudesniki.ru/gallery" TargetMode="External"/><Relationship Id="rId197" Type="http://schemas.openxmlformats.org/officeDocument/2006/relationships/hyperlink" Target="http://www.rozmisel.irk.ru/children" TargetMode="External"/><Relationship Id="rId17" Type="http://schemas.openxmlformats.org/officeDocument/2006/relationships/hyperlink" Target="http://www.rozmisel.irk.ru/children" TargetMode="External"/><Relationship Id="rId38" Type="http://schemas.openxmlformats.org/officeDocument/2006/relationships/hyperlink" Target="http://www.kudesniki.ru/gallery" TargetMode="External"/><Relationship Id="rId59" Type="http://schemas.openxmlformats.org/officeDocument/2006/relationships/hyperlink" Target="http://www.rozmisel.irk.ru/children" TargetMode="External"/><Relationship Id="rId103" Type="http://schemas.openxmlformats.org/officeDocument/2006/relationships/hyperlink" Target="http://www.kudesniki.ru/gallery" TargetMode="External"/><Relationship Id="rId124" Type="http://schemas.openxmlformats.org/officeDocument/2006/relationships/hyperlink" Target="http://www.chg.ru./Fairy" TargetMode="External"/><Relationship Id="rId70" Type="http://schemas.openxmlformats.org/officeDocument/2006/relationships/hyperlink" Target="http://www.chg.ru./Fairy" TargetMode="External"/><Relationship Id="rId91" Type="http://schemas.openxmlformats.org/officeDocument/2006/relationships/hyperlink" Target="http://www.kudesniki.ru/gallery" TargetMode="External"/><Relationship Id="rId145" Type="http://schemas.openxmlformats.org/officeDocument/2006/relationships/hyperlink" Target="http://www.kudesniki.ru/gallery" TargetMode="External"/><Relationship Id="rId166" Type="http://schemas.openxmlformats.org/officeDocument/2006/relationships/hyperlink" Target="http://www.chg.ru./Fairy" TargetMode="External"/><Relationship Id="rId187" Type="http://schemas.openxmlformats.org/officeDocument/2006/relationships/hyperlink" Target="http://www.kudesniki.ru/gallery" TargetMode="External"/><Relationship Id="rId1" Type="http://schemas.openxmlformats.org/officeDocument/2006/relationships/customXml" Target="../customXml/item1.xml"/><Relationship Id="rId28" Type="http://schemas.openxmlformats.org/officeDocument/2006/relationships/hyperlink" Target="http://www.chg.ru./Fairy" TargetMode="External"/><Relationship Id="rId49" Type="http://schemas.openxmlformats.org/officeDocument/2006/relationships/hyperlink" Target="http://www.kudesniki.ru/gallery" TargetMode="External"/><Relationship Id="rId114" Type="http://schemas.openxmlformats.org/officeDocument/2006/relationships/hyperlink" Target="http://www.rozmisel.irk.ru/children" TargetMode="External"/><Relationship Id="rId60" Type="http://schemas.openxmlformats.org/officeDocument/2006/relationships/hyperlink" Target="http://www.rozmisel.irk.ru/children" TargetMode="External"/><Relationship Id="rId81" Type="http://schemas.openxmlformats.org/officeDocument/2006/relationships/hyperlink" Target="http://www.chg.ru./Fairy" TargetMode="External"/><Relationship Id="rId135" Type="http://schemas.openxmlformats.org/officeDocument/2006/relationships/hyperlink" Target="http://www.chg.ru./Fairy" TargetMode="External"/><Relationship Id="rId156" Type="http://schemas.openxmlformats.org/officeDocument/2006/relationships/hyperlink" Target="http://www.rozmisel.irk.ru/children" TargetMode="External"/><Relationship Id="rId177" Type="http://schemas.openxmlformats.org/officeDocument/2006/relationships/hyperlink" Target="http://www.chg.ru./Fairy" TargetMode="External"/><Relationship Id="rId198" Type="http://schemas.openxmlformats.org/officeDocument/2006/relationships/hyperlink" Target="http://www.rozmisel.irk.ru/children" TargetMode="External"/><Relationship Id="rId18" Type="http://schemas.openxmlformats.org/officeDocument/2006/relationships/hyperlink" Target="http://www.rozmisel.irk.ru/children" TargetMode="External"/><Relationship Id="rId39" Type="http://schemas.openxmlformats.org/officeDocument/2006/relationships/hyperlink" Target="http://www.chg.ru./Fairy" TargetMode="External"/><Relationship Id="rId50" Type="http://schemas.openxmlformats.org/officeDocument/2006/relationships/hyperlink" Target="http://www.kudesniki.ru/gallery" TargetMode="External"/><Relationship Id="rId104" Type="http://schemas.openxmlformats.org/officeDocument/2006/relationships/hyperlink" Target="http://www.kudesniki.ru/gallery" TargetMode="External"/><Relationship Id="rId125" Type="http://schemas.openxmlformats.org/officeDocument/2006/relationships/hyperlink" Target="http://www.rozmisel.irk.ru/children" TargetMode="External"/><Relationship Id="rId146" Type="http://schemas.openxmlformats.org/officeDocument/2006/relationships/hyperlink" Target="http://www.kudesniki.ru/gallery" TargetMode="External"/><Relationship Id="rId167" Type="http://schemas.openxmlformats.org/officeDocument/2006/relationships/hyperlink" Target="http://www.rozmisel.irk.ru/children" TargetMode="External"/><Relationship Id="rId188" Type="http://schemas.openxmlformats.org/officeDocument/2006/relationships/hyperlink" Target="http://www.kudesniki.ru/galle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FB205A-AA14-4F14-BF1C-26201E377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7408</Words>
  <Characters>42227</Characters>
  <Application>Microsoft Office Word</Application>
  <DocSecurity>0</DocSecurity>
  <Lines>351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2022-06-27T03:56:00Z</cp:lastPrinted>
  <dcterms:created xsi:type="dcterms:W3CDTF">2013-12-23T23:15:00Z</dcterms:created>
  <dcterms:modified xsi:type="dcterms:W3CDTF">2022-06-28T01:18:00Z</dcterms:modified>
  <cp:category/>
</cp:coreProperties>
</file>