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0855F" w14:textId="77777777" w:rsidR="00307EB0" w:rsidRDefault="00307EB0">
      <w:pPr>
        <w:autoSpaceDE w:val="0"/>
        <w:autoSpaceDN w:val="0"/>
        <w:spacing w:after="78" w:line="220" w:lineRule="exact"/>
      </w:pPr>
    </w:p>
    <w:p w14:paraId="5B490F4C" w14:textId="7C801841" w:rsidR="00307EB0" w:rsidRDefault="00A66909" w:rsidP="00A568E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                 </w:t>
      </w:r>
      <w:r w:rsidR="00A568EB">
        <w:rPr>
          <w:noProof/>
        </w:rPr>
        <w:drawing>
          <wp:inline distT="0" distB="0" distL="0" distR="0" wp14:anchorId="4FC680C0" wp14:editId="010373DA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4"/>
        </w:rPr>
        <w:t xml:space="preserve"> </w:t>
      </w:r>
    </w:p>
    <w:p w14:paraId="1CDCC308" w14:textId="77777777" w:rsidR="00307EB0" w:rsidRDefault="00307EB0">
      <w:pPr>
        <w:sectPr w:rsidR="00307EB0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5C32DD60" w14:textId="77777777" w:rsidR="00307EB0" w:rsidRDefault="00307EB0">
      <w:pPr>
        <w:autoSpaceDE w:val="0"/>
        <w:autoSpaceDN w:val="0"/>
        <w:spacing w:after="78" w:line="220" w:lineRule="exact"/>
      </w:pPr>
    </w:p>
    <w:p w14:paraId="2663930E" w14:textId="77777777" w:rsidR="00307EB0" w:rsidRDefault="00A0710E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550D3822" w14:textId="77777777" w:rsidR="00307EB0" w:rsidRPr="00E76EE8" w:rsidRDefault="00A0710E">
      <w:pPr>
        <w:autoSpaceDE w:val="0"/>
        <w:autoSpaceDN w:val="0"/>
        <w:spacing w:before="346" w:after="0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по изобразительному искусству для обучающихся 2 класса на уровне начального общего образования составлена на основе «Требований к результатам освоения основной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образовательной программы», представленных в Федеральном государственном образовательном стандарте начального общего образования.</w:t>
      </w:r>
    </w:p>
    <w:p w14:paraId="772F4518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Содержание программы распределено по модулям с учётом проверяемых требований к результатам освоения учебного предмета, выносимым на промежуточную аттестацию.</w:t>
      </w:r>
    </w:p>
    <w:p w14:paraId="6B7A9444" w14:textId="77777777" w:rsidR="00307EB0" w:rsidRPr="00E76EE8" w:rsidRDefault="00A0710E">
      <w:pPr>
        <w:autoSpaceDE w:val="0"/>
        <w:autoSpaceDN w:val="0"/>
        <w:spacing w:before="70" w:after="0" w:line="278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Цель преподавания предмета «Изобразительное искусство» состоит в формировании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художественной культуры учащихся,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учащихся.</w:t>
      </w:r>
    </w:p>
    <w:p w14:paraId="5896D9EE" w14:textId="77777777" w:rsidR="00307EB0" w:rsidRPr="00E76EE8" w:rsidRDefault="00A0710E">
      <w:pPr>
        <w:autoSpaceDE w:val="0"/>
        <w:autoSpaceDN w:val="0"/>
        <w:spacing w:before="70" w:after="0" w:line="271" w:lineRule="auto"/>
        <w:ind w:right="576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Преподавание предмета направлено на развитие духовной культуры учащихся,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2E336896" w14:textId="77777777" w:rsidR="00307EB0" w:rsidRPr="00E76EE8" w:rsidRDefault="00A0710E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Содержание предмета охватывает все основные вида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Для учащихся начальной школы большое значение также имеет восприятие произведений детского творчества, умение обсуждать и анализировать детские рисунки с позиций выраженного в них содержания, художественных средств выразительности, соответствия учебной задачи, поставленной учителем. Такая рефлексия детского творчества имеет позитивный обучающий характер.</w:t>
      </w:r>
    </w:p>
    <w:p w14:paraId="05401644" w14:textId="77777777" w:rsidR="00307EB0" w:rsidRPr="00E76EE8" w:rsidRDefault="00A0710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06A2E508" w14:textId="77777777" w:rsidR="00307EB0" w:rsidRPr="00E76EE8" w:rsidRDefault="00A0710E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32390B78" w14:textId="77777777" w:rsidR="00307EB0" w:rsidRPr="00E76EE8" w:rsidRDefault="00A0710E">
      <w:pPr>
        <w:autoSpaceDE w:val="0"/>
        <w:autoSpaceDN w:val="0"/>
        <w:spacing w:before="72" w:after="0" w:line="281" w:lineRule="auto"/>
        <w:ind w:right="288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На занятиях учащиеся знакомятся с многообразием видов художественной деятельности и технически доступным разнообразием художественных материалов. Практическая </w:t>
      </w: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художественно-творческая деятельность занимает приоритетное пространство учебного времени. При опоре на восприятие 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14:paraId="5179D0D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учитывает психолого-возрастные особенности развития детей 7—8 лет, при этом содержание занятий может быть адаптировано с учётом индивидуальных качеств обучающихся, как для детей, проявляющих выдающиеся способности, так и для детей-инвалидов и детей с ОВЗ.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 урочное время деятельность обучающихся организуется как в индивидуальном, так и в групповом формате с задачей формирования навыков сотрудничества в художественной деятельности.</w:t>
      </w:r>
    </w:p>
    <w:p w14:paraId="494D7E34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«ИЗОБРАЗИТЕЛЬНОЕ ИСКУССТВО» В УЧЕБНОМ ПЛАНЕ</w:t>
      </w:r>
    </w:p>
    <w:p w14:paraId="3CEF704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62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 соответствии с Федеральным государственным образовательным стандартом начального общего образования учебный предмет «Изобразительное искусство» входит в предметную область</w:t>
      </w:r>
    </w:p>
    <w:p w14:paraId="48B31009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48" w:bottom="338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187B049C" w14:textId="77777777" w:rsidR="00307EB0" w:rsidRPr="00E76EE8" w:rsidRDefault="00307EB0">
      <w:pPr>
        <w:autoSpaceDE w:val="0"/>
        <w:autoSpaceDN w:val="0"/>
        <w:spacing w:after="66" w:line="220" w:lineRule="exact"/>
        <w:rPr>
          <w:lang w:val="ru-RU"/>
        </w:rPr>
      </w:pPr>
    </w:p>
    <w:p w14:paraId="426C9842" w14:textId="77777777" w:rsidR="00307EB0" w:rsidRPr="00E76EE8" w:rsidRDefault="00A0710E">
      <w:pPr>
        <w:autoSpaceDE w:val="0"/>
        <w:autoSpaceDN w:val="0"/>
        <w:spacing w:after="0"/>
        <w:ind w:right="432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«Искусство» и является обязательным для изучения. Содержание предмета «Изобразительное искусство» структурировано как система тематических модулей и входит в учебный план 1—4 классов программы начального общего образования в объёме 1 ч одного учебного часа в неделю. Изучение содержания всех модулей во 2 классе обязательно.</w:t>
      </w:r>
    </w:p>
    <w:p w14:paraId="5B19EFAC" w14:textId="77777777" w:rsidR="00307EB0" w:rsidRPr="00E76EE8" w:rsidRDefault="00A0710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плана, определяемой участниками образовательного процесса. При этом предполагается не увеличение количества тем для изучения, а увеличение времени на практическую художественную деятельность. Это способствует качеству обучения и достижению более высокого уровня как предметных, так и личностных и метапредметных результатов обучения.</w:t>
      </w:r>
    </w:p>
    <w:p w14:paraId="0D0C6F35" w14:textId="77777777" w:rsidR="00307EB0" w:rsidRPr="00E76EE8" w:rsidRDefault="00A0710E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На изучение изобразительного искусства во 2 классе отводится 1 час в неделю, всего 34 часа.</w:t>
      </w:r>
    </w:p>
    <w:p w14:paraId="3112EFF0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86" w:right="682" w:bottom="1440" w:left="666" w:header="720" w:footer="720" w:gutter="0"/>
          <w:cols w:space="720" w:equalWidth="0">
            <w:col w:w="10552" w:space="0"/>
          </w:cols>
          <w:docGrid w:linePitch="360"/>
        </w:sectPr>
      </w:pPr>
    </w:p>
    <w:p w14:paraId="3E8BA00E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0D881913" w14:textId="77777777" w:rsidR="00307EB0" w:rsidRPr="00E76EE8" w:rsidRDefault="00A0710E">
      <w:pPr>
        <w:autoSpaceDE w:val="0"/>
        <w:autoSpaceDN w:val="0"/>
        <w:spacing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3936952A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346" w:after="0" w:line="271" w:lineRule="auto"/>
        <w:ind w:right="57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7E054CFD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Пастель и мелки — особенности и выразительные свойства графических материалов, приёмы работы.</w:t>
      </w:r>
    </w:p>
    <w:p w14:paraId="2C6772DC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7AE1999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Пропорции —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0D18B47D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</w:t>
      </w:r>
    </w:p>
    <w:p w14:paraId="07D0D1D7" w14:textId="77777777" w:rsidR="00307EB0" w:rsidRPr="00E76EE8" w:rsidRDefault="00A0710E">
      <w:pPr>
        <w:autoSpaceDE w:val="0"/>
        <w:autoSpaceDN w:val="0"/>
        <w:spacing w:before="70"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Штриховка. Умение внимательно рассматривать и анализировать форму натурного предмета.</w:t>
      </w:r>
    </w:p>
    <w:p w14:paraId="710EE1F2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Графический рисунок животного с активным выражением его характера. Аналитическое рассматривание графических произведений анималистического жанра.</w:t>
      </w:r>
    </w:p>
    <w:p w14:paraId="62FEEDA2" w14:textId="77777777" w:rsidR="00307EB0" w:rsidRPr="00E76EE8" w:rsidRDefault="00A0710E">
      <w:pPr>
        <w:autoSpaceDE w:val="0"/>
        <w:autoSpaceDN w:val="0"/>
        <w:spacing w:before="190" w:after="0" w:line="262" w:lineRule="auto"/>
        <w:ind w:left="180" w:right="576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Цвета основные и составные. Развитие навыков смешивания красок и получения нового цвета.</w:t>
      </w:r>
    </w:p>
    <w:p w14:paraId="68EF4F45" w14:textId="77777777" w:rsidR="00307EB0" w:rsidRPr="00E76EE8" w:rsidRDefault="00A0710E">
      <w:pPr>
        <w:autoSpaceDE w:val="0"/>
        <w:autoSpaceDN w:val="0"/>
        <w:spacing w:before="70" w:after="0" w:line="262" w:lineRule="auto"/>
        <w:ind w:right="1008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Приёмы работы гуашью. Разный характер мазков и движений кистью. Пастозное, плотное и прозрачное нанесение краски.</w:t>
      </w:r>
    </w:p>
    <w:p w14:paraId="3FC0E7BA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Акварель и её свойства. Акварельные кисти. Приёмы работы акварелью.</w:t>
      </w:r>
    </w:p>
    <w:p w14:paraId="6686A65B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Цвет тёплый и холодный — цветовой контраст.</w:t>
      </w:r>
    </w:p>
    <w:p w14:paraId="56A8DE74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276AE979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Цвет открытый — звонкий и приглушённый, тихий. Эмоциональная выразительность цвета.</w:t>
      </w:r>
    </w:p>
    <w:p w14:paraId="4B8B9EEC" w14:textId="77777777" w:rsidR="00307EB0" w:rsidRPr="00E76EE8" w:rsidRDefault="00A0710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— по выбору учителя). Произведения И. К. Айвазовского.</w:t>
      </w:r>
    </w:p>
    <w:p w14:paraId="465CA704" w14:textId="77777777" w:rsidR="00307EB0" w:rsidRPr="00E76EE8" w:rsidRDefault="00A0710E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6B8011C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Лепка из пластилины или глины игрушки — сказочного животного по мотивам выбранного художественного народного промысла (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2B36EA84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Лепка животных (кошка, собака, медвежонок и др.) с передачей характерной пластики движения. Соблюдение цельности формы, её преобразование и добавление деталей.</w:t>
      </w:r>
    </w:p>
    <w:p w14:paraId="74CFA118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5C63F913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Наблюдение узоров в природе (на основе фотографий в условиях урока): снежинки, паутинки, роса на листьях и др. Ассоциативное сопоставление с орнаментами в предметах декоративно-прикладного искусства (кружево, вышивка, ювелирные изделия и др.).</w:t>
      </w:r>
    </w:p>
    <w:p w14:paraId="0257225A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Рисунок геометрического орнамента кружева или вышивки.</w:t>
      </w:r>
    </w:p>
    <w:p w14:paraId="63CD7F01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Декоративная композиция. Ритм пятен в декоративной аппликации.</w:t>
      </w:r>
    </w:p>
    <w:p w14:paraId="5D8E3EED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Поделки из подручных нехудожественных материалов.</w:t>
      </w:r>
    </w:p>
    <w:p w14:paraId="3510FAB7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50" w:bottom="44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676F188B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2C0D7313" w14:textId="77777777" w:rsidR="00307EB0" w:rsidRPr="00E76EE8" w:rsidRDefault="00A0710E">
      <w:pPr>
        <w:autoSpaceDE w:val="0"/>
        <w:autoSpaceDN w:val="0"/>
        <w:spacing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Декоративные изображения животных в игрушках народных промыслов;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филимоновские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дымковские, каргопольские игрушки (и другие по выбору учителя с учётом местных художественных промыслов).</w:t>
      </w:r>
    </w:p>
    <w:p w14:paraId="1B046CEE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13D3B5D0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3BF2ADC0" w14:textId="77777777" w:rsidR="00307EB0" w:rsidRPr="00E76EE8" w:rsidRDefault="00A0710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Построение игрового сказочного города из бумаги (на основе сворачивания геометрических тел —параллелепипедов разной высоты, цилиндров с прорезями и наклейками); завивание, скручивание и складывание полоски бумаги (например, гармошкой).</w:t>
      </w:r>
    </w:p>
    <w:p w14:paraId="680079A3" w14:textId="77777777" w:rsidR="00307EB0" w:rsidRPr="00E76EE8" w:rsidRDefault="00A0710E">
      <w:pPr>
        <w:autoSpaceDE w:val="0"/>
        <w:autoSpaceDN w:val="0"/>
        <w:spacing w:before="72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14:paraId="754748B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71" w:lineRule="auto"/>
        <w:ind w:right="1008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ABD80E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6306F17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Восприятие орнаментальных произведений прикладного искусства (кружево, шитьё, резьба и роспись и др.).</w:t>
      </w:r>
    </w:p>
    <w:p w14:paraId="1C6A2A04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живописи с активным выражением цветового состояния в природе. Произведения И. И. Левитана, А. И. Куинджи, Н. П. Крымова.</w:t>
      </w:r>
    </w:p>
    <w:p w14:paraId="2FDA8F61" w14:textId="77777777" w:rsidR="00307EB0" w:rsidRPr="00E76EE8" w:rsidRDefault="00A0710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Восприятие произведений анималистического жанра в графике (произведения В. В. Ватагина, Е. И. Чарушина и др.) и в скульптуре (произведения В. В. Ватагина). Наблюдение животных с точки зрения их пропорций, характера движения, пластики.</w:t>
      </w:r>
    </w:p>
    <w:p w14:paraId="6EBB515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или другом графическом редакторе).</w:t>
      </w:r>
    </w:p>
    <w:p w14:paraId="232CF71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.</w:t>
      </w:r>
    </w:p>
    <w:p w14:paraId="0F0FD78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(карандаш, кисточка, ластик, заливка и др.)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простых сюжетов (например, образ дерева).</w:t>
      </w:r>
    </w:p>
    <w:p w14:paraId="6DCCAD1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 и др.).</w:t>
      </w:r>
    </w:p>
    <w:p w14:paraId="60190AA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3BBB2EB1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92" w:bottom="1440" w:left="666" w:header="720" w:footer="720" w:gutter="0"/>
          <w:cols w:space="720" w:equalWidth="0">
            <w:col w:w="10542" w:space="0"/>
          </w:cols>
          <w:docGrid w:linePitch="360"/>
        </w:sectPr>
      </w:pPr>
    </w:p>
    <w:p w14:paraId="16FB1DB6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3AAF87B0" w14:textId="77777777" w:rsidR="00307EB0" w:rsidRPr="00E76EE8" w:rsidRDefault="00A0710E">
      <w:pPr>
        <w:autoSpaceDE w:val="0"/>
        <w:autoSpaceDN w:val="0"/>
        <w:spacing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7AF54A18" w14:textId="77777777" w:rsidR="00307EB0" w:rsidRPr="00E76EE8" w:rsidRDefault="00A0710E">
      <w:pPr>
        <w:autoSpaceDE w:val="0"/>
        <w:autoSpaceDN w:val="0"/>
        <w:spacing w:before="346"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F286EC9" w14:textId="77777777" w:rsidR="00307EB0" w:rsidRPr="00E76EE8" w:rsidRDefault="00A0710E">
      <w:pPr>
        <w:autoSpaceDE w:val="0"/>
        <w:autoSpaceDN w:val="0"/>
        <w:spacing w:before="166" w:after="0" w:line="271" w:lineRule="auto"/>
        <w:ind w:right="1152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 центре программы по изобразительному искусству в соответствии с ФГОС начального образования находится личностное развитие обучающихся, приобщение их к российским традиционным духовным ценностям, а также социализация личности.</w:t>
      </w:r>
    </w:p>
    <w:p w14:paraId="3D2ED66F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Программа призвана обеспечить достижение обучающимися личностных результатов: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уважения и ценностного отношения к своей Родине — России;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ценностно-смысловые ориентации и установки, отражающие индивидуально-личностные позиции и социально значимые личностные качества;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духовно-нравственное развитие обучающихся;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мотивацию к познанию и обучению, готовность к саморазвитию и активному участию в социально-значимой деятельности;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позитивный опыт участия в творческой деятельности;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48E529C1" w14:textId="77777777" w:rsidR="00307EB0" w:rsidRPr="00E76EE8" w:rsidRDefault="00A0710E">
      <w:pPr>
        <w:autoSpaceDE w:val="0"/>
        <w:autoSpaceDN w:val="0"/>
        <w:spacing w:before="190" w:after="0" w:line="28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Патриотическое воспитание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через освоение школьниками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14:paraId="1A7FAB41" w14:textId="77777777" w:rsidR="00307EB0" w:rsidRPr="00E76EE8" w:rsidRDefault="00A0710E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Гражданское воспитание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2ED9A3CC" w14:textId="77777777" w:rsidR="00307EB0" w:rsidRPr="00E76EE8" w:rsidRDefault="00A0710E">
      <w:pPr>
        <w:autoSpaceDE w:val="0"/>
        <w:autoSpaceDN w:val="0"/>
        <w:spacing w:before="70" w:after="0" w:line="283" w:lineRule="auto"/>
        <w:ind w:right="288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Духовно-нравственное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воспитание является стержнем художественного развития обучающегося, приобщения его к искусству как сфере, концентрирующей в себе духовно-нравственного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школьнику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6E6D9203" w14:textId="77777777" w:rsidR="00307EB0" w:rsidRPr="00E76EE8" w:rsidRDefault="00A0710E">
      <w:pPr>
        <w:autoSpaceDE w:val="0"/>
        <w:autoSpaceDN w:val="0"/>
        <w:spacing w:before="70" w:after="0" w:line="28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Эстетическое воспитание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—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школьников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7C87732C" w14:textId="77777777" w:rsidR="00307EB0" w:rsidRPr="00E76EE8" w:rsidRDefault="00A0710E">
      <w:pPr>
        <w:autoSpaceDE w:val="0"/>
        <w:autoSpaceDN w:val="0"/>
        <w:spacing w:before="70" w:after="0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Ценности познавательной деятельности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735A6960" w14:textId="77777777" w:rsidR="00307EB0" w:rsidRPr="00E76EE8" w:rsidRDefault="00A0710E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Экологическое воспитание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6E897498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50" w:bottom="3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2A4ADAA4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14B27CF4" w14:textId="77777777" w:rsidR="00307EB0" w:rsidRPr="00E76EE8" w:rsidRDefault="00A0710E">
      <w:pPr>
        <w:autoSpaceDE w:val="0"/>
        <w:autoSpaceDN w:val="0"/>
        <w:spacing w:after="0" w:line="28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>Трудовое воспитание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— обязательные требования к определённым заданиям по программе.</w:t>
      </w:r>
    </w:p>
    <w:p w14:paraId="1E705909" w14:textId="77777777" w:rsidR="00307EB0" w:rsidRPr="00E76EE8" w:rsidRDefault="00A0710E">
      <w:pPr>
        <w:autoSpaceDE w:val="0"/>
        <w:autoSpaceDN w:val="0"/>
        <w:spacing w:before="262"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714712E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1.Овладение универсальными познавательными действиями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Пространственные представления и сенсорные способности: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характеризовать форму предмета, конструкции;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доминантные черты (характерные особенности) в визуальном образе;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сравнивать плоскостные и пространственные объекты по заданным основаниям;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ассоциативные связи между визуальными образами разных форм и предметов;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сопоставлять части и целое в видимом образе, предмете, конструкции;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пропорциональные отношения частей внутри целого и предметов между собой;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обобщать форму составной конструкции;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анализировать ритмические отношения в пространстве и в изображении (визуальном образе) на установленных основаниях;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абстрагировать образ реальности при построении плоской композиции;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соотносить тональные отношения (тёмное — светлое) в пространственных и плоскостных объектах;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4646D36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90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Базовые логические и исследовательские действия: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исследовательские, экспериментальные действия в процессе освоения выразительных свойств различных художественных материалов;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творческие экспериментальные действия в процессе самостоятельного выполнения художественных заданий;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наблюдения для получения информации об особенностях объектов и состояния природы, предметного мира человека, городской среды;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и оценивать с позиций эстетических категорий явления природы и предметно-пространственную среду жизни человека;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выводы, соответствующие эстетическим, аналитическим и другим учебным установкам по результатам проведённого наблюдения;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знаково-символические средства для составления орнаментов и декоративных композиций;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искусства по видам и, соответственно, по назначению в жизни людей;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классифицировать произведения изобразительного искусства по жанрам в качестве инструмента анализа содержания произведений;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ставить и использовать вопросы как исследовательский инструмент познания.</w:t>
      </w:r>
    </w:p>
    <w:p w14:paraId="26298451" w14:textId="77777777" w:rsidR="00307EB0" w:rsidRPr="00E76EE8" w:rsidRDefault="00A0710E">
      <w:pPr>
        <w:autoSpaceDE w:val="0"/>
        <w:autoSpaceDN w:val="0"/>
        <w:spacing w:before="190" w:after="0" w:line="262" w:lineRule="auto"/>
        <w:ind w:left="180" w:right="4752"/>
        <w:rPr>
          <w:lang w:val="ru-RU"/>
        </w:rPr>
      </w:pPr>
      <w:r w:rsidRPr="00E76EE8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информацией: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использовать электронные образовательные ресурсы;</w:t>
      </w:r>
    </w:p>
    <w:p w14:paraId="21C5E61A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58" w:bottom="332" w:left="666" w:header="720" w:footer="720" w:gutter="0"/>
          <w:cols w:space="720" w:equalWidth="0">
            <w:col w:w="10576" w:space="0"/>
          </w:cols>
          <w:docGrid w:linePitch="360"/>
        </w:sectPr>
      </w:pPr>
    </w:p>
    <w:p w14:paraId="401942A5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241E8D8F" w14:textId="77777777" w:rsidR="00307EB0" w:rsidRPr="00E76EE8" w:rsidRDefault="00A0710E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работать с электронными учебниками и учебными пособиями;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анализировать, интерпретировать, обобщать и систематизировать информацию, представленную в произведениях искусства, текстах, таблицах и схемах;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готовить информацию на заданную или выбранную тему и представлять её в различных видах: рисунках и эскизах, электронных презентациях;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осуществлять виртуальные путешествия по архитектурным памятникам, в отечественные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художественные музеи и зарубежные художественные музеи (галереи) на основе установок и квестов, предложенных учителем;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соблюдать правила информационной безопасности при работе в сети Интернет.</w:t>
      </w:r>
    </w:p>
    <w:p w14:paraId="432963B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2" w:after="0" w:line="288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2.Овладение универсальными коммуникативными действиями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искусство в качестве особого языка общения — межличностного (автор — зритель), между поколениями, между народами;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находить общее решение и разрешать конфликты на основе общих позиций и учёта интересов в процессе совместной художественной деятельности;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демонстрировать и объяснять результаты своего творческого, художественного или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исследовательского опыта;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анализировать произведения детского художественного творчества с позиций их содержания и в соответствии с учебной задачей, поставленной учителем;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признавать своё и чужое право на ошибку, развивать свои способности сопереживать, понимать намерения и переживания свои и других людей;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25E3493C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86" w:lineRule="auto"/>
        <w:ind w:right="1296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3.Овладение универсальными регулятивными действиями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Обучающиеся должны овладеть следующими действиями: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внимательно относиться и выполнять учебные задачи, поставленные учителем;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соблюдать последовательность учебных действий при выполнении задания;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 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1B7D4FE7" w14:textId="77777777" w:rsidR="00307EB0" w:rsidRPr="00E76EE8" w:rsidRDefault="00A0710E">
      <w:pPr>
        <w:autoSpaceDE w:val="0"/>
        <w:autoSpaceDN w:val="0"/>
        <w:spacing w:before="262"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16F00E0" w14:textId="77777777" w:rsidR="00307EB0" w:rsidRPr="00E76EE8" w:rsidRDefault="00A0710E">
      <w:pPr>
        <w:autoSpaceDE w:val="0"/>
        <w:autoSpaceDN w:val="0"/>
        <w:spacing w:before="166" w:after="0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Предметные результаты сформулированы по годам обучения на основе модульного построения содержания в соответствии с Приложением № 8 к Федеральному государственному образовательному стандарту начального общего образования, утверждённому приказом Министерства просвещения Российской Федерации.</w:t>
      </w:r>
    </w:p>
    <w:p w14:paraId="0A814E72" w14:textId="77777777" w:rsidR="00307EB0" w:rsidRPr="00E76EE8" w:rsidRDefault="00A0710E">
      <w:pPr>
        <w:autoSpaceDE w:val="0"/>
        <w:autoSpaceDN w:val="0"/>
        <w:spacing w:before="190" w:after="0" w:line="262" w:lineRule="auto"/>
        <w:ind w:left="180" w:right="288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«Графика»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особенности и приёмы работы новыми графическими художественными материалами;</w:t>
      </w:r>
    </w:p>
    <w:p w14:paraId="1DAB2051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68" w:bottom="438" w:left="666" w:header="720" w:footer="720" w:gutter="0"/>
          <w:cols w:space="720" w:equalWidth="0">
            <w:col w:w="10566" w:space="0"/>
          </w:cols>
          <w:docGrid w:linePitch="360"/>
        </w:sectPr>
      </w:pPr>
    </w:p>
    <w:p w14:paraId="4903800B" w14:textId="77777777" w:rsidR="00307EB0" w:rsidRPr="00E76EE8" w:rsidRDefault="00307EB0">
      <w:pPr>
        <w:autoSpaceDE w:val="0"/>
        <w:autoSpaceDN w:val="0"/>
        <w:spacing w:after="66" w:line="220" w:lineRule="exact"/>
        <w:rPr>
          <w:lang w:val="ru-RU"/>
        </w:rPr>
      </w:pPr>
    </w:p>
    <w:p w14:paraId="2653FDD0" w14:textId="77777777" w:rsidR="00307EB0" w:rsidRPr="00E76EE8" w:rsidRDefault="00A0710E">
      <w:pPr>
        <w:autoSpaceDE w:val="0"/>
        <w:autoSpaceDN w:val="0"/>
        <w:spacing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выразительные свойства твёрдых, сухих, мягких и жидких графических материалов.</w:t>
      </w:r>
    </w:p>
    <w:p w14:paraId="7F3CE9E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71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Приобретать навыки изображения на основе разной по характеру и способу наложения линии.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5EE63ED9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205F575" w14:textId="77777777" w:rsidR="00307EB0" w:rsidRPr="00E76EE8" w:rsidRDefault="00A0710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79A64F2F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2" w:after="0"/>
        <w:ind w:right="72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«Живопись»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7C38BB6D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277B4075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3E6485B9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316ACD0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6948F9BB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эмоциональную выразительность цвета: цвет звонкий и яркий, радостный; цвет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мягкий,«глухой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» и мрачный и др.</w:t>
      </w:r>
    </w:p>
    <w:p w14:paraId="2FA179DD" w14:textId="77777777" w:rsidR="00307EB0" w:rsidRPr="00E76EE8" w:rsidRDefault="00A0710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создания пейзажей, передающих разные состояния погоды (туман, грозу и др.) на основе изменения тонального звучания цвета; приобретать опыт передачи разного цветового состояния моря.</w:t>
      </w:r>
    </w:p>
    <w:p w14:paraId="60CCE195" w14:textId="77777777" w:rsidR="00307EB0" w:rsidRPr="00E76EE8" w:rsidRDefault="00A0710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2EF70A3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83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«Скульптура»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, каргопольская, дымковская игрушки или с учётом местных промыслов). </w:t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Знать об изменениях скульптурного образа при осмотре произведения с разных сторон.</w:t>
      </w:r>
    </w:p>
    <w:p w14:paraId="564FA7D6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8E69E00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 w:line="271" w:lineRule="auto"/>
        <w:ind w:right="144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«Декоративно-прикладное искусство»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14:paraId="524836FF" w14:textId="77777777" w:rsidR="00307EB0" w:rsidRPr="00E76EE8" w:rsidRDefault="00A0710E">
      <w:pPr>
        <w:autoSpaceDE w:val="0"/>
        <w:autoSpaceDN w:val="0"/>
        <w:spacing w:before="70" w:after="0" w:line="271" w:lineRule="auto"/>
        <w:ind w:right="720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Сравнивать, сопоставлять природные явления — узоры (капли, снежинки, паутинки, роса на листьях, серёжки во время цветения деревьев и др.) — с рукотворными произведениями декоративного искусства (кружево, шитьё, ювелирные изделия и др.).</w:t>
      </w:r>
    </w:p>
    <w:p w14:paraId="3772BC0A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47A49896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86" w:right="684" w:bottom="428" w:left="666" w:header="720" w:footer="720" w:gutter="0"/>
          <w:cols w:space="720" w:equalWidth="0">
            <w:col w:w="10550" w:space="0"/>
          </w:cols>
          <w:docGrid w:linePitch="360"/>
        </w:sectPr>
      </w:pPr>
    </w:p>
    <w:p w14:paraId="107E7AE0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5F3CA8AF" w14:textId="77777777" w:rsidR="00307EB0" w:rsidRPr="00E76EE8" w:rsidRDefault="00A0710E">
      <w:pPr>
        <w:autoSpaceDE w:val="0"/>
        <w:autoSpaceDN w:val="0"/>
        <w:spacing w:after="0" w:line="271" w:lineRule="auto"/>
        <w:ind w:right="432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филимоновская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proofErr w:type="spellStart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абашевская</w:t>
      </w:r>
      <w:proofErr w:type="spellEnd"/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, каргопольская, дымковская игрушки или с учётом местных промыслов).</w:t>
      </w:r>
    </w:p>
    <w:p w14:paraId="35201C17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2BE26204" w14:textId="77777777" w:rsidR="00307EB0" w:rsidRPr="00E76EE8" w:rsidRDefault="00A0710E">
      <w:pPr>
        <w:autoSpaceDE w:val="0"/>
        <w:autoSpaceDN w:val="0"/>
        <w:spacing w:before="70" w:after="0" w:line="28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26D70E1E" w14:textId="77777777" w:rsidR="00307EB0" w:rsidRPr="00E76EE8" w:rsidRDefault="00A0710E">
      <w:pPr>
        <w:autoSpaceDE w:val="0"/>
        <w:autoSpaceDN w:val="0"/>
        <w:spacing w:before="72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2345667F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2" w:after="0" w:line="271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«Архитектура»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3879E88F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37DB884C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7C0896FC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понимание образа здания, то есть его эмоционального воздействия.</w:t>
      </w:r>
    </w:p>
    <w:p w14:paraId="70953768" w14:textId="77777777" w:rsidR="00307EB0" w:rsidRPr="00E76EE8" w:rsidRDefault="00A0710E">
      <w:pPr>
        <w:autoSpaceDE w:val="0"/>
        <w:autoSpaceDN w:val="0"/>
        <w:spacing w:before="70" w:after="0" w:line="271" w:lineRule="auto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архитектурным постройкам.</w:t>
      </w:r>
    </w:p>
    <w:p w14:paraId="277B8658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864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48DDB7A8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190" w:after="0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«Восприятие произведений искусства»</w:t>
      </w:r>
      <w:r w:rsidRPr="00E76EE8">
        <w:rPr>
          <w:lang w:val="ru-RU"/>
        </w:rPr>
        <w:br/>
      </w: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7CDB9220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115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0E81DDA0" w14:textId="77777777" w:rsidR="00307EB0" w:rsidRPr="00E76EE8" w:rsidRDefault="00A0710E">
      <w:pPr>
        <w:autoSpaceDE w:val="0"/>
        <w:autoSpaceDN w:val="0"/>
        <w:spacing w:before="72" w:after="0" w:line="271" w:lineRule="auto"/>
        <w:ind w:right="432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(кружево, шитьё, резьба и роспись по дереву и ткани, чеканка и др.).</w:t>
      </w:r>
    </w:p>
    <w:p w14:paraId="271FEA50" w14:textId="77777777" w:rsidR="00307EB0" w:rsidRPr="00E76EE8" w:rsidRDefault="00A0710E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А. И. Куинджи,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0E6CD8D4" w14:textId="77777777" w:rsidR="00307EB0" w:rsidRPr="00E76EE8" w:rsidRDefault="00A0710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00C707B9" w14:textId="77777777" w:rsidR="00307EB0" w:rsidRPr="00E76EE8" w:rsidRDefault="00A0710E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Знать имена и узнавать наиболее известные произведения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6E7FFB5A" w14:textId="77777777" w:rsidR="00307EB0" w:rsidRPr="00E76EE8" w:rsidRDefault="00A0710E">
      <w:pPr>
        <w:autoSpaceDE w:val="0"/>
        <w:autoSpaceDN w:val="0"/>
        <w:spacing w:before="190" w:after="0" w:line="262" w:lineRule="auto"/>
        <w:ind w:left="180" w:right="720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Модуль «Азбука цифровой графики»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 (или</w:t>
      </w:r>
    </w:p>
    <w:p w14:paraId="3EDA9FE9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96" w:bottom="416" w:left="666" w:header="720" w:footer="720" w:gutter="0"/>
          <w:cols w:space="720" w:equalWidth="0">
            <w:col w:w="10538" w:space="0"/>
          </w:cols>
          <w:docGrid w:linePitch="360"/>
        </w:sectPr>
      </w:pPr>
    </w:p>
    <w:p w14:paraId="64358888" w14:textId="77777777" w:rsidR="00307EB0" w:rsidRPr="00E76EE8" w:rsidRDefault="00307EB0">
      <w:pPr>
        <w:autoSpaceDE w:val="0"/>
        <w:autoSpaceDN w:val="0"/>
        <w:spacing w:after="66" w:line="220" w:lineRule="exact"/>
        <w:rPr>
          <w:lang w:val="ru-RU"/>
        </w:rPr>
      </w:pPr>
    </w:p>
    <w:p w14:paraId="74C3AFE8" w14:textId="77777777" w:rsidR="00307EB0" w:rsidRPr="00E76EE8" w:rsidRDefault="00A0710E">
      <w:pPr>
        <w:autoSpaceDE w:val="0"/>
        <w:autoSpaceDN w:val="0"/>
        <w:spacing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другом графическом редакторе).</w:t>
      </w:r>
    </w:p>
    <w:p w14:paraId="124043B5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, а также построения из них простых рисунков или орнаментов.</w:t>
      </w:r>
    </w:p>
    <w:p w14:paraId="467223F0" w14:textId="77777777" w:rsidR="00307EB0" w:rsidRPr="00E76EE8" w:rsidRDefault="00A0710E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Осваивать в компьютерном редакторе (например, </w:t>
      </w:r>
      <w:r>
        <w:rPr>
          <w:rFonts w:ascii="Times New Roman" w:eastAsia="Times New Roman" w:hAnsi="Times New Roman"/>
          <w:color w:val="000000"/>
          <w:sz w:val="24"/>
        </w:rPr>
        <w:t>Paint</w:t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) инструменты и техники — карандаш, кисточка, ластик, заливка и др. — и создавать простые рисунки или композиции (например, образ дерева).</w:t>
      </w:r>
    </w:p>
    <w:p w14:paraId="23D975F9" w14:textId="77777777" w:rsidR="00307EB0" w:rsidRPr="00E76EE8" w:rsidRDefault="00A0710E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76EE8">
        <w:rPr>
          <w:lang w:val="ru-RU"/>
        </w:rPr>
        <w:tab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</w:t>
      </w:r>
    </w:p>
    <w:p w14:paraId="688F8561" w14:textId="77777777" w:rsidR="00307EB0" w:rsidRPr="00E76EE8" w:rsidRDefault="00A0710E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>Участвовать в обсуждении композиционного построения кадра в фотографии.</w:t>
      </w:r>
    </w:p>
    <w:p w14:paraId="64FCD5B8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86" w:right="726" w:bottom="1440" w:left="666" w:header="720" w:footer="720" w:gutter="0"/>
          <w:cols w:space="720" w:equalWidth="0">
            <w:col w:w="10508" w:space="0"/>
          </w:cols>
          <w:docGrid w:linePitch="360"/>
        </w:sectPr>
      </w:pPr>
    </w:p>
    <w:p w14:paraId="529FDADF" w14:textId="77777777" w:rsidR="00307EB0" w:rsidRPr="00E76EE8" w:rsidRDefault="00307EB0">
      <w:pPr>
        <w:autoSpaceDE w:val="0"/>
        <w:autoSpaceDN w:val="0"/>
        <w:spacing w:after="64" w:line="220" w:lineRule="exact"/>
        <w:rPr>
          <w:lang w:val="ru-RU"/>
        </w:rPr>
      </w:pPr>
    </w:p>
    <w:p w14:paraId="599C6D7C" w14:textId="77777777" w:rsidR="00E76EE8" w:rsidRPr="00E76EE8" w:rsidRDefault="00E76EE8" w:rsidP="00E76EE8">
      <w:pPr>
        <w:rPr>
          <w:lang w:val="ru-RU"/>
        </w:rPr>
      </w:pPr>
      <w:r w:rsidRPr="00E76EE8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0398591" wp14:editId="29C5E9B6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54086" name="Group 54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56106" name="Shape 56106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35AEB1" id="Group 54086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">
                <v:shape id="Shape 56106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E76EE8">
        <w:rPr>
          <w:b/>
          <w:lang w:val="ru-RU"/>
        </w:rPr>
        <w:t xml:space="preserve">ТЕМАТИЧЕСКОЕ ПЛАНИРОВАНИЕ </w:t>
      </w:r>
    </w:p>
    <w:p w14:paraId="61210B08" w14:textId="77777777" w:rsidR="00E76EE8" w:rsidRPr="00E76EE8" w:rsidRDefault="00E76EE8" w:rsidP="00E76EE8">
      <w:pPr>
        <w:rPr>
          <w:lang w:val="ru-RU"/>
        </w:rPr>
      </w:pPr>
      <w:r w:rsidRPr="00E76EE8">
        <w:rPr>
          <w:b/>
          <w:lang w:val="ru-RU"/>
        </w:rPr>
        <w:t xml:space="preserve"> </w:t>
      </w:r>
    </w:p>
    <w:tbl>
      <w:tblPr>
        <w:tblStyle w:val="TableGrid"/>
        <w:tblW w:w="15499" w:type="dxa"/>
        <w:tblInd w:w="-766" w:type="dxa"/>
        <w:tblCellMar>
          <w:top w:w="13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05"/>
        <w:gridCol w:w="2057"/>
        <w:gridCol w:w="597"/>
        <w:gridCol w:w="1457"/>
        <w:gridCol w:w="1512"/>
        <w:gridCol w:w="1028"/>
        <w:gridCol w:w="2057"/>
        <w:gridCol w:w="1416"/>
        <w:gridCol w:w="5807"/>
      </w:tblGrid>
      <w:tr w:rsidR="00E76EE8" w:rsidRPr="00E76EE8" w14:paraId="6464C873" w14:textId="77777777" w:rsidTr="00CA393D">
        <w:trPr>
          <w:trHeight w:val="346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11BB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№ </w:t>
            </w:r>
          </w:p>
          <w:p w14:paraId="6480B48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п/п </w:t>
            </w:r>
          </w:p>
        </w:tc>
        <w:tc>
          <w:tcPr>
            <w:tcW w:w="35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9E38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Наименование разделов и тем программы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2BB698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Количество часов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ACBF03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BC3E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Дата изучения </w:t>
            </w:r>
          </w:p>
        </w:tc>
        <w:tc>
          <w:tcPr>
            <w:tcW w:w="29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755C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Виды деятельности 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36DF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Виды, формы контроля </w:t>
            </w:r>
          </w:p>
        </w:tc>
        <w:tc>
          <w:tcPr>
            <w:tcW w:w="38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F7EE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Электронные (цифровые) образовательные ресурсы </w:t>
            </w:r>
          </w:p>
        </w:tc>
      </w:tr>
      <w:tr w:rsidR="00E76EE8" w:rsidRPr="00E76EE8" w14:paraId="0AA0D997" w14:textId="77777777" w:rsidTr="00CA393D">
        <w:trPr>
          <w:trHeight w:val="54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ABDC5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EE7CF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FE7B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всего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9001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контрольные работы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55D9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3CDD6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C40C5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779E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2CF20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6BA7C63B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7C83CF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1. </w:t>
            </w:r>
            <w:r w:rsidRPr="00E76EE8">
              <w:rPr>
                <w:b/>
              </w:rPr>
              <w:t xml:space="preserve">Графика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D791AB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FC20F7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A898762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29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91BAAC4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731E2E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C59CA05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5FA6E384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CA9E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BF3FD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Ритм линий. Выразительность линии. Художественные материалы для линейного рисунка и их свойства. Развитие навыков линейного рисунка.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FE52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7EEA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B477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C4E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4EF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работы графическими материалами и навыки линейного рисунка.;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9634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18D8D" w14:textId="77777777" w:rsidR="00E76EE8" w:rsidRPr="00E76EE8" w:rsidRDefault="00A568EB" w:rsidP="00E76EE8">
            <w:pPr>
              <w:spacing w:after="200" w:line="276" w:lineRule="auto"/>
            </w:pPr>
            <w:hyperlink r:id="rId7">
              <w:r w:rsidR="00E76EE8" w:rsidRPr="00E76EE8">
                <w:rPr>
                  <w:rStyle w:val="aff8"/>
                </w:rPr>
                <w:t>1.</w:t>
              </w:r>
            </w:hyperlink>
            <w:hyperlink r:id="rId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9D04B5D" w14:textId="77777777" w:rsidR="00E76EE8" w:rsidRPr="00E76EE8" w:rsidRDefault="00A568EB" w:rsidP="00E76EE8">
            <w:pPr>
              <w:spacing w:after="200" w:line="276" w:lineRule="auto"/>
            </w:pPr>
            <w:hyperlink r:id="rId10">
              <w:r w:rsidR="00E76EE8" w:rsidRPr="00E76EE8">
                <w:rPr>
                  <w:rStyle w:val="aff8"/>
                </w:rPr>
                <w:t>2.</w:t>
              </w:r>
            </w:hyperlink>
            <w:hyperlink r:id="rId1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6E81343" w14:textId="77777777" w:rsidR="00E76EE8" w:rsidRPr="00E76EE8" w:rsidRDefault="00A568EB" w:rsidP="00E76EE8">
            <w:pPr>
              <w:spacing w:after="200" w:line="276" w:lineRule="auto"/>
            </w:pPr>
            <w:hyperlink r:id="rId13">
              <w:r w:rsidR="00E76EE8" w:rsidRPr="00E76EE8">
                <w:rPr>
                  <w:rStyle w:val="aff8"/>
                </w:rPr>
                <w:t>3.</w:t>
              </w:r>
            </w:hyperlink>
            <w:hyperlink r:id="rId1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037E16F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AD02EF9" w14:textId="77777777" w:rsidR="00E76EE8" w:rsidRPr="00E76EE8" w:rsidRDefault="00A568EB" w:rsidP="00E76EE8">
            <w:pPr>
              <w:spacing w:after="200" w:line="276" w:lineRule="auto"/>
            </w:pPr>
            <w:hyperlink r:id="rId1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638E88CF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32FB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8DD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Пастель и мелки — особенности и выразительные свойства графических материалов, приёмы работы.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2075C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42DB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9883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B603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6638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работы и учиться понимать особенности художественных материалов — пастели и мелков.;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564E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C9523" w14:textId="77777777" w:rsidR="00E76EE8" w:rsidRPr="00E76EE8" w:rsidRDefault="00A568EB" w:rsidP="00E76EE8">
            <w:pPr>
              <w:spacing w:after="200" w:line="276" w:lineRule="auto"/>
            </w:pPr>
            <w:hyperlink r:id="rId19">
              <w:r w:rsidR="00E76EE8" w:rsidRPr="00E76EE8">
                <w:rPr>
                  <w:rStyle w:val="aff8"/>
                </w:rPr>
                <w:t>1.</w:t>
              </w:r>
            </w:hyperlink>
            <w:hyperlink r:id="rId2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0D2216E" w14:textId="77777777" w:rsidR="00E76EE8" w:rsidRPr="00E76EE8" w:rsidRDefault="00A568EB" w:rsidP="00E76EE8">
            <w:pPr>
              <w:spacing w:after="200" w:line="276" w:lineRule="auto"/>
            </w:pPr>
            <w:hyperlink r:id="rId22">
              <w:r w:rsidR="00E76EE8" w:rsidRPr="00E76EE8">
                <w:rPr>
                  <w:rStyle w:val="aff8"/>
                </w:rPr>
                <w:t>2.</w:t>
              </w:r>
            </w:hyperlink>
            <w:hyperlink r:id="rId2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85937E6" w14:textId="77777777" w:rsidR="00E76EE8" w:rsidRPr="00E76EE8" w:rsidRDefault="00A568EB" w:rsidP="00E76EE8">
            <w:pPr>
              <w:spacing w:after="200" w:line="276" w:lineRule="auto"/>
            </w:pPr>
            <w:hyperlink r:id="rId25">
              <w:r w:rsidR="00E76EE8" w:rsidRPr="00E76EE8">
                <w:rPr>
                  <w:rStyle w:val="aff8"/>
                </w:rPr>
                <w:t>3.</w:t>
              </w:r>
            </w:hyperlink>
            <w:hyperlink r:id="rId2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1C26293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94C6A15" w14:textId="77777777" w:rsidR="00E76EE8" w:rsidRPr="00E76EE8" w:rsidRDefault="00A568EB" w:rsidP="00E76EE8">
            <w:pPr>
              <w:spacing w:after="200" w:line="276" w:lineRule="auto"/>
            </w:pPr>
            <w:hyperlink r:id="rId2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F5B4A86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35D9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1.3.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A556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Ритм пятен: знакомство с основами композиции. Расположение пятна на плоскости листа: сгущение, разброс, доминанта, равновесие, спокойствие и движение.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A36E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89BB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9F7D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50C6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8BDF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Выполнить пастелью рисунок на заданную тему, например, «Букет цветов» или «Золотой осенний лес».;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C15E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2339" w14:textId="77777777" w:rsidR="00E76EE8" w:rsidRPr="00E76EE8" w:rsidRDefault="00A568EB" w:rsidP="00E76EE8">
            <w:pPr>
              <w:spacing w:after="200" w:line="276" w:lineRule="auto"/>
            </w:pPr>
            <w:hyperlink r:id="rId31">
              <w:r w:rsidR="00E76EE8" w:rsidRPr="00E76EE8">
                <w:rPr>
                  <w:rStyle w:val="aff8"/>
                </w:rPr>
                <w:t>1.</w:t>
              </w:r>
            </w:hyperlink>
            <w:hyperlink r:id="rId3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193E3F2" w14:textId="77777777" w:rsidR="00E76EE8" w:rsidRPr="00E76EE8" w:rsidRDefault="00A568EB" w:rsidP="00E76EE8">
            <w:pPr>
              <w:spacing w:after="200" w:line="276" w:lineRule="auto"/>
            </w:pPr>
            <w:hyperlink r:id="rId34">
              <w:r w:rsidR="00E76EE8" w:rsidRPr="00E76EE8">
                <w:rPr>
                  <w:rStyle w:val="aff8"/>
                </w:rPr>
                <w:t>2.</w:t>
              </w:r>
            </w:hyperlink>
            <w:hyperlink r:id="rId3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19CBB7E" w14:textId="77777777" w:rsidR="00E76EE8" w:rsidRPr="00E76EE8" w:rsidRDefault="00A568EB" w:rsidP="00E76EE8">
            <w:pPr>
              <w:spacing w:after="200" w:line="276" w:lineRule="auto"/>
            </w:pPr>
            <w:hyperlink r:id="rId37">
              <w:r w:rsidR="00E76EE8" w:rsidRPr="00E76EE8">
                <w:rPr>
                  <w:rStyle w:val="aff8"/>
                </w:rPr>
                <w:t>3.</w:t>
              </w:r>
            </w:hyperlink>
            <w:hyperlink r:id="rId3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4D1B601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7C40070C" w14:textId="77777777" w:rsidR="00E76EE8" w:rsidRPr="00E76EE8" w:rsidRDefault="00A568EB" w:rsidP="00E76EE8">
            <w:pPr>
              <w:spacing w:after="200" w:line="276" w:lineRule="auto"/>
            </w:pPr>
            <w:hyperlink r:id="rId4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1797492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6D79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883D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Пропорции — соотношение частей и целого. Развитие аналитических навыков сравнения пропорций. Выразительные свойства пропорций. Рисунки различных птиц.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6580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BA94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922F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F3D5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103C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Рассматривать разных птиц (по фотографиям) и характеризовать соотношения пропорций в их строении.;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9D22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060F0" w14:textId="77777777" w:rsidR="00E76EE8" w:rsidRPr="00E76EE8" w:rsidRDefault="00A568EB" w:rsidP="00E76EE8">
            <w:pPr>
              <w:spacing w:after="200" w:line="276" w:lineRule="auto"/>
            </w:pPr>
            <w:hyperlink r:id="rId43">
              <w:r w:rsidR="00E76EE8" w:rsidRPr="00E76EE8">
                <w:rPr>
                  <w:rStyle w:val="aff8"/>
                </w:rPr>
                <w:t>1.</w:t>
              </w:r>
            </w:hyperlink>
            <w:hyperlink r:id="rId4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7F39C58" w14:textId="77777777" w:rsidR="00E76EE8" w:rsidRPr="00E76EE8" w:rsidRDefault="00A568EB" w:rsidP="00E76EE8">
            <w:pPr>
              <w:spacing w:after="200" w:line="276" w:lineRule="auto"/>
            </w:pPr>
            <w:hyperlink r:id="rId46">
              <w:r w:rsidR="00E76EE8" w:rsidRPr="00E76EE8">
                <w:rPr>
                  <w:rStyle w:val="aff8"/>
                </w:rPr>
                <w:t>2.</w:t>
              </w:r>
            </w:hyperlink>
            <w:hyperlink r:id="rId4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7C1CEEA" w14:textId="77777777" w:rsidR="00E76EE8" w:rsidRPr="00E76EE8" w:rsidRDefault="00A568EB" w:rsidP="00E76EE8">
            <w:pPr>
              <w:spacing w:after="200" w:line="276" w:lineRule="auto"/>
            </w:pPr>
            <w:hyperlink r:id="rId49">
              <w:r w:rsidR="00E76EE8" w:rsidRPr="00E76EE8">
                <w:rPr>
                  <w:rStyle w:val="aff8"/>
                </w:rPr>
                <w:t>3.</w:t>
              </w:r>
            </w:hyperlink>
            <w:hyperlink r:id="rId5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5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12B8C8C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EBBB0C5" w14:textId="77777777" w:rsidR="00E76EE8" w:rsidRPr="00E76EE8" w:rsidRDefault="00A568EB" w:rsidP="00E76EE8">
            <w:pPr>
              <w:spacing w:after="200" w:line="276" w:lineRule="auto"/>
            </w:pPr>
            <w:hyperlink r:id="rId5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5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5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1281530C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9DA6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1.5.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BB72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Рисунок с натуры простого предмета.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ED71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E91D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D513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2D8E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8931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Выполнить простым карандашом рисунок с натуры простого предмета (например, предметов своего </w:t>
            </w:r>
            <w:r w:rsidRPr="00E76EE8">
              <w:lastRenderedPageBreak/>
              <w:t xml:space="preserve">письменного стола) или небольшого фрукта.;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01D4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09FB5" w14:textId="77777777" w:rsidR="00E76EE8" w:rsidRPr="00E76EE8" w:rsidRDefault="00A568EB" w:rsidP="00E76EE8">
            <w:pPr>
              <w:spacing w:after="200" w:line="276" w:lineRule="auto"/>
            </w:pPr>
            <w:hyperlink r:id="rId55">
              <w:r w:rsidR="00E76EE8" w:rsidRPr="00E76EE8">
                <w:rPr>
                  <w:rStyle w:val="aff8"/>
                </w:rPr>
                <w:t>1.</w:t>
              </w:r>
            </w:hyperlink>
            <w:hyperlink r:id="rId5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5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7BBDE4F" w14:textId="77777777" w:rsidR="00E76EE8" w:rsidRPr="00E76EE8" w:rsidRDefault="00A568EB" w:rsidP="00E76EE8">
            <w:pPr>
              <w:spacing w:after="200" w:line="276" w:lineRule="auto"/>
            </w:pPr>
            <w:hyperlink r:id="rId58">
              <w:r w:rsidR="00E76EE8" w:rsidRPr="00E76EE8">
                <w:rPr>
                  <w:rStyle w:val="aff8"/>
                </w:rPr>
                <w:t>2.</w:t>
              </w:r>
            </w:hyperlink>
            <w:hyperlink r:id="rId5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6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D4C6AC4" w14:textId="77777777" w:rsidR="00E76EE8" w:rsidRPr="00E76EE8" w:rsidRDefault="00A568EB" w:rsidP="00E76EE8">
            <w:pPr>
              <w:spacing w:after="200" w:line="276" w:lineRule="auto"/>
            </w:pPr>
            <w:hyperlink r:id="rId61">
              <w:r w:rsidR="00E76EE8" w:rsidRPr="00E76EE8">
                <w:rPr>
                  <w:rStyle w:val="aff8"/>
                </w:rPr>
                <w:t>3.</w:t>
              </w:r>
            </w:hyperlink>
            <w:hyperlink r:id="rId6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6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7A8DAE3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lastRenderedPageBreak/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3E20FB5" w14:textId="77777777" w:rsidR="00E76EE8" w:rsidRPr="00E76EE8" w:rsidRDefault="00A568EB" w:rsidP="00E76EE8">
            <w:pPr>
              <w:spacing w:after="200" w:line="276" w:lineRule="auto"/>
            </w:pPr>
            <w:hyperlink r:id="rId6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6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6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6A5F924" w14:textId="77777777" w:rsidTr="00CA393D">
        <w:trPr>
          <w:trHeight w:val="142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BA0F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1.6.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BFB8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C456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03DF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FEA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62E6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FA71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Приобретать и тренировать навык штриховки.;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A4DF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DB527" w14:textId="77777777" w:rsidR="00E76EE8" w:rsidRPr="00E76EE8" w:rsidRDefault="00A568EB" w:rsidP="00E76EE8">
            <w:pPr>
              <w:spacing w:after="200" w:line="276" w:lineRule="auto"/>
            </w:pPr>
            <w:hyperlink r:id="rId67">
              <w:r w:rsidR="00E76EE8" w:rsidRPr="00E76EE8">
                <w:rPr>
                  <w:rStyle w:val="aff8"/>
                </w:rPr>
                <w:t>1.</w:t>
              </w:r>
            </w:hyperlink>
            <w:hyperlink r:id="rId6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6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71B6A76" w14:textId="77777777" w:rsidR="00E76EE8" w:rsidRPr="00E76EE8" w:rsidRDefault="00A568EB" w:rsidP="00E76EE8">
            <w:pPr>
              <w:spacing w:after="200" w:line="276" w:lineRule="auto"/>
            </w:pPr>
            <w:hyperlink r:id="rId70">
              <w:r w:rsidR="00E76EE8" w:rsidRPr="00E76EE8">
                <w:rPr>
                  <w:rStyle w:val="aff8"/>
                </w:rPr>
                <w:t>2.</w:t>
              </w:r>
            </w:hyperlink>
            <w:hyperlink r:id="rId7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7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1D03424" w14:textId="77777777" w:rsidR="00E76EE8" w:rsidRPr="00E76EE8" w:rsidRDefault="00A568EB" w:rsidP="00E76EE8">
            <w:pPr>
              <w:spacing w:after="200" w:line="276" w:lineRule="auto"/>
            </w:pPr>
            <w:hyperlink r:id="rId73">
              <w:r w:rsidR="00E76EE8" w:rsidRPr="00E76EE8">
                <w:rPr>
                  <w:rStyle w:val="aff8"/>
                </w:rPr>
                <w:t>3.</w:t>
              </w:r>
            </w:hyperlink>
            <w:hyperlink r:id="rId7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7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B6D2BE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63A539A" w14:textId="77777777" w:rsidR="00E76EE8" w:rsidRPr="00E76EE8" w:rsidRDefault="00A568EB" w:rsidP="00E76EE8">
            <w:pPr>
              <w:spacing w:after="200" w:line="276" w:lineRule="auto"/>
            </w:pPr>
            <w:hyperlink r:id="rId7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7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7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ACB4BA0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3846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1.7.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BA20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>Рисунок животного с активным выражением его характера. Аналитическое рассматривание графики, произведений, созданных в анималистическо</w:t>
            </w:r>
            <w:r w:rsidRPr="00E76EE8">
              <w:rPr>
                <w:b/>
              </w:rPr>
              <w:lastRenderedPageBreak/>
              <w:t xml:space="preserve">м жанре.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410B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1B6A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85E9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266E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A84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последовательность этапов ведения рисунка с натуры.;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1337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1766" w14:textId="77777777" w:rsidR="00E76EE8" w:rsidRPr="00E76EE8" w:rsidRDefault="00A568EB" w:rsidP="00E76EE8">
            <w:pPr>
              <w:spacing w:after="200" w:line="276" w:lineRule="auto"/>
            </w:pPr>
            <w:hyperlink r:id="rId79">
              <w:r w:rsidR="00E76EE8" w:rsidRPr="00E76EE8">
                <w:rPr>
                  <w:rStyle w:val="aff8"/>
                </w:rPr>
                <w:t>1.</w:t>
              </w:r>
            </w:hyperlink>
            <w:hyperlink r:id="rId8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8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1D15103" w14:textId="77777777" w:rsidR="00E76EE8" w:rsidRPr="00E76EE8" w:rsidRDefault="00A568EB" w:rsidP="00E76EE8">
            <w:pPr>
              <w:spacing w:after="200" w:line="276" w:lineRule="auto"/>
            </w:pPr>
            <w:hyperlink r:id="rId82">
              <w:r w:rsidR="00E76EE8" w:rsidRPr="00E76EE8">
                <w:rPr>
                  <w:rStyle w:val="aff8"/>
                </w:rPr>
                <w:t>2.</w:t>
              </w:r>
            </w:hyperlink>
            <w:hyperlink r:id="rId8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8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61DB955" w14:textId="77777777" w:rsidR="00E76EE8" w:rsidRPr="00E76EE8" w:rsidRDefault="00A568EB" w:rsidP="00E76EE8">
            <w:pPr>
              <w:spacing w:after="200" w:line="276" w:lineRule="auto"/>
            </w:pPr>
            <w:hyperlink r:id="rId85">
              <w:r w:rsidR="00E76EE8" w:rsidRPr="00E76EE8">
                <w:rPr>
                  <w:rStyle w:val="aff8"/>
                </w:rPr>
                <w:t>3.</w:t>
              </w:r>
            </w:hyperlink>
            <w:hyperlink r:id="rId8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8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D5BB22C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11CEEF9E" w14:textId="77777777" w:rsidR="00E76EE8" w:rsidRPr="00E76EE8" w:rsidRDefault="00A568EB" w:rsidP="00E76EE8">
            <w:pPr>
              <w:spacing w:after="200" w:line="276" w:lineRule="auto"/>
            </w:pPr>
            <w:hyperlink r:id="rId8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8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9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A1C3BF0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1210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1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DC71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7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3CB8F6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349384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B012880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29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7BAA7C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1485E26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0507819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32CEF65D" w14:textId="77777777" w:rsidTr="00CA393D">
        <w:trPr>
          <w:trHeight w:val="350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83437D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2. </w:t>
            </w:r>
            <w:r w:rsidRPr="00E76EE8">
              <w:rPr>
                <w:b/>
              </w:rPr>
              <w:t xml:space="preserve">Живопись </w:t>
            </w:r>
          </w:p>
        </w:tc>
        <w:tc>
          <w:tcPr>
            <w:tcW w:w="163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4FCC50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E5DE74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8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37ECDA2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299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2A3B232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F7E2AF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CC02818" w14:textId="77777777" w:rsidR="00E76EE8" w:rsidRPr="00E76EE8" w:rsidRDefault="00E76EE8" w:rsidP="00E76EE8">
            <w:pPr>
              <w:spacing w:after="200" w:line="276" w:lineRule="auto"/>
            </w:pPr>
          </w:p>
        </w:tc>
      </w:tr>
    </w:tbl>
    <w:p w14:paraId="48CE18DD" w14:textId="77777777" w:rsidR="00E76EE8" w:rsidRPr="00E76EE8" w:rsidRDefault="00E76EE8" w:rsidP="00E76EE8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28" w:type="dxa"/>
        </w:tblCellMar>
        <w:tblLook w:val="04A0" w:firstRow="1" w:lastRow="0" w:firstColumn="1" w:lastColumn="0" w:noHBand="0" w:noVBand="1"/>
      </w:tblPr>
      <w:tblGrid>
        <w:gridCol w:w="428"/>
        <w:gridCol w:w="2891"/>
        <w:gridCol w:w="383"/>
        <w:gridCol w:w="734"/>
        <w:gridCol w:w="756"/>
        <w:gridCol w:w="504"/>
        <w:gridCol w:w="2459"/>
        <w:gridCol w:w="1439"/>
        <w:gridCol w:w="5905"/>
      </w:tblGrid>
      <w:tr w:rsidR="00E76EE8" w:rsidRPr="00E76EE8" w14:paraId="5B814326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CB04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34D0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Цвета основные и составные. Развитие навыков смешивания красок и получения нового цвета.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F49C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E4CA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EA7B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4C83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08F7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Узнавать названия основных и составных цветов.;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C85C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53F12" w14:textId="77777777" w:rsidR="00E76EE8" w:rsidRPr="00E76EE8" w:rsidRDefault="00A568EB" w:rsidP="00E76EE8">
            <w:pPr>
              <w:spacing w:after="200" w:line="276" w:lineRule="auto"/>
            </w:pPr>
            <w:hyperlink r:id="rId91">
              <w:r w:rsidR="00E76EE8" w:rsidRPr="00E76EE8">
                <w:rPr>
                  <w:rStyle w:val="aff8"/>
                </w:rPr>
                <w:t>1.</w:t>
              </w:r>
            </w:hyperlink>
            <w:hyperlink r:id="rId9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9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5516137" w14:textId="77777777" w:rsidR="00E76EE8" w:rsidRPr="00E76EE8" w:rsidRDefault="00A568EB" w:rsidP="00E76EE8">
            <w:pPr>
              <w:spacing w:after="200" w:line="276" w:lineRule="auto"/>
            </w:pPr>
            <w:hyperlink r:id="rId94">
              <w:r w:rsidR="00E76EE8" w:rsidRPr="00E76EE8">
                <w:rPr>
                  <w:rStyle w:val="aff8"/>
                </w:rPr>
                <w:t>2.</w:t>
              </w:r>
            </w:hyperlink>
            <w:hyperlink r:id="rId9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9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E0B665B" w14:textId="77777777" w:rsidR="00E76EE8" w:rsidRPr="00E76EE8" w:rsidRDefault="00A568EB" w:rsidP="00E76EE8">
            <w:pPr>
              <w:spacing w:after="200" w:line="276" w:lineRule="auto"/>
            </w:pPr>
            <w:hyperlink r:id="rId97">
              <w:r w:rsidR="00E76EE8" w:rsidRPr="00E76EE8">
                <w:rPr>
                  <w:rStyle w:val="aff8"/>
                </w:rPr>
                <w:t>3.</w:t>
              </w:r>
            </w:hyperlink>
            <w:hyperlink r:id="rId9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9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6626FB4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963FA2D" w14:textId="77777777" w:rsidR="00E76EE8" w:rsidRPr="00E76EE8" w:rsidRDefault="00A568EB" w:rsidP="00E76EE8">
            <w:pPr>
              <w:spacing w:after="200" w:line="276" w:lineRule="auto"/>
            </w:pPr>
            <w:hyperlink r:id="rId10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0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0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790DA84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9E87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8DB8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Приёмы работы гуашью. Разный характер мазков и движений кистью.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A94E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F00B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B390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8C05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8169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особенности и выразительные возможности работы кроющей краской «гуашь».;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8375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ECD54" w14:textId="77777777" w:rsidR="00E76EE8" w:rsidRPr="00E76EE8" w:rsidRDefault="00A568EB" w:rsidP="00E76EE8">
            <w:pPr>
              <w:spacing w:after="200" w:line="276" w:lineRule="auto"/>
            </w:pPr>
            <w:hyperlink r:id="rId103">
              <w:r w:rsidR="00E76EE8" w:rsidRPr="00E76EE8">
                <w:rPr>
                  <w:rStyle w:val="aff8"/>
                </w:rPr>
                <w:t>1.</w:t>
              </w:r>
            </w:hyperlink>
            <w:hyperlink r:id="rId10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0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C98047A" w14:textId="77777777" w:rsidR="00E76EE8" w:rsidRPr="00E76EE8" w:rsidRDefault="00A568EB" w:rsidP="00E76EE8">
            <w:pPr>
              <w:spacing w:after="200" w:line="276" w:lineRule="auto"/>
            </w:pPr>
            <w:hyperlink r:id="rId106">
              <w:r w:rsidR="00E76EE8" w:rsidRPr="00E76EE8">
                <w:rPr>
                  <w:rStyle w:val="aff8"/>
                </w:rPr>
                <w:t>2.</w:t>
              </w:r>
            </w:hyperlink>
            <w:hyperlink r:id="rId10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0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EF0AAE9" w14:textId="77777777" w:rsidR="00E76EE8" w:rsidRPr="00E76EE8" w:rsidRDefault="00A568EB" w:rsidP="00E76EE8">
            <w:pPr>
              <w:spacing w:after="200" w:line="276" w:lineRule="auto"/>
            </w:pPr>
            <w:hyperlink r:id="rId109">
              <w:r w:rsidR="00E76EE8" w:rsidRPr="00E76EE8">
                <w:rPr>
                  <w:rStyle w:val="aff8"/>
                </w:rPr>
                <w:t>3.</w:t>
              </w:r>
            </w:hyperlink>
            <w:hyperlink r:id="rId11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1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1D9B0BE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475E4BDB" w14:textId="77777777" w:rsidR="00E76EE8" w:rsidRPr="00E76EE8" w:rsidRDefault="00A568EB" w:rsidP="00E76EE8">
            <w:pPr>
              <w:spacing w:after="200" w:line="276" w:lineRule="auto"/>
            </w:pPr>
            <w:hyperlink r:id="rId11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1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1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9CD552C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BB82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4342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Пастозное, плотное и прозрачное нанесение краски.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1149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805BB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C755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E8B5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417F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Приобретать опыт работы акварелью и понимать особенности работы </w:t>
            </w:r>
          </w:p>
          <w:p w14:paraId="23C841A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прозрачной краской.;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ADB1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2CE46" w14:textId="77777777" w:rsidR="00E76EE8" w:rsidRPr="00E76EE8" w:rsidRDefault="00A568EB" w:rsidP="00E76EE8">
            <w:pPr>
              <w:spacing w:after="200" w:line="276" w:lineRule="auto"/>
            </w:pPr>
            <w:hyperlink r:id="rId115">
              <w:r w:rsidR="00E76EE8" w:rsidRPr="00E76EE8">
                <w:rPr>
                  <w:rStyle w:val="aff8"/>
                </w:rPr>
                <w:t>1.</w:t>
              </w:r>
            </w:hyperlink>
            <w:hyperlink r:id="rId11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1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CB04EFC" w14:textId="77777777" w:rsidR="00E76EE8" w:rsidRPr="00E76EE8" w:rsidRDefault="00A568EB" w:rsidP="00E76EE8">
            <w:pPr>
              <w:spacing w:after="200" w:line="276" w:lineRule="auto"/>
            </w:pPr>
            <w:hyperlink r:id="rId118">
              <w:r w:rsidR="00E76EE8" w:rsidRPr="00E76EE8">
                <w:rPr>
                  <w:rStyle w:val="aff8"/>
                </w:rPr>
                <w:t>2.</w:t>
              </w:r>
            </w:hyperlink>
            <w:hyperlink r:id="rId11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2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2D3079F" w14:textId="77777777" w:rsidR="00E76EE8" w:rsidRPr="00E76EE8" w:rsidRDefault="00A568EB" w:rsidP="00E76EE8">
            <w:pPr>
              <w:spacing w:after="200" w:line="276" w:lineRule="auto"/>
            </w:pPr>
            <w:hyperlink r:id="rId121">
              <w:r w:rsidR="00E76EE8" w:rsidRPr="00E76EE8">
                <w:rPr>
                  <w:rStyle w:val="aff8"/>
                </w:rPr>
                <w:t>3.</w:t>
              </w:r>
            </w:hyperlink>
            <w:hyperlink r:id="rId12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2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4D80BCB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2F494AF5" w14:textId="77777777" w:rsidR="00E76EE8" w:rsidRPr="00E76EE8" w:rsidRDefault="00A568EB" w:rsidP="00E76EE8">
            <w:pPr>
              <w:spacing w:after="200" w:line="276" w:lineRule="auto"/>
            </w:pPr>
            <w:hyperlink r:id="rId12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2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2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6149041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94D5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963C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Акварель и её свойства. Акварельные кисти. Приёмы работы акварелью.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5298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6D2E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6680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1822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BC39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Приобретать опыт работы акварелью и понимать особенности работы </w:t>
            </w:r>
          </w:p>
          <w:p w14:paraId="768AC65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прозрачной краской.;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5BE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CBF25" w14:textId="77777777" w:rsidR="00E76EE8" w:rsidRPr="00E76EE8" w:rsidRDefault="00A568EB" w:rsidP="00E76EE8">
            <w:pPr>
              <w:spacing w:after="200" w:line="276" w:lineRule="auto"/>
            </w:pPr>
            <w:hyperlink r:id="rId127">
              <w:r w:rsidR="00E76EE8" w:rsidRPr="00E76EE8">
                <w:rPr>
                  <w:rStyle w:val="aff8"/>
                </w:rPr>
                <w:t>1.</w:t>
              </w:r>
            </w:hyperlink>
            <w:hyperlink r:id="rId12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2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5FDEAAC" w14:textId="77777777" w:rsidR="00E76EE8" w:rsidRPr="00E76EE8" w:rsidRDefault="00A568EB" w:rsidP="00E76EE8">
            <w:pPr>
              <w:spacing w:after="200" w:line="276" w:lineRule="auto"/>
            </w:pPr>
            <w:hyperlink r:id="rId130">
              <w:r w:rsidR="00E76EE8" w:rsidRPr="00E76EE8">
                <w:rPr>
                  <w:rStyle w:val="aff8"/>
                </w:rPr>
                <w:t>2.</w:t>
              </w:r>
            </w:hyperlink>
            <w:hyperlink r:id="rId13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3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920A89D" w14:textId="77777777" w:rsidR="00E76EE8" w:rsidRPr="00E76EE8" w:rsidRDefault="00A568EB" w:rsidP="00E76EE8">
            <w:pPr>
              <w:spacing w:after="200" w:line="276" w:lineRule="auto"/>
            </w:pPr>
            <w:hyperlink r:id="rId133">
              <w:r w:rsidR="00E76EE8" w:rsidRPr="00E76EE8">
                <w:rPr>
                  <w:rStyle w:val="aff8"/>
                </w:rPr>
                <w:t>3.</w:t>
              </w:r>
            </w:hyperlink>
            <w:hyperlink r:id="rId13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3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4F190F6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25305DB" w14:textId="77777777" w:rsidR="00E76EE8" w:rsidRPr="00E76EE8" w:rsidRDefault="00A568EB" w:rsidP="00E76EE8">
            <w:pPr>
              <w:spacing w:after="200" w:line="276" w:lineRule="auto"/>
            </w:pPr>
            <w:hyperlink r:id="rId13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3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3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551631B0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EE47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2.5.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F23F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Цвета тёплый и холодный (цветовой контраст).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45F7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F988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A1D6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7978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D8B2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Узнавать и различать тёплый и холодный цвета.;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F76D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CCC6" w14:textId="77777777" w:rsidR="00E76EE8" w:rsidRPr="00E76EE8" w:rsidRDefault="00A568EB" w:rsidP="00E76EE8">
            <w:pPr>
              <w:spacing w:after="200" w:line="276" w:lineRule="auto"/>
            </w:pPr>
            <w:hyperlink r:id="rId139">
              <w:r w:rsidR="00E76EE8" w:rsidRPr="00E76EE8">
                <w:rPr>
                  <w:rStyle w:val="aff8"/>
                </w:rPr>
                <w:t>1.</w:t>
              </w:r>
            </w:hyperlink>
            <w:hyperlink r:id="rId14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4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DF59F25" w14:textId="77777777" w:rsidR="00E76EE8" w:rsidRPr="00E76EE8" w:rsidRDefault="00A568EB" w:rsidP="00E76EE8">
            <w:pPr>
              <w:spacing w:after="200" w:line="276" w:lineRule="auto"/>
            </w:pPr>
            <w:hyperlink r:id="rId142">
              <w:r w:rsidR="00E76EE8" w:rsidRPr="00E76EE8">
                <w:rPr>
                  <w:rStyle w:val="aff8"/>
                </w:rPr>
                <w:t>2.</w:t>
              </w:r>
            </w:hyperlink>
            <w:hyperlink r:id="rId14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4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2E738C4" w14:textId="77777777" w:rsidR="00E76EE8" w:rsidRPr="00E76EE8" w:rsidRDefault="00A568EB" w:rsidP="00E76EE8">
            <w:pPr>
              <w:spacing w:after="200" w:line="276" w:lineRule="auto"/>
            </w:pPr>
            <w:hyperlink r:id="rId145">
              <w:r w:rsidR="00E76EE8" w:rsidRPr="00E76EE8">
                <w:rPr>
                  <w:rStyle w:val="aff8"/>
                </w:rPr>
                <w:t>3.</w:t>
              </w:r>
            </w:hyperlink>
            <w:hyperlink r:id="rId14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4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B798760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04B555A" w14:textId="77777777" w:rsidR="00E76EE8" w:rsidRPr="00E76EE8" w:rsidRDefault="00A568EB" w:rsidP="00E76EE8">
            <w:pPr>
              <w:spacing w:after="200" w:line="276" w:lineRule="auto"/>
            </w:pPr>
            <w:hyperlink r:id="rId14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4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5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5816B17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D1E8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2.6.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908F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Цвета тёмный и светлый (тональные отношения).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9E97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25C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B982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8389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52B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Узнавать о делении цвета на тёплый и холодный.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5253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1E760" w14:textId="77777777" w:rsidR="00E76EE8" w:rsidRPr="00E76EE8" w:rsidRDefault="00A568EB" w:rsidP="00E76EE8">
            <w:pPr>
              <w:spacing w:after="200" w:line="276" w:lineRule="auto"/>
            </w:pPr>
            <w:hyperlink r:id="rId151">
              <w:r w:rsidR="00E76EE8" w:rsidRPr="00E76EE8">
                <w:rPr>
                  <w:rStyle w:val="aff8"/>
                </w:rPr>
                <w:t>1.</w:t>
              </w:r>
            </w:hyperlink>
            <w:hyperlink r:id="rId15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5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3764EC0" w14:textId="77777777" w:rsidR="00E76EE8" w:rsidRPr="00E76EE8" w:rsidRDefault="00A568EB" w:rsidP="00E76EE8">
            <w:pPr>
              <w:spacing w:after="200" w:line="276" w:lineRule="auto"/>
            </w:pPr>
            <w:hyperlink r:id="rId154">
              <w:r w:rsidR="00E76EE8" w:rsidRPr="00E76EE8">
                <w:rPr>
                  <w:rStyle w:val="aff8"/>
                </w:rPr>
                <w:t>2.</w:t>
              </w:r>
            </w:hyperlink>
            <w:hyperlink r:id="rId15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5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CB805C5" w14:textId="77777777" w:rsidR="00E76EE8" w:rsidRPr="00E76EE8" w:rsidRDefault="00A568EB" w:rsidP="00E76EE8">
            <w:pPr>
              <w:spacing w:after="200" w:line="276" w:lineRule="auto"/>
            </w:pPr>
            <w:hyperlink r:id="rId157">
              <w:r w:rsidR="00E76EE8" w:rsidRPr="00E76EE8">
                <w:rPr>
                  <w:rStyle w:val="aff8"/>
                </w:rPr>
                <w:t>3.</w:t>
              </w:r>
            </w:hyperlink>
            <w:hyperlink r:id="rId15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5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AC2579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4CA733F7" w14:textId="77777777" w:rsidR="00E76EE8" w:rsidRPr="00E76EE8" w:rsidRDefault="00A568EB" w:rsidP="00E76EE8">
            <w:pPr>
              <w:spacing w:after="200" w:line="276" w:lineRule="auto"/>
            </w:pPr>
            <w:hyperlink r:id="rId16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6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6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7A154686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61B7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2.7.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49F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Затемнение цвета с помощью тёмной краски и </w:t>
            </w:r>
            <w:proofErr w:type="spellStart"/>
            <w:r w:rsidRPr="00E76EE8">
              <w:rPr>
                <w:b/>
              </w:rPr>
              <w:t>разбеление</w:t>
            </w:r>
            <w:proofErr w:type="spellEnd"/>
            <w:r w:rsidRPr="00E76EE8">
              <w:rPr>
                <w:b/>
              </w:rPr>
              <w:t xml:space="preserve"> цвета. Эмоциональная </w:t>
            </w:r>
            <w:r w:rsidRPr="00E76EE8">
              <w:rPr>
                <w:b/>
              </w:rPr>
              <w:lastRenderedPageBreak/>
              <w:t xml:space="preserve">выразительность цветовых состояний и отношений.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B841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58F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E050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3C7F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A3FB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Сравнивать и различать тёмные и светлые оттенки цвета.;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A4CA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BB454" w14:textId="77777777" w:rsidR="00E76EE8" w:rsidRPr="00E76EE8" w:rsidRDefault="00A568EB" w:rsidP="00E76EE8">
            <w:pPr>
              <w:spacing w:after="200" w:line="276" w:lineRule="auto"/>
            </w:pPr>
            <w:hyperlink r:id="rId163">
              <w:r w:rsidR="00E76EE8" w:rsidRPr="00E76EE8">
                <w:rPr>
                  <w:rStyle w:val="aff8"/>
                </w:rPr>
                <w:t>1.</w:t>
              </w:r>
            </w:hyperlink>
            <w:hyperlink r:id="rId16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6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BC1D88E" w14:textId="77777777" w:rsidR="00E76EE8" w:rsidRPr="00E76EE8" w:rsidRDefault="00A568EB" w:rsidP="00E76EE8">
            <w:pPr>
              <w:spacing w:after="200" w:line="276" w:lineRule="auto"/>
            </w:pPr>
            <w:hyperlink r:id="rId166">
              <w:r w:rsidR="00E76EE8" w:rsidRPr="00E76EE8">
                <w:rPr>
                  <w:rStyle w:val="aff8"/>
                </w:rPr>
                <w:t>2.</w:t>
              </w:r>
            </w:hyperlink>
            <w:hyperlink r:id="rId16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6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69D717C" w14:textId="77777777" w:rsidR="00E76EE8" w:rsidRPr="00E76EE8" w:rsidRDefault="00A568EB" w:rsidP="00E76EE8">
            <w:pPr>
              <w:spacing w:after="200" w:line="276" w:lineRule="auto"/>
            </w:pPr>
            <w:hyperlink r:id="rId169">
              <w:r w:rsidR="00E76EE8" w:rsidRPr="00E76EE8">
                <w:rPr>
                  <w:rStyle w:val="aff8"/>
                </w:rPr>
                <w:t>3.</w:t>
              </w:r>
            </w:hyperlink>
            <w:hyperlink r:id="rId17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7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117A134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29004CE" w14:textId="77777777" w:rsidR="00E76EE8" w:rsidRPr="00E76EE8" w:rsidRDefault="00A568EB" w:rsidP="00E76EE8">
            <w:pPr>
              <w:spacing w:after="200" w:line="276" w:lineRule="auto"/>
            </w:pPr>
            <w:hyperlink r:id="rId17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7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7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746AEE8A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F6DE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2.8.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0E1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Цвет открытый — звонкий и цвет приглушённый — тихий. Эмоциональная выразительность цвета.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038C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0B2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7D81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C1C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C87F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эмоциональное звучание цвета: цвет звонкий, яркий, глухой. Приобретать навыки работы с цветом.;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945A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11A16" w14:textId="77777777" w:rsidR="00E76EE8" w:rsidRPr="00E76EE8" w:rsidRDefault="00A568EB" w:rsidP="00E76EE8">
            <w:pPr>
              <w:spacing w:after="200" w:line="276" w:lineRule="auto"/>
            </w:pPr>
            <w:hyperlink r:id="rId175">
              <w:r w:rsidR="00E76EE8" w:rsidRPr="00E76EE8">
                <w:rPr>
                  <w:rStyle w:val="aff8"/>
                </w:rPr>
                <w:t>1.</w:t>
              </w:r>
            </w:hyperlink>
            <w:hyperlink r:id="rId17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7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702ADB6" w14:textId="77777777" w:rsidR="00E76EE8" w:rsidRPr="00E76EE8" w:rsidRDefault="00A568EB" w:rsidP="00E76EE8">
            <w:pPr>
              <w:spacing w:after="200" w:line="276" w:lineRule="auto"/>
            </w:pPr>
            <w:hyperlink r:id="rId178">
              <w:r w:rsidR="00E76EE8" w:rsidRPr="00E76EE8">
                <w:rPr>
                  <w:rStyle w:val="aff8"/>
                </w:rPr>
                <w:t>2.</w:t>
              </w:r>
            </w:hyperlink>
            <w:hyperlink r:id="rId17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8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CCEF25D" w14:textId="77777777" w:rsidR="00E76EE8" w:rsidRPr="00E76EE8" w:rsidRDefault="00A568EB" w:rsidP="00E76EE8">
            <w:pPr>
              <w:spacing w:after="200" w:line="276" w:lineRule="auto"/>
            </w:pPr>
            <w:hyperlink r:id="rId181">
              <w:r w:rsidR="00E76EE8" w:rsidRPr="00E76EE8">
                <w:rPr>
                  <w:rStyle w:val="aff8"/>
                </w:rPr>
                <w:t>3.</w:t>
              </w:r>
            </w:hyperlink>
            <w:hyperlink r:id="rId18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8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A34AC0F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71B97FDB" w14:textId="77777777" w:rsidR="00E76EE8" w:rsidRPr="00E76EE8" w:rsidRDefault="00A568EB" w:rsidP="00E76EE8">
            <w:pPr>
              <w:spacing w:after="200" w:line="276" w:lineRule="auto"/>
            </w:pPr>
            <w:hyperlink r:id="rId18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8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8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9649574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E193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2.9.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2B5C2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Изображение природы (моря) в разных контрастных состояниях погоды и соответствующих цветовых состояниях </w:t>
            </w:r>
          </w:p>
          <w:p w14:paraId="7A7A3A7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(туман, нежное утро, гроза, буря, ветер; по выбору учителя).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12D2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E609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BC9B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0A9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E0CA3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Выполнить пейзажи, передающие разные состояния погоды (туман, гроза, солнце и др.) на основе изменения тонального звучания цвета.;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9D8B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C1504" w14:textId="77777777" w:rsidR="00E76EE8" w:rsidRPr="00E76EE8" w:rsidRDefault="00A568EB" w:rsidP="00E76EE8">
            <w:pPr>
              <w:spacing w:after="200" w:line="276" w:lineRule="auto"/>
            </w:pPr>
            <w:hyperlink r:id="rId187">
              <w:r w:rsidR="00E76EE8" w:rsidRPr="00E76EE8">
                <w:rPr>
                  <w:rStyle w:val="aff8"/>
                </w:rPr>
                <w:t>1.</w:t>
              </w:r>
            </w:hyperlink>
            <w:hyperlink r:id="rId18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18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87EEBD4" w14:textId="77777777" w:rsidR="00E76EE8" w:rsidRPr="00E76EE8" w:rsidRDefault="00A568EB" w:rsidP="00E76EE8">
            <w:pPr>
              <w:spacing w:after="200" w:line="276" w:lineRule="auto"/>
            </w:pPr>
            <w:hyperlink r:id="rId190">
              <w:r w:rsidR="00E76EE8" w:rsidRPr="00E76EE8">
                <w:rPr>
                  <w:rStyle w:val="aff8"/>
                </w:rPr>
                <w:t>2.</w:t>
              </w:r>
            </w:hyperlink>
            <w:hyperlink r:id="rId19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19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82A18C1" w14:textId="77777777" w:rsidR="00E76EE8" w:rsidRPr="00E76EE8" w:rsidRDefault="00A568EB" w:rsidP="00E76EE8">
            <w:pPr>
              <w:spacing w:after="200" w:line="276" w:lineRule="auto"/>
            </w:pPr>
            <w:hyperlink r:id="rId193">
              <w:r w:rsidR="00E76EE8" w:rsidRPr="00E76EE8">
                <w:rPr>
                  <w:rStyle w:val="aff8"/>
                </w:rPr>
                <w:t>3.</w:t>
              </w:r>
            </w:hyperlink>
            <w:hyperlink r:id="rId19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19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2047DF4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4160CB50" w14:textId="77777777" w:rsidR="00E76EE8" w:rsidRPr="00E76EE8" w:rsidRDefault="00A568EB" w:rsidP="00E76EE8">
            <w:pPr>
              <w:spacing w:after="200" w:line="276" w:lineRule="auto"/>
            </w:pPr>
            <w:hyperlink r:id="rId19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19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19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</w:tbl>
    <w:p w14:paraId="62C6515D" w14:textId="77777777" w:rsidR="00E76EE8" w:rsidRPr="00E76EE8" w:rsidRDefault="00E76EE8" w:rsidP="00E76EE8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2784"/>
        <w:gridCol w:w="438"/>
        <w:gridCol w:w="680"/>
        <w:gridCol w:w="701"/>
        <w:gridCol w:w="461"/>
        <w:gridCol w:w="2588"/>
        <w:gridCol w:w="1443"/>
        <w:gridCol w:w="5909"/>
      </w:tblGrid>
      <w:tr w:rsidR="00E76EE8" w:rsidRPr="00E76EE8" w14:paraId="35BE4E26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C4EE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2.10.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BFE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Произведения художника-мариниста И. К. Айвазовского.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D953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28E2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4AEA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D553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3EA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Запоминать и узнавать известные картины художника И. К. Айвазовского.;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F696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C7602" w14:textId="77777777" w:rsidR="00E76EE8" w:rsidRPr="00E76EE8" w:rsidRDefault="00A568EB" w:rsidP="00E76EE8">
            <w:pPr>
              <w:spacing w:after="200" w:line="276" w:lineRule="auto"/>
            </w:pPr>
            <w:hyperlink r:id="rId199">
              <w:r w:rsidR="00E76EE8" w:rsidRPr="00E76EE8">
                <w:rPr>
                  <w:rStyle w:val="aff8"/>
                </w:rPr>
                <w:t>1.</w:t>
              </w:r>
            </w:hyperlink>
            <w:hyperlink r:id="rId20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0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657E480" w14:textId="77777777" w:rsidR="00E76EE8" w:rsidRPr="00E76EE8" w:rsidRDefault="00A568EB" w:rsidP="00E76EE8">
            <w:pPr>
              <w:spacing w:after="200" w:line="276" w:lineRule="auto"/>
            </w:pPr>
            <w:hyperlink r:id="rId202">
              <w:r w:rsidR="00E76EE8" w:rsidRPr="00E76EE8">
                <w:rPr>
                  <w:rStyle w:val="aff8"/>
                </w:rPr>
                <w:t>2.</w:t>
              </w:r>
            </w:hyperlink>
            <w:hyperlink r:id="rId20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0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4E5B7B4" w14:textId="77777777" w:rsidR="00E76EE8" w:rsidRPr="00E76EE8" w:rsidRDefault="00A568EB" w:rsidP="00E76EE8">
            <w:pPr>
              <w:spacing w:after="200" w:line="276" w:lineRule="auto"/>
            </w:pPr>
            <w:hyperlink r:id="rId205">
              <w:r w:rsidR="00E76EE8" w:rsidRPr="00E76EE8">
                <w:rPr>
                  <w:rStyle w:val="aff8"/>
                </w:rPr>
                <w:t>3.</w:t>
              </w:r>
            </w:hyperlink>
            <w:hyperlink r:id="rId20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0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BC52684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56383A5" w14:textId="77777777" w:rsidR="00E76EE8" w:rsidRPr="00E76EE8" w:rsidRDefault="00A568EB" w:rsidP="00E76EE8">
            <w:pPr>
              <w:spacing w:after="200" w:line="276" w:lineRule="auto"/>
            </w:pPr>
            <w:hyperlink r:id="rId20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0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1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75E846C0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8CF4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2.11.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5084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Изображение сказочного персонажа с ярко выраженным характером. Образ мужской или женский.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C313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8CA2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FCC0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1FEA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43B8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Выполнить красками рисунки контрастных сказочных персонажей, показывая в изображении их характер </w:t>
            </w:r>
          </w:p>
          <w:p w14:paraId="318C1CC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(добрый или злой, нежный или грозный и т. п.).;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8F8B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AC9C5" w14:textId="77777777" w:rsidR="00E76EE8" w:rsidRPr="00E76EE8" w:rsidRDefault="00A568EB" w:rsidP="00E76EE8">
            <w:pPr>
              <w:spacing w:after="200" w:line="276" w:lineRule="auto"/>
            </w:pPr>
            <w:hyperlink r:id="rId211">
              <w:r w:rsidR="00E76EE8" w:rsidRPr="00E76EE8">
                <w:rPr>
                  <w:rStyle w:val="aff8"/>
                </w:rPr>
                <w:t>1.</w:t>
              </w:r>
            </w:hyperlink>
            <w:hyperlink r:id="rId21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1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60B4802" w14:textId="77777777" w:rsidR="00E76EE8" w:rsidRPr="00E76EE8" w:rsidRDefault="00A568EB" w:rsidP="00E76EE8">
            <w:pPr>
              <w:spacing w:after="200" w:line="276" w:lineRule="auto"/>
            </w:pPr>
            <w:hyperlink r:id="rId214">
              <w:r w:rsidR="00E76EE8" w:rsidRPr="00E76EE8">
                <w:rPr>
                  <w:rStyle w:val="aff8"/>
                </w:rPr>
                <w:t>2.</w:t>
              </w:r>
            </w:hyperlink>
            <w:hyperlink r:id="rId21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1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9D64C78" w14:textId="77777777" w:rsidR="00E76EE8" w:rsidRPr="00E76EE8" w:rsidRDefault="00A568EB" w:rsidP="00E76EE8">
            <w:pPr>
              <w:spacing w:after="200" w:line="276" w:lineRule="auto"/>
            </w:pPr>
            <w:hyperlink r:id="rId217">
              <w:r w:rsidR="00E76EE8" w:rsidRPr="00E76EE8">
                <w:rPr>
                  <w:rStyle w:val="aff8"/>
                </w:rPr>
                <w:t>3.</w:t>
              </w:r>
            </w:hyperlink>
            <w:hyperlink r:id="rId21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1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D4065F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A94B4C9" w14:textId="77777777" w:rsidR="00E76EE8" w:rsidRPr="00E76EE8" w:rsidRDefault="00A568EB" w:rsidP="00E76EE8">
            <w:pPr>
              <w:spacing w:after="200" w:line="276" w:lineRule="auto"/>
            </w:pPr>
            <w:hyperlink r:id="rId22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2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2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711D6DB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EF3BB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2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3DBE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8A9600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4D5BE4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F1FD3E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C8CFDA1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7EAD59E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62273001" w14:textId="77777777" w:rsidTr="00CA393D">
        <w:trPr>
          <w:trHeight w:val="350"/>
        </w:trPr>
        <w:tc>
          <w:tcPr>
            <w:tcW w:w="56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26C5BD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3. </w:t>
            </w:r>
            <w:r w:rsidRPr="00E76EE8">
              <w:rPr>
                <w:b/>
              </w:rPr>
              <w:t xml:space="preserve">Скульптура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20BF722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014BDC1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6C045E4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9461F30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35D84DBE" w14:textId="77777777" w:rsidTr="00CA393D">
        <w:trPr>
          <w:trHeight w:val="139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97FB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3.1.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551C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Лепка из пластилина или глины игрушки — сказочного животного по мотивам выбранного народного художественного промысла: </w:t>
            </w:r>
            <w:proofErr w:type="spellStart"/>
            <w:r w:rsidRPr="00E76EE8">
              <w:rPr>
                <w:b/>
              </w:rPr>
              <w:t>филимоновская</w:t>
            </w:r>
            <w:proofErr w:type="spellEnd"/>
            <w:r w:rsidRPr="00E76EE8">
              <w:rPr>
                <w:b/>
              </w:rPr>
              <w:t xml:space="preserve">, дымковская, каргопольская игрушки (и другие по выбору учителя с учётом местных промыслов).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FA91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E69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BFA8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71EC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49D4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Познакомиться с традиционными игрушками одного из народных художественных промыслов.;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340C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80547" w14:textId="77777777" w:rsidR="00E76EE8" w:rsidRPr="00E76EE8" w:rsidRDefault="00A568EB" w:rsidP="00E76EE8">
            <w:pPr>
              <w:spacing w:after="200" w:line="276" w:lineRule="auto"/>
            </w:pPr>
            <w:hyperlink r:id="rId223">
              <w:r w:rsidR="00E76EE8" w:rsidRPr="00E76EE8">
                <w:rPr>
                  <w:rStyle w:val="aff8"/>
                </w:rPr>
                <w:t>1.</w:t>
              </w:r>
            </w:hyperlink>
            <w:hyperlink r:id="rId22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2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C2F547A" w14:textId="77777777" w:rsidR="00E76EE8" w:rsidRPr="00E76EE8" w:rsidRDefault="00A568EB" w:rsidP="00E76EE8">
            <w:pPr>
              <w:spacing w:after="200" w:line="276" w:lineRule="auto"/>
            </w:pPr>
            <w:hyperlink r:id="rId226">
              <w:r w:rsidR="00E76EE8" w:rsidRPr="00E76EE8">
                <w:rPr>
                  <w:rStyle w:val="aff8"/>
                </w:rPr>
                <w:t>2.</w:t>
              </w:r>
            </w:hyperlink>
            <w:hyperlink r:id="rId22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2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EC8A46F" w14:textId="77777777" w:rsidR="00E76EE8" w:rsidRPr="00E76EE8" w:rsidRDefault="00A568EB" w:rsidP="00E76EE8">
            <w:pPr>
              <w:spacing w:after="200" w:line="276" w:lineRule="auto"/>
            </w:pPr>
            <w:hyperlink r:id="rId229">
              <w:r w:rsidR="00E76EE8" w:rsidRPr="00E76EE8">
                <w:rPr>
                  <w:rStyle w:val="aff8"/>
                </w:rPr>
                <w:t>3.</w:t>
              </w:r>
            </w:hyperlink>
            <w:hyperlink r:id="rId23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3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259278C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14EC495" w14:textId="77777777" w:rsidR="00E76EE8" w:rsidRPr="00E76EE8" w:rsidRDefault="00A568EB" w:rsidP="00E76EE8">
            <w:pPr>
              <w:spacing w:after="200" w:line="276" w:lineRule="auto"/>
            </w:pPr>
            <w:hyperlink r:id="rId23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3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3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C0C7EF5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B32B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3.2.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45A6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Способ лепки в соответствии с традициями промысла.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D4B2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81AC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942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8245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6C95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и последовательность лепки игрушки в традициях выбранного промысла.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7D19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19CB3" w14:textId="77777777" w:rsidR="00E76EE8" w:rsidRPr="00E76EE8" w:rsidRDefault="00A568EB" w:rsidP="00E76EE8">
            <w:pPr>
              <w:spacing w:after="200" w:line="276" w:lineRule="auto"/>
            </w:pPr>
            <w:hyperlink r:id="rId235">
              <w:r w:rsidR="00E76EE8" w:rsidRPr="00E76EE8">
                <w:rPr>
                  <w:rStyle w:val="aff8"/>
                </w:rPr>
                <w:t>1.</w:t>
              </w:r>
            </w:hyperlink>
            <w:hyperlink r:id="rId23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3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5B553FF" w14:textId="77777777" w:rsidR="00E76EE8" w:rsidRPr="00E76EE8" w:rsidRDefault="00A568EB" w:rsidP="00E76EE8">
            <w:pPr>
              <w:spacing w:after="200" w:line="276" w:lineRule="auto"/>
            </w:pPr>
            <w:hyperlink r:id="rId238">
              <w:r w:rsidR="00E76EE8" w:rsidRPr="00E76EE8">
                <w:rPr>
                  <w:rStyle w:val="aff8"/>
                </w:rPr>
                <w:t>2.</w:t>
              </w:r>
            </w:hyperlink>
            <w:hyperlink r:id="rId23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4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86436BA" w14:textId="77777777" w:rsidR="00E76EE8" w:rsidRPr="00E76EE8" w:rsidRDefault="00A568EB" w:rsidP="00E76EE8">
            <w:pPr>
              <w:spacing w:after="200" w:line="276" w:lineRule="auto"/>
            </w:pPr>
            <w:hyperlink r:id="rId241">
              <w:r w:rsidR="00E76EE8" w:rsidRPr="00E76EE8">
                <w:rPr>
                  <w:rStyle w:val="aff8"/>
                </w:rPr>
                <w:t>3.</w:t>
              </w:r>
            </w:hyperlink>
            <w:hyperlink r:id="rId24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4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794564A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lastRenderedPageBreak/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0BF0AC2" w14:textId="77777777" w:rsidR="00E76EE8" w:rsidRPr="00E76EE8" w:rsidRDefault="00A568EB" w:rsidP="00E76EE8">
            <w:pPr>
              <w:spacing w:after="200" w:line="276" w:lineRule="auto"/>
            </w:pPr>
            <w:hyperlink r:id="rId24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4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4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70966EF8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F459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3.3.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E4BE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Лепка из пластилина или глины животных с передачей характерной пластики движения. Соблюдение цельности формы, её преобразование и добавление </w:t>
            </w:r>
            <w:proofErr w:type="spellStart"/>
            <w:r w:rsidRPr="00E76EE8">
              <w:rPr>
                <w:b/>
              </w:rPr>
              <w:t>детале</w:t>
            </w:r>
            <w:proofErr w:type="spellEnd"/>
            <w:r w:rsidRPr="00E76EE8">
              <w:rPr>
                <w:b/>
              </w:rPr>
              <w:t xml:space="preserve">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2119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A9F2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99E5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B9E3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2339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передачи движения и разного характера движений в лепке из пластилина.;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2393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9DB81" w14:textId="77777777" w:rsidR="00E76EE8" w:rsidRPr="00E76EE8" w:rsidRDefault="00A568EB" w:rsidP="00E76EE8">
            <w:pPr>
              <w:spacing w:after="200" w:line="276" w:lineRule="auto"/>
            </w:pPr>
            <w:hyperlink r:id="rId247">
              <w:r w:rsidR="00E76EE8" w:rsidRPr="00E76EE8">
                <w:rPr>
                  <w:rStyle w:val="aff8"/>
                </w:rPr>
                <w:t>1.</w:t>
              </w:r>
            </w:hyperlink>
            <w:hyperlink r:id="rId24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4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CA6CC9C" w14:textId="77777777" w:rsidR="00E76EE8" w:rsidRPr="00E76EE8" w:rsidRDefault="00A568EB" w:rsidP="00E76EE8">
            <w:pPr>
              <w:spacing w:after="200" w:line="276" w:lineRule="auto"/>
            </w:pPr>
            <w:hyperlink r:id="rId250">
              <w:r w:rsidR="00E76EE8" w:rsidRPr="00E76EE8">
                <w:rPr>
                  <w:rStyle w:val="aff8"/>
                </w:rPr>
                <w:t>2.</w:t>
              </w:r>
            </w:hyperlink>
            <w:hyperlink r:id="rId25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5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6047A53" w14:textId="77777777" w:rsidR="00E76EE8" w:rsidRPr="00E76EE8" w:rsidRDefault="00A568EB" w:rsidP="00E76EE8">
            <w:pPr>
              <w:spacing w:after="200" w:line="276" w:lineRule="auto"/>
            </w:pPr>
            <w:hyperlink r:id="rId253">
              <w:r w:rsidR="00E76EE8" w:rsidRPr="00E76EE8">
                <w:rPr>
                  <w:rStyle w:val="aff8"/>
                </w:rPr>
                <w:t>3.</w:t>
              </w:r>
            </w:hyperlink>
            <w:hyperlink r:id="rId25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5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4D5B386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1554C857" w14:textId="77777777" w:rsidR="00E76EE8" w:rsidRPr="00E76EE8" w:rsidRDefault="00A568EB" w:rsidP="00E76EE8">
            <w:pPr>
              <w:spacing w:after="200" w:line="276" w:lineRule="auto"/>
            </w:pPr>
            <w:hyperlink r:id="rId25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5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5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1186EB8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C173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3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84051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7C3B78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64287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F71D53E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D0E8E5A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2780304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26B840BB" w14:textId="77777777" w:rsidTr="00CA393D">
        <w:trPr>
          <w:trHeight w:val="351"/>
        </w:trPr>
        <w:tc>
          <w:tcPr>
            <w:tcW w:w="56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615C608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4. </w:t>
            </w:r>
            <w:r w:rsidRPr="00E76EE8">
              <w:rPr>
                <w:b/>
              </w:rPr>
              <w:t xml:space="preserve">Декоративно-прикладное искусство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FEF48FF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9D03C73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4ABCB24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9CE2DF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68390281" w14:textId="77777777" w:rsidTr="00CA393D">
        <w:trPr>
          <w:trHeight w:val="149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816D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1AFF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Наблюдение узоров в природе (на основе фотографий в условиях урока): снежинки, паутинки, роса на листьях и др. Сопоставление с орнаментами в произведениях декоративно-прикладного искусства (кружево, вышивка, ювелирные изделия и т. д.).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9745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1425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ACC7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1AD7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7B03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Сравнивать, сопоставлять природные явления — узоры (капли, снежинки, </w:t>
            </w:r>
          </w:p>
          <w:p w14:paraId="75EF80F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паутинки, роса на листьях и др.) с рукотворными произведениями декоративно-прикладного искусства </w:t>
            </w:r>
          </w:p>
          <w:p w14:paraId="0032BDC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(кружево, шитьё и др.).;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62FB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14577" w14:textId="77777777" w:rsidR="00E76EE8" w:rsidRPr="00E76EE8" w:rsidRDefault="00A568EB" w:rsidP="00E76EE8">
            <w:pPr>
              <w:spacing w:after="200" w:line="276" w:lineRule="auto"/>
            </w:pPr>
            <w:hyperlink r:id="rId259">
              <w:r w:rsidR="00E76EE8" w:rsidRPr="00E76EE8">
                <w:rPr>
                  <w:rStyle w:val="aff8"/>
                </w:rPr>
                <w:t>1.</w:t>
              </w:r>
            </w:hyperlink>
            <w:hyperlink r:id="rId26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6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152C11E" w14:textId="77777777" w:rsidR="00E76EE8" w:rsidRPr="00E76EE8" w:rsidRDefault="00A568EB" w:rsidP="00E76EE8">
            <w:pPr>
              <w:spacing w:after="200" w:line="276" w:lineRule="auto"/>
            </w:pPr>
            <w:hyperlink r:id="rId262">
              <w:r w:rsidR="00E76EE8" w:rsidRPr="00E76EE8">
                <w:rPr>
                  <w:rStyle w:val="aff8"/>
                </w:rPr>
                <w:t>2.</w:t>
              </w:r>
            </w:hyperlink>
            <w:hyperlink r:id="rId26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6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EC78266" w14:textId="77777777" w:rsidR="00E76EE8" w:rsidRPr="00E76EE8" w:rsidRDefault="00A568EB" w:rsidP="00E76EE8">
            <w:pPr>
              <w:spacing w:after="200" w:line="276" w:lineRule="auto"/>
            </w:pPr>
            <w:hyperlink r:id="rId265">
              <w:r w:rsidR="00E76EE8" w:rsidRPr="00E76EE8">
                <w:rPr>
                  <w:rStyle w:val="aff8"/>
                </w:rPr>
                <w:t>3.</w:t>
              </w:r>
            </w:hyperlink>
            <w:hyperlink r:id="rId26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6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6E26F79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7DB6EDD" w14:textId="77777777" w:rsidR="00E76EE8" w:rsidRPr="00E76EE8" w:rsidRDefault="00A568EB" w:rsidP="00E76EE8">
            <w:pPr>
              <w:spacing w:after="200" w:line="276" w:lineRule="auto"/>
            </w:pPr>
            <w:hyperlink r:id="rId26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6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7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19863D6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F01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4.2.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5A64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Рисунок геометрического орнамента кружева или вышивки.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8197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54B0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D691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4C3A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63086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орнаментального оформления сказочных глиняных зверушек по мотивам народных художественных промыслов (по выбору учителя с учётом местных промыслов).;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73C3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E5602" w14:textId="77777777" w:rsidR="00E76EE8" w:rsidRPr="00E76EE8" w:rsidRDefault="00A568EB" w:rsidP="00E76EE8">
            <w:pPr>
              <w:spacing w:after="200" w:line="276" w:lineRule="auto"/>
            </w:pPr>
            <w:hyperlink r:id="rId271">
              <w:r w:rsidR="00E76EE8" w:rsidRPr="00E76EE8">
                <w:rPr>
                  <w:rStyle w:val="aff8"/>
                </w:rPr>
                <w:t>1.</w:t>
              </w:r>
            </w:hyperlink>
            <w:hyperlink r:id="rId27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7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4967BDE" w14:textId="77777777" w:rsidR="00E76EE8" w:rsidRPr="00E76EE8" w:rsidRDefault="00A568EB" w:rsidP="00E76EE8">
            <w:pPr>
              <w:spacing w:after="200" w:line="276" w:lineRule="auto"/>
            </w:pPr>
            <w:hyperlink r:id="rId274">
              <w:r w:rsidR="00E76EE8" w:rsidRPr="00E76EE8">
                <w:rPr>
                  <w:rStyle w:val="aff8"/>
                </w:rPr>
                <w:t>2.</w:t>
              </w:r>
            </w:hyperlink>
            <w:hyperlink r:id="rId27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7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C1AD820" w14:textId="77777777" w:rsidR="00E76EE8" w:rsidRPr="00E76EE8" w:rsidRDefault="00A568EB" w:rsidP="00E76EE8">
            <w:pPr>
              <w:spacing w:after="200" w:line="276" w:lineRule="auto"/>
            </w:pPr>
            <w:hyperlink r:id="rId277">
              <w:r w:rsidR="00E76EE8" w:rsidRPr="00E76EE8">
                <w:rPr>
                  <w:rStyle w:val="aff8"/>
                </w:rPr>
                <w:t>3.</w:t>
              </w:r>
            </w:hyperlink>
            <w:hyperlink r:id="rId27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7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CE233B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7CE6E97D" w14:textId="77777777" w:rsidR="00E76EE8" w:rsidRPr="00E76EE8" w:rsidRDefault="00A568EB" w:rsidP="00E76EE8">
            <w:pPr>
              <w:spacing w:after="200" w:line="276" w:lineRule="auto"/>
            </w:pPr>
            <w:hyperlink r:id="rId28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8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8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</w:tbl>
    <w:p w14:paraId="0E3AD34D" w14:textId="77777777" w:rsidR="00E76EE8" w:rsidRPr="00E76EE8" w:rsidRDefault="00E76EE8" w:rsidP="00E76EE8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27"/>
        <w:gridCol w:w="2939"/>
        <w:gridCol w:w="439"/>
        <w:gridCol w:w="668"/>
        <w:gridCol w:w="688"/>
        <w:gridCol w:w="453"/>
        <w:gridCol w:w="2513"/>
        <w:gridCol w:w="1453"/>
        <w:gridCol w:w="5919"/>
      </w:tblGrid>
      <w:tr w:rsidR="00E76EE8" w:rsidRPr="00E76EE8" w14:paraId="5C8F975A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8DA3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7132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Декоративная композиция. Ритм пятен в декоративной аппликации.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272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B51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04C5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15B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209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Получать опыт преобразования бытовых подручных нехудожественных материалов в художественные изображения и поделки.;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923A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9BAE0" w14:textId="77777777" w:rsidR="00E76EE8" w:rsidRPr="00E76EE8" w:rsidRDefault="00A568EB" w:rsidP="00E76EE8">
            <w:pPr>
              <w:spacing w:after="200" w:line="276" w:lineRule="auto"/>
            </w:pPr>
            <w:hyperlink r:id="rId283">
              <w:r w:rsidR="00E76EE8" w:rsidRPr="00E76EE8">
                <w:rPr>
                  <w:rStyle w:val="aff8"/>
                </w:rPr>
                <w:t>1.</w:t>
              </w:r>
            </w:hyperlink>
            <w:hyperlink r:id="rId28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8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052EADC" w14:textId="77777777" w:rsidR="00E76EE8" w:rsidRPr="00E76EE8" w:rsidRDefault="00A568EB" w:rsidP="00E76EE8">
            <w:pPr>
              <w:spacing w:after="200" w:line="276" w:lineRule="auto"/>
            </w:pPr>
            <w:hyperlink r:id="rId286">
              <w:r w:rsidR="00E76EE8" w:rsidRPr="00E76EE8">
                <w:rPr>
                  <w:rStyle w:val="aff8"/>
                </w:rPr>
                <w:t>2.</w:t>
              </w:r>
            </w:hyperlink>
            <w:hyperlink r:id="rId28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28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808B857" w14:textId="77777777" w:rsidR="00E76EE8" w:rsidRPr="00E76EE8" w:rsidRDefault="00A568EB" w:rsidP="00E76EE8">
            <w:pPr>
              <w:spacing w:after="200" w:line="276" w:lineRule="auto"/>
            </w:pPr>
            <w:hyperlink r:id="rId289">
              <w:r w:rsidR="00E76EE8" w:rsidRPr="00E76EE8">
                <w:rPr>
                  <w:rStyle w:val="aff8"/>
                </w:rPr>
                <w:t>3.</w:t>
              </w:r>
            </w:hyperlink>
            <w:hyperlink r:id="rId29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29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194A0D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4DEB725F" w14:textId="77777777" w:rsidR="00E76EE8" w:rsidRPr="00E76EE8" w:rsidRDefault="00A568EB" w:rsidP="00E76EE8">
            <w:pPr>
              <w:spacing w:after="200" w:line="276" w:lineRule="auto"/>
            </w:pPr>
            <w:hyperlink r:id="rId29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29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29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65F2EC3" w14:textId="77777777" w:rsidTr="00CA393D">
        <w:trPr>
          <w:trHeight w:val="15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E46A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D9C1F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Декоративные изображения животных в игрушках народных промыслов: </w:t>
            </w:r>
          </w:p>
          <w:p w14:paraId="37F33B9C" w14:textId="77777777" w:rsidR="00E76EE8" w:rsidRPr="00E76EE8" w:rsidRDefault="00E76EE8" w:rsidP="00E76EE8">
            <w:pPr>
              <w:spacing w:after="200" w:line="276" w:lineRule="auto"/>
            </w:pPr>
            <w:proofErr w:type="spellStart"/>
            <w:r w:rsidRPr="00E76EE8">
              <w:rPr>
                <w:b/>
              </w:rPr>
              <w:t>филимоновский</w:t>
            </w:r>
            <w:proofErr w:type="spellEnd"/>
            <w:r w:rsidRPr="00E76EE8">
              <w:rPr>
                <w:b/>
              </w:rPr>
              <w:t xml:space="preserve"> олень, дымковский петух, каргопольский Полкан (по выбору учителя с учётом местных промыслов). </w:t>
            </w:r>
          </w:p>
          <w:p w14:paraId="0942947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Поделки из подручных нехудожественных </w:t>
            </w:r>
            <w:r w:rsidRPr="00E76EE8">
              <w:rPr>
                <w:b/>
              </w:rPr>
              <w:lastRenderedPageBreak/>
              <w:t xml:space="preserve">материалов.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61C9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4207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DA2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800F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9A69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Получать опыт преобразования бытовых подручных нехудожественных материалов в художественные изображения и поделки.;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81AB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592A2" w14:textId="77777777" w:rsidR="00E76EE8" w:rsidRPr="00E76EE8" w:rsidRDefault="00A568EB" w:rsidP="00E76EE8">
            <w:pPr>
              <w:spacing w:after="200" w:line="276" w:lineRule="auto"/>
            </w:pPr>
            <w:hyperlink r:id="rId295">
              <w:r w:rsidR="00E76EE8" w:rsidRPr="00E76EE8">
                <w:rPr>
                  <w:rStyle w:val="aff8"/>
                </w:rPr>
                <w:t>1.</w:t>
              </w:r>
            </w:hyperlink>
            <w:hyperlink r:id="rId29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29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BD71482" w14:textId="77777777" w:rsidR="00E76EE8" w:rsidRPr="00E76EE8" w:rsidRDefault="00A568EB" w:rsidP="00E76EE8">
            <w:pPr>
              <w:spacing w:after="200" w:line="276" w:lineRule="auto"/>
            </w:pPr>
            <w:hyperlink r:id="rId298">
              <w:r w:rsidR="00E76EE8" w:rsidRPr="00E76EE8">
                <w:rPr>
                  <w:rStyle w:val="aff8"/>
                </w:rPr>
                <w:t>2.</w:t>
              </w:r>
            </w:hyperlink>
            <w:hyperlink r:id="rId29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0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53AC042" w14:textId="77777777" w:rsidR="00E76EE8" w:rsidRPr="00E76EE8" w:rsidRDefault="00A568EB" w:rsidP="00E76EE8">
            <w:pPr>
              <w:spacing w:after="200" w:line="276" w:lineRule="auto"/>
            </w:pPr>
            <w:hyperlink r:id="rId301">
              <w:r w:rsidR="00E76EE8" w:rsidRPr="00E76EE8">
                <w:rPr>
                  <w:rStyle w:val="aff8"/>
                </w:rPr>
                <w:t>3.</w:t>
              </w:r>
            </w:hyperlink>
            <w:hyperlink r:id="rId30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0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9EE4F5C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6675CC9" w14:textId="77777777" w:rsidR="00E76EE8" w:rsidRPr="00E76EE8" w:rsidRDefault="00A568EB" w:rsidP="00E76EE8">
            <w:pPr>
              <w:spacing w:after="200" w:line="276" w:lineRule="auto"/>
            </w:pPr>
            <w:hyperlink r:id="rId30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0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0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0DECEAD" w14:textId="77777777" w:rsidTr="00CA393D">
        <w:trPr>
          <w:trHeight w:val="130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1BAF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4.5.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E848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Декор одежды человека. Разнообразие украшений. Традиционные (исторические, народные) женские и мужские украшения.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FE17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AC1E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323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B23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ADA4F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Рассматривать, анализировать, сравнивать украшения человека на примерах иллюстраций к народным сказкам, когда украшения не только соответствуют народным традициям, но и выражают характер персонажа.;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B8C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284DB" w14:textId="77777777" w:rsidR="00E76EE8" w:rsidRPr="00E76EE8" w:rsidRDefault="00A568EB" w:rsidP="00E76EE8">
            <w:pPr>
              <w:spacing w:after="200" w:line="276" w:lineRule="auto"/>
            </w:pPr>
            <w:hyperlink r:id="rId307">
              <w:r w:rsidR="00E76EE8" w:rsidRPr="00E76EE8">
                <w:rPr>
                  <w:rStyle w:val="aff8"/>
                </w:rPr>
                <w:t>1.</w:t>
              </w:r>
            </w:hyperlink>
            <w:hyperlink r:id="rId30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0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E4F76A3" w14:textId="77777777" w:rsidR="00E76EE8" w:rsidRPr="00E76EE8" w:rsidRDefault="00A568EB" w:rsidP="00E76EE8">
            <w:pPr>
              <w:spacing w:after="200" w:line="276" w:lineRule="auto"/>
            </w:pPr>
            <w:hyperlink r:id="rId310">
              <w:r w:rsidR="00E76EE8" w:rsidRPr="00E76EE8">
                <w:rPr>
                  <w:rStyle w:val="aff8"/>
                </w:rPr>
                <w:t>2.</w:t>
              </w:r>
            </w:hyperlink>
            <w:hyperlink r:id="rId31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1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9872415" w14:textId="77777777" w:rsidR="00E76EE8" w:rsidRPr="00E76EE8" w:rsidRDefault="00A568EB" w:rsidP="00E76EE8">
            <w:pPr>
              <w:spacing w:after="200" w:line="276" w:lineRule="auto"/>
            </w:pPr>
            <w:hyperlink r:id="rId313">
              <w:r w:rsidR="00E76EE8" w:rsidRPr="00E76EE8">
                <w:rPr>
                  <w:rStyle w:val="aff8"/>
                </w:rPr>
                <w:t>3.</w:t>
              </w:r>
            </w:hyperlink>
            <w:hyperlink r:id="rId31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1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0801471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C9D1296" w14:textId="77777777" w:rsidR="00E76EE8" w:rsidRPr="00E76EE8" w:rsidRDefault="00A568EB" w:rsidP="00E76EE8">
            <w:pPr>
              <w:spacing w:after="200" w:line="276" w:lineRule="auto"/>
            </w:pPr>
            <w:hyperlink r:id="rId31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1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1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F71DA13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B6F9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4.6.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46B7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Назначение украшений и их значение в жизни людей.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B8C6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6DD0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B496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C447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C239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Знакомиться и рассматривать традиционные народные украшения.;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D0EF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4411E" w14:textId="77777777" w:rsidR="00E76EE8" w:rsidRPr="00E76EE8" w:rsidRDefault="00A568EB" w:rsidP="00E76EE8">
            <w:pPr>
              <w:spacing w:after="200" w:line="276" w:lineRule="auto"/>
            </w:pPr>
            <w:hyperlink r:id="rId319">
              <w:r w:rsidR="00E76EE8" w:rsidRPr="00E76EE8">
                <w:rPr>
                  <w:rStyle w:val="aff8"/>
                </w:rPr>
                <w:t>1.</w:t>
              </w:r>
            </w:hyperlink>
            <w:hyperlink r:id="rId32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2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1E31402" w14:textId="77777777" w:rsidR="00E76EE8" w:rsidRPr="00E76EE8" w:rsidRDefault="00A568EB" w:rsidP="00E76EE8">
            <w:pPr>
              <w:spacing w:after="200" w:line="276" w:lineRule="auto"/>
            </w:pPr>
            <w:hyperlink r:id="rId322">
              <w:r w:rsidR="00E76EE8" w:rsidRPr="00E76EE8">
                <w:rPr>
                  <w:rStyle w:val="aff8"/>
                </w:rPr>
                <w:t>2.</w:t>
              </w:r>
            </w:hyperlink>
            <w:hyperlink r:id="rId32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2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F837116" w14:textId="77777777" w:rsidR="00E76EE8" w:rsidRPr="00E76EE8" w:rsidRDefault="00A568EB" w:rsidP="00E76EE8">
            <w:pPr>
              <w:spacing w:after="200" w:line="276" w:lineRule="auto"/>
            </w:pPr>
            <w:hyperlink r:id="rId325">
              <w:r w:rsidR="00E76EE8" w:rsidRPr="00E76EE8">
                <w:rPr>
                  <w:rStyle w:val="aff8"/>
                </w:rPr>
                <w:t>3.</w:t>
              </w:r>
            </w:hyperlink>
            <w:hyperlink r:id="rId32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2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0962319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ACD4235" w14:textId="77777777" w:rsidR="00E76EE8" w:rsidRPr="00E76EE8" w:rsidRDefault="00A568EB" w:rsidP="00E76EE8">
            <w:pPr>
              <w:spacing w:after="200" w:line="276" w:lineRule="auto"/>
            </w:pPr>
            <w:hyperlink r:id="rId32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2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3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16E6E9D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C7D72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4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6D61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5 </w:t>
            </w:r>
          </w:p>
        </w:tc>
        <w:tc>
          <w:tcPr>
            <w:tcW w:w="1100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08DD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</w:tr>
      <w:tr w:rsidR="00E76EE8" w:rsidRPr="00E76EE8" w14:paraId="423CF2D6" w14:textId="77777777" w:rsidTr="00CA393D">
        <w:trPr>
          <w:trHeight w:val="350"/>
        </w:trPr>
        <w:tc>
          <w:tcPr>
            <w:tcW w:w="1549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963A0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5. </w:t>
            </w:r>
            <w:r w:rsidRPr="00E76EE8">
              <w:rPr>
                <w:b/>
              </w:rPr>
              <w:t xml:space="preserve">Архитектура </w:t>
            </w:r>
          </w:p>
        </w:tc>
      </w:tr>
      <w:tr w:rsidR="00E76EE8" w:rsidRPr="00E76EE8" w14:paraId="46DF0910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CE2E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5.1.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DA2FC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Конструирование из бумаги. Приёмы работы с полосой бумаги, разные варианты складывания, закручивания, </w:t>
            </w:r>
            <w:r w:rsidRPr="00E76EE8">
              <w:rPr>
                <w:b/>
              </w:rPr>
              <w:lastRenderedPageBreak/>
              <w:t xml:space="preserve">надрезания. Макетирование пространства детской площадки.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7E06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939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3600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7A14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38F4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создания объёмных предметов из бумаги.;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E9F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79725" w14:textId="77777777" w:rsidR="00E76EE8" w:rsidRPr="00E76EE8" w:rsidRDefault="00A568EB" w:rsidP="00E76EE8">
            <w:pPr>
              <w:spacing w:after="200" w:line="276" w:lineRule="auto"/>
            </w:pPr>
            <w:hyperlink r:id="rId331">
              <w:r w:rsidR="00E76EE8" w:rsidRPr="00E76EE8">
                <w:rPr>
                  <w:rStyle w:val="aff8"/>
                </w:rPr>
                <w:t>1.</w:t>
              </w:r>
            </w:hyperlink>
            <w:hyperlink r:id="rId33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3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E9E430E" w14:textId="77777777" w:rsidR="00E76EE8" w:rsidRPr="00E76EE8" w:rsidRDefault="00A568EB" w:rsidP="00E76EE8">
            <w:pPr>
              <w:spacing w:after="200" w:line="276" w:lineRule="auto"/>
            </w:pPr>
            <w:hyperlink r:id="rId334">
              <w:r w:rsidR="00E76EE8" w:rsidRPr="00E76EE8">
                <w:rPr>
                  <w:rStyle w:val="aff8"/>
                </w:rPr>
                <w:t>2.</w:t>
              </w:r>
            </w:hyperlink>
            <w:hyperlink r:id="rId33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3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87F456E" w14:textId="77777777" w:rsidR="00E76EE8" w:rsidRPr="00E76EE8" w:rsidRDefault="00A568EB" w:rsidP="00E76EE8">
            <w:pPr>
              <w:spacing w:after="200" w:line="276" w:lineRule="auto"/>
            </w:pPr>
            <w:hyperlink r:id="rId337">
              <w:r w:rsidR="00E76EE8" w:rsidRPr="00E76EE8">
                <w:rPr>
                  <w:rStyle w:val="aff8"/>
                </w:rPr>
                <w:t>3.</w:t>
              </w:r>
            </w:hyperlink>
            <w:hyperlink r:id="rId33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3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597628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lastRenderedPageBreak/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BABBF84" w14:textId="77777777" w:rsidR="00E76EE8" w:rsidRPr="00E76EE8" w:rsidRDefault="00A568EB" w:rsidP="00E76EE8">
            <w:pPr>
              <w:spacing w:after="200" w:line="276" w:lineRule="auto"/>
            </w:pPr>
            <w:hyperlink r:id="rId34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4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4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10D1E67F" w14:textId="77777777" w:rsidTr="00CA393D">
        <w:trPr>
          <w:trHeight w:val="159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B8A0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5.2.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9BC30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Построение игрового сказочного города из бумаги на основе сворачивания геометрических тел — параллелепипедов разной высоты, цилиндров с прорезями и наклейками; приёмы завивания, скручивания и складывания полоски бумаги (например, гармошкой).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5C74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A993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4326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DD94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5666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Макетировать из бумаги пространство сказочного игрушечного города или детскую площадку.;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6C07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1B14" w14:textId="77777777" w:rsidR="00E76EE8" w:rsidRPr="00E76EE8" w:rsidRDefault="00A568EB" w:rsidP="00E76EE8">
            <w:pPr>
              <w:spacing w:after="200" w:line="276" w:lineRule="auto"/>
            </w:pPr>
            <w:hyperlink r:id="rId343">
              <w:r w:rsidR="00E76EE8" w:rsidRPr="00E76EE8">
                <w:rPr>
                  <w:rStyle w:val="aff8"/>
                </w:rPr>
                <w:t>1.</w:t>
              </w:r>
            </w:hyperlink>
            <w:hyperlink r:id="rId34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4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405882F" w14:textId="77777777" w:rsidR="00E76EE8" w:rsidRPr="00E76EE8" w:rsidRDefault="00A568EB" w:rsidP="00E76EE8">
            <w:pPr>
              <w:spacing w:after="200" w:line="276" w:lineRule="auto"/>
            </w:pPr>
            <w:hyperlink r:id="rId346">
              <w:r w:rsidR="00E76EE8" w:rsidRPr="00E76EE8">
                <w:rPr>
                  <w:rStyle w:val="aff8"/>
                </w:rPr>
                <w:t>2.</w:t>
              </w:r>
            </w:hyperlink>
            <w:hyperlink r:id="rId34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4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3465C92" w14:textId="77777777" w:rsidR="00E76EE8" w:rsidRPr="00E76EE8" w:rsidRDefault="00A568EB" w:rsidP="00E76EE8">
            <w:pPr>
              <w:spacing w:after="200" w:line="276" w:lineRule="auto"/>
            </w:pPr>
            <w:hyperlink r:id="rId349">
              <w:r w:rsidR="00E76EE8" w:rsidRPr="00E76EE8">
                <w:rPr>
                  <w:rStyle w:val="aff8"/>
                </w:rPr>
                <w:t>3.</w:t>
              </w:r>
            </w:hyperlink>
            <w:hyperlink r:id="rId35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5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D5A43A6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3AE225D3" w14:textId="77777777" w:rsidR="00E76EE8" w:rsidRPr="00E76EE8" w:rsidRDefault="00A568EB" w:rsidP="00E76EE8">
            <w:pPr>
              <w:spacing w:after="200" w:line="276" w:lineRule="auto"/>
            </w:pPr>
            <w:hyperlink r:id="rId35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5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5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5AA19229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45D9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5.3.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85B2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Образ здания. Памятники отечественной и западноевропейской архитектуры с ярко выраженным характером здания.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EB2F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3F9C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3327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40F3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99BD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Развивать эмоциональное восприятие архитектурных построек.;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D14B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FDF56" w14:textId="77777777" w:rsidR="00E76EE8" w:rsidRPr="00E76EE8" w:rsidRDefault="00A568EB" w:rsidP="00E76EE8">
            <w:pPr>
              <w:spacing w:after="200" w:line="276" w:lineRule="auto"/>
            </w:pPr>
            <w:hyperlink r:id="rId355">
              <w:r w:rsidR="00E76EE8" w:rsidRPr="00E76EE8">
                <w:rPr>
                  <w:rStyle w:val="aff8"/>
                </w:rPr>
                <w:t>1.</w:t>
              </w:r>
            </w:hyperlink>
            <w:hyperlink r:id="rId35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5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727A495" w14:textId="77777777" w:rsidR="00E76EE8" w:rsidRPr="00E76EE8" w:rsidRDefault="00A568EB" w:rsidP="00E76EE8">
            <w:pPr>
              <w:spacing w:after="200" w:line="276" w:lineRule="auto"/>
            </w:pPr>
            <w:hyperlink r:id="rId358">
              <w:r w:rsidR="00E76EE8" w:rsidRPr="00E76EE8">
                <w:rPr>
                  <w:rStyle w:val="aff8"/>
                </w:rPr>
                <w:t>2.</w:t>
              </w:r>
            </w:hyperlink>
            <w:hyperlink r:id="rId35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6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6E1C6C3" w14:textId="77777777" w:rsidR="00E76EE8" w:rsidRPr="00E76EE8" w:rsidRDefault="00A568EB" w:rsidP="00E76EE8">
            <w:pPr>
              <w:spacing w:after="200" w:line="276" w:lineRule="auto"/>
            </w:pPr>
            <w:hyperlink r:id="rId361">
              <w:r w:rsidR="00E76EE8" w:rsidRPr="00E76EE8">
                <w:rPr>
                  <w:rStyle w:val="aff8"/>
                </w:rPr>
                <w:t>3.</w:t>
              </w:r>
            </w:hyperlink>
            <w:hyperlink r:id="rId36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6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E93107D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7AEC69BE" w14:textId="77777777" w:rsidR="00E76EE8" w:rsidRPr="00E76EE8" w:rsidRDefault="00A568EB" w:rsidP="00E76EE8">
            <w:pPr>
              <w:spacing w:after="200" w:line="276" w:lineRule="auto"/>
            </w:pPr>
            <w:hyperlink r:id="rId36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6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6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3599C29E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11DB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5.4.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DC1C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Рисунок дома для доброго и злого сказочных персонажей (иллюстрация сказки по выбору учителя).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05D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1000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BA38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C48D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3CDD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Приводить примеры жилищ разных сказочных героев в иллюстрациях известных художников детской книги.;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D0B6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A19EB" w14:textId="77777777" w:rsidR="00E76EE8" w:rsidRPr="00E76EE8" w:rsidRDefault="00A568EB" w:rsidP="00E76EE8">
            <w:pPr>
              <w:spacing w:after="200" w:line="276" w:lineRule="auto"/>
            </w:pPr>
            <w:hyperlink r:id="rId367">
              <w:r w:rsidR="00E76EE8" w:rsidRPr="00E76EE8">
                <w:rPr>
                  <w:rStyle w:val="aff8"/>
                </w:rPr>
                <w:t>1.</w:t>
              </w:r>
            </w:hyperlink>
            <w:hyperlink r:id="rId36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6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941477A" w14:textId="77777777" w:rsidR="00E76EE8" w:rsidRPr="00E76EE8" w:rsidRDefault="00A568EB" w:rsidP="00E76EE8">
            <w:pPr>
              <w:spacing w:after="200" w:line="276" w:lineRule="auto"/>
            </w:pPr>
            <w:hyperlink r:id="rId370">
              <w:r w:rsidR="00E76EE8" w:rsidRPr="00E76EE8">
                <w:rPr>
                  <w:rStyle w:val="aff8"/>
                </w:rPr>
                <w:t>2.</w:t>
              </w:r>
            </w:hyperlink>
            <w:hyperlink r:id="rId37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7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85FFDDF" w14:textId="77777777" w:rsidR="00E76EE8" w:rsidRPr="00E76EE8" w:rsidRDefault="00A568EB" w:rsidP="00E76EE8">
            <w:pPr>
              <w:spacing w:after="200" w:line="276" w:lineRule="auto"/>
            </w:pPr>
            <w:hyperlink r:id="rId373">
              <w:r w:rsidR="00E76EE8" w:rsidRPr="00E76EE8">
                <w:rPr>
                  <w:rStyle w:val="aff8"/>
                </w:rPr>
                <w:t>3.</w:t>
              </w:r>
            </w:hyperlink>
            <w:hyperlink r:id="rId37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7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59B12BA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92A44B0" w14:textId="77777777" w:rsidR="00E76EE8" w:rsidRPr="00E76EE8" w:rsidRDefault="00A568EB" w:rsidP="00E76EE8">
            <w:pPr>
              <w:spacing w:after="200" w:line="276" w:lineRule="auto"/>
            </w:pPr>
            <w:hyperlink r:id="rId37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7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7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</w:tbl>
    <w:p w14:paraId="66CC0774" w14:textId="77777777" w:rsidR="00E76EE8" w:rsidRPr="00E76EE8" w:rsidRDefault="00E76EE8" w:rsidP="00E76EE8">
      <w:pPr>
        <w:rPr>
          <w:lang w:val="ru-RU"/>
        </w:rPr>
      </w:pPr>
    </w:p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29"/>
        <w:gridCol w:w="2900"/>
        <w:gridCol w:w="497"/>
        <w:gridCol w:w="679"/>
        <w:gridCol w:w="699"/>
        <w:gridCol w:w="461"/>
        <w:gridCol w:w="2462"/>
        <w:gridCol w:w="1453"/>
        <w:gridCol w:w="5919"/>
      </w:tblGrid>
      <w:tr w:rsidR="00E76EE8" w:rsidRPr="00E76EE8" w14:paraId="6CB68501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6E81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5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2E3B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4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25EA9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5A6B020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6BF97B7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F2C0406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6A32B06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29F54B3A" w14:textId="77777777" w:rsidTr="00CA393D">
        <w:trPr>
          <w:trHeight w:val="350"/>
        </w:trPr>
        <w:tc>
          <w:tcPr>
            <w:tcW w:w="56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119731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6. </w:t>
            </w:r>
            <w:r w:rsidRPr="00E76EE8">
              <w:rPr>
                <w:b/>
              </w:rPr>
              <w:t xml:space="preserve">Восприятие произведений искусства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8604F2F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1CA8927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1FC7728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D741924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0E72FF0D" w14:textId="77777777" w:rsidTr="00CA393D">
        <w:trPr>
          <w:trHeight w:val="1498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3BF0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6.1.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4F41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Восприятие произведений детского творчества. Обсуждение сюжетного и эмоционального содержания детских работ.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41FA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FC7C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EE86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723C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1475C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Рассматривать, анализировать детские рисунки с точки зрения содержания, сюжета, настроения, расположения на листе, цвета и других средств художественной выразительности и в соответствии с учебной задачей, поставленной учителем.;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7A0D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17B58" w14:textId="77777777" w:rsidR="00E76EE8" w:rsidRPr="00E76EE8" w:rsidRDefault="00A568EB" w:rsidP="00E76EE8">
            <w:pPr>
              <w:spacing w:after="200" w:line="276" w:lineRule="auto"/>
            </w:pPr>
            <w:hyperlink r:id="rId379">
              <w:r w:rsidR="00E76EE8" w:rsidRPr="00E76EE8">
                <w:rPr>
                  <w:rStyle w:val="aff8"/>
                </w:rPr>
                <w:t>1.</w:t>
              </w:r>
            </w:hyperlink>
            <w:hyperlink r:id="rId38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8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945BDC1" w14:textId="77777777" w:rsidR="00E76EE8" w:rsidRPr="00E76EE8" w:rsidRDefault="00A568EB" w:rsidP="00E76EE8">
            <w:pPr>
              <w:spacing w:after="200" w:line="276" w:lineRule="auto"/>
            </w:pPr>
            <w:hyperlink r:id="rId382">
              <w:r w:rsidR="00E76EE8" w:rsidRPr="00E76EE8">
                <w:rPr>
                  <w:rStyle w:val="aff8"/>
                </w:rPr>
                <w:t>2.</w:t>
              </w:r>
            </w:hyperlink>
            <w:hyperlink r:id="rId38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8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38D6656" w14:textId="77777777" w:rsidR="00E76EE8" w:rsidRPr="00E76EE8" w:rsidRDefault="00A568EB" w:rsidP="00E76EE8">
            <w:pPr>
              <w:spacing w:after="200" w:line="276" w:lineRule="auto"/>
            </w:pPr>
            <w:hyperlink r:id="rId385">
              <w:r w:rsidR="00E76EE8" w:rsidRPr="00E76EE8">
                <w:rPr>
                  <w:rStyle w:val="aff8"/>
                </w:rPr>
                <w:t>3.</w:t>
              </w:r>
            </w:hyperlink>
            <w:hyperlink r:id="rId38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8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29BC730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4D353D06" w14:textId="77777777" w:rsidR="00E76EE8" w:rsidRPr="00E76EE8" w:rsidRDefault="00A568EB" w:rsidP="00E76EE8">
            <w:pPr>
              <w:spacing w:after="200" w:line="276" w:lineRule="auto"/>
            </w:pPr>
            <w:hyperlink r:id="rId38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38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39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1BF013BC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F507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6.2.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ECEA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Художественное наблюдение окружающей природы и красивых природных деталей; анализ их конструкции и эмоционального воздействия. Сопоставление их с рукотворными произведениями.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ACC6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FC52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A9B2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F971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4185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Развивать потребность и осваивать умения вести эстетические наблюдения явлений природы.;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7547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F56C9" w14:textId="77777777" w:rsidR="00E76EE8" w:rsidRPr="00E76EE8" w:rsidRDefault="00A568EB" w:rsidP="00E76EE8">
            <w:pPr>
              <w:spacing w:after="200" w:line="276" w:lineRule="auto"/>
            </w:pPr>
            <w:hyperlink r:id="rId391">
              <w:r w:rsidR="00E76EE8" w:rsidRPr="00E76EE8">
                <w:rPr>
                  <w:rStyle w:val="aff8"/>
                </w:rPr>
                <w:t>1.</w:t>
              </w:r>
            </w:hyperlink>
            <w:hyperlink r:id="rId39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39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BC1076E" w14:textId="77777777" w:rsidR="00E76EE8" w:rsidRPr="00E76EE8" w:rsidRDefault="00A568EB" w:rsidP="00E76EE8">
            <w:pPr>
              <w:spacing w:after="200" w:line="276" w:lineRule="auto"/>
            </w:pPr>
            <w:hyperlink r:id="rId394">
              <w:r w:rsidR="00E76EE8" w:rsidRPr="00E76EE8">
                <w:rPr>
                  <w:rStyle w:val="aff8"/>
                </w:rPr>
                <w:t>2.</w:t>
              </w:r>
            </w:hyperlink>
            <w:hyperlink r:id="rId39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39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746D975" w14:textId="77777777" w:rsidR="00E76EE8" w:rsidRPr="00E76EE8" w:rsidRDefault="00A568EB" w:rsidP="00E76EE8">
            <w:pPr>
              <w:spacing w:after="200" w:line="276" w:lineRule="auto"/>
            </w:pPr>
            <w:hyperlink r:id="rId397">
              <w:r w:rsidR="00E76EE8" w:rsidRPr="00E76EE8">
                <w:rPr>
                  <w:rStyle w:val="aff8"/>
                </w:rPr>
                <w:t>3.</w:t>
              </w:r>
            </w:hyperlink>
            <w:hyperlink r:id="rId39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39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41136D1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370DD8D" w14:textId="77777777" w:rsidR="00E76EE8" w:rsidRPr="00E76EE8" w:rsidRDefault="00A568EB" w:rsidP="00E76EE8">
            <w:pPr>
              <w:spacing w:after="200" w:line="276" w:lineRule="auto"/>
            </w:pPr>
            <w:hyperlink r:id="rId40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01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02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AC76E3E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1DEE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6.3.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101F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Восприятие орнаментальных произведений декоративно-прикладного искусства (кружево, шитьё, резьба по дереву, чеканка и др.).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4FD2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FAEC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0252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E8A4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2AE33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Анализировать структуру, цветовое состояние, ритмическую организацию наблюдаемого природного явления.;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A80C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320E" w14:textId="77777777" w:rsidR="00E76EE8" w:rsidRPr="00E76EE8" w:rsidRDefault="00A568EB" w:rsidP="00E76EE8">
            <w:pPr>
              <w:spacing w:after="200" w:line="276" w:lineRule="auto"/>
            </w:pPr>
            <w:hyperlink r:id="rId403">
              <w:r w:rsidR="00E76EE8" w:rsidRPr="00E76EE8">
                <w:rPr>
                  <w:rStyle w:val="aff8"/>
                </w:rPr>
                <w:t>1.</w:t>
              </w:r>
            </w:hyperlink>
            <w:hyperlink r:id="rId40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0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E8BFBCE" w14:textId="77777777" w:rsidR="00E76EE8" w:rsidRPr="00E76EE8" w:rsidRDefault="00A568EB" w:rsidP="00E76EE8">
            <w:pPr>
              <w:spacing w:after="200" w:line="276" w:lineRule="auto"/>
            </w:pPr>
            <w:hyperlink r:id="rId406">
              <w:r w:rsidR="00E76EE8" w:rsidRPr="00E76EE8">
                <w:rPr>
                  <w:rStyle w:val="aff8"/>
                </w:rPr>
                <w:t>2.</w:t>
              </w:r>
            </w:hyperlink>
            <w:hyperlink r:id="rId40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0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B47FAEE" w14:textId="77777777" w:rsidR="00E76EE8" w:rsidRPr="00E76EE8" w:rsidRDefault="00A568EB" w:rsidP="00E76EE8">
            <w:pPr>
              <w:spacing w:after="200" w:line="276" w:lineRule="auto"/>
            </w:pPr>
            <w:hyperlink r:id="rId409">
              <w:r w:rsidR="00E76EE8" w:rsidRPr="00E76EE8">
                <w:rPr>
                  <w:rStyle w:val="aff8"/>
                </w:rPr>
                <w:t>3.</w:t>
              </w:r>
            </w:hyperlink>
            <w:hyperlink r:id="rId41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1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3726848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7177A9C" w14:textId="77777777" w:rsidR="00E76EE8" w:rsidRPr="00E76EE8" w:rsidRDefault="00A568EB" w:rsidP="00E76EE8">
            <w:pPr>
              <w:spacing w:after="200" w:line="276" w:lineRule="auto"/>
            </w:pPr>
            <w:hyperlink r:id="rId41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1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1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1F9D691" w14:textId="77777777" w:rsidTr="00CA393D">
        <w:trPr>
          <w:trHeight w:val="131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D038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6.4.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C7AE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Произведения живописи с активным выражением цветового состояния в погоде.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3C03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2D99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1A81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F2C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3FBF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Приобретать опыт эстетического наблюдения и художественного анализа произведений декоративно-прикладного искусства (кружево, шитьё, резьба и роспись по дереву, роспись по ткани и др.), их орнаментальной организации.;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5D84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6A8FC" w14:textId="77777777" w:rsidR="00E76EE8" w:rsidRPr="00E76EE8" w:rsidRDefault="00A568EB" w:rsidP="00E76EE8">
            <w:pPr>
              <w:spacing w:after="200" w:line="276" w:lineRule="auto"/>
            </w:pPr>
            <w:hyperlink r:id="rId415">
              <w:r w:rsidR="00E76EE8" w:rsidRPr="00E76EE8">
                <w:rPr>
                  <w:rStyle w:val="aff8"/>
                </w:rPr>
                <w:t>1.</w:t>
              </w:r>
            </w:hyperlink>
            <w:hyperlink r:id="rId41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1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5DD7DD4" w14:textId="77777777" w:rsidR="00E76EE8" w:rsidRPr="00E76EE8" w:rsidRDefault="00A568EB" w:rsidP="00E76EE8">
            <w:pPr>
              <w:spacing w:after="200" w:line="276" w:lineRule="auto"/>
            </w:pPr>
            <w:hyperlink r:id="rId418">
              <w:r w:rsidR="00E76EE8" w:rsidRPr="00E76EE8">
                <w:rPr>
                  <w:rStyle w:val="aff8"/>
                </w:rPr>
                <w:t>2.</w:t>
              </w:r>
            </w:hyperlink>
            <w:hyperlink r:id="rId41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2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D30DCEB" w14:textId="77777777" w:rsidR="00E76EE8" w:rsidRPr="00E76EE8" w:rsidRDefault="00A568EB" w:rsidP="00E76EE8">
            <w:pPr>
              <w:spacing w:after="200" w:line="276" w:lineRule="auto"/>
            </w:pPr>
            <w:hyperlink r:id="rId421">
              <w:r w:rsidR="00E76EE8" w:rsidRPr="00E76EE8">
                <w:rPr>
                  <w:rStyle w:val="aff8"/>
                </w:rPr>
                <w:t>3.</w:t>
              </w:r>
            </w:hyperlink>
            <w:hyperlink r:id="rId42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2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6981857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13EA638D" w14:textId="77777777" w:rsidR="00E76EE8" w:rsidRPr="00E76EE8" w:rsidRDefault="00A568EB" w:rsidP="00E76EE8">
            <w:pPr>
              <w:spacing w:after="200" w:line="276" w:lineRule="auto"/>
            </w:pPr>
            <w:hyperlink r:id="rId42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2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2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C85F27D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930F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6.5.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79D9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Произведения пейзажистов И. И. Левитана, И. И. Шишкина, А. И. Куинджи, Н. П. Крымова.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47B7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29D5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E32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9332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B11F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Запоминать имена художников И. И. </w:t>
            </w:r>
          </w:p>
          <w:p w14:paraId="5ADC10A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Левитана, И. И. Шишкина, И. К. </w:t>
            </w:r>
          </w:p>
          <w:p w14:paraId="4778E40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Айвазовского, А. И. Куинджи;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2A2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DAC39" w14:textId="77777777" w:rsidR="00E76EE8" w:rsidRPr="00E76EE8" w:rsidRDefault="00A568EB" w:rsidP="00E76EE8">
            <w:pPr>
              <w:spacing w:after="200" w:line="276" w:lineRule="auto"/>
            </w:pPr>
            <w:hyperlink r:id="rId427">
              <w:r w:rsidR="00E76EE8" w:rsidRPr="00E76EE8">
                <w:rPr>
                  <w:rStyle w:val="aff8"/>
                </w:rPr>
                <w:t>1.</w:t>
              </w:r>
            </w:hyperlink>
            <w:hyperlink r:id="rId42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2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FF4FE4B" w14:textId="77777777" w:rsidR="00E76EE8" w:rsidRPr="00E76EE8" w:rsidRDefault="00A568EB" w:rsidP="00E76EE8">
            <w:pPr>
              <w:spacing w:after="200" w:line="276" w:lineRule="auto"/>
            </w:pPr>
            <w:hyperlink r:id="rId430">
              <w:r w:rsidR="00E76EE8" w:rsidRPr="00E76EE8">
                <w:rPr>
                  <w:rStyle w:val="aff8"/>
                </w:rPr>
                <w:t>2.</w:t>
              </w:r>
            </w:hyperlink>
            <w:hyperlink r:id="rId43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3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4CC5930" w14:textId="77777777" w:rsidR="00E76EE8" w:rsidRPr="00E76EE8" w:rsidRDefault="00A568EB" w:rsidP="00E76EE8">
            <w:pPr>
              <w:spacing w:after="200" w:line="276" w:lineRule="auto"/>
            </w:pPr>
            <w:hyperlink r:id="rId433">
              <w:r w:rsidR="00E76EE8" w:rsidRPr="00E76EE8">
                <w:rPr>
                  <w:rStyle w:val="aff8"/>
                </w:rPr>
                <w:t>3.</w:t>
              </w:r>
            </w:hyperlink>
            <w:hyperlink r:id="rId43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3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E866D64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61F5ED5" w14:textId="77777777" w:rsidR="00E76EE8" w:rsidRPr="00E76EE8" w:rsidRDefault="00A568EB" w:rsidP="00E76EE8">
            <w:pPr>
              <w:spacing w:after="200" w:line="276" w:lineRule="auto"/>
            </w:pPr>
            <w:hyperlink r:id="rId43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3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3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45933020" w14:textId="77777777" w:rsidTr="00CA393D">
        <w:trPr>
          <w:trHeight w:val="207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4687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6.6.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8B33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Произведения анималистического жанра в графике: В. В. Ватагин, Е. И. Чарушин; в скульптуре: В. В. Ватагин. Наблюдение за животными с точки зрения их пропорций, характера движений, пластики.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0F75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E7A3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331C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94FB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3520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Приобретать опыт восприятия, эстетического анализа произведений отечественных художников-пейзажистов: И. И. Левитана, И. И. Шишкина, И. К. </w:t>
            </w:r>
          </w:p>
          <w:p w14:paraId="181DD14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Айвазовского, А. И. Куинджи, </w:t>
            </w:r>
          </w:p>
          <w:p w14:paraId="4AF1326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Н. П. Крымова (и других по выбору учителя); художников-анималистов: В. В. Ватагина, Е. И. Чарушина; художников В. Ван Гога, К. Моне, А. Матисса (и других по выбору учителя).;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7956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C41AD" w14:textId="77777777" w:rsidR="00E76EE8" w:rsidRPr="00E76EE8" w:rsidRDefault="00A568EB" w:rsidP="00E76EE8">
            <w:pPr>
              <w:spacing w:after="200" w:line="276" w:lineRule="auto"/>
            </w:pPr>
            <w:hyperlink r:id="rId439">
              <w:r w:rsidR="00E76EE8" w:rsidRPr="00E76EE8">
                <w:rPr>
                  <w:rStyle w:val="aff8"/>
                </w:rPr>
                <w:t>1.</w:t>
              </w:r>
            </w:hyperlink>
            <w:hyperlink r:id="rId44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4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C9063D5" w14:textId="77777777" w:rsidR="00E76EE8" w:rsidRPr="00E76EE8" w:rsidRDefault="00A568EB" w:rsidP="00E76EE8">
            <w:pPr>
              <w:spacing w:after="200" w:line="276" w:lineRule="auto"/>
            </w:pPr>
            <w:hyperlink r:id="rId442">
              <w:r w:rsidR="00E76EE8" w:rsidRPr="00E76EE8">
                <w:rPr>
                  <w:rStyle w:val="aff8"/>
                </w:rPr>
                <w:t>2.</w:t>
              </w:r>
            </w:hyperlink>
            <w:hyperlink r:id="rId44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4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A52E85A" w14:textId="77777777" w:rsidR="00E76EE8" w:rsidRPr="00E76EE8" w:rsidRDefault="00A568EB" w:rsidP="00E76EE8">
            <w:pPr>
              <w:spacing w:after="200" w:line="276" w:lineRule="auto"/>
            </w:pPr>
            <w:hyperlink r:id="rId445">
              <w:r w:rsidR="00E76EE8" w:rsidRPr="00E76EE8">
                <w:rPr>
                  <w:rStyle w:val="aff8"/>
                </w:rPr>
                <w:t>3.</w:t>
              </w:r>
            </w:hyperlink>
            <w:hyperlink r:id="rId44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4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69A895D7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3894E72" w14:textId="77777777" w:rsidR="00E76EE8" w:rsidRPr="00E76EE8" w:rsidRDefault="00A568EB" w:rsidP="00E76EE8">
            <w:pPr>
              <w:spacing w:after="200" w:line="276" w:lineRule="auto"/>
            </w:pPr>
            <w:hyperlink r:id="rId44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4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5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E5C0752" w14:textId="77777777" w:rsidTr="00CA393D">
        <w:trPr>
          <w:trHeight w:val="350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A04C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6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544B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3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AB04B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41DFC1B5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0171A90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162F009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B9F6E6C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6124424B" w14:textId="77777777" w:rsidTr="00CA393D">
        <w:trPr>
          <w:trHeight w:val="346"/>
        </w:trPr>
        <w:tc>
          <w:tcPr>
            <w:tcW w:w="560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B917F5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Модуль 7. </w:t>
            </w:r>
            <w:r w:rsidRPr="00E76EE8">
              <w:rPr>
                <w:b/>
              </w:rPr>
              <w:t xml:space="preserve">Азбука цифровой графики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7CF59C4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8B3855B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0F9CAB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3FA3731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43D50ACE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01BE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7.1.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A380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Компьютерные средства изображения. Виды линий (в программе Paint или в другом графическом редакторе).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4C567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0.25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5DE3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B40CC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190E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A9A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возможности изображения с помощью разных видов линий в программе Paint (или в другом графическом </w:t>
            </w:r>
            <w:r w:rsidRPr="00E76EE8">
              <w:lastRenderedPageBreak/>
              <w:t xml:space="preserve">редакторе). 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8A32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75625" w14:textId="77777777" w:rsidR="00E76EE8" w:rsidRPr="00E76EE8" w:rsidRDefault="00A568EB" w:rsidP="00E76EE8">
            <w:pPr>
              <w:spacing w:after="200" w:line="276" w:lineRule="auto"/>
            </w:pPr>
            <w:hyperlink r:id="rId451">
              <w:r w:rsidR="00E76EE8" w:rsidRPr="00E76EE8">
                <w:rPr>
                  <w:rStyle w:val="aff8"/>
                </w:rPr>
                <w:t>1.</w:t>
              </w:r>
            </w:hyperlink>
            <w:hyperlink r:id="rId452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5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930C0F5" w14:textId="77777777" w:rsidR="00E76EE8" w:rsidRPr="00E76EE8" w:rsidRDefault="00A568EB" w:rsidP="00E76EE8">
            <w:pPr>
              <w:spacing w:after="200" w:line="276" w:lineRule="auto"/>
            </w:pPr>
            <w:hyperlink r:id="rId454">
              <w:r w:rsidR="00E76EE8" w:rsidRPr="00E76EE8">
                <w:rPr>
                  <w:rStyle w:val="aff8"/>
                </w:rPr>
                <w:t>2.</w:t>
              </w:r>
            </w:hyperlink>
            <w:hyperlink r:id="rId455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56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E671FB1" w14:textId="77777777" w:rsidR="00E76EE8" w:rsidRPr="00E76EE8" w:rsidRDefault="00A568EB" w:rsidP="00E76EE8">
            <w:pPr>
              <w:spacing w:after="200" w:line="276" w:lineRule="auto"/>
            </w:pPr>
            <w:hyperlink r:id="rId457">
              <w:r w:rsidR="00E76EE8" w:rsidRPr="00E76EE8">
                <w:rPr>
                  <w:rStyle w:val="aff8"/>
                </w:rPr>
                <w:t>3.</w:t>
              </w:r>
            </w:hyperlink>
            <w:hyperlink r:id="rId458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5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53794FA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005B2632" w14:textId="77777777" w:rsidR="00E76EE8" w:rsidRPr="00A66909" w:rsidRDefault="00A568EB" w:rsidP="00E76EE8">
            <w:pPr>
              <w:spacing w:after="200" w:line="276" w:lineRule="auto"/>
              <w:rPr>
                <w:lang w:val="en-US"/>
              </w:rPr>
            </w:pPr>
            <w:hyperlink r:id="rId460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61">
              <w:r w:rsidR="00E76EE8" w:rsidRPr="00A66909">
                <w:rPr>
                  <w:rStyle w:val="aff8"/>
                  <w:lang w:val="en-US"/>
                </w:rPr>
                <w:t>http://www/vasnecov/ru</w:t>
              </w:r>
            </w:hyperlink>
            <w:hyperlink r:id="rId462">
              <w:r w:rsidR="00E76EE8" w:rsidRPr="00A66909">
                <w:rPr>
                  <w:rStyle w:val="aff8"/>
                  <w:lang w:val="en-US"/>
                </w:rPr>
                <w:t xml:space="preserve"> </w:t>
              </w:r>
            </w:hyperlink>
          </w:p>
        </w:tc>
      </w:tr>
    </w:tbl>
    <w:p w14:paraId="5F0C54FB" w14:textId="77777777" w:rsidR="00E76EE8" w:rsidRPr="00A66909" w:rsidRDefault="00E76EE8" w:rsidP="00E76EE8"/>
    <w:tbl>
      <w:tblPr>
        <w:tblStyle w:val="TableGrid"/>
        <w:tblW w:w="15499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27"/>
        <w:gridCol w:w="2794"/>
        <w:gridCol w:w="497"/>
        <w:gridCol w:w="674"/>
        <w:gridCol w:w="694"/>
        <w:gridCol w:w="457"/>
        <w:gridCol w:w="2584"/>
        <w:gridCol w:w="1453"/>
        <w:gridCol w:w="5919"/>
      </w:tblGrid>
      <w:tr w:rsidR="00E76EE8" w:rsidRPr="00E76EE8" w14:paraId="4A80CDAE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508B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7.2.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CEF2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Paint.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0C4A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0.25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507B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5070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E5A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89F7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приёмы трансформации, копирования геометрических фигур в программе Paint и построения из них простых рисунков или орнаментов.;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A7EB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B85A" w14:textId="77777777" w:rsidR="00E76EE8" w:rsidRPr="00E76EE8" w:rsidRDefault="00A568EB" w:rsidP="00E76EE8">
            <w:pPr>
              <w:spacing w:after="200" w:line="276" w:lineRule="auto"/>
            </w:pPr>
            <w:hyperlink r:id="rId463">
              <w:r w:rsidR="00E76EE8" w:rsidRPr="00E76EE8">
                <w:rPr>
                  <w:rStyle w:val="aff8"/>
                </w:rPr>
                <w:t>1.</w:t>
              </w:r>
            </w:hyperlink>
            <w:hyperlink r:id="rId464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6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1294E9B" w14:textId="77777777" w:rsidR="00E76EE8" w:rsidRPr="00E76EE8" w:rsidRDefault="00A568EB" w:rsidP="00E76EE8">
            <w:pPr>
              <w:spacing w:after="200" w:line="276" w:lineRule="auto"/>
            </w:pPr>
            <w:hyperlink r:id="rId466">
              <w:r w:rsidR="00E76EE8" w:rsidRPr="00E76EE8">
                <w:rPr>
                  <w:rStyle w:val="aff8"/>
                </w:rPr>
                <w:t>2.</w:t>
              </w:r>
            </w:hyperlink>
            <w:hyperlink r:id="rId467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68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48B9582A" w14:textId="77777777" w:rsidR="00E76EE8" w:rsidRPr="00E76EE8" w:rsidRDefault="00A568EB" w:rsidP="00E76EE8">
            <w:pPr>
              <w:spacing w:after="200" w:line="276" w:lineRule="auto"/>
            </w:pPr>
            <w:hyperlink r:id="rId469">
              <w:r w:rsidR="00E76EE8" w:rsidRPr="00E76EE8">
                <w:rPr>
                  <w:rStyle w:val="aff8"/>
                </w:rPr>
                <w:t>3.</w:t>
              </w:r>
            </w:hyperlink>
            <w:hyperlink r:id="rId470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7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9782485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11DACF3" w14:textId="77777777" w:rsidR="00E76EE8" w:rsidRPr="00E76EE8" w:rsidRDefault="00A568EB" w:rsidP="00E76EE8">
            <w:pPr>
              <w:spacing w:after="200" w:line="276" w:lineRule="auto"/>
            </w:pPr>
            <w:hyperlink r:id="rId472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73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74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50B71A7B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F592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7.3.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C68A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Освоение инструментов традиционного рисования (карандаш, кисточка, ластик и др.) в программе Paint на основе простых сюжетов (например, «Образ дерева»).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720E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0.25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57EF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526D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0072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E74F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в компьютерном редакторе (например, Paint) художественные инструменты и создавать простые рисунки или композиции (например, </w:t>
            </w:r>
          </w:p>
          <w:p w14:paraId="113960B4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«Образ дерева»).;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F855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C7F40" w14:textId="77777777" w:rsidR="00E76EE8" w:rsidRPr="00E76EE8" w:rsidRDefault="00A568EB" w:rsidP="00E76EE8">
            <w:pPr>
              <w:spacing w:after="200" w:line="276" w:lineRule="auto"/>
            </w:pPr>
            <w:hyperlink r:id="rId475">
              <w:r w:rsidR="00E76EE8" w:rsidRPr="00E76EE8">
                <w:rPr>
                  <w:rStyle w:val="aff8"/>
                </w:rPr>
                <w:t>1.</w:t>
              </w:r>
            </w:hyperlink>
            <w:hyperlink r:id="rId476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7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7DAB01C" w14:textId="77777777" w:rsidR="00E76EE8" w:rsidRPr="00E76EE8" w:rsidRDefault="00A568EB" w:rsidP="00E76EE8">
            <w:pPr>
              <w:spacing w:after="200" w:line="276" w:lineRule="auto"/>
            </w:pPr>
            <w:hyperlink r:id="rId478">
              <w:r w:rsidR="00E76EE8" w:rsidRPr="00E76EE8">
                <w:rPr>
                  <w:rStyle w:val="aff8"/>
                </w:rPr>
                <w:t>2.</w:t>
              </w:r>
            </w:hyperlink>
            <w:hyperlink r:id="rId479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80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BA317A9" w14:textId="77777777" w:rsidR="00E76EE8" w:rsidRPr="00E76EE8" w:rsidRDefault="00A568EB" w:rsidP="00E76EE8">
            <w:pPr>
              <w:spacing w:after="200" w:line="276" w:lineRule="auto"/>
            </w:pPr>
            <w:hyperlink r:id="rId481">
              <w:r w:rsidR="00E76EE8" w:rsidRPr="00E76EE8">
                <w:rPr>
                  <w:rStyle w:val="aff8"/>
                </w:rPr>
                <w:t>3.</w:t>
              </w:r>
            </w:hyperlink>
            <w:hyperlink r:id="rId482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83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5ACF810A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659643E2" w14:textId="77777777" w:rsidR="00E76EE8" w:rsidRPr="00E76EE8" w:rsidRDefault="00A568EB" w:rsidP="00E76EE8">
            <w:pPr>
              <w:spacing w:after="200" w:line="276" w:lineRule="auto"/>
            </w:pPr>
            <w:hyperlink r:id="rId484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85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86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2C32AC0D" w14:textId="77777777" w:rsidTr="00CA393D">
        <w:trPr>
          <w:trHeight w:val="1114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FB14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7.4.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1E84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Освоение инструментов традиционного рисования в программе Paint на основе темы «Тёплые и холодные цвета».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80D8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0.25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074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005B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7E592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ECC6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Осваивать композиционное построение кадра при фотографировании.;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49EBA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A2375" w14:textId="77777777" w:rsidR="00E76EE8" w:rsidRPr="00E76EE8" w:rsidRDefault="00A568EB" w:rsidP="00E76EE8">
            <w:pPr>
              <w:spacing w:after="200" w:line="276" w:lineRule="auto"/>
            </w:pPr>
            <w:hyperlink r:id="rId487">
              <w:r w:rsidR="00E76EE8" w:rsidRPr="00E76EE8">
                <w:rPr>
                  <w:rStyle w:val="aff8"/>
                </w:rPr>
                <w:t>1.</w:t>
              </w:r>
            </w:hyperlink>
            <w:hyperlink r:id="rId488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489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792F09D4" w14:textId="77777777" w:rsidR="00E76EE8" w:rsidRPr="00E76EE8" w:rsidRDefault="00A568EB" w:rsidP="00E76EE8">
            <w:pPr>
              <w:spacing w:after="200" w:line="276" w:lineRule="auto"/>
            </w:pPr>
            <w:hyperlink r:id="rId490">
              <w:r w:rsidR="00E76EE8" w:rsidRPr="00E76EE8">
                <w:rPr>
                  <w:rStyle w:val="aff8"/>
                </w:rPr>
                <w:t>2.</w:t>
              </w:r>
            </w:hyperlink>
            <w:hyperlink r:id="rId491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492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C99116A" w14:textId="77777777" w:rsidR="00E76EE8" w:rsidRPr="00E76EE8" w:rsidRDefault="00A568EB" w:rsidP="00E76EE8">
            <w:pPr>
              <w:spacing w:after="200" w:line="276" w:lineRule="auto"/>
            </w:pPr>
            <w:hyperlink r:id="rId493">
              <w:r w:rsidR="00E76EE8" w:rsidRPr="00E76EE8">
                <w:rPr>
                  <w:rStyle w:val="aff8"/>
                </w:rPr>
                <w:t>3.</w:t>
              </w:r>
            </w:hyperlink>
            <w:hyperlink r:id="rId494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495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373DCBAD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8BB8037" w14:textId="77777777" w:rsidR="00E76EE8" w:rsidRPr="00E76EE8" w:rsidRDefault="00A568EB" w:rsidP="00E76EE8">
            <w:pPr>
              <w:spacing w:after="200" w:line="276" w:lineRule="auto"/>
            </w:pPr>
            <w:hyperlink r:id="rId496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497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498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000C612B" w14:textId="77777777" w:rsidTr="00CA393D">
        <w:trPr>
          <w:trHeight w:val="1119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F420B" w14:textId="77777777" w:rsidR="00E76EE8" w:rsidRPr="00E76EE8" w:rsidRDefault="00E76EE8" w:rsidP="00E76EE8">
            <w:pPr>
              <w:spacing w:after="200" w:line="276" w:lineRule="auto"/>
            </w:pPr>
            <w:r w:rsidRPr="00E76EE8">
              <w:lastRenderedPageBreak/>
              <w:t xml:space="preserve">7.5. </w:t>
            </w:r>
          </w:p>
        </w:tc>
        <w:tc>
          <w:tcPr>
            <w:tcW w:w="3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5793D" w14:textId="77777777" w:rsidR="00E76EE8" w:rsidRPr="00E76EE8" w:rsidRDefault="00E76EE8" w:rsidP="00E76EE8">
            <w:pPr>
              <w:spacing w:after="200" w:line="276" w:lineRule="auto"/>
            </w:pPr>
            <w:r w:rsidRPr="00E76EE8">
              <w:rPr>
                <w:b/>
              </w:rPr>
              <w:t xml:space="preserve"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8D973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1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AE4C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4B2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B2576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29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8D0DF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Участвовать в обсуждении композиционного построения кадра фотографии;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1CCE8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Практическая работа ; </w:t>
            </w:r>
          </w:p>
        </w:tc>
        <w:tc>
          <w:tcPr>
            <w:tcW w:w="38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ECE93" w14:textId="77777777" w:rsidR="00E76EE8" w:rsidRPr="00E76EE8" w:rsidRDefault="00A568EB" w:rsidP="00E76EE8">
            <w:pPr>
              <w:spacing w:after="200" w:line="276" w:lineRule="auto"/>
            </w:pPr>
            <w:hyperlink r:id="rId499">
              <w:r w:rsidR="00E76EE8" w:rsidRPr="00E76EE8">
                <w:rPr>
                  <w:rStyle w:val="aff8"/>
                </w:rPr>
                <w:t>1.</w:t>
              </w:r>
            </w:hyperlink>
            <w:hyperlink r:id="rId500">
              <w:r w:rsidR="00E76EE8" w:rsidRPr="00E76EE8">
                <w:rPr>
                  <w:rStyle w:val="aff8"/>
                </w:rPr>
                <w:t>http://ru/wikipedia/org/wiki</w:t>
              </w:r>
            </w:hyperlink>
            <w:hyperlink r:id="rId501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1E57C5A1" w14:textId="77777777" w:rsidR="00E76EE8" w:rsidRPr="00E76EE8" w:rsidRDefault="00A568EB" w:rsidP="00E76EE8">
            <w:pPr>
              <w:spacing w:after="200" w:line="276" w:lineRule="auto"/>
            </w:pPr>
            <w:hyperlink r:id="rId502">
              <w:r w:rsidR="00E76EE8" w:rsidRPr="00E76EE8">
                <w:rPr>
                  <w:rStyle w:val="aff8"/>
                </w:rPr>
                <w:t>2.</w:t>
              </w:r>
            </w:hyperlink>
            <w:hyperlink r:id="rId503">
              <w:r w:rsidR="00E76EE8" w:rsidRPr="00E76EE8">
                <w:rPr>
                  <w:rStyle w:val="aff8"/>
                </w:rPr>
                <w:t>http://moikompas/ru/tags/plastilin</w:t>
              </w:r>
            </w:hyperlink>
            <w:hyperlink r:id="rId504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28457E5E" w14:textId="77777777" w:rsidR="00E76EE8" w:rsidRPr="00E76EE8" w:rsidRDefault="00A568EB" w:rsidP="00E76EE8">
            <w:pPr>
              <w:spacing w:after="200" w:line="276" w:lineRule="auto"/>
            </w:pPr>
            <w:hyperlink r:id="rId505">
              <w:r w:rsidR="00E76EE8" w:rsidRPr="00E76EE8">
                <w:rPr>
                  <w:rStyle w:val="aff8"/>
                </w:rPr>
                <w:t>3.</w:t>
              </w:r>
            </w:hyperlink>
            <w:hyperlink r:id="rId506">
              <w:r w:rsidR="00E76EE8" w:rsidRPr="00E76EE8">
                <w:rPr>
                  <w:rStyle w:val="aff8"/>
                </w:rPr>
                <w:t>http://art.thelib.ru/culture/pictures/iskusstvo_yaponii.html</w:t>
              </w:r>
            </w:hyperlink>
            <w:hyperlink r:id="rId507">
              <w:r w:rsidR="00E76EE8" w:rsidRPr="00E76EE8">
                <w:rPr>
                  <w:rStyle w:val="aff8"/>
                </w:rPr>
                <w:t xml:space="preserve"> </w:t>
              </w:r>
            </w:hyperlink>
          </w:p>
          <w:p w14:paraId="0D0D9D90" w14:textId="77777777" w:rsidR="00E76EE8" w:rsidRPr="00E76EE8" w:rsidRDefault="00E76EE8" w:rsidP="00E76EE8">
            <w:pPr>
              <w:spacing w:after="200" w:line="276" w:lineRule="auto"/>
              <w:rPr>
                <w:lang w:val="en-US"/>
              </w:rPr>
            </w:pPr>
            <w:r w:rsidRPr="00E76EE8">
              <w:rPr>
                <w:lang w:val="en-US"/>
              </w:rPr>
              <w:t xml:space="preserve">4.http://www.orientmuseum. </w:t>
            </w:r>
            <w:proofErr w:type="spellStart"/>
            <w:r w:rsidRPr="00E76EE8">
              <w:rPr>
                <w:lang w:val="en-US"/>
              </w:rPr>
              <w:t>ru</w:t>
            </w:r>
            <w:proofErr w:type="spellEnd"/>
            <w:r w:rsidRPr="00E76EE8">
              <w:rPr>
                <w:lang w:val="en-US"/>
              </w:rPr>
              <w:t xml:space="preserve">/art </w:t>
            </w:r>
          </w:p>
          <w:p w14:paraId="5E6266BE" w14:textId="77777777" w:rsidR="00E76EE8" w:rsidRPr="00E76EE8" w:rsidRDefault="00A568EB" w:rsidP="00E76EE8">
            <w:pPr>
              <w:spacing w:after="200" w:line="276" w:lineRule="auto"/>
            </w:pPr>
            <w:hyperlink r:id="rId508">
              <w:r w:rsidR="00E76EE8" w:rsidRPr="00E76EE8">
                <w:rPr>
                  <w:rStyle w:val="aff8"/>
                  <w:lang w:val="en-US"/>
                </w:rPr>
                <w:t>5.</w:t>
              </w:r>
            </w:hyperlink>
            <w:hyperlink r:id="rId509">
              <w:r w:rsidR="00E76EE8" w:rsidRPr="00E76EE8">
                <w:rPr>
                  <w:rStyle w:val="aff8"/>
                </w:rPr>
                <w:t>http://www/vasnecov/ru</w:t>
              </w:r>
            </w:hyperlink>
            <w:hyperlink r:id="rId510">
              <w:r w:rsidR="00E76EE8" w:rsidRPr="00E76EE8">
                <w:rPr>
                  <w:rStyle w:val="aff8"/>
                </w:rPr>
                <w:t xml:space="preserve"> </w:t>
              </w:r>
            </w:hyperlink>
          </w:p>
        </w:tc>
      </w:tr>
      <w:tr w:rsidR="00E76EE8" w:rsidRPr="00E76EE8" w14:paraId="726D638D" w14:textId="77777777" w:rsidTr="00CA393D">
        <w:trPr>
          <w:trHeight w:val="346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84F7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Итого по модулю 7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C6AF5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2 </w:t>
            </w:r>
          </w:p>
        </w:tc>
        <w:tc>
          <w:tcPr>
            <w:tcW w:w="60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170167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0419B3F0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918AB38" w14:textId="77777777" w:rsidR="00E76EE8" w:rsidRPr="00E76EE8" w:rsidRDefault="00E76EE8" w:rsidP="00E76EE8">
            <w:pPr>
              <w:spacing w:after="200" w:line="276" w:lineRule="auto"/>
            </w:pPr>
          </w:p>
        </w:tc>
      </w:tr>
      <w:tr w:rsidR="00E76EE8" w:rsidRPr="00E76EE8" w14:paraId="60FAA28F" w14:textId="77777777" w:rsidTr="00CA393D">
        <w:trPr>
          <w:trHeight w:val="350"/>
        </w:trPr>
        <w:tc>
          <w:tcPr>
            <w:tcW w:w="39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0FAC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0928E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34 </w:t>
            </w:r>
          </w:p>
        </w:tc>
        <w:tc>
          <w:tcPr>
            <w:tcW w:w="1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346A0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93779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0 </w:t>
            </w:r>
          </w:p>
        </w:tc>
        <w:tc>
          <w:tcPr>
            <w:tcW w:w="37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F420481" w14:textId="77777777" w:rsidR="00E76EE8" w:rsidRPr="00E76EE8" w:rsidRDefault="00E76EE8" w:rsidP="00E76EE8">
            <w:pPr>
              <w:spacing w:after="200" w:line="276" w:lineRule="auto"/>
            </w:pPr>
            <w:r w:rsidRPr="00E76EE8">
              <w:t xml:space="preserve"> </w:t>
            </w:r>
          </w:p>
        </w:tc>
        <w:tc>
          <w:tcPr>
            <w:tcW w:w="10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2B3CA1D" w14:textId="77777777" w:rsidR="00E76EE8" w:rsidRPr="00E76EE8" w:rsidRDefault="00E76EE8" w:rsidP="00E76EE8">
            <w:pPr>
              <w:spacing w:after="200" w:line="276" w:lineRule="auto"/>
            </w:pPr>
          </w:p>
        </w:tc>
        <w:tc>
          <w:tcPr>
            <w:tcW w:w="388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65DA11C" w14:textId="77777777" w:rsidR="00E76EE8" w:rsidRPr="00E76EE8" w:rsidRDefault="00E76EE8" w:rsidP="00E76EE8">
            <w:pPr>
              <w:spacing w:after="200" w:line="276" w:lineRule="auto"/>
            </w:pPr>
          </w:p>
        </w:tc>
      </w:tr>
    </w:tbl>
    <w:p w14:paraId="0A3B3DAA" w14:textId="77777777" w:rsidR="00307EB0" w:rsidRPr="00E76EE8" w:rsidRDefault="00307EB0">
      <w:pPr>
        <w:rPr>
          <w:lang w:val="ru-RU"/>
        </w:rPr>
        <w:sectPr w:rsidR="00307EB0" w:rsidRPr="00E76EE8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DB963F3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6C3C15CD" w14:textId="77777777" w:rsidR="00307EB0" w:rsidRPr="00E76EE8" w:rsidRDefault="00A0710E">
      <w:pPr>
        <w:autoSpaceDE w:val="0"/>
        <w:autoSpaceDN w:val="0"/>
        <w:spacing w:after="0" w:line="230" w:lineRule="auto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581D3FF9" w14:textId="77777777" w:rsidR="00307EB0" w:rsidRPr="00E76EE8" w:rsidRDefault="00A0710E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E76EE8">
        <w:rPr>
          <w:lang w:val="ru-RU"/>
        </w:rPr>
        <w:br/>
      </w: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52C1FE0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8CFCE36" w14:textId="77777777" w:rsidR="00307EB0" w:rsidRPr="00E76EE8" w:rsidRDefault="00307EB0">
      <w:pPr>
        <w:autoSpaceDE w:val="0"/>
        <w:autoSpaceDN w:val="0"/>
        <w:spacing w:after="78" w:line="220" w:lineRule="exact"/>
        <w:rPr>
          <w:lang w:val="ru-RU"/>
        </w:rPr>
      </w:pPr>
    </w:p>
    <w:p w14:paraId="1726AE95" w14:textId="77777777" w:rsidR="00307EB0" w:rsidRPr="00E76EE8" w:rsidRDefault="00A0710E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E76EE8">
        <w:rPr>
          <w:lang w:val="ru-RU"/>
        </w:rPr>
        <w:br/>
      </w:r>
      <w:proofErr w:type="spellStart"/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E76EE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ЛАБОРАТОРНЫХ, ПРАКТИЧЕСКИХ РАБОТ, ДЕМОНСТРАЦИЙ</w:t>
      </w:r>
    </w:p>
    <w:p w14:paraId="4204501D" w14:textId="77777777" w:rsidR="00307EB0" w:rsidRPr="00E76EE8" w:rsidRDefault="00307EB0">
      <w:pPr>
        <w:rPr>
          <w:lang w:val="ru-RU"/>
        </w:rPr>
        <w:sectPr w:rsidR="00307EB0" w:rsidRPr="00E76EE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A82350A" w14:textId="77777777" w:rsidR="00A0710E" w:rsidRPr="00E76EE8" w:rsidRDefault="00A0710E">
      <w:pPr>
        <w:rPr>
          <w:lang w:val="ru-RU"/>
        </w:rPr>
      </w:pPr>
    </w:p>
    <w:sectPr w:rsidR="00A0710E" w:rsidRPr="00E76EE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07EB0"/>
    <w:rsid w:val="00326F90"/>
    <w:rsid w:val="00A0710E"/>
    <w:rsid w:val="00A568EB"/>
    <w:rsid w:val="00A66909"/>
    <w:rsid w:val="00AA1D8D"/>
    <w:rsid w:val="00B47730"/>
    <w:rsid w:val="00CB0664"/>
    <w:rsid w:val="00E76EE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8B5F65"/>
  <w14:defaultImageDpi w14:val="300"/>
  <w15:docId w15:val="{D610D67D-9343-4976-BFF9-C2D01E361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E76EE8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8">
    <w:name w:val="Hyperlink"/>
    <w:basedOn w:val="a2"/>
    <w:uiPriority w:val="99"/>
    <w:unhideWhenUsed/>
    <w:rsid w:val="00E76EE8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A66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A66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/wikipedia/org/wiki" TargetMode="External"/><Relationship Id="rId299" Type="http://schemas.openxmlformats.org/officeDocument/2006/relationships/hyperlink" Target="http://moikompas/ru/tags/plastilin" TargetMode="External"/><Relationship Id="rId21" Type="http://schemas.openxmlformats.org/officeDocument/2006/relationships/hyperlink" Target="http://ru/wikipedia/org/wiki" TargetMode="External"/><Relationship Id="rId63" Type="http://schemas.openxmlformats.org/officeDocument/2006/relationships/hyperlink" Target="http://art.thelib.ru/culture/pictures/iskusstvo_yaponii.html" TargetMode="External"/><Relationship Id="rId159" Type="http://schemas.openxmlformats.org/officeDocument/2006/relationships/hyperlink" Target="http://art.thelib.ru/culture/pictures/iskusstvo_yaponii.html" TargetMode="External"/><Relationship Id="rId324" Type="http://schemas.openxmlformats.org/officeDocument/2006/relationships/hyperlink" Target="http://moikompas/ru/tags/plastilin" TargetMode="External"/><Relationship Id="rId366" Type="http://schemas.openxmlformats.org/officeDocument/2006/relationships/hyperlink" Target="http://www/vasnecov/ru" TargetMode="External"/><Relationship Id="rId170" Type="http://schemas.openxmlformats.org/officeDocument/2006/relationships/hyperlink" Target="http://art.thelib.ru/culture/pictures/iskusstvo_yaponii.html" TargetMode="External"/><Relationship Id="rId226" Type="http://schemas.openxmlformats.org/officeDocument/2006/relationships/hyperlink" Target="http://moikompas/ru/tags/plastilin" TargetMode="External"/><Relationship Id="rId433" Type="http://schemas.openxmlformats.org/officeDocument/2006/relationships/hyperlink" Target="http://art.thelib.ru/culture/pictures/iskusstvo_yaponii.html" TargetMode="External"/><Relationship Id="rId268" Type="http://schemas.openxmlformats.org/officeDocument/2006/relationships/hyperlink" Target="http://www/vasnecov/ru" TargetMode="External"/><Relationship Id="rId475" Type="http://schemas.openxmlformats.org/officeDocument/2006/relationships/hyperlink" Target="http://ru/wikipedia/org/wiki" TargetMode="External"/><Relationship Id="rId32" Type="http://schemas.openxmlformats.org/officeDocument/2006/relationships/hyperlink" Target="http://ru/wikipedia/org/wiki" TargetMode="External"/><Relationship Id="rId74" Type="http://schemas.openxmlformats.org/officeDocument/2006/relationships/hyperlink" Target="http://art.thelib.ru/culture/pictures/iskusstvo_yaponii.html" TargetMode="External"/><Relationship Id="rId128" Type="http://schemas.openxmlformats.org/officeDocument/2006/relationships/hyperlink" Target="http://ru/wikipedia/org/wiki" TargetMode="External"/><Relationship Id="rId335" Type="http://schemas.openxmlformats.org/officeDocument/2006/relationships/hyperlink" Target="http://moikompas/ru/tags/plastilin" TargetMode="External"/><Relationship Id="rId377" Type="http://schemas.openxmlformats.org/officeDocument/2006/relationships/hyperlink" Target="http://www/vasnecov/ru" TargetMode="External"/><Relationship Id="rId500" Type="http://schemas.openxmlformats.org/officeDocument/2006/relationships/hyperlink" Target="http://ru/wikipedia/org/wiki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://art.thelib.ru/culture/pictures/iskusstvo_yaponii.html" TargetMode="External"/><Relationship Id="rId237" Type="http://schemas.openxmlformats.org/officeDocument/2006/relationships/hyperlink" Target="http://ru/wikipedia/org/wiki" TargetMode="External"/><Relationship Id="rId402" Type="http://schemas.openxmlformats.org/officeDocument/2006/relationships/hyperlink" Target="http://www/vasnecov/ru" TargetMode="External"/><Relationship Id="rId279" Type="http://schemas.openxmlformats.org/officeDocument/2006/relationships/hyperlink" Target="http://art.thelib.ru/culture/pictures/iskusstvo_yaponii.html" TargetMode="External"/><Relationship Id="rId444" Type="http://schemas.openxmlformats.org/officeDocument/2006/relationships/hyperlink" Target="http://moikompas/ru/tags/plastilin" TargetMode="External"/><Relationship Id="rId486" Type="http://schemas.openxmlformats.org/officeDocument/2006/relationships/hyperlink" Target="http://www/vasnecov/ru" TargetMode="External"/><Relationship Id="rId43" Type="http://schemas.openxmlformats.org/officeDocument/2006/relationships/hyperlink" Target="http://ru/wikipedia/org/wiki" TargetMode="External"/><Relationship Id="rId139" Type="http://schemas.openxmlformats.org/officeDocument/2006/relationships/hyperlink" Target="http://ru/wikipedia/org/wiki" TargetMode="External"/><Relationship Id="rId290" Type="http://schemas.openxmlformats.org/officeDocument/2006/relationships/hyperlink" Target="http://art.thelib.ru/culture/pictures/iskusstvo_yaponii.html" TargetMode="External"/><Relationship Id="rId304" Type="http://schemas.openxmlformats.org/officeDocument/2006/relationships/hyperlink" Target="http://www/vasnecov/ru" TargetMode="External"/><Relationship Id="rId346" Type="http://schemas.openxmlformats.org/officeDocument/2006/relationships/hyperlink" Target="http://moikompas/ru/tags/plastilin" TargetMode="External"/><Relationship Id="rId388" Type="http://schemas.openxmlformats.org/officeDocument/2006/relationships/hyperlink" Target="http://www/vasnecov/ru" TargetMode="External"/><Relationship Id="rId511" Type="http://schemas.openxmlformats.org/officeDocument/2006/relationships/fontTable" Target="fontTable.xml"/><Relationship Id="rId85" Type="http://schemas.openxmlformats.org/officeDocument/2006/relationships/hyperlink" Target="http://art.thelib.ru/culture/pictures/iskusstvo_yaponii.html" TargetMode="External"/><Relationship Id="rId150" Type="http://schemas.openxmlformats.org/officeDocument/2006/relationships/hyperlink" Target="http://www/vasnecov/ru" TargetMode="External"/><Relationship Id="rId192" Type="http://schemas.openxmlformats.org/officeDocument/2006/relationships/hyperlink" Target="http://moikompas/ru/tags/plastilin" TargetMode="External"/><Relationship Id="rId206" Type="http://schemas.openxmlformats.org/officeDocument/2006/relationships/hyperlink" Target="http://art.thelib.ru/culture/pictures/iskusstvo_yaponii.html" TargetMode="External"/><Relationship Id="rId413" Type="http://schemas.openxmlformats.org/officeDocument/2006/relationships/hyperlink" Target="http://www/vasnecov/ru" TargetMode="External"/><Relationship Id="rId248" Type="http://schemas.openxmlformats.org/officeDocument/2006/relationships/hyperlink" Target="http://ru/wikipedia/org/wiki" TargetMode="External"/><Relationship Id="rId455" Type="http://schemas.openxmlformats.org/officeDocument/2006/relationships/hyperlink" Target="http://moikompas/ru/tags/plastilin" TargetMode="External"/><Relationship Id="rId497" Type="http://schemas.openxmlformats.org/officeDocument/2006/relationships/hyperlink" Target="http://www/vasnecov/ru" TargetMode="External"/><Relationship Id="rId12" Type="http://schemas.openxmlformats.org/officeDocument/2006/relationships/hyperlink" Target="http://moikompas/ru/tags/plastilin" TargetMode="External"/><Relationship Id="rId108" Type="http://schemas.openxmlformats.org/officeDocument/2006/relationships/hyperlink" Target="http://moikompas/ru/tags/plastilin" TargetMode="External"/><Relationship Id="rId315" Type="http://schemas.openxmlformats.org/officeDocument/2006/relationships/hyperlink" Target="http://art.thelib.ru/culture/pictures/iskusstvo_yaponii.html" TargetMode="External"/><Relationship Id="rId357" Type="http://schemas.openxmlformats.org/officeDocument/2006/relationships/hyperlink" Target="http://ru/wikipedia/org/wiki" TargetMode="External"/><Relationship Id="rId54" Type="http://schemas.openxmlformats.org/officeDocument/2006/relationships/hyperlink" Target="http://www/vasnecov/ru" TargetMode="External"/><Relationship Id="rId96" Type="http://schemas.openxmlformats.org/officeDocument/2006/relationships/hyperlink" Target="http://moikompas/ru/tags/plastilin" TargetMode="External"/><Relationship Id="rId161" Type="http://schemas.openxmlformats.org/officeDocument/2006/relationships/hyperlink" Target="http://www/vasnecov/ru" TargetMode="External"/><Relationship Id="rId217" Type="http://schemas.openxmlformats.org/officeDocument/2006/relationships/hyperlink" Target="http://art.thelib.ru/culture/pictures/iskusstvo_yaponii.html" TargetMode="External"/><Relationship Id="rId399" Type="http://schemas.openxmlformats.org/officeDocument/2006/relationships/hyperlink" Target="http://art.thelib.ru/culture/pictures/iskusstvo_yaponii.html" TargetMode="External"/><Relationship Id="rId259" Type="http://schemas.openxmlformats.org/officeDocument/2006/relationships/hyperlink" Target="http://ru/wikipedia/org/wiki" TargetMode="External"/><Relationship Id="rId424" Type="http://schemas.openxmlformats.org/officeDocument/2006/relationships/hyperlink" Target="http://www/vasnecov/ru" TargetMode="External"/><Relationship Id="rId466" Type="http://schemas.openxmlformats.org/officeDocument/2006/relationships/hyperlink" Target="http://moikompas/ru/tags/plastilin" TargetMode="External"/><Relationship Id="rId23" Type="http://schemas.openxmlformats.org/officeDocument/2006/relationships/hyperlink" Target="http://moikompas/ru/tags/plastilin" TargetMode="External"/><Relationship Id="rId119" Type="http://schemas.openxmlformats.org/officeDocument/2006/relationships/hyperlink" Target="http://moikompas/ru/tags/plastilin" TargetMode="External"/><Relationship Id="rId270" Type="http://schemas.openxmlformats.org/officeDocument/2006/relationships/hyperlink" Target="http://www/vasnecov/ru" TargetMode="External"/><Relationship Id="rId326" Type="http://schemas.openxmlformats.org/officeDocument/2006/relationships/hyperlink" Target="http://art.thelib.ru/culture/pictures/iskusstvo_yaponii.html" TargetMode="External"/><Relationship Id="rId65" Type="http://schemas.openxmlformats.org/officeDocument/2006/relationships/hyperlink" Target="http://www/vasnecov/ru" TargetMode="External"/><Relationship Id="rId130" Type="http://schemas.openxmlformats.org/officeDocument/2006/relationships/hyperlink" Target="http://moikompas/ru/tags/plastilin" TargetMode="External"/><Relationship Id="rId368" Type="http://schemas.openxmlformats.org/officeDocument/2006/relationships/hyperlink" Target="http://ru/wikipedia/org/wiki" TargetMode="External"/><Relationship Id="rId172" Type="http://schemas.openxmlformats.org/officeDocument/2006/relationships/hyperlink" Target="http://www/vasnecov/ru" TargetMode="External"/><Relationship Id="rId228" Type="http://schemas.openxmlformats.org/officeDocument/2006/relationships/hyperlink" Target="http://moikompas/ru/tags/plastilin" TargetMode="External"/><Relationship Id="rId435" Type="http://schemas.openxmlformats.org/officeDocument/2006/relationships/hyperlink" Target="http://art.thelib.ru/culture/pictures/iskusstvo_yaponii.html" TargetMode="External"/><Relationship Id="rId477" Type="http://schemas.openxmlformats.org/officeDocument/2006/relationships/hyperlink" Target="http://ru/wikipedia/org/wiki" TargetMode="External"/><Relationship Id="rId281" Type="http://schemas.openxmlformats.org/officeDocument/2006/relationships/hyperlink" Target="http://www/vasnecov/ru" TargetMode="External"/><Relationship Id="rId337" Type="http://schemas.openxmlformats.org/officeDocument/2006/relationships/hyperlink" Target="http://art.thelib.ru/culture/pictures/iskusstvo_yaponii.html" TargetMode="External"/><Relationship Id="rId502" Type="http://schemas.openxmlformats.org/officeDocument/2006/relationships/hyperlink" Target="http://moikompas/ru/tags/plastilin" TargetMode="External"/><Relationship Id="rId34" Type="http://schemas.openxmlformats.org/officeDocument/2006/relationships/hyperlink" Target="http://moikompas/ru/tags/plastilin" TargetMode="External"/><Relationship Id="rId76" Type="http://schemas.openxmlformats.org/officeDocument/2006/relationships/hyperlink" Target="http://www/vasnecov/ru" TargetMode="External"/><Relationship Id="rId141" Type="http://schemas.openxmlformats.org/officeDocument/2006/relationships/hyperlink" Target="http://ru/wikipedia/org/wiki" TargetMode="External"/><Relationship Id="rId379" Type="http://schemas.openxmlformats.org/officeDocument/2006/relationships/hyperlink" Target="http://ru/wikipedia/org/wiki" TargetMode="External"/><Relationship Id="rId7" Type="http://schemas.openxmlformats.org/officeDocument/2006/relationships/hyperlink" Target="http://ru/wikipedia/org/wiki" TargetMode="External"/><Relationship Id="rId183" Type="http://schemas.openxmlformats.org/officeDocument/2006/relationships/hyperlink" Target="http://art.thelib.ru/culture/pictures/iskusstvo_yaponii.html" TargetMode="External"/><Relationship Id="rId239" Type="http://schemas.openxmlformats.org/officeDocument/2006/relationships/hyperlink" Target="http://moikompas/ru/tags/plastilin" TargetMode="External"/><Relationship Id="rId390" Type="http://schemas.openxmlformats.org/officeDocument/2006/relationships/hyperlink" Target="http://www/vasnecov/ru" TargetMode="External"/><Relationship Id="rId404" Type="http://schemas.openxmlformats.org/officeDocument/2006/relationships/hyperlink" Target="http://ru/wikipedia/org/wiki" TargetMode="External"/><Relationship Id="rId446" Type="http://schemas.openxmlformats.org/officeDocument/2006/relationships/hyperlink" Target="http://art.thelib.ru/culture/pictures/iskusstvo_yaponii.html" TargetMode="External"/><Relationship Id="rId250" Type="http://schemas.openxmlformats.org/officeDocument/2006/relationships/hyperlink" Target="http://moikompas/ru/tags/plastilin" TargetMode="External"/><Relationship Id="rId292" Type="http://schemas.openxmlformats.org/officeDocument/2006/relationships/hyperlink" Target="http://www/vasnecov/ru" TargetMode="External"/><Relationship Id="rId306" Type="http://schemas.openxmlformats.org/officeDocument/2006/relationships/hyperlink" Target="http://www/vasnecov/ru" TargetMode="External"/><Relationship Id="rId488" Type="http://schemas.openxmlformats.org/officeDocument/2006/relationships/hyperlink" Target="http://ru/wikipedia/org/wiki" TargetMode="External"/><Relationship Id="rId45" Type="http://schemas.openxmlformats.org/officeDocument/2006/relationships/hyperlink" Target="http://ru/wikipedia/org/wiki" TargetMode="External"/><Relationship Id="rId87" Type="http://schemas.openxmlformats.org/officeDocument/2006/relationships/hyperlink" Target="http://art.thelib.ru/culture/pictures/iskusstvo_yaponii.html" TargetMode="External"/><Relationship Id="rId110" Type="http://schemas.openxmlformats.org/officeDocument/2006/relationships/hyperlink" Target="http://art.thelib.ru/culture/pictures/iskusstvo_yaponii.html" TargetMode="External"/><Relationship Id="rId348" Type="http://schemas.openxmlformats.org/officeDocument/2006/relationships/hyperlink" Target="http://moikompas/ru/tags/plastilin" TargetMode="External"/><Relationship Id="rId152" Type="http://schemas.openxmlformats.org/officeDocument/2006/relationships/hyperlink" Target="http://ru/wikipedia/org/wiki" TargetMode="External"/><Relationship Id="rId194" Type="http://schemas.openxmlformats.org/officeDocument/2006/relationships/hyperlink" Target="http://art.thelib.ru/culture/pictures/iskusstvo_yaponii.html" TargetMode="External"/><Relationship Id="rId208" Type="http://schemas.openxmlformats.org/officeDocument/2006/relationships/hyperlink" Target="http://www/vasnecov/ru" TargetMode="External"/><Relationship Id="rId415" Type="http://schemas.openxmlformats.org/officeDocument/2006/relationships/hyperlink" Target="http://ru/wikipedia/org/wiki" TargetMode="External"/><Relationship Id="rId457" Type="http://schemas.openxmlformats.org/officeDocument/2006/relationships/hyperlink" Target="http://art.thelib.ru/culture/pictures/iskusstvo_yaponii.html" TargetMode="External"/><Relationship Id="rId261" Type="http://schemas.openxmlformats.org/officeDocument/2006/relationships/hyperlink" Target="http://ru/wikipedia/org/wiki" TargetMode="External"/><Relationship Id="rId499" Type="http://schemas.openxmlformats.org/officeDocument/2006/relationships/hyperlink" Target="http://ru/wikipedia/org/wiki" TargetMode="External"/><Relationship Id="rId14" Type="http://schemas.openxmlformats.org/officeDocument/2006/relationships/hyperlink" Target="http://art.thelib.ru/culture/pictures/iskusstvo_yaponii.html" TargetMode="External"/><Relationship Id="rId56" Type="http://schemas.openxmlformats.org/officeDocument/2006/relationships/hyperlink" Target="http://ru/wikipedia/org/wiki" TargetMode="External"/><Relationship Id="rId317" Type="http://schemas.openxmlformats.org/officeDocument/2006/relationships/hyperlink" Target="http://www/vasnecov/ru" TargetMode="External"/><Relationship Id="rId359" Type="http://schemas.openxmlformats.org/officeDocument/2006/relationships/hyperlink" Target="http://moikompas/ru/tags/plastilin" TargetMode="External"/><Relationship Id="rId98" Type="http://schemas.openxmlformats.org/officeDocument/2006/relationships/hyperlink" Target="http://art.thelib.ru/culture/pictures/iskusstvo_yaponii.html" TargetMode="External"/><Relationship Id="rId121" Type="http://schemas.openxmlformats.org/officeDocument/2006/relationships/hyperlink" Target="http://art.thelib.ru/culture/pictures/iskusstvo_yaponii.html" TargetMode="External"/><Relationship Id="rId163" Type="http://schemas.openxmlformats.org/officeDocument/2006/relationships/hyperlink" Target="http://ru/wikipedia/org/wiki" TargetMode="External"/><Relationship Id="rId219" Type="http://schemas.openxmlformats.org/officeDocument/2006/relationships/hyperlink" Target="http://art.thelib.ru/culture/pictures/iskusstvo_yaponii.html" TargetMode="External"/><Relationship Id="rId370" Type="http://schemas.openxmlformats.org/officeDocument/2006/relationships/hyperlink" Target="http://moikompas/ru/tags/plastilin" TargetMode="External"/><Relationship Id="rId426" Type="http://schemas.openxmlformats.org/officeDocument/2006/relationships/hyperlink" Target="http://www/vasnecov/ru" TargetMode="External"/><Relationship Id="rId230" Type="http://schemas.openxmlformats.org/officeDocument/2006/relationships/hyperlink" Target="http://art.thelib.ru/culture/pictures/iskusstvo_yaponii.html" TargetMode="External"/><Relationship Id="rId468" Type="http://schemas.openxmlformats.org/officeDocument/2006/relationships/hyperlink" Target="http://moikompas/ru/tags/plastilin" TargetMode="External"/><Relationship Id="rId25" Type="http://schemas.openxmlformats.org/officeDocument/2006/relationships/hyperlink" Target="http://art.thelib.ru/culture/pictures/iskusstvo_yaponii.html" TargetMode="External"/><Relationship Id="rId67" Type="http://schemas.openxmlformats.org/officeDocument/2006/relationships/hyperlink" Target="http://ru/wikipedia/org/wiki" TargetMode="External"/><Relationship Id="rId272" Type="http://schemas.openxmlformats.org/officeDocument/2006/relationships/hyperlink" Target="http://ru/wikipedia/org/wiki" TargetMode="External"/><Relationship Id="rId328" Type="http://schemas.openxmlformats.org/officeDocument/2006/relationships/hyperlink" Target="http://www/vasnecov/ru" TargetMode="External"/><Relationship Id="rId132" Type="http://schemas.openxmlformats.org/officeDocument/2006/relationships/hyperlink" Target="http://moikompas/ru/tags/plastilin" TargetMode="External"/><Relationship Id="rId174" Type="http://schemas.openxmlformats.org/officeDocument/2006/relationships/hyperlink" Target="http://www/vasnecov/ru" TargetMode="External"/><Relationship Id="rId381" Type="http://schemas.openxmlformats.org/officeDocument/2006/relationships/hyperlink" Target="http://ru/wikipedia/org/wiki" TargetMode="External"/><Relationship Id="rId241" Type="http://schemas.openxmlformats.org/officeDocument/2006/relationships/hyperlink" Target="http://art.thelib.ru/culture/pictures/iskusstvo_yaponii.html" TargetMode="External"/><Relationship Id="rId437" Type="http://schemas.openxmlformats.org/officeDocument/2006/relationships/hyperlink" Target="http://www/vasnecov/ru" TargetMode="External"/><Relationship Id="rId479" Type="http://schemas.openxmlformats.org/officeDocument/2006/relationships/hyperlink" Target="http://moikompas/ru/tags/plastilin" TargetMode="External"/><Relationship Id="rId36" Type="http://schemas.openxmlformats.org/officeDocument/2006/relationships/hyperlink" Target="http://moikompas/ru/tags/plastilin" TargetMode="External"/><Relationship Id="rId283" Type="http://schemas.openxmlformats.org/officeDocument/2006/relationships/hyperlink" Target="http://ru/wikipedia/org/wiki" TargetMode="External"/><Relationship Id="rId339" Type="http://schemas.openxmlformats.org/officeDocument/2006/relationships/hyperlink" Target="http://art.thelib.ru/culture/pictures/iskusstvo_yaponii.html" TargetMode="External"/><Relationship Id="rId490" Type="http://schemas.openxmlformats.org/officeDocument/2006/relationships/hyperlink" Target="http://moikompas/ru/tags/plastilin" TargetMode="External"/><Relationship Id="rId504" Type="http://schemas.openxmlformats.org/officeDocument/2006/relationships/hyperlink" Target="http://moikompas/ru/tags/plastilin" TargetMode="External"/><Relationship Id="rId78" Type="http://schemas.openxmlformats.org/officeDocument/2006/relationships/hyperlink" Target="http://www/vasnecov/ru" TargetMode="External"/><Relationship Id="rId101" Type="http://schemas.openxmlformats.org/officeDocument/2006/relationships/hyperlink" Target="http://www/vasnecov/ru" TargetMode="External"/><Relationship Id="rId143" Type="http://schemas.openxmlformats.org/officeDocument/2006/relationships/hyperlink" Target="http://moikompas/ru/tags/plastilin" TargetMode="External"/><Relationship Id="rId185" Type="http://schemas.openxmlformats.org/officeDocument/2006/relationships/hyperlink" Target="http://www/vasnecov/ru" TargetMode="External"/><Relationship Id="rId350" Type="http://schemas.openxmlformats.org/officeDocument/2006/relationships/hyperlink" Target="http://art.thelib.ru/culture/pictures/iskusstvo_yaponii.html" TargetMode="External"/><Relationship Id="rId406" Type="http://schemas.openxmlformats.org/officeDocument/2006/relationships/hyperlink" Target="http://moikompas/ru/tags/plastilin" TargetMode="External"/><Relationship Id="rId9" Type="http://schemas.openxmlformats.org/officeDocument/2006/relationships/hyperlink" Target="http://ru/wikipedia/org/wiki" TargetMode="External"/><Relationship Id="rId210" Type="http://schemas.openxmlformats.org/officeDocument/2006/relationships/hyperlink" Target="http://www/vasnecov/ru" TargetMode="External"/><Relationship Id="rId392" Type="http://schemas.openxmlformats.org/officeDocument/2006/relationships/hyperlink" Target="http://ru/wikipedia/org/wiki" TargetMode="External"/><Relationship Id="rId448" Type="http://schemas.openxmlformats.org/officeDocument/2006/relationships/hyperlink" Target="http://www/vasnecov/ru" TargetMode="External"/><Relationship Id="rId252" Type="http://schemas.openxmlformats.org/officeDocument/2006/relationships/hyperlink" Target="http://moikompas/ru/tags/plastilin" TargetMode="External"/><Relationship Id="rId294" Type="http://schemas.openxmlformats.org/officeDocument/2006/relationships/hyperlink" Target="http://www/vasnecov/ru" TargetMode="External"/><Relationship Id="rId308" Type="http://schemas.openxmlformats.org/officeDocument/2006/relationships/hyperlink" Target="http://ru/wikipedia/org/wiki" TargetMode="External"/><Relationship Id="rId47" Type="http://schemas.openxmlformats.org/officeDocument/2006/relationships/hyperlink" Target="http://moikompas/ru/tags/plastilin" TargetMode="External"/><Relationship Id="rId89" Type="http://schemas.openxmlformats.org/officeDocument/2006/relationships/hyperlink" Target="http://www/vasnecov/ru" TargetMode="External"/><Relationship Id="rId112" Type="http://schemas.openxmlformats.org/officeDocument/2006/relationships/hyperlink" Target="http://www/vasnecov/ru" TargetMode="External"/><Relationship Id="rId154" Type="http://schemas.openxmlformats.org/officeDocument/2006/relationships/hyperlink" Target="http://moikompas/ru/tags/plastilin" TargetMode="External"/><Relationship Id="rId361" Type="http://schemas.openxmlformats.org/officeDocument/2006/relationships/hyperlink" Target="http://art.thelib.ru/culture/pictures/iskusstvo_yaponii.html" TargetMode="External"/><Relationship Id="rId196" Type="http://schemas.openxmlformats.org/officeDocument/2006/relationships/hyperlink" Target="http://www/vasnecov/ru" TargetMode="External"/><Relationship Id="rId417" Type="http://schemas.openxmlformats.org/officeDocument/2006/relationships/hyperlink" Target="http://ru/wikipedia/org/wiki" TargetMode="External"/><Relationship Id="rId459" Type="http://schemas.openxmlformats.org/officeDocument/2006/relationships/hyperlink" Target="http://art.thelib.ru/culture/pictures/iskusstvo_yaponii.html" TargetMode="External"/><Relationship Id="rId16" Type="http://schemas.openxmlformats.org/officeDocument/2006/relationships/hyperlink" Target="http://www/vasnecov/ru" TargetMode="External"/><Relationship Id="rId221" Type="http://schemas.openxmlformats.org/officeDocument/2006/relationships/hyperlink" Target="http://www/vasnecov/ru" TargetMode="External"/><Relationship Id="rId263" Type="http://schemas.openxmlformats.org/officeDocument/2006/relationships/hyperlink" Target="http://moikompas/ru/tags/plastilin" TargetMode="External"/><Relationship Id="rId319" Type="http://schemas.openxmlformats.org/officeDocument/2006/relationships/hyperlink" Target="http://ru/wikipedia/org/wiki" TargetMode="External"/><Relationship Id="rId470" Type="http://schemas.openxmlformats.org/officeDocument/2006/relationships/hyperlink" Target="http://art.thelib.ru/culture/pictures/iskusstvo_yaponii.html" TargetMode="External"/><Relationship Id="rId58" Type="http://schemas.openxmlformats.org/officeDocument/2006/relationships/hyperlink" Target="http://moikompas/ru/tags/plastilin" TargetMode="External"/><Relationship Id="rId123" Type="http://schemas.openxmlformats.org/officeDocument/2006/relationships/hyperlink" Target="http://art.thelib.ru/culture/pictures/iskusstvo_yaponii.html" TargetMode="External"/><Relationship Id="rId330" Type="http://schemas.openxmlformats.org/officeDocument/2006/relationships/hyperlink" Target="http://www/vasnecov/ru" TargetMode="External"/><Relationship Id="rId165" Type="http://schemas.openxmlformats.org/officeDocument/2006/relationships/hyperlink" Target="http://ru/wikipedia/org/wiki" TargetMode="External"/><Relationship Id="rId372" Type="http://schemas.openxmlformats.org/officeDocument/2006/relationships/hyperlink" Target="http://moikompas/ru/tags/plastilin" TargetMode="External"/><Relationship Id="rId428" Type="http://schemas.openxmlformats.org/officeDocument/2006/relationships/hyperlink" Target="http://ru/wikipedia/org/wiki" TargetMode="External"/><Relationship Id="rId232" Type="http://schemas.openxmlformats.org/officeDocument/2006/relationships/hyperlink" Target="http://www/vasnecov/ru" TargetMode="External"/><Relationship Id="rId274" Type="http://schemas.openxmlformats.org/officeDocument/2006/relationships/hyperlink" Target="http://moikompas/ru/tags/plastilin" TargetMode="External"/><Relationship Id="rId481" Type="http://schemas.openxmlformats.org/officeDocument/2006/relationships/hyperlink" Target="http://art.thelib.ru/culture/pictures/iskusstvo_yaponii.html" TargetMode="External"/><Relationship Id="rId27" Type="http://schemas.openxmlformats.org/officeDocument/2006/relationships/hyperlink" Target="http://art.thelib.ru/culture/pictures/iskusstvo_yaponii.html" TargetMode="External"/><Relationship Id="rId69" Type="http://schemas.openxmlformats.org/officeDocument/2006/relationships/hyperlink" Target="http://ru/wikipedia/org/wiki" TargetMode="External"/><Relationship Id="rId134" Type="http://schemas.openxmlformats.org/officeDocument/2006/relationships/hyperlink" Target="http://art.thelib.ru/culture/pictures/iskusstvo_yaponii.html" TargetMode="External"/><Relationship Id="rId80" Type="http://schemas.openxmlformats.org/officeDocument/2006/relationships/hyperlink" Target="http://ru/wikipedia/org/wiki" TargetMode="External"/><Relationship Id="rId176" Type="http://schemas.openxmlformats.org/officeDocument/2006/relationships/hyperlink" Target="http://ru/wikipedia/org/wiki" TargetMode="External"/><Relationship Id="rId341" Type="http://schemas.openxmlformats.org/officeDocument/2006/relationships/hyperlink" Target="http://www/vasnecov/ru" TargetMode="External"/><Relationship Id="rId383" Type="http://schemas.openxmlformats.org/officeDocument/2006/relationships/hyperlink" Target="http://moikompas/ru/tags/plastilin" TargetMode="External"/><Relationship Id="rId439" Type="http://schemas.openxmlformats.org/officeDocument/2006/relationships/hyperlink" Target="http://ru/wikipedia/org/wiki" TargetMode="External"/><Relationship Id="rId201" Type="http://schemas.openxmlformats.org/officeDocument/2006/relationships/hyperlink" Target="http://ru/wikipedia/org/wiki" TargetMode="External"/><Relationship Id="rId243" Type="http://schemas.openxmlformats.org/officeDocument/2006/relationships/hyperlink" Target="http://art.thelib.ru/culture/pictures/iskusstvo_yaponii.html" TargetMode="External"/><Relationship Id="rId285" Type="http://schemas.openxmlformats.org/officeDocument/2006/relationships/hyperlink" Target="http://ru/wikipedia/org/wiki" TargetMode="External"/><Relationship Id="rId450" Type="http://schemas.openxmlformats.org/officeDocument/2006/relationships/hyperlink" Target="http://www/vasnecov/ru" TargetMode="External"/><Relationship Id="rId506" Type="http://schemas.openxmlformats.org/officeDocument/2006/relationships/hyperlink" Target="http://art.thelib.ru/culture/pictures/iskusstvo_yaponii.html" TargetMode="External"/><Relationship Id="rId38" Type="http://schemas.openxmlformats.org/officeDocument/2006/relationships/hyperlink" Target="http://art.thelib.ru/culture/pictures/iskusstvo_yaponii.html" TargetMode="External"/><Relationship Id="rId103" Type="http://schemas.openxmlformats.org/officeDocument/2006/relationships/hyperlink" Target="http://ru/wikipedia/org/wiki" TargetMode="External"/><Relationship Id="rId310" Type="http://schemas.openxmlformats.org/officeDocument/2006/relationships/hyperlink" Target="http://moikompas/ru/tags/plastilin" TargetMode="External"/><Relationship Id="rId492" Type="http://schemas.openxmlformats.org/officeDocument/2006/relationships/hyperlink" Target="http://moikompas/ru/tags/plastilin" TargetMode="External"/><Relationship Id="rId91" Type="http://schemas.openxmlformats.org/officeDocument/2006/relationships/hyperlink" Target="http://ru/wikipedia/org/wiki" TargetMode="External"/><Relationship Id="rId145" Type="http://schemas.openxmlformats.org/officeDocument/2006/relationships/hyperlink" Target="http://art.thelib.ru/culture/pictures/iskusstvo_yaponii.html" TargetMode="External"/><Relationship Id="rId187" Type="http://schemas.openxmlformats.org/officeDocument/2006/relationships/hyperlink" Target="http://ru/wikipedia/org/wiki" TargetMode="External"/><Relationship Id="rId352" Type="http://schemas.openxmlformats.org/officeDocument/2006/relationships/hyperlink" Target="http://www/vasnecov/ru" TargetMode="External"/><Relationship Id="rId394" Type="http://schemas.openxmlformats.org/officeDocument/2006/relationships/hyperlink" Target="http://moikompas/ru/tags/plastilin" TargetMode="External"/><Relationship Id="rId408" Type="http://schemas.openxmlformats.org/officeDocument/2006/relationships/hyperlink" Target="http://moikompas/ru/tags/plastilin" TargetMode="External"/><Relationship Id="rId212" Type="http://schemas.openxmlformats.org/officeDocument/2006/relationships/hyperlink" Target="http://ru/wikipedia/org/wiki" TargetMode="External"/><Relationship Id="rId254" Type="http://schemas.openxmlformats.org/officeDocument/2006/relationships/hyperlink" Target="http://art.thelib.ru/culture/pictures/iskusstvo_yaponii.html" TargetMode="External"/><Relationship Id="rId49" Type="http://schemas.openxmlformats.org/officeDocument/2006/relationships/hyperlink" Target="http://art.thelib.ru/culture/pictures/iskusstvo_yaponii.html" TargetMode="External"/><Relationship Id="rId114" Type="http://schemas.openxmlformats.org/officeDocument/2006/relationships/hyperlink" Target="http://www/vasnecov/ru" TargetMode="External"/><Relationship Id="rId296" Type="http://schemas.openxmlformats.org/officeDocument/2006/relationships/hyperlink" Target="http://ru/wikipedia/org/wiki" TargetMode="External"/><Relationship Id="rId461" Type="http://schemas.openxmlformats.org/officeDocument/2006/relationships/hyperlink" Target="http://www/vasnecov/ru" TargetMode="External"/><Relationship Id="rId60" Type="http://schemas.openxmlformats.org/officeDocument/2006/relationships/hyperlink" Target="http://moikompas/ru/tags/plastilin" TargetMode="External"/><Relationship Id="rId156" Type="http://schemas.openxmlformats.org/officeDocument/2006/relationships/hyperlink" Target="http://moikompas/ru/tags/plastilin" TargetMode="External"/><Relationship Id="rId198" Type="http://schemas.openxmlformats.org/officeDocument/2006/relationships/hyperlink" Target="http://www/vasnecov/ru" TargetMode="External"/><Relationship Id="rId321" Type="http://schemas.openxmlformats.org/officeDocument/2006/relationships/hyperlink" Target="http://ru/wikipedia/org/wiki" TargetMode="External"/><Relationship Id="rId363" Type="http://schemas.openxmlformats.org/officeDocument/2006/relationships/hyperlink" Target="http://art.thelib.ru/culture/pictures/iskusstvo_yaponii.html" TargetMode="External"/><Relationship Id="rId419" Type="http://schemas.openxmlformats.org/officeDocument/2006/relationships/hyperlink" Target="http://moikompas/ru/tags/plastilin" TargetMode="External"/><Relationship Id="rId223" Type="http://schemas.openxmlformats.org/officeDocument/2006/relationships/hyperlink" Target="http://ru/wikipedia/org/wiki" TargetMode="External"/><Relationship Id="rId430" Type="http://schemas.openxmlformats.org/officeDocument/2006/relationships/hyperlink" Target="http://moikompas/ru/tags/plastilin" TargetMode="External"/><Relationship Id="rId18" Type="http://schemas.openxmlformats.org/officeDocument/2006/relationships/hyperlink" Target="http://www/vasnecov/ru" TargetMode="External"/><Relationship Id="rId265" Type="http://schemas.openxmlformats.org/officeDocument/2006/relationships/hyperlink" Target="http://art.thelib.ru/culture/pictures/iskusstvo_yaponii.html" TargetMode="External"/><Relationship Id="rId472" Type="http://schemas.openxmlformats.org/officeDocument/2006/relationships/hyperlink" Target="http://www/vasnecov/ru" TargetMode="External"/><Relationship Id="rId125" Type="http://schemas.openxmlformats.org/officeDocument/2006/relationships/hyperlink" Target="http://www/vasnecov/ru" TargetMode="External"/><Relationship Id="rId167" Type="http://schemas.openxmlformats.org/officeDocument/2006/relationships/hyperlink" Target="http://moikompas/ru/tags/plastilin" TargetMode="External"/><Relationship Id="rId332" Type="http://schemas.openxmlformats.org/officeDocument/2006/relationships/hyperlink" Target="http://ru/wikipedia/org/wiki" TargetMode="External"/><Relationship Id="rId374" Type="http://schemas.openxmlformats.org/officeDocument/2006/relationships/hyperlink" Target="http://art.thelib.ru/culture/pictures/iskusstvo_yaponii.html" TargetMode="External"/><Relationship Id="rId71" Type="http://schemas.openxmlformats.org/officeDocument/2006/relationships/hyperlink" Target="http://moikompas/ru/tags/plastilin" TargetMode="External"/><Relationship Id="rId234" Type="http://schemas.openxmlformats.org/officeDocument/2006/relationships/hyperlink" Target="http://www/vasnecov/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/vasnecov/ru" TargetMode="External"/><Relationship Id="rId276" Type="http://schemas.openxmlformats.org/officeDocument/2006/relationships/hyperlink" Target="http://moikompas/ru/tags/plastilin" TargetMode="External"/><Relationship Id="rId441" Type="http://schemas.openxmlformats.org/officeDocument/2006/relationships/hyperlink" Target="http://ru/wikipedia/org/wiki" TargetMode="External"/><Relationship Id="rId483" Type="http://schemas.openxmlformats.org/officeDocument/2006/relationships/hyperlink" Target="http://art.thelib.ru/culture/pictures/iskusstvo_yaponii.html" TargetMode="External"/><Relationship Id="rId40" Type="http://schemas.openxmlformats.org/officeDocument/2006/relationships/hyperlink" Target="http://www/vasnecov/ru" TargetMode="External"/><Relationship Id="rId136" Type="http://schemas.openxmlformats.org/officeDocument/2006/relationships/hyperlink" Target="http://www/vasnecov/ru" TargetMode="External"/><Relationship Id="rId178" Type="http://schemas.openxmlformats.org/officeDocument/2006/relationships/hyperlink" Target="http://moikompas/ru/tags/plastilin" TargetMode="External"/><Relationship Id="rId301" Type="http://schemas.openxmlformats.org/officeDocument/2006/relationships/hyperlink" Target="http://art.thelib.ru/culture/pictures/iskusstvo_yaponii.html" TargetMode="External"/><Relationship Id="rId343" Type="http://schemas.openxmlformats.org/officeDocument/2006/relationships/hyperlink" Target="http://ru/wikipedia/org/wiki" TargetMode="External"/><Relationship Id="rId82" Type="http://schemas.openxmlformats.org/officeDocument/2006/relationships/hyperlink" Target="http://moikompas/ru/tags/plastilin" TargetMode="External"/><Relationship Id="rId203" Type="http://schemas.openxmlformats.org/officeDocument/2006/relationships/hyperlink" Target="http://moikompas/ru/tags/plastilin" TargetMode="External"/><Relationship Id="rId385" Type="http://schemas.openxmlformats.org/officeDocument/2006/relationships/hyperlink" Target="http://art.thelib.ru/culture/pictures/iskusstvo_yaponii.html" TargetMode="External"/><Relationship Id="rId245" Type="http://schemas.openxmlformats.org/officeDocument/2006/relationships/hyperlink" Target="http://www/vasnecov/ru" TargetMode="External"/><Relationship Id="rId287" Type="http://schemas.openxmlformats.org/officeDocument/2006/relationships/hyperlink" Target="http://moikompas/ru/tags/plastilin" TargetMode="External"/><Relationship Id="rId410" Type="http://schemas.openxmlformats.org/officeDocument/2006/relationships/hyperlink" Target="http://art.thelib.ru/culture/pictures/iskusstvo_yaponii.html" TargetMode="External"/><Relationship Id="rId452" Type="http://schemas.openxmlformats.org/officeDocument/2006/relationships/hyperlink" Target="http://ru/wikipedia/org/wiki" TargetMode="External"/><Relationship Id="rId494" Type="http://schemas.openxmlformats.org/officeDocument/2006/relationships/hyperlink" Target="http://art.thelib.ru/culture/pictures/iskusstvo_yaponii.html" TargetMode="External"/><Relationship Id="rId508" Type="http://schemas.openxmlformats.org/officeDocument/2006/relationships/hyperlink" Target="http://www/vasnecov/ru" TargetMode="External"/><Relationship Id="rId105" Type="http://schemas.openxmlformats.org/officeDocument/2006/relationships/hyperlink" Target="http://ru/wikipedia/org/wiki" TargetMode="External"/><Relationship Id="rId147" Type="http://schemas.openxmlformats.org/officeDocument/2006/relationships/hyperlink" Target="http://art.thelib.ru/culture/pictures/iskusstvo_yaponii.html" TargetMode="External"/><Relationship Id="rId312" Type="http://schemas.openxmlformats.org/officeDocument/2006/relationships/hyperlink" Target="http://moikompas/ru/tags/plastilin" TargetMode="External"/><Relationship Id="rId354" Type="http://schemas.openxmlformats.org/officeDocument/2006/relationships/hyperlink" Target="http://www/vasnecov/ru" TargetMode="External"/><Relationship Id="rId51" Type="http://schemas.openxmlformats.org/officeDocument/2006/relationships/hyperlink" Target="http://art.thelib.ru/culture/pictures/iskusstvo_yaponii.html" TargetMode="External"/><Relationship Id="rId93" Type="http://schemas.openxmlformats.org/officeDocument/2006/relationships/hyperlink" Target="http://ru/wikipedia/org/wiki" TargetMode="External"/><Relationship Id="rId189" Type="http://schemas.openxmlformats.org/officeDocument/2006/relationships/hyperlink" Target="http://ru/wikipedia/org/wiki" TargetMode="External"/><Relationship Id="rId396" Type="http://schemas.openxmlformats.org/officeDocument/2006/relationships/hyperlink" Target="http://moikompas/ru/tags/plastilin" TargetMode="External"/><Relationship Id="rId214" Type="http://schemas.openxmlformats.org/officeDocument/2006/relationships/hyperlink" Target="http://moikompas/ru/tags/plastilin" TargetMode="External"/><Relationship Id="rId256" Type="http://schemas.openxmlformats.org/officeDocument/2006/relationships/hyperlink" Target="http://www/vasnecov/ru" TargetMode="External"/><Relationship Id="rId298" Type="http://schemas.openxmlformats.org/officeDocument/2006/relationships/hyperlink" Target="http://moikompas/ru/tags/plastilin" TargetMode="External"/><Relationship Id="rId421" Type="http://schemas.openxmlformats.org/officeDocument/2006/relationships/hyperlink" Target="http://art.thelib.ru/culture/pictures/iskusstvo_yaponii.html" TargetMode="External"/><Relationship Id="rId463" Type="http://schemas.openxmlformats.org/officeDocument/2006/relationships/hyperlink" Target="http://ru/wikipedia/org/wiki" TargetMode="External"/><Relationship Id="rId116" Type="http://schemas.openxmlformats.org/officeDocument/2006/relationships/hyperlink" Target="http://ru/wikipedia/org/wiki" TargetMode="External"/><Relationship Id="rId158" Type="http://schemas.openxmlformats.org/officeDocument/2006/relationships/hyperlink" Target="http://art.thelib.ru/culture/pictures/iskusstvo_yaponii.html" TargetMode="External"/><Relationship Id="rId323" Type="http://schemas.openxmlformats.org/officeDocument/2006/relationships/hyperlink" Target="http://moikompas/ru/tags/plastilin" TargetMode="External"/><Relationship Id="rId20" Type="http://schemas.openxmlformats.org/officeDocument/2006/relationships/hyperlink" Target="http://ru/wikipedia/org/wiki" TargetMode="External"/><Relationship Id="rId62" Type="http://schemas.openxmlformats.org/officeDocument/2006/relationships/hyperlink" Target="http://art.thelib.ru/culture/pictures/iskusstvo_yaponii.html" TargetMode="External"/><Relationship Id="rId365" Type="http://schemas.openxmlformats.org/officeDocument/2006/relationships/hyperlink" Target="http://www/vasnecov/ru" TargetMode="External"/><Relationship Id="rId225" Type="http://schemas.openxmlformats.org/officeDocument/2006/relationships/hyperlink" Target="http://ru/wikipedia/org/wiki" TargetMode="External"/><Relationship Id="rId267" Type="http://schemas.openxmlformats.org/officeDocument/2006/relationships/hyperlink" Target="http://art.thelib.ru/culture/pictures/iskusstvo_yaponii.html" TargetMode="External"/><Relationship Id="rId432" Type="http://schemas.openxmlformats.org/officeDocument/2006/relationships/hyperlink" Target="http://moikompas/ru/tags/plastilin" TargetMode="External"/><Relationship Id="rId474" Type="http://schemas.openxmlformats.org/officeDocument/2006/relationships/hyperlink" Target="http://www/vasnecov/ru" TargetMode="External"/><Relationship Id="rId127" Type="http://schemas.openxmlformats.org/officeDocument/2006/relationships/hyperlink" Target="http://ru/wikipedia/org/wiki" TargetMode="External"/><Relationship Id="rId31" Type="http://schemas.openxmlformats.org/officeDocument/2006/relationships/hyperlink" Target="http://ru/wikipedia/org/wiki" TargetMode="External"/><Relationship Id="rId73" Type="http://schemas.openxmlformats.org/officeDocument/2006/relationships/hyperlink" Target="http://art.thelib.ru/culture/pictures/iskusstvo_yaponii.html" TargetMode="External"/><Relationship Id="rId169" Type="http://schemas.openxmlformats.org/officeDocument/2006/relationships/hyperlink" Target="http://art.thelib.ru/culture/pictures/iskusstvo_yaponii.html" TargetMode="External"/><Relationship Id="rId334" Type="http://schemas.openxmlformats.org/officeDocument/2006/relationships/hyperlink" Target="http://moikompas/ru/tags/plastilin" TargetMode="External"/><Relationship Id="rId376" Type="http://schemas.openxmlformats.org/officeDocument/2006/relationships/hyperlink" Target="http://www/vasnecov/ru" TargetMode="External"/><Relationship Id="rId4" Type="http://schemas.openxmlformats.org/officeDocument/2006/relationships/settings" Target="settings.xml"/><Relationship Id="rId180" Type="http://schemas.openxmlformats.org/officeDocument/2006/relationships/hyperlink" Target="http://moikompas/ru/tags/plastilin" TargetMode="External"/><Relationship Id="rId236" Type="http://schemas.openxmlformats.org/officeDocument/2006/relationships/hyperlink" Target="http://ru/wikipedia/org/wiki" TargetMode="External"/><Relationship Id="rId278" Type="http://schemas.openxmlformats.org/officeDocument/2006/relationships/hyperlink" Target="http://art.thelib.ru/culture/pictures/iskusstvo_yaponii.html" TargetMode="External"/><Relationship Id="rId401" Type="http://schemas.openxmlformats.org/officeDocument/2006/relationships/hyperlink" Target="http://www/vasnecov/ru" TargetMode="External"/><Relationship Id="rId443" Type="http://schemas.openxmlformats.org/officeDocument/2006/relationships/hyperlink" Target="http://moikompas/ru/tags/plastilin" TargetMode="External"/><Relationship Id="rId303" Type="http://schemas.openxmlformats.org/officeDocument/2006/relationships/hyperlink" Target="http://art.thelib.ru/culture/pictures/iskusstvo_yaponii.html" TargetMode="External"/><Relationship Id="rId485" Type="http://schemas.openxmlformats.org/officeDocument/2006/relationships/hyperlink" Target="http://www/vasnecov/ru" TargetMode="External"/><Relationship Id="rId42" Type="http://schemas.openxmlformats.org/officeDocument/2006/relationships/hyperlink" Target="http://www/vasnecov/ru" TargetMode="External"/><Relationship Id="rId84" Type="http://schemas.openxmlformats.org/officeDocument/2006/relationships/hyperlink" Target="http://moikompas/ru/tags/plastilin" TargetMode="External"/><Relationship Id="rId138" Type="http://schemas.openxmlformats.org/officeDocument/2006/relationships/hyperlink" Target="http://www/vasnecov/ru" TargetMode="External"/><Relationship Id="rId345" Type="http://schemas.openxmlformats.org/officeDocument/2006/relationships/hyperlink" Target="http://ru/wikipedia/org/wiki" TargetMode="External"/><Relationship Id="rId387" Type="http://schemas.openxmlformats.org/officeDocument/2006/relationships/hyperlink" Target="http://art.thelib.ru/culture/pictures/iskusstvo_yaponii.html" TargetMode="External"/><Relationship Id="rId510" Type="http://schemas.openxmlformats.org/officeDocument/2006/relationships/hyperlink" Target="http://www/vasnecov/ru" TargetMode="External"/><Relationship Id="rId191" Type="http://schemas.openxmlformats.org/officeDocument/2006/relationships/hyperlink" Target="http://moikompas/ru/tags/plastilin" TargetMode="External"/><Relationship Id="rId205" Type="http://schemas.openxmlformats.org/officeDocument/2006/relationships/hyperlink" Target="http://art.thelib.ru/culture/pictures/iskusstvo_yaponii.html" TargetMode="External"/><Relationship Id="rId247" Type="http://schemas.openxmlformats.org/officeDocument/2006/relationships/hyperlink" Target="http://ru/wikipedia/org/wiki" TargetMode="External"/><Relationship Id="rId412" Type="http://schemas.openxmlformats.org/officeDocument/2006/relationships/hyperlink" Target="http://www/vasnecov/ru" TargetMode="External"/><Relationship Id="rId107" Type="http://schemas.openxmlformats.org/officeDocument/2006/relationships/hyperlink" Target="http://moikompas/ru/tags/plastilin" TargetMode="External"/><Relationship Id="rId289" Type="http://schemas.openxmlformats.org/officeDocument/2006/relationships/hyperlink" Target="http://art.thelib.ru/culture/pictures/iskusstvo_yaponii.html" TargetMode="External"/><Relationship Id="rId454" Type="http://schemas.openxmlformats.org/officeDocument/2006/relationships/hyperlink" Target="http://moikompas/ru/tags/plastilin" TargetMode="External"/><Relationship Id="rId496" Type="http://schemas.openxmlformats.org/officeDocument/2006/relationships/hyperlink" Target="http://www/vasnecov/ru" TargetMode="External"/><Relationship Id="rId11" Type="http://schemas.openxmlformats.org/officeDocument/2006/relationships/hyperlink" Target="http://moikompas/ru/tags/plastilin" TargetMode="External"/><Relationship Id="rId53" Type="http://schemas.openxmlformats.org/officeDocument/2006/relationships/hyperlink" Target="http://www/vasnecov/ru" TargetMode="External"/><Relationship Id="rId149" Type="http://schemas.openxmlformats.org/officeDocument/2006/relationships/hyperlink" Target="http://www/vasnecov/ru" TargetMode="External"/><Relationship Id="rId314" Type="http://schemas.openxmlformats.org/officeDocument/2006/relationships/hyperlink" Target="http://art.thelib.ru/culture/pictures/iskusstvo_yaponii.html" TargetMode="External"/><Relationship Id="rId356" Type="http://schemas.openxmlformats.org/officeDocument/2006/relationships/hyperlink" Target="http://ru/wikipedia/org/wiki" TargetMode="External"/><Relationship Id="rId398" Type="http://schemas.openxmlformats.org/officeDocument/2006/relationships/hyperlink" Target="http://art.thelib.ru/culture/pictures/iskusstvo_yaponii.html" TargetMode="External"/><Relationship Id="rId95" Type="http://schemas.openxmlformats.org/officeDocument/2006/relationships/hyperlink" Target="http://moikompas/ru/tags/plastilin" TargetMode="External"/><Relationship Id="rId160" Type="http://schemas.openxmlformats.org/officeDocument/2006/relationships/hyperlink" Target="http://www/vasnecov/ru" TargetMode="External"/><Relationship Id="rId216" Type="http://schemas.openxmlformats.org/officeDocument/2006/relationships/hyperlink" Target="http://moikompas/ru/tags/plastilin" TargetMode="External"/><Relationship Id="rId423" Type="http://schemas.openxmlformats.org/officeDocument/2006/relationships/hyperlink" Target="http://art.thelib.ru/culture/pictures/iskusstvo_yaponii.html" TargetMode="External"/><Relationship Id="rId258" Type="http://schemas.openxmlformats.org/officeDocument/2006/relationships/hyperlink" Target="http://www/vasnecov/ru" TargetMode="External"/><Relationship Id="rId465" Type="http://schemas.openxmlformats.org/officeDocument/2006/relationships/hyperlink" Target="http://ru/wikipedia/org/wiki" TargetMode="External"/><Relationship Id="rId22" Type="http://schemas.openxmlformats.org/officeDocument/2006/relationships/hyperlink" Target="http://moikompas/ru/tags/plastilin" TargetMode="External"/><Relationship Id="rId64" Type="http://schemas.openxmlformats.org/officeDocument/2006/relationships/hyperlink" Target="http://www/vasnecov/ru" TargetMode="External"/><Relationship Id="rId118" Type="http://schemas.openxmlformats.org/officeDocument/2006/relationships/hyperlink" Target="http://moikompas/ru/tags/plastilin" TargetMode="External"/><Relationship Id="rId325" Type="http://schemas.openxmlformats.org/officeDocument/2006/relationships/hyperlink" Target="http://art.thelib.ru/culture/pictures/iskusstvo_yaponii.html" TargetMode="External"/><Relationship Id="rId367" Type="http://schemas.openxmlformats.org/officeDocument/2006/relationships/hyperlink" Target="http://ru/wikipedia/org/wiki" TargetMode="External"/><Relationship Id="rId171" Type="http://schemas.openxmlformats.org/officeDocument/2006/relationships/hyperlink" Target="http://art.thelib.ru/culture/pictures/iskusstvo_yaponii.html" TargetMode="External"/><Relationship Id="rId227" Type="http://schemas.openxmlformats.org/officeDocument/2006/relationships/hyperlink" Target="http://moikompas/ru/tags/plastilin" TargetMode="External"/><Relationship Id="rId269" Type="http://schemas.openxmlformats.org/officeDocument/2006/relationships/hyperlink" Target="http://www/vasnecov/ru" TargetMode="External"/><Relationship Id="rId434" Type="http://schemas.openxmlformats.org/officeDocument/2006/relationships/hyperlink" Target="http://art.thelib.ru/culture/pictures/iskusstvo_yaponii.html" TargetMode="External"/><Relationship Id="rId476" Type="http://schemas.openxmlformats.org/officeDocument/2006/relationships/hyperlink" Target="http://ru/wikipedia/org/wiki" TargetMode="External"/><Relationship Id="rId33" Type="http://schemas.openxmlformats.org/officeDocument/2006/relationships/hyperlink" Target="http://ru/wikipedia/org/wiki" TargetMode="External"/><Relationship Id="rId129" Type="http://schemas.openxmlformats.org/officeDocument/2006/relationships/hyperlink" Target="http://ru/wikipedia/org/wiki" TargetMode="External"/><Relationship Id="rId280" Type="http://schemas.openxmlformats.org/officeDocument/2006/relationships/hyperlink" Target="http://www/vasnecov/ru" TargetMode="External"/><Relationship Id="rId336" Type="http://schemas.openxmlformats.org/officeDocument/2006/relationships/hyperlink" Target="http://moikompas/ru/tags/plastilin" TargetMode="External"/><Relationship Id="rId501" Type="http://schemas.openxmlformats.org/officeDocument/2006/relationships/hyperlink" Target="http://ru/wikipedia/org/wiki" TargetMode="External"/><Relationship Id="rId75" Type="http://schemas.openxmlformats.org/officeDocument/2006/relationships/hyperlink" Target="http://art.thelib.ru/culture/pictures/iskusstvo_yaponii.html" TargetMode="External"/><Relationship Id="rId140" Type="http://schemas.openxmlformats.org/officeDocument/2006/relationships/hyperlink" Target="http://ru/wikipedia/org/wiki" TargetMode="External"/><Relationship Id="rId182" Type="http://schemas.openxmlformats.org/officeDocument/2006/relationships/hyperlink" Target="http://art.thelib.ru/culture/pictures/iskusstvo_yaponii.html" TargetMode="External"/><Relationship Id="rId378" Type="http://schemas.openxmlformats.org/officeDocument/2006/relationships/hyperlink" Target="http://www/vasnecov/ru" TargetMode="External"/><Relationship Id="rId403" Type="http://schemas.openxmlformats.org/officeDocument/2006/relationships/hyperlink" Target="http://ru/wikipedia/org/wiki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://moikompas/ru/tags/plastilin" TargetMode="External"/><Relationship Id="rId445" Type="http://schemas.openxmlformats.org/officeDocument/2006/relationships/hyperlink" Target="http://art.thelib.ru/culture/pictures/iskusstvo_yaponii.html" TargetMode="External"/><Relationship Id="rId487" Type="http://schemas.openxmlformats.org/officeDocument/2006/relationships/hyperlink" Target="http://ru/wikipedia/org/wiki" TargetMode="External"/><Relationship Id="rId291" Type="http://schemas.openxmlformats.org/officeDocument/2006/relationships/hyperlink" Target="http://art.thelib.ru/culture/pictures/iskusstvo_yaponii.html" TargetMode="External"/><Relationship Id="rId305" Type="http://schemas.openxmlformats.org/officeDocument/2006/relationships/hyperlink" Target="http://www/vasnecov/ru" TargetMode="External"/><Relationship Id="rId347" Type="http://schemas.openxmlformats.org/officeDocument/2006/relationships/hyperlink" Target="http://moikompas/ru/tags/plastilin" TargetMode="External"/><Relationship Id="rId512" Type="http://schemas.openxmlformats.org/officeDocument/2006/relationships/theme" Target="theme/theme1.xml"/><Relationship Id="rId44" Type="http://schemas.openxmlformats.org/officeDocument/2006/relationships/hyperlink" Target="http://ru/wikipedia/org/wiki" TargetMode="External"/><Relationship Id="rId86" Type="http://schemas.openxmlformats.org/officeDocument/2006/relationships/hyperlink" Target="http://art.thelib.ru/culture/pictures/iskusstvo_yaponii.html" TargetMode="External"/><Relationship Id="rId151" Type="http://schemas.openxmlformats.org/officeDocument/2006/relationships/hyperlink" Target="http://ru/wikipedia/org/wiki" TargetMode="External"/><Relationship Id="rId389" Type="http://schemas.openxmlformats.org/officeDocument/2006/relationships/hyperlink" Target="http://www/vasnecov/ru" TargetMode="External"/><Relationship Id="rId193" Type="http://schemas.openxmlformats.org/officeDocument/2006/relationships/hyperlink" Target="http://art.thelib.ru/culture/pictures/iskusstvo_yaponii.html" TargetMode="External"/><Relationship Id="rId207" Type="http://schemas.openxmlformats.org/officeDocument/2006/relationships/hyperlink" Target="http://art.thelib.ru/culture/pictures/iskusstvo_yaponii.html" TargetMode="External"/><Relationship Id="rId249" Type="http://schemas.openxmlformats.org/officeDocument/2006/relationships/hyperlink" Target="http://ru/wikipedia/org/wiki" TargetMode="External"/><Relationship Id="rId414" Type="http://schemas.openxmlformats.org/officeDocument/2006/relationships/hyperlink" Target="http://www/vasnecov/ru" TargetMode="External"/><Relationship Id="rId456" Type="http://schemas.openxmlformats.org/officeDocument/2006/relationships/hyperlink" Target="http://moikompas/ru/tags/plastilin" TargetMode="External"/><Relationship Id="rId498" Type="http://schemas.openxmlformats.org/officeDocument/2006/relationships/hyperlink" Target="http://www/vasnecov/ru" TargetMode="External"/><Relationship Id="rId13" Type="http://schemas.openxmlformats.org/officeDocument/2006/relationships/hyperlink" Target="http://art.thelib.ru/culture/pictures/iskusstvo_yaponii.html" TargetMode="External"/><Relationship Id="rId109" Type="http://schemas.openxmlformats.org/officeDocument/2006/relationships/hyperlink" Target="http://art.thelib.ru/culture/pictures/iskusstvo_yaponii.html" TargetMode="External"/><Relationship Id="rId260" Type="http://schemas.openxmlformats.org/officeDocument/2006/relationships/hyperlink" Target="http://ru/wikipedia/org/wiki" TargetMode="External"/><Relationship Id="rId316" Type="http://schemas.openxmlformats.org/officeDocument/2006/relationships/hyperlink" Target="http://www/vasnecov/ru" TargetMode="External"/><Relationship Id="rId55" Type="http://schemas.openxmlformats.org/officeDocument/2006/relationships/hyperlink" Target="http://ru/wikipedia/org/wiki" TargetMode="External"/><Relationship Id="rId97" Type="http://schemas.openxmlformats.org/officeDocument/2006/relationships/hyperlink" Target="http://art.thelib.ru/culture/pictures/iskusstvo_yaponii.html" TargetMode="External"/><Relationship Id="rId120" Type="http://schemas.openxmlformats.org/officeDocument/2006/relationships/hyperlink" Target="http://moikompas/ru/tags/plastilin" TargetMode="External"/><Relationship Id="rId358" Type="http://schemas.openxmlformats.org/officeDocument/2006/relationships/hyperlink" Target="http://moikompas/ru/tags/plastilin" TargetMode="External"/><Relationship Id="rId162" Type="http://schemas.openxmlformats.org/officeDocument/2006/relationships/hyperlink" Target="http://www/vasnecov/ru" TargetMode="External"/><Relationship Id="rId218" Type="http://schemas.openxmlformats.org/officeDocument/2006/relationships/hyperlink" Target="http://art.thelib.ru/culture/pictures/iskusstvo_yaponii.html" TargetMode="External"/><Relationship Id="rId425" Type="http://schemas.openxmlformats.org/officeDocument/2006/relationships/hyperlink" Target="http://www/vasnecov/ru" TargetMode="External"/><Relationship Id="rId467" Type="http://schemas.openxmlformats.org/officeDocument/2006/relationships/hyperlink" Target="http://moikompas/ru/tags/plastilin" TargetMode="External"/><Relationship Id="rId271" Type="http://schemas.openxmlformats.org/officeDocument/2006/relationships/hyperlink" Target="http://ru/wikipedia/org/wiki" TargetMode="External"/><Relationship Id="rId24" Type="http://schemas.openxmlformats.org/officeDocument/2006/relationships/hyperlink" Target="http://moikompas/ru/tags/plastilin" TargetMode="External"/><Relationship Id="rId66" Type="http://schemas.openxmlformats.org/officeDocument/2006/relationships/hyperlink" Target="http://www/vasnecov/ru" TargetMode="External"/><Relationship Id="rId131" Type="http://schemas.openxmlformats.org/officeDocument/2006/relationships/hyperlink" Target="http://moikompas/ru/tags/plastilin" TargetMode="External"/><Relationship Id="rId327" Type="http://schemas.openxmlformats.org/officeDocument/2006/relationships/hyperlink" Target="http://art.thelib.ru/culture/pictures/iskusstvo_yaponii.html" TargetMode="External"/><Relationship Id="rId369" Type="http://schemas.openxmlformats.org/officeDocument/2006/relationships/hyperlink" Target="http://ru/wikipedia/org/wiki" TargetMode="External"/><Relationship Id="rId173" Type="http://schemas.openxmlformats.org/officeDocument/2006/relationships/hyperlink" Target="http://www/vasnecov/ru" TargetMode="External"/><Relationship Id="rId229" Type="http://schemas.openxmlformats.org/officeDocument/2006/relationships/hyperlink" Target="http://art.thelib.ru/culture/pictures/iskusstvo_yaponii.html" TargetMode="External"/><Relationship Id="rId380" Type="http://schemas.openxmlformats.org/officeDocument/2006/relationships/hyperlink" Target="http://ru/wikipedia/org/wiki" TargetMode="External"/><Relationship Id="rId436" Type="http://schemas.openxmlformats.org/officeDocument/2006/relationships/hyperlink" Target="http://www/vasnecov/ru" TargetMode="External"/><Relationship Id="rId240" Type="http://schemas.openxmlformats.org/officeDocument/2006/relationships/hyperlink" Target="http://moikompas/ru/tags/plastilin" TargetMode="External"/><Relationship Id="rId478" Type="http://schemas.openxmlformats.org/officeDocument/2006/relationships/hyperlink" Target="http://moikompas/ru/tags/plastilin" TargetMode="External"/><Relationship Id="rId35" Type="http://schemas.openxmlformats.org/officeDocument/2006/relationships/hyperlink" Target="http://moikompas/ru/tags/plastilin" TargetMode="External"/><Relationship Id="rId77" Type="http://schemas.openxmlformats.org/officeDocument/2006/relationships/hyperlink" Target="http://www/vasnecov/ru" TargetMode="External"/><Relationship Id="rId100" Type="http://schemas.openxmlformats.org/officeDocument/2006/relationships/hyperlink" Target="http://www/vasnecov/ru" TargetMode="External"/><Relationship Id="rId282" Type="http://schemas.openxmlformats.org/officeDocument/2006/relationships/hyperlink" Target="http://www/vasnecov/ru" TargetMode="External"/><Relationship Id="rId338" Type="http://schemas.openxmlformats.org/officeDocument/2006/relationships/hyperlink" Target="http://art.thelib.ru/culture/pictures/iskusstvo_yaponii.html" TargetMode="External"/><Relationship Id="rId503" Type="http://schemas.openxmlformats.org/officeDocument/2006/relationships/hyperlink" Target="http://moikompas/ru/tags/plastilin" TargetMode="External"/><Relationship Id="rId8" Type="http://schemas.openxmlformats.org/officeDocument/2006/relationships/hyperlink" Target="http://ru/wikipedia/org/wiki" TargetMode="External"/><Relationship Id="rId142" Type="http://schemas.openxmlformats.org/officeDocument/2006/relationships/hyperlink" Target="http://moikompas/ru/tags/plastilin" TargetMode="External"/><Relationship Id="rId184" Type="http://schemas.openxmlformats.org/officeDocument/2006/relationships/hyperlink" Target="http://www/vasnecov/ru" TargetMode="External"/><Relationship Id="rId391" Type="http://schemas.openxmlformats.org/officeDocument/2006/relationships/hyperlink" Target="http://ru/wikipedia/org/wiki" TargetMode="External"/><Relationship Id="rId405" Type="http://schemas.openxmlformats.org/officeDocument/2006/relationships/hyperlink" Target="http://ru/wikipedia/org/wiki" TargetMode="External"/><Relationship Id="rId447" Type="http://schemas.openxmlformats.org/officeDocument/2006/relationships/hyperlink" Target="http://art.thelib.ru/culture/pictures/iskusstvo_yaponii.html" TargetMode="External"/><Relationship Id="rId251" Type="http://schemas.openxmlformats.org/officeDocument/2006/relationships/hyperlink" Target="http://moikompas/ru/tags/plastilin" TargetMode="External"/><Relationship Id="rId489" Type="http://schemas.openxmlformats.org/officeDocument/2006/relationships/hyperlink" Target="http://ru/wikipedia/org/wiki" TargetMode="External"/><Relationship Id="rId46" Type="http://schemas.openxmlformats.org/officeDocument/2006/relationships/hyperlink" Target="http://moikompas/ru/tags/plastilin" TargetMode="External"/><Relationship Id="rId293" Type="http://schemas.openxmlformats.org/officeDocument/2006/relationships/hyperlink" Target="http://www/vasnecov/ru" TargetMode="External"/><Relationship Id="rId307" Type="http://schemas.openxmlformats.org/officeDocument/2006/relationships/hyperlink" Target="http://ru/wikipedia/org/wiki" TargetMode="External"/><Relationship Id="rId349" Type="http://schemas.openxmlformats.org/officeDocument/2006/relationships/hyperlink" Target="http://art.thelib.ru/culture/pictures/iskusstvo_yaponii.html" TargetMode="External"/><Relationship Id="rId88" Type="http://schemas.openxmlformats.org/officeDocument/2006/relationships/hyperlink" Target="http://www/vasnecov/ru" TargetMode="External"/><Relationship Id="rId111" Type="http://schemas.openxmlformats.org/officeDocument/2006/relationships/hyperlink" Target="http://art.thelib.ru/culture/pictures/iskusstvo_yaponii.html" TargetMode="External"/><Relationship Id="rId153" Type="http://schemas.openxmlformats.org/officeDocument/2006/relationships/hyperlink" Target="http://ru/wikipedia/org/wiki" TargetMode="External"/><Relationship Id="rId195" Type="http://schemas.openxmlformats.org/officeDocument/2006/relationships/hyperlink" Target="http://art.thelib.ru/culture/pictures/iskusstvo_yaponii.html" TargetMode="External"/><Relationship Id="rId209" Type="http://schemas.openxmlformats.org/officeDocument/2006/relationships/hyperlink" Target="http://www/vasnecov/ru" TargetMode="External"/><Relationship Id="rId360" Type="http://schemas.openxmlformats.org/officeDocument/2006/relationships/hyperlink" Target="http://moikompas/ru/tags/plastilin" TargetMode="External"/><Relationship Id="rId416" Type="http://schemas.openxmlformats.org/officeDocument/2006/relationships/hyperlink" Target="http://ru/wikipedia/org/wiki" TargetMode="External"/><Relationship Id="rId220" Type="http://schemas.openxmlformats.org/officeDocument/2006/relationships/hyperlink" Target="http://www/vasnecov/ru" TargetMode="External"/><Relationship Id="rId458" Type="http://schemas.openxmlformats.org/officeDocument/2006/relationships/hyperlink" Target="http://art.thelib.ru/culture/pictures/iskusstvo_yaponii.html" TargetMode="External"/><Relationship Id="rId15" Type="http://schemas.openxmlformats.org/officeDocument/2006/relationships/hyperlink" Target="http://art.thelib.ru/culture/pictures/iskusstvo_yaponii.html" TargetMode="External"/><Relationship Id="rId57" Type="http://schemas.openxmlformats.org/officeDocument/2006/relationships/hyperlink" Target="http://ru/wikipedia/org/wiki" TargetMode="External"/><Relationship Id="rId262" Type="http://schemas.openxmlformats.org/officeDocument/2006/relationships/hyperlink" Target="http://moikompas/ru/tags/plastilin" TargetMode="External"/><Relationship Id="rId318" Type="http://schemas.openxmlformats.org/officeDocument/2006/relationships/hyperlink" Target="http://www/vasnecov/ru" TargetMode="External"/><Relationship Id="rId99" Type="http://schemas.openxmlformats.org/officeDocument/2006/relationships/hyperlink" Target="http://art.thelib.ru/culture/pictures/iskusstvo_yaponii.html" TargetMode="External"/><Relationship Id="rId122" Type="http://schemas.openxmlformats.org/officeDocument/2006/relationships/hyperlink" Target="http://art.thelib.ru/culture/pictures/iskusstvo_yaponii.html" TargetMode="External"/><Relationship Id="rId164" Type="http://schemas.openxmlformats.org/officeDocument/2006/relationships/hyperlink" Target="http://ru/wikipedia/org/wiki" TargetMode="External"/><Relationship Id="rId371" Type="http://schemas.openxmlformats.org/officeDocument/2006/relationships/hyperlink" Target="http://moikompas/ru/tags/plastilin" TargetMode="External"/><Relationship Id="rId427" Type="http://schemas.openxmlformats.org/officeDocument/2006/relationships/hyperlink" Target="http://ru/wikipedia/org/wiki" TargetMode="External"/><Relationship Id="rId469" Type="http://schemas.openxmlformats.org/officeDocument/2006/relationships/hyperlink" Target="http://art.thelib.ru/culture/pictures/iskusstvo_yaponii.html" TargetMode="External"/><Relationship Id="rId26" Type="http://schemas.openxmlformats.org/officeDocument/2006/relationships/hyperlink" Target="http://art.thelib.ru/culture/pictures/iskusstvo_yaponii.html" TargetMode="External"/><Relationship Id="rId231" Type="http://schemas.openxmlformats.org/officeDocument/2006/relationships/hyperlink" Target="http://art.thelib.ru/culture/pictures/iskusstvo_yaponii.html" TargetMode="External"/><Relationship Id="rId273" Type="http://schemas.openxmlformats.org/officeDocument/2006/relationships/hyperlink" Target="http://ru/wikipedia/org/wiki" TargetMode="External"/><Relationship Id="rId329" Type="http://schemas.openxmlformats.org/officeDocument/2006/relationships/hyperlink" Target="http://www/vasnecov/ru" TargetMode="External"/><Relationship Id="rId480" Type="http://schemas.openxmlformats.org/officeDocument/2006/relationships/hyperlink" Target="http://moikompas/ru/tags/plastilin" TargetMode="External"/><Relationship Id="rId68" Type="http://schemas.openxmlformats.org/officeDocument/2006/relationships/hyperlink" Target="http://ru/wikipedia/org/wiki" TargetMode="External"/><Relationship Id="rId133" Type="http://schemas.openxmlformats.org/officeDocument/2006/relationships/hyperlink" Target="http://art.thelib.ru/culture/pictures/iskusstvo_yaponii.html" TargetMode="External"/><Relationship Id="rId175" Type="http://schemas.openxmlformats.org/officeDocument/2006/relationships/hyperlink" Target="http://ru/wikipedia/org/wiki" TargetMode="External"/><Relationship Id="rId340" Type="http://schemas.openxmlformats.org/officeDocument/2006/relationships/hyperlink" Target="http://www/vasnecov/ru" TargetMode="External"/><Relationship Id="rId200" Type="http://schemas.openxmlformats.org/officeDocument/2006/relationships/hyperlink" Target="http://ru/wikipedia/org/wiki" TargetMode="External"/><Relationship Id="rId382" Type="http://schemas.openxmlformats.org/officeDocument/2006/relationships/hyperlink" Target="http://moikompas/ru/tags/plastilin" TargetMode="External"/><Relationship Id="rId438" Type="http://schemas.openxmlformats.org/officeDocument/2006/relationships/hyperlink" Target="http://www/vasnecov/ru" TargetMode="External"/><Relationship Id="rId242" Type="http://schemas.openxmlformats.org/officeDocument/2006/relationships/hyperlink" Target="http://art.thelib.ru/culture/pictures/iskusstvo_yaponii.html" TargetMode="External"/><Relationship Id="rId284" Type="http://schemas.openxmlformats.org/officeDocument/2006/relationships/hyperlink" Target="http://ru/wikipedia/org/wiki" TargetMode="External"/><Relationship Id="rId491" Type="http://schemas.openxmlformats.org/officeDocument/2006/relationships/hyperlink" Target="http://moikompas/ru/tags/plastilin" TargetMode="External"/><Relationship Id="rId505" Type="http://schemas.openxmlformats.org/officeDocument/2006/relationships/hyperlink" Target="http://art.thelib.ru/culture/pictures/iskusstvo_yaponii.html" TargetMode="External"/><Relationship Id="rId37" Type="http://schemas.openxmlformats.org/officeDocument/2006/relationships/hyperlink" Target="http://art.thelib.ru/culture/pictures/iskusstvo_yaponii.html" TargetMode="External"/><Relationship Id="rId79" Type="http://schemas.openxmlformats.org/officeDocument/2006/relationships/hyperlink" Target="http://ru/wikipedia/org/wiki" TargetMode="External"/><Relationship Id="rId102" Type="http://schemas.openxmlformats.org/officeDocument/2006/relationships/hyperlink" Target="http://www/vasnecov/ru" TargetMode="External"/><Relationship Id="rId144" Type="http://schemas.openxmlformats.org/officeDocument/2006/relationships/hyperlink" Target="http://moikompas/ru/tags/plastilin" TargetMode="External"/><Relationship Id="rId90" Type="http://schemas.openxmlformats.org/officeDocument/2006/relationships/hyperlink" Target="http://www/vasnecov/ru" TargetMode="External"/><Relationship Id="rId186" Type="http://schemas.openxmlformats.org/officeDocument/2006/relationships/hyperlink" Target="http://www/vasnecov/ru" TargetMode="External"/><Relationship Id="rId351" Type="http://schemas.openxmlformats.org/officeDocument/2006/relationships/hyperlink" Target="http://art.thelib.ru/culture/pictures/iskusstvo_yaponii.html" TargetMode="External"/><Relationship Id="rId393" Type="http://schemas.openxmlformats.org/officeDocument/2006/relationships/hyperlink" Target="http://ru/wikipedia/org/wiki" TargetMode="External"/><Relationship Id="rId407" Type="http://schemas.openxmlformats.org/officeDocument/2006/relationships/hyperlink" Target="http://moikompas/ru/tags/plastilin" TargetMode="External"/><Relationship Id="rId449" Type="http://schemas.openxmlformats.org/officeDocument/2006/relationships/hyperlink" Target="http://www/vasnecov/ru" TargetMode="External"/><Relationship Id="rId211" Type="http://schemas.openxmlformats.org/officeDocument/2006/relationships/hyperlink" Target="http://ru/wikipedia/org/wiki" TargetMode="External"/><Relationship Id="rId253" Type="http://schemas.openxmlformats.org/officeDocument/2006/relationships/hyperlink" Target="http://art.thelib.ru/culture/pictures/iskusstvo_yaponii.html" TargetMode="External"/><Relationship Id="rId295" Type="http://schemas.openxmlformats.org/officeDocument/2006/relationships/hyperlink" Target="http://ru/wikipedia/org/wiki" TargetMode="External"/><Relationship Id="rId309" Type="http://schemas.openxmlformats.org/officeDocument/2006/relationships/hyperlink" Target="http://ru/wikipedia/org/wiki" TargetMode="External"/><Relationship Id="rId460" Type="http://schemas.openxmlformats.org/officeDocument/2006/relationships/hyperlink" Target="http://www/vasnecov/ru" TargetMode="External"/><Relationship Id="rId48" Type="http://schemas.openxmlformats.org/officeDocument/2006/relationships/hyperlink" Target="http://moikompas/ru/tags/plastilin" TargetMode="External"/><Relationship Id="rId113" Type="http://schemas.openxmlformats.org/officeDocument/2006/relationships/hyperlink" Target="http://www/vasnecov/ru" TargetMode="External"/><Relationship Id="rId320" Type="http://schemas.openxmlformats.org/officeDocument/2006/relationships/hyperlink" Target="http://ru/wikipedia/org/wiki" TargetMode="External"/><Relationship Id="rId155" Type="http://schemas.openxmlformats.org/officeDocument/2006/relationships/hyperlink" Target="http://moikompas/ru/tags/plastilin" TargetMode="External"/><Relationship Id="rId197" Type="http://schemas.openxmlformats.org/officeDocument/2006/relationships/hyperlink" Target="http://www/vasnecov/ru" TargetMode="External"/><Relationship Id="rId362" Type="http://schemas.openxmlformats.org/officeDocument/2006/relationships/hyperlink" Target="http://art.thelib.ru/culture/pictures/iskusstvo_yaponii.html" TargetMode="External"/><Relationship Id="rId418" Type="http://schemas.openxmlformats.org/officeDocument/2006/relationships/hyperlink" Target="http://moikompas/ru/tags/plastilin" TargetMode="External"/><Relationship Id="rId222" Type="http://schemas.openxmlformats.org/officeDocument/2006/relationships/hyperlink" Target="http://www/vasnecov/ru" TargetMode="External"/><Relationship Id="rId264" Type="http://schemas.openxmlformats.org/officeDocument/2006/relationships/hyperlink" Target="http://moikompas/ru/tags/plastilin" TargetMode="External"/><Relationship Id="rId471" Type="http://schemas.openxmlformats.org/officeDocument/2006/relationships/hyperlink" Target="http://art.thelib.ru/culture/pictures/iskusstvo_yaponii.html" TargetMode="External"/><Relationship Id="rId17" Type="http://schemas.openxmlformats.org/officeDocument/2006/relationships/hyperlink" Target="http://www/vasnecov/ru" TargetMode="External"/><Relationship Id="rId59" Type="http://schemas.openxmlformats.org/officeDocument/2006/relationships/hyperlink" Target="http://moikompas/ru/tags/plastilin" TargetMode="External"/><Relationship Id="rId124" Type="http://schemas.openxmlformats.org/officeDocument/2006/relationships/hyperlink" Target="http://www/vasnecov/ru" TargetMode="External"/><Relationship Id="rId70" Type="http://schemas.openxmlformats.org/officeDocument/2006/relationships/hyperlink" Target="http://moikompas/ru/tags/plastilin" TargetMode="External"/><Relationship Id="rId166" Type="http://schemas.openxmlformats.org/officeDocument/2006/relationships/hyperlink" Target="http://moikompas/ru/tags/plastilin" TargetMode="External"/><Relationship Id="rId331" Type="http://schemas.openxmlformats.org/officeDocument/2006/relationships/hyperlink" Target="http://ru/wikipedia/org/wiki" TargetMode="External"/><Relationship Id="rId373" Type="http://schemas.openxmlformats.org/officeDocument/2006/relationships/hyperlink" Target="http://art.thelib.ru/culture/pictures/iskusstvo_yaponii.html" TargetMode="External"/><Relationship Id="rId429" Type="http://schemas.openxmlformats.org/officeDocument/2006/relationships/hyperlink" Target="http://ru/wikipedia/org/wiki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://www/vasnecov/ru" TargetMode="External"/><Relationship Id="rId440" Type="http://schemas.openxmlformats.org/officeDocument/2006/relationships/hyperlink" Target="http://ru/wikipedia/org/wiki" TargetMode="External"/><Relationship Id="rId28" Type="http://schemas.openxmlformats.org/officeDocument/2006/relationships/hyperlink" Target="http://www/vasnecov/ru" TargetMode="External"/><Relationship Id="rId275" Type="http://schemas.openxmlformats.org/officeDocument/2006/relationships/hyperlink" Target="http://moikompas/ru/tags/plastilin" TargetMode="External"/><Relationship Id="rId300" Type="http://schemas.openxmlformats.org/officeDocument/2006/relationships/hyperlink" Target="http://moikompas/ru/tags/plastilin" TargetMode="External"/><Relationship Id="rId482" Type="http://schemas.openxmlformats.org/officeDocument/2006/relationships/hyperlink" Target="http://art.thelib.ru/culture/pictures/iskusstvo_yaponii.html" TargetMode="External"/><Relationship Id="rId81" Type="http://schemas.openxmlformats.org/officeDocument/2006/relationships/hyperlink" Target="http://ru/wikipedia/org/wiki" TargetMode="External"/><Relationship Id="rId135" Type="http://schemas.openxmlformats.org/officeDocument/2006/relationships/hyperlink" Target="http://art.thelib.ru/culture/pictures/iskusstvo_yaponii.html" TargetMode="External"/><Relationship Id="rId177" Type="http://schemas.openxmlformats.org/officeDocument/2006/relationships/hyperlink" Target="http://ru/wikipedia/org/wiki" TargetMode="External"/><Relationship Id="rId342" Type="http://schemas.openxmlformats.org/officeDocument/2006/relationships/hyperlink" Target="http://www/vasnecov/ru" TargetMode="External"/><Relationship Id="rId384" Type="http://schemas.openxmlformats.org/officeDocument/2006/relationships/hyperlink" Target="http://moikompas/ru/tags/plastilin" TargetMode="External"/><Relationship Id="rId202" Type="http://schemas.openxmlformats.org/officeDocument/2006/relationships/hyperlink" Target="http://moikompas/ru/tags/plastilin" TargetMode="External"/><Relationship Id="rId244" Type="http://schemas.openxmlformats.org/officeDocument/2006/relationships/hyperlink" Target="http://www/vasnecov/ru" TargetMode="External"/><Relationship Id="rId39" Type="http://schemas.openxmlformats.org/officeDocument/2006/relationships/hyperlink" Target="http://art.thelib.ru/culture/pictures/iskusstvo_yaponii.html" TargetMode="External"/><Relationship Id="rId286" Type="http://schemas.openxmlformats.org/officeDocument/2006/relationships/hyperlink" Target="http://moikompas/ru/tags/plastilin" TargetMode="External"/><Relationship Id="rId451" Type="http://schemas.openxmlformats.org/officeDocument/2006/relationships/hyperlink" Target="http://ru/wikipedia/org/wiki" TargetMode="External"/><Relationship Id="rId493" Type="http://schemas.openxmlformats.org/officeDocument/2006/relationships/hyperlink" Target="http://art.thelib.ru/culture/pictures/iskusstvo_yaponii.html" TargetMode="External"/><Relationship Id="rId507" Type="http://schemas.openxmlformats.org/officeDocument/2006/relationships/hyperlink" Target="http://art.thelib.ru/culture/pictures/iskusstvo_yaponii.html" TargetMode="External"/><Relationship Id="rId50" Type="http://schemas.openxmlformats.org/officeDocument/2006/relationships/hyperlink" Target="http://art.thelib.ru/culture/pictures/iskusstvo_yaponii.html" TargetMode="External"/><Relationship Id="rId104" Type="http://schemas.openxmlformats.org/officeDocument/2006/relationships/hyperlink" Target="http://ru/wikipedia/org/wiki" TargetMode="External"/><Relationship Id="rId146" Type="http://schemas.openxmlformats.org/officeDocument/2006/relationships/hyperlink" Target="http://art.thelib.ru/culture/pictures/iskusstvo_yaponii.html" TargetMode="External"/><Relationship Id="rId188" Type="http://schemas.openxmlformats.org/officeDocument/2006/relationships/hyperlink" Target="http://ru/wikipedia/org/wiki" TargetMode="External"/><Relationship Id="rId311" Type="http://schemas.openxmlformats.org/officeDocument/2006/relationships/hyperlink" Target="http://moikompas/ru/tags/plastilin" TargetMode="External"/><Relationship Id="rId353" Type="http://schemas.openxmlformats.org/officeDocument/2006/relationships/hyperlink" Target="http://www/vasnecov/ru" TargetMode="External"/><Relationship Id="rId395" Type="http://schemas.openxmlformats.org/officeDocument/2006/relationships/hyperlink" Target="http://moikompas/ru/tags/plastilin" TargetMode="External"/><Relationship Id="rId409" Type="http://schemas.openxmlformats.org/officeDocument/2006/relationships/hyperlink" Target="http://art.thelib.ru/culture/pictures/iskusstvo_yaponii.html" TargetMode="External"/><Relationship Id="rId92" Type="http://schemas.openxmlformats.org/officeDocument/2006/relationships/hyperlink" Target="http://ru/wikipedia/org/wiki" TargetMode="External"/><Relationship Id="rId213" Type="http://schemas.openxmlformats.org/officeDocument/2006/relationships/hyperlink" Target="http://ru/wikipedia/org/wiki" TargetMode="External"/><Relationship Id="rId420" Type="http://schemas.openxmlformats.org/officeDocument/2006/relationships/hyperlink" Target="http://moikompas/ru/tags/plastilin" TargetMode="External"/><Relationship Id="rId255" Type="http://schemas.openxmlformats.org/officeDocument/2006/relationships/hyperlink" Target="http://art.thelib.ru/culture/pictures/iskusstvo_yaponii.html" TargetMode="External"/><Relationship Id="rId297" Type="http://schemas.openxmlformats.org/officeDocument/2006/relationships/hyperlink" Target="http://ru/wikipedia/org/wiki" TargetMode="External"/><Relationship Id="rId462" Type="http://schemas.openxmlformats.org/officeDocument/2006/relationships/hyperlink" Target="http://www/vasnecov/ru" TargetMode="External"/><Relationship Id="rId115" Type="http://schemas.openxmlformats.org/officeDocument/2006/relationships/hyperlink" Target="http://ru/wikipedia/org/wiki" TargetMode="External"/><Relationship Id="rId157" Type="http://schemas.openxmlformats.org/officeDocument/2006/relationships/hyperlink" Target="http://art.thelib.ru/culture/pictures/iskusstvo_yaponii.html" TargetMode="External"/><Relationship Id="rId322" Type="http://schemas.openxmlformats.org/officeDocument/2006/relationships/hyperlink" Target="http://moikompas/ru/tags/plastilin" TargetMode="External"/><Relationship Id="rId364" Type="http://schemas.openxmlformats.org/officeDocument/2006/relationships/hyperlink" Target="http://www/vasnecov/ru" TargetMode="External"/><Relationship Id="rId61" Type="http://schemas.openxmlformats.org/officeDocument/2006/relationships/hyperlink" Target="http://art.thelib.ru/culture/pictures/iskusstvo_yaponii.html" TargetMode="External"/><Relationship Id="rId199" Type="http://schemas.openxmlformats.org/officeDocument/2006/relationships/hyperlink" Target="http://ru/wikipedia/org/wiki" TargetMode="External"/><Relationship Id="rId19" Type="http://schemas.openxmlformats.org/officeDocument/2006/relationships/hyperlink" Target="http://ru/wikipedia/org/wiki" TargetMode="External"/><Relationship Id="rId224" Type="http://schemas.openxmlformats.org/officeDocument/2006/relationships/hyperlink" Target="http://ru/wikipedia/org/wiki" TargetMode="External"/><Relationship Id="rId266" Type="http://schemas.openxmlformats.org/officeDocument/2006/relationships/hyperlink" Target="http://art.thelib.ru/culture/pictures/iskusstvo_yaponii.html" TargetMode="External"/><Relationship Id="rId431" Type="http://schemas.openxmlformats.org/officeDocument/2006/relationships/hyperlink" Target="http://moikompas/ru/tags/plastilin" TargetMode="External"/><Relationship Id="rId473" Type="http://schemas.openxmlformats.org/officeDocument/2006/relationships/hyperlink" Target="http://www/vasnecov/ru" TargetMode="External"/><Relationship Id="rId30" Type="http://schemas.openxmlformats.org/officeDocument/2006/relationships/hyperlink" Target="http://www/vasnecov/ru" TargetMode="External"/><Relationship Id="rId126" Type="http://schemas.openxmlformats.org/officeDocument/2006/relationships/hyperlink" Target="http://www/vasnecov/ru" TargetMode="External"/><Relationship Id="rId168" Type="http://schemas.openxmlformats.org/officeDocument/2006/relationships/hyperlink" Target="http://moikompas/ru/tags/plastilin" TargetMode="External"/><Relationship Id="rId333" Type="http://schemas.openxmlformats.org/officeDocument/2006/relationships/hyperlink" Target="http://ru/wikipedia/org/wiki" TargetMode="External"/><Relationship Id="rId72" Type="http://schemas.openxmlformats.org/officeDocument/2006/relationships/hyperlink" Target="http://moikompas/ru/tags/plastilin" TargetMode="External"/><Relationship Id="rId375" Type="http://schemas.openxmlformats.org/officeDocument/2006/relationships/hyperlink" Target="http://art.thelib.ru/culture/pictures/iskusstvo_yaponii.html" TargetMode="External"/><Relationship Id="rId3" Type="http://schemas.openxmlformats.org/officeDocument/2006/relationships/styles" Target="styles.xml"/><Relationship Id="rId235" Type="http://schemas.openxmlformats.org/officeDocument/2006/relationships/hyperlink" Target="http://ru/wikipedia/org/wiki" TargetMode="External"/><Relationship Id="rId277" Type="http://schemas.openxmlformats.org/officeDocument/2006/relationships/hyperlink" Target="http://art.thelib.ru/culture/pictures/iskusstvo_yaponii.html" TargetMode="External"/><Relationship Id="rId400" Type="http://schemas.openxmlformats.org/officeDocument/2006/relationships/hyperlink" Target="http://www/vasnecov/ru" TargetMode="External"/><Relationship Id="rId442" Type="http://schemas.openxmlformats.org/officeDocument/2006/relationships/hyperlink" Target="http://moikompas/ru/tags/plastilin" TargetMode="External"/><Relationship Id="rId484" Type="http://schemas.openxmlformats.org/officeDocument/2006/relationships/hyperlink" Target="http://www/vasnecov/ru" TargetMode="External"/><Relationship Id="rId137" Type="http://schemas.openxmlformats.org/officeDocument/2006/relationships/hyperlink" Target="http://www/vasnecov/ru" TargetMode="External"/><Relationship Id="rId302" Type="http://schemas.openxmlformats.org/officeDocument/2006/relationships/hyperlink" Target="http://art.thelib.ru/culture/pictures/iskusstvo_yaponii.html" TargetMode="External"/><Relationship Id="rId344" Type="http://schemas.openxmlformats.org/officeDocument/2006/relationships/hyperlink" Target="http://ru/wikipedia/org/wiki" TargetMode="External"/><Relationship Id="rId41" Type="http://schemas.openxmlformats.org/officeDocument/2006/relationships/hyperlink" Target="http://www/vasnecov/ru" TargetMode="External"/><Relationship Id="rId83" Type="http://schemas.openxmlformats.org/officeDocument/2006/relationships/hyperlink" Target="http://moikompas/ru/tags/plastilin" TargetMode="External"/><Relationship Id="rId179" Type="http://schemas.openxmlformats.org/officeDocument/2006/relationships/hyperlink" Target="http://moikompas/ru/tags/plastilin" TargetMode="External"/><Relationship Id="rId386" Type="http://schemas.openxmlformats.org/officeDocument/2006/relationships/hyperlink" Target="http://art.thelib.ru/culture/pictures/iskusstvo_yaponii.html" TargetMode="External"/><Relationship Id="rId190" Type="http://schemas.openxmlformats.org/officeDocument/2006/relationships/hyperlink" Target="http://moikompas/ru/tags/plastilin" TargetMode="External"/><Relationship Id="rId204" Type="http://schemas.openxmlformats.org/officeDocument/2006/relationships/hyperlink" Target="http://moikompas/ru/tags/plastilin" TargetMode="External"/><Relationship Id="rId246" Type="http://schemas.openxmlformats.org/officeDocument/2006/relationships/hyperlink" Target="http://www/vasnecov/ru" TargetMode="External"/><Relationship Id="rId288" Type="http://schemas.openxmlformats.org/officeDocument/2006/relationships/hyperlink" Target="http://moikompas/ru/tags/plastilin" TargetMode="External"/><Relationship Id="rId411" Type="http://schemas.openxmlformats.org/officeDocument/2006/relationships/hyperlink" Target="http://art.thelib.ru/culture/pictures/iskusstvo_yaponii.html" TargetMode="External"/><Relationship Id="rId453" Type="http://schemas.openxmlformats.org/officeDocument/2006/relationships/hyperlink" Target="http://ru/wikipedia/org/wiki" TargetMode="External"/><Relationship Id="rId509" Type="http://schemas.openxmlformats.org/officeDocument/2006/relationships/hyperlink" Target="http://www/vasnecov/ru" TargetMode="External"/><Relationship Id="rId106" Type="http://schemas.openxmlformats.org/officeDocument/2006/relationships/hyperlink" Target="http://moikompas/ru/tags/plastilin" TargetMode="External"/><Relationship Id="rId313" Type="http://schemas.openxmlformats.org/officeDocument/2006/relationships/hyperlink" Target="http://art.thelib.ru/culture/pictures/iskusstvo_yaponii.html" TargetMode="External"/><Relationship Id="rId495" Type="http://schemas.openxmlformats.org/officeDocument/2006/relationships/hyperlink" Target="http://art.thelib.ru/culture/pictures/iskusstvo_yaponii.html" TargetMode="External"/><Relationship Id="rId10" Type="http://schemas.openxmlformats.org/officeDocument/2006/relationships/hyperlink" Target="http://moikompas/ru/tags/plastilin" TargetMode="External"/><Relationship Id="rId52" Type="http://schemas.openxmlformats.org/officeDocument/2006/relationships/hyperlink" Target="http://www/vasnecov/ru" TargetMode="External"/><Relationship Id="rId94" Type="http://schemas.openxmlformats.org/officeDocument/2006/relationships/hyperlink" Target="http://moikompas/ru/tags/plastilin" TargetMode="External"/><Relationship Id="rId148" Type="http://schemas.openxmlformats.org/officeDocument/2006/relationships/hyperlink" Target="http://www/vasnecov/ru" TargetMode="External"/><Relationship Id="rId355" Type="http://schemas.openxmlformats.org/officeDocument/2006/relationships/hyperlink" Target="http://ru/wikipedia/org/wiki" TargetMode="External"/><Relationship Id="rId397" Type="http://schemas.openxmlformats.org/officeDocument/2006/relationships/hyperlink" Target="http://art.thelib.ru/culture/pictures/iskusstvo_yaponii.html" TargetMode="External"/><Relationship Id="rId215" Type="http://schemas.openxmlformats.org/officeDocument/2006/relationships/hyperlink" Target="http://moikompas/ru/tags/plastilin" TargetMode="External"/><Relationship Id="rId257" Type="http://schemas.openxmlformats.org/officeDocument/2006/relationships/hyperlink" Target="http://www/vasnecov/ru" TargetMode="External"/><Relationship Id="rId422" Type="http://schemas.openxmlformats.org/officeDocument/2006/relationships/hyperlink" Target="http://art.thelib.ru/culture/pictures/iskusstvo_yaponii.html" TargetMode="External"/><Relationship Id="rId464" Type="http://schemas.openxmlformats.org/officeDocument/2006/relationships/hyperlink" Target="http://ru/wikipedia/org/wik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D2517E-5577-4EF6-BC3B-7E0E5ADF0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11181</Words>
  <Characters>63737</Characters>
  <Application>Microsoft Office Word</Application>
  <DocSecurity>0</DocSecurity>
  <Lines>531</Lines>
  <Paragraphs>149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74769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2022-06-27T03:56:00Z</cp:lastPrinted>
  <dcterms:created xsi:type="dcterms:W3CDTF">2013-12-23T23:15:00Z</dcterms:created>
  <dcterms:modified xsi:type="dcterms:W3CDTF">2022-06-28T01:29:00Z</dcterms:modified>
  <cp:category/>
</cp:coreProperties>
</file>