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43D8" w14:textId="77777777" w:rsidR="000925FD" w:rsidRDefault="000925FD">
      <w:pPr>
        <w:autoSpaceDE w:val="0"/>
        <w:autoSpaceDN w:val="0"/>
        <w:spacing w:after="78" w:line="220" w:lineRule="exact"/>
      </w:pPr>
    </w:p>
    <w:p w14:paraId="5E4852D8" w14:textId="0BEFC1E5" w:rsidR="000925FD" w:rsidRDefault="00DE7B4C" w:rsidP="009B31D9">
      <w:pPr>
        <w:autoSpaceDE w:val="0"/>
        <w:autoSpaceDN w:val="0"/>
        <w:spacing w:after="0" w:line="230" w:lineRule="auto"/>
      </w:pPr>
      <w:r w:rsidRPr="009B31D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</w:t>
      </w:r>
      <w:r w:rsidR="009B31D9">
        <w:rPr>
          <w:noProof/>
        </w:rPr>
        <w:drawing>
          <wp:inline distT="0" distB="0" distL="0" distR="0" wp14:anchorId="66AEC60D" wp14:editId="27E4B490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FE57" w14:textId="77777777" w:rsidR="000925FD" w:rsidRDefault="000925FD">
      <w:pPr>
        <w:sectPr w:rsidR="000925FD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4990093A" w14:textId="77777777" w:rsidR="000925FD" w:rsidRDefault="000925FD">
      <w:pPr>
        <w:autoSpaceDE w:val="0"/>
        <w:autoSpaceDN w:val="0"/>
        <w:spacing w:after="78" w:line="220" w:lineRule="exact"/>
      </w:pPr>
    </w:p>
    <w:p w14:paraId="35BEC3B2" w14:textId="77777777" w:rsidR="000925FD" w:rsidRDefault="00BA668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72666465" w14:textId="77777777" w:rsidR="000925FD" w:rsidRPr="00CB0747" w:rsidRDefault="00BA6686">
      <w:pPr>
        <w:autoSpaceDE w:val="0"/>
        <w:autoSpaceDN w:val="0"/>
        <w:spacing w:before="346" w:after="0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5D2663A3" w14:textId="77777777" w:rsidR="000925FD" w:rsidRPr="00CB0747" w:rsidRDefault="00BA668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24C94240" w14:textId="77777777" w:rsidR="000925FD" w:rsidRPr="00CB0747" w:rsidRDefault="00BA6686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57FF6984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7C7FC5BD" w14:textId="77777777" w:rsidR="000925FD" w:rsidRPr="00CB0747" w:rsidRDefault="00BA6686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4CD1ED3A" w14:textId="77777777" w:rsidR="000925FD" w:rsidRPr="00CB0747" w:rsidRDefault="00BA6686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(«часть-целое»,«больше-меньше», «равно-неравно», «порядок»), смысла арифметических действий,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2C86B6CB" w14:textId="77777777" w:rsidR="000925FD" w:rsidRPr="00CB0747" w:rsidRDefault="00BA6686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471F52BA" w14:textId="77777777" w:rsidR="000925FD" w:rsidRPr="00CB0747" w:rsidRDefault="00BA6686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17B58044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29066A40" w14:textId="77777777" w:rsidR="000925FD" w:rsidRPr="00CB0747" w:rsidRDefault="00BA6686">
      <w:pPr>
        <w:autoSpaceDE w:val="0"/>
        <w:autoSpaceDN w:val="0"/>
        <w:spacing w:before="178" w:after="0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7626DFE8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4C68AC22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14:paraId="66A08112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36847EE2" w14:textId="77777777" w:rsidR="000925FD" w:rsidRPr="00CB0747" w:rsidRDefault="000925FD">
      <w:pPr>
        <w:autoSpaceDE w:val="0"/>
        <w:autoSpaceDN w:val="0"/>
        <w:spacing w:after="66" w:line="220" w:lineRule="exact"/>
        <w:rPr>
          <w:lang w:val="ru-RU"/>
        </w:rPr>
      </w:pPr>
    </w:p>
    <w:p w14:paraId="14047ACC" w14:textId="77777777" w:rsidR="000925FD" w:rsidRPr="00CB0747" w:rsidRDefault="00BA6686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0AE79DA8" w14:textId="77777777" w:rsidR="000925FD" w:rsidRPr="00CB0747" w:rsidRDefault="00BA6686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7297FCB0" w14:textId="77777777" w:rsidR="000925FD" w:rsidRPr="00CB0747" w:rsidRDefault="00BA6686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4BC5D0CA" w14:textId="77777777" w:rsidR="000925FD" w:rsidRPr="00CB0747" w:rsidRDefault="00BA668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2 классе отводится 4 часа в неделю, всего 136 часов.</w:t>
      </w:r>
    </w:p>
    <w:p w14:paraId="7EE7C21A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14:paraId="1C0E4ECB" w14:textId="77777777" w:rsidR="000925FD" w:rsidRPr="00CB0747" w:rsidRDefault="000925FD">
      <w:pPr>
        <w:autoSpaceDE w:val="0"/>
        <w:autoSpaceDN w:val="0"/>
        <w:spacing w:after="78" w:line="220" w:lineRule="exact"/>
        <w:rPr>
          <w:lang w:val="ru-RU"/>
        </w:rPr>
      </w:pPr>
    </w:p>
    <w:p w14:paraId="6BF17239" w14:textId="77777777" w:rsidR="000925FD" w:rsidRPr="00CB0747" w:rsidRDefault="00BA6686">
      <w:pPr>
        <w:autoSpaceDE w:val="0"/>
        <w:autoSpaceDN w:val="0"/>
        <w:spacing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8B7E28E" w14:textId="77777777" w:rsidR="000925FD" w:rsidRPr="00CB0747" w:rsidRDefault="00BA6686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величины»,«Арифметические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17B2027" w14:textId="77777777" w:rsidR="000925FD" w:rsidRPr="00CB0747" w:rsidRDefault="00BA6686">
      <w:pPr>
        <w:autoSpaceDE w:val="0"/>
        <w:autoSpaceDN w:val="0"/>
        <w:spacing w:before="26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14:paraId="5B8D4558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14:paraId="55AA1E41" w14:textId="77777777" w:rsidR="000925FD" w:rsidRPr="00CB0747" w:rsidRDefault="00BA668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по массе (единица массы — кило- грамм);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14:paraId="7A5782EB" w14:textId="77777777" w:rsidR="000925FD" w:rsidRPr="00CB0747" w:rsidRDefault="00BA6686">
      <w:pPr>
        <w:autoSpaceDE w:val="0"/>
        <w:autoSpaceDN w:val="0"/>
        <w:spacing w:before="264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14:paraId="0A467360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14:paraId="4BC4E30B" w14:textId="77777777" w:rsidR="000925FD" w:rsidRPr="00CB0747" w:rsidRDefault="00BA6686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14:paraId="5B470D89" w14:textId="77777777" w:rsidR="000925FD" w:rsidRPr="00CB0747" w:rsidRDefault="00BA668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14:paraId="4FDF3A3A" w14:textId="77777777" w:rsidR="000925FD" w:rsidRPr="00CB0747" w:rsidRDefault="00BA6686">
      <w:pPr>
        <w:autoSpaceDE w:val="0"/>
        <w:autoSpaceDN w:val="0"/>
        <w:spacing w:before="70" w:after="0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14:paraId="41C9ADC5" w14:textId="77777777" w:rsidR="000925FD" w:rsidRPr="00CB0747" w:rsidRDefault="00BA6686">
      <w:pPr>
        <w:autoSpaceDE w:val="0"/>
        <w:autoSpaceDN w:val="0"/>
        <w:spacing w:before="26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14:paraId="711C2B37" w14:textId="77777777" w:rsidR="000925FD" w:rsidRPr="00CB0747" w:rsidRDefault="00BA6686">
      <w:pPr>
        <w:autoSpaceDE w:val="0"/>
        <w:autoSpaceDN w:val="0"/>
        <w:spacing w:before="118" w:after="0" w:line="283" w:lineRule="auto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14:paraId="60B2D636" w14:textId="77777777" w:rsidR="000925FD" w:rsidRPr="00CB0747" w:rsidRDefault="00BA6686">
      <w:pPr>
        <w:autoSpaceDE w:val="0"/>
        <w:autoSpaceDN w:val="0"/>
        <w:spacing w:before="26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14:paraId="47D0D1EC" w14:textId="77777777" w:rsidR="000925FD" w:rsidRPr="00CB0747" w:rsidRDefault="00BA6686">
      <w:pPr>
        <w:autoSpaceDE w:val="0"/>
        <w:autoSpaceDN w:val="0"/>
        <w:spacing w:before="118" w:after="0" w:line="281" w:lineRule="auto"/>
        <w:ind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14:paraId="311231B0" w14:textId="77777777" w:rsidR="000925FD" w:rsidRPr="00CB0747" w:rsidRDefault="00BA6686">
      <w:pPr>
        <w:autoSpaceDE w:val="0"/>
        <w:autoSpaceDN w:val="0"/>
        <w:spacing w:before="26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14:paraId="2208F672" w14:textId="77777777" w:rsidR="000925FD" w:rsidRPr="00CB0747" w:rsidRDefault="00BA6686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14:paraId="4CE32E28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26E9DF5" w14:textId="77777777" w:rsidR="000925FD" w:rsidRPr="00CB0747" w:rsidRDefault="000925FD">
      <w:pPr>
        <w:autoSpaceDE w:val="0"/>
        <w:autoSpaceDN w:val="0"/>
        <w:spacing w:after="66" w:line="220" w:lineRule="exact"/>
        <w:rPr>
          <w:lang w:val="ru-RU"/>
        </w:rPr>
      </w:pPr>
    </w:p>
    <w:p w14:paraId="28AE8949" w14:textId="77777777" w:rsidR="000925FD" w:rsidRPr="00CB0747" w:rsidRDefault="00BA6686">
      <w:pPr>
        <w:autoSpaceDE w:val="0"/>
        <w:autoSpaceDN w:val="0"/>
        <w:spacing w:after="0" w:line="286" w:lineRule="auto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 жизни. Верные (истинные) и неверные (ложные) утверждения, со- держащие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14:paraId="4AD581B9" w14:textId="77777777" w:rsidR="000925FD" w:rsidRPr="00CB0747" w:rsidRDefault="00BA6686">
      <w:pPr>
        <w:autoSpaceDE w:val="0"/>
        <w:autoSpaceDN w:val="0"/>
        <w:spacing w:before="264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14:paraId="7BDE65A1" w14:textId="77777777" w:rsidR="000925FD" w:rsidRPr="00CB0747" w:rsidRDefault="00BA6686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1DEDC003" w14:textId="77777777" w:rsidR="000925FD" w:rsidRPr="00CB0747" w:rsidRDefault="00BA668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14:paraId="44EBE392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14:paraId="28861F86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14:paraId="3C741618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распределять (классифицировать) объекты (числа,  величины, геометрические фигуры, текстовые задачи в одно действие) на группы; </w:t>
      </w:r>
    </w:p>
    <w:p w14:paraId="4C807C52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14:paraId="782E3B50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14:paraId="20A670FD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14:paraId="2C495661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подбирать примеры, подтверждающие суждение, вывод, ответ.</w:t>
      </w:r>
    </w:p>
    <w:p w14:paraId="1483911F" w14:textId="77777777" w:rsidR="000925FD" w:rsidRPr="00CB0747" w:rsidRDefault="00BA668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1663097D" w14:textId="77777777" w:rsidR="000925FD" w:rsidRPr="00CB0747" w:rsidRDefault="00BA668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14:paraId="706FAEDD" w14:textId="77777777" w:rsidR="000925FD" w:rsidRPr="00CB0747" w:rsidRDefault="00BA6686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14:paraId="079445CE" w14:textId="77777777" w:rsidR="000925FD" w:rsidRPr="00CB0747" w:rsidRDefault="00BA6686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дополнять модели (схемы, изображения) готовыми числовыми данными.</w:t>
      </w:r>
    </w:p>
    <w:p w14:paraId="5E46AA81" w14:textId="77777777" w:rsidR="000925FD" w:rsidRPr="00CB0747" w:rsidRDefault="00BA668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14:paraId="5807F951" w14:textId="77777777" w:rsidR="000925FD" w:rsidRPr="00CB0747" w:rsidRDefault="00BA6686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14:paraId="44F48C31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14:paraId="74B2FFA0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14:paraId="12059670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14:paraId="7B68FD28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14:paraId="05C4E9C3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записывать, читать число, числовое выражение; </w:t>
      </w:r>
    </w:p>
    <w:p w14:paraId="6E4885A0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14:paraId="6F3B3645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86" w:right="688" w:bottom="468" w:left="666" w:header="720" w:footer="720" w:gutter="0"/>
          <w:cols w:space="720" w:equalWidth="0">
            <w:col w:w="10546" w:space="0"/>
          </w:cols>
          <w:docGrid w:linePitch="360"/>
        </w:sectPr>
      </w:pPr>
    </w:p>
    <w:p w14:paraId="4D9DEBAD" w14:textId="77777777" w:rsidR="000925FD" w:rsidRPr="00CB0747" w:rsidRDefault="000925FD">
      <w:pPr>
        <w:autoSpaceDE w:val="0"/>
        <w:autoSpaceDN w:val="0"/>
        <w:spacing w:after="108" w:line="220" w:lineRule="exact"/>
        <w:rPr>
          <w:lang w:val="ru-RU"/>
        </w:rPr>
      </w:pPr>
    </w:p>
    <w:p w14:paraId="3E673A5E" w14:textId="77777777" w:rsidR="000925FD" w:rsidRPr="00CB0747" w:rsidRDefault="00BA6686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 с использованием слов «каждый», «все».</w:t>
      </w:r>
    </w:p>
    <w:p w14:paraId="1936FEEB" w14:textId="77777777" w:rsidR="000925FD" w:rsidRPr="00CB0747" w:rsidRDefault="00BA6686">
      <w:pPr>
        <w:autoSpaceDE w:val="0"/>
        <w:autoSpaceDN w:val="0"/>
        <w:spacing w:before="178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14:paraId="6DDE3DE2" w14:textId="77777777" w:rsidR="000925FD" w:rsidRPr="00CB0747" w:rsidRDefault="00BA6686">
      <w:pPr>
        <w:autoSpaceDE w:val="0"/>
        <w:autoSpaceDN w:val="0"/>
        <w:spacing w:before="178" w:after="0" w:line="262" w:lineRule="auto"/>
        <w:ind w:left="240" w:right="129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14:paraId="01F8F001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14:paraId="461C153A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14:paraId="3E673B1F" w14:textId="77777777" w:rsidR="000925FD" w:rsidRPr="00CB0747" w:rsidRDefault="00BA6686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находить с помощью учителя причину возникшей ошибки и трудности.</w:t>
      </w:r>
    </w:p>
    <w:p w14:paraId="1953F812" w14:textId="77777777" w:rsidR="000925FD" w:rsidRPr="00CB0747" w:rsidRDefault="00BA6686">
      <w:pPr>
        <w:autoSpaceDE w:val="0"/>
        <w:autoSpaceDN w:val="0"/>
        <w:spacing w:before="180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45607BEB" w14:textId="77777777" w:rsidR="000925FD" w:rsidRPr="00CB0747" w:rsidRDefault="00BA6686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14:paraId="217EB4C0" w14:textId="77777777" w:rsidR="000925FD" w:rsidRPr="00CB0747" w:rsidRDefault="00BA6686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14:paraId="14E8DD14" w14:textId="77777777" w:rsidR="000925FD" w:rsidRPr="00CB0747" w:rsidRDefault="00BA66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14:paraId="44760C00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действий, измерений); </w:t>
      </w:r>
    </w:p>
    <w:p w14:paraId="7FB73DA1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совместно с учителем оценивать результаты выполнения общей работы.</w:t>
      </w:r>
    </w:p>
    <w:p w14:paraId="33C43D54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328" w:right="888" w:bottom="1440" w:left="846" w:header="720" w:footer="720" w:gutter="0"/>
          <w:cols w:space="720" w:equalWidth="0">
            <w:col w:w="10166" w:space="0"/>
          </w:cols>
          <w:docGrid w:linePitch="360"/>
        </w:sectPr>
      </w:pPr>
    </w:p>
    <w:p w14:paraId="0A719277" w14:textId="77777777" w:rsidR="000925FD" w:rsidRPr="00CB0747" w:rsidRDefault="000925FD">
      <w:pPr>
        <w:autoSpaceDE w:val="0"/>
        <w:autoSpaceDN w:val="0"/>
        <w:spacing w:after="78" w:line="220" w:lineRule="exact"/>
        <w:rPr>
          <w:lang w:val="ru-RU"/>
        </w:rPr>
      </w:pPr>
    </w:p>
    <w:p w14:paraId="420C95A1" w14:textId="77777777" w:rsidR="000925FD" w:rsidRPr="00CB0747" w:rsidRDefault="00BA6686">
      <w:pPr>
        <w:autoSpaceDE w:val="0"/>
        <w:autoSpaceDN w:val="0"/>
        <w:spacing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77D51661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44C87FB9" w14:textId="77777777" w:rsidR="000925FD" w:rsidRPr="00CB0747" w:rsidRDefault="00BA6686">
      <w:pPr>
        <w:autoSpaceDE w:val="0"/>
        <w:autoSpaceDN w:val="0"/>
        <w:spacing w:before="26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РЕЗУЛЬТАТЫ.</w:t>
      </w:r>
    </w:p>
    <w:p w14:paraId="5AD8B90B" w14:textId="77777777" w:rsidR="000925FD" w:rsidRPr="00CB0747" w:rsidRDefault="00BA6686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CB0747">
        <w:rPr>
          <w:lang w:val="ru-RU"/>
        </w:rPr>
        <w:tab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473FB6DC" w14:textId="77777777" w:rsidR="000925FD" w:rsidRPr="00CB0747" w:rsidRDefault="00BA6686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7256E3EB" w14:textId="77777777" w:rsidR="000925FD" w:rsidRPr="00CB0747" w:rsidRDefault="00BA6686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0A72B1F3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6D216941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35CFC25F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7E6095BE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5A5D950E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532C1DD1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5E80ABB2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0947C487" w14:textId="77777777" w:rsidR="000925FD" w:rsidRPr="00CB0747" w:rsidRDefault="00BA6686">
      <w:pPr>
        <w:autoSpaceDE w:val="0"/>
        <w:autoSpaceDN w:val="0"/>
        <w:spacing w:before="324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214B21FF" w14:textId="77777777" w:rsidR="000925FD" w:rsidRPr="00CB0747" w:rsidRDefault="00BA6686">
      <w:pPr>
        <w:autoSpaceDE w:val="0"/>
        <w:autoSpaceDN w:val="0"/>
        <w:spacing w:before="168" w:after="0" w:line="271" w:lineRule="auto"/>
        <w:ind w:left="18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у обучающегося формируются следующие универсальные учебные действия. </w:t>
      </w: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Универсальныепознавательные учебные действия: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5A63FAE4" w14:textId="77777777" w:rsidR="000925FD" w:rsidRPr="00CB0747" w:rsidRDefault="00BA6686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489CF311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48259EC7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66491CB2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1DDEC1CA" w14:textId="77777777" w:rsidR="000925FD" w:rsidRPr="00CB0747" w:rsidRDefault="00BA668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05BD3628" w14:textId="77777777" w:rsidR="000925FD" w:rsidRPr="00CB0747" w:rsidRDefault="00BA668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проявлять способность ориентироваться в учебном материале разных разделов курса</w:t>
      </w:r>
    </w:p>
    <w:p w14:paraId="46D352DB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650" w:bottom="27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41E697C" w14:textId="77777777" w:rsidR="000925FD" w:rsidRPr="00CB0747" w:rsidRDefault="000925FD">
      <w:pPr>
        <w:autoSpaceDE w:val="0"/>
        <w:autoSpaceDN w:val="0"/>
        <w:spacing w:after="0" w:line="166" w:lineRule="exact"/>
        <w:rPr>
          <w:lang w:val="ru-RU"/>
        </w:rPr>
      </w:pPr>
    </w:p>
    <w:p w14:paraId="0DC1904B" w14:textId="77777777" w:rsidR="000925FD" w:rsidRPr="00CB0747" w:rsidRDefault="00BA6686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55C94358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2529665B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14:paraId="40486D4D" w14:textId="77777777" w:rsidR="000925FD" w:rsidRPr="00CB0747" w:rsidRDefault="00BA6686">
      <w:pPr>
        <w:autoSpaceDE w:val="0"/>
        <w:autoSpaceDN w:val="0"/>
        <w:spacing w:before="178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3595FE50" w14:textId="77777777" w:rsidR="000925FD" w:rsidRPr="00CB0747" w:rsidRDefault="00BA6686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564A06A6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70EDE1FF" w14:textId="77777777" w:rsidR="000925FD" w:rsidRPr="00CB0747" w:rsidRDefault="00BA6686">
      <w:pPr>
        <w:autoSpaceDE w:val="0"/>
        <w:autoSpaceDN w:val="0"/>
        <w:spacing w:before="192" w:after="0" w:line="262" w:lineRule="auto"/>
        <w:ind w:left="240" w:right="432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7103EFB7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3F1037E4" w14:textId="77777777" w:rsidR="000925FD" w:rsidRPr="00CB0747" w:rsidRDefault="00BA6686">
      <w:pPr>
        <w:autoSpaceDE w:val="0"/>
        <w:autoSpaceDN w:val="0"/>
        <w:spacing w:before="178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6C3CFBC5" w14:textId="77777777" w:rsidR="000925FD" w:rsidRPr="00CB0747" w:rsidRDefault="00BA6686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утверждения, проверять их истинность; строить логическое рассуждение; </w:t>
      </w:r>
    </w:p>
    <w:p w14:paraId="7A939B84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текст задания для объяснения способа и хода решения математической задачи; </w:t>
      </w:r>
    </w:p>
    <w:p w14:paraId="0BC206F9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ответ; </w:t>
      </w:r>
    </w:p>
    <w:p w14:paraId="2D924737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процесс вычисления, построения, решения; объяснять полученный ответ с использованием изученной терминологии; </w:t>
      </w:r>
    </w:p>
    <w:p w14:paraId="5FC2CAC4" w14:textId="77777777" w:rsidR="000925FD" w:rsidRPr="00CB0747" w:rsidRDefault="00BA66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 </w:t>
      </w:r>
    </w:p>
    <w:p w14:paraId="4EE9AD79" w14:textId="77777777" w:rsidR="000925FD" w:rsidRPr="00CB0747" w:rsidRDefault="00BA6686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 </w:t>
      </w:r>
    </w:p>
    <w:p w14:paraId="75B0E6DA" w14:textId="77777777" w:rsidR="000925FD" w:rsidRPr="00CB0747" w:rsidRDefault="00BA6686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алгоритмах: воспроизводить, дополнять, исправлять деформированные; </w:t>
      </w:r>
    </w:p>
    <w:p w14:paraId="1E95289E" w14:textId="77777777" w:rsidR="000925FD" w:rsidRPr="00CB0747" w:rsidRDefault="00BA6686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по аналогии; </w:t>
      </w:r>
    </w:p>
    <w:p w14:paraId="5B43ECC5" w14:textId="77777777" w:rsidR="000925FD" w:rsidRPr="00CB0747" w:rsidRDefault="00BA6686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тексты заданий, аналогичные типовым изученным.</w:t>
      </w:r>
    </w:p>
    <w:p w14:paraId="57DF2452" w14:textId="77777777" w:rsidR="000925FD" w:rsidRPr="00CB0747" w:rsidRDefault="00BA6686">
      <w:pPr>
        <w:autoSpaceDE w:val="0"/>
        <w:autoSpaceDN w:val="0"/>
        <w:spacing w:before="178" w:after="0" w:line="262" w:lineRule="auto"/>
        <w:ind w:right="4752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регулятивные учебные действия: </w:t>
      </w: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26814711" w14:textId="77777777" w:rsidR="000925FD" w:rsidRPr="00CB0747" w:rsidRDefault="00BA6686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48901285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5A234CC2" w14:textId="77777777" w:rsidR="000925FD" w:rsidRPr="00CB0747" w:rsidRDefault="00BA6686">
      <w:pPr>
        <w:autoSpaceDE w:val="0"/>
        <w:autoSpaceDN w:val="0"/>
        <w:spacing w:before="178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1744A384" w14:textId="77777777" w:rsidR="000925FD" w:rsidRPr="00CB0747" w:rsidRDefault="00BA6686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3F41CE27" w14:textId="77777777" w:rsidR="000925FD" w:rsidRPr="00CB0747" w:rsidRDefault="00BA6686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5A8E87C8" w14:textId="77777777" w:rsidR="000925FD" w:rsidRPr="00CB0747" w:rsidRDefault="00BA6686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28FBE6CA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166" w:right="722" w:bottom="34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62D192C5" w14:textId="77777777" w:rsidR="000925FD" w:rsidRPr="00CB0747" w:rsidRDefault="000925FD">
      <w:pPr>
        <w:autoSpaceDE w:val="0"/>
        <w:autoSpaceDN w:val="0"/>
        <w:spacing w:after="78" w:line="220" w:lineRule="exact"/>
        <w:rPr>
          <w:lang w:val="ru-RU"/>
        </w:rPr>
      </w:pPr>
    </w:p>
    <w:p w14:paraId="1CF88309" w14:textId="77777777" w:rsidR="000925FD" w:rsidRPr="00CB0747" w:rsidRDefault="00BA668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04C7A03A" w14:textId="77777777" w:rsidR="000925FD" w:rsidRPr="00CB0747" w:rsidRDefault="00BA6686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795A8E22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220BAFFB" w14:textId="77777777" w:rsidR="000925FD" w:rsidRPr="00CB0747" w:rsidRDefault="00BA6686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356AECF4" w14:textId="77777777" w:rsidR="000925FD" w:rsidRPr="00CB0747" w:rsidRDefault="00BA6686">
      <w:pPr>
        <w:autoSpaceDE w:val="0"/>
        <w:autoSpaceDN w:val="0"/>
        <w:spacing w:before="178" w:after="0" w:line="271" w:lineRule="auto"/>
        <w:ind w:left="420" w:right="7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62110C07" w14:textId="77777777" w:rsidR="000925FD" w:rsidRPr="00CB0747" w:rsidRDefault="00BA6686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43075C02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C618F0C" w14:textId="77777777" w:rsidR="000925FD" w:rsidRPr="00CB0747" w:rsidRDefault="00BA6686">
      <w:pPr>
        <w:autoSpaceDE w:val="0"/>
        <w:autoSpaceDN w:val="0"/>
        <w:spacing w:before="322"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15B97C6E" w14:textId="77777777" w:rsidR="000925FD" w:rsidRPr="00CB0747" w:rsidRDefault="00BA6686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во 2</w:t>
      </w: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классе </w:t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07E73CDD" w14:textId="77777777" w:rsidR="000925FD" w:rsidRPr="00CB0747" w:rsidRDefault="00BA668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14:paraId="4D16A6E7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14:paraId="790DC3BB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14:paraId="201AD8A4" w14:textId="77777777" w:rsidR="000925FD" w:rsidRPr="00CB0747" w:rsidRDefault="00BA6686">
      <w:pPr>
        <w:autoSpaceDE w:val="0"/>
        <w:autoSpaceDN w:val="0"/>
        <w:spacing w:before="190" w:after="0" w:line="262" w:lineRule="auto"/>
        <w:ind w:left="288" w:right="864"/>
        <w:jc w:val="center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14:paraId="40F5E139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14:paraId="33CE12C9" w14:textId="77777777" w:rsidR="000925FD" w:rsidRPr="00CB0747" w:rsidRDefault="00BA6686">
      <w:pPr>
        <w:autoSpaceDE w:val="0"/>
        <w:autoSpaceDN w:val="0"/>
        <w:spacing w:before="190" w:after="0" w:line="278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 в другие; </w:t>
      </w:r>
    </w:p>
    <w:p w14:paraId="03B38303" w14:textId="77777777" w:rsidR="000925FD" w:rsidRPr="00CB0747" w:rsidRDefault="00BA6686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14:paraId="18B5C356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14:paraId="10138B65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14:paraId="58D74A4D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14:paraId="564A570B" w14:textId="77777777" w:rsidR="000925FD" w:rsidRPr="00CB0747" w:rsidRDefault="00BA668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выделять среди четырехугольников прямоугольники, квадраты; </w:t>
      </w:r>
    </w:p>
    <w:p w14:paraId="7CFA307C" w14:textId="77777777" w:rsidR="000925FD" w:rsidRPr="00CB0747" w:rsidRDefault="00BA6686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бумаге в клетку изображать ломаную, многоугольник; чертить прямой угол, прямоугольник с заданными длинами сторон; </w:t>
      </w:r>
    </w:p>
    <w:p w14:paraId="2523100A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760" w:bottom="372" w:left="666" w:header="720" w:footer="720" w:gutter="0"/>
          <w:cols w:space="720" w:equalWidth="0">
            <w:col w:w="10474" w:space="0"/>
          </w:cols>
          <w:docGrid w:linePitch="360"/>
        </w:sectPr>
      </w:pPr>
    </w:p>
    <w:p w14:paraId="4D2B2760" w14:textId="77777777" w:rsidR="000925FD" w:rsidRPr="00CB0747" w:rsidRDefault="000925FD">
      <w:pPr>
        <w:autoSpaceDE w:val="0"/>
        <w:autoSpaceDN w:val="0"/>
        <w:spacing w:after="72" w:line="220" w:lineRule="exact"/>
        <w:rPr>
          <w:lang w:val="ru-RU"/>
        </w:rPr>
      </w:pPr>
    </w:p>
    <w:p w14:paraId="0B925C41" w14:textId="77777777" w:rsidR="000925FD" w:rsidRPr="00CB0747" w:rsidRDefault="00BA6686">
      <w:pPr>
        <w:autoSpaceDE w:val="0"/>
        <w:autoSpaceDN w:val="0"/>
        <w:spacing w:after="0" w:line="350" w:lineRule="auto"/>
        <w:rPr>
          <w:lang w:val="ru-RU"/>
        </w:rPr>
      </w:pP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выполнения построений линейку, угольник;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со словами «все»,«каждый»;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одно-двухшаговые логические рассуждения и делать выводы;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(находить общее, различное);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(дополнять) текстовую задачу;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вычислений.</w:t>
      </w:r>
    </w:p>
    <w:p w14:paraId="08E9DCF1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14:paraId="0ECDCD4A" w14:textId="77777777" w:rsidR="00CB0747" w:rsidRPr="00CB0747" w:rsidRDefault="00CB0747" w:rsidP="00CB0747">
      <w:pPr>
        <w:rPr>
          <w:lang w:val="ru-RU"/>
        </w:rPr>
      </w:pPr>
      <w:r w:rsidRPr="00CB0747">
        <w:rPr>
          <w:b/>
          <w:lang w:val="ru-RU"/>
        </w:rPr>
        <w:lastRenderedPageBreak/>
        <w:t xml:space="preserve">ТЕМАТИЧЕСКОЕ ПЛАНИРОВАНИЕ </w:t>
      </w:r>
    </w:p>
    <w:p w14:paraId="08494B28" w14:textId="77777777" w:rsidR="00CB0747" w:rsidRPr="00CB0747" w:rsidRDefault="00CB0747" w:rsidP="00CB0747">
      <w:pPr>
        <w:rPr>
          <w:lang w:val="ru-RU"/>
        </w:rPr>
      </w:pPr>
      <w:r w:rsidRPr="00CB074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276151" wp14:editId="74CD231C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63632" name="Group 63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65667" name="Shape 65667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3ED42" id="Group 63632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">
                <v:shape id="Shape 65667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CB0747">
        <w:rPr>
          <w:b/>
          <w:lang w:val="ru-RU"/>
        </w:rPr>
        <w:t xml:space="preserve"> </w:t>
      </w:r>
    </w:p>
    <w:p w14:paraId="7ED4E4A4" w14:textId="77777777" w:rsidR="00CB0747" w:rsidRPr="00CB0747" w:rsidRDefault="00CB0747" w:rsidP="00CB0747">
      <w:pPr>
        <w:rPr>
          <w:lang w:val="ru-RU"/>
        </w:rPr>
      </w:pPr>
      <w:r w:rsidRPr="00CB0747">
        <w:rPr>
          <w:b/>
          <w:lang w:val="ru-RU"/>
        </w:rPr>
        <w:t xml:space="preserve"> </w:t>
      </w:r>
    </w:p>
    <w:tbl>
      <w:tblPr>
        <w:tblStyle w:val="TableGrid"/>
        <w:tblW w:w="15509" w:type="dxa"/>
        <w:tblInd w:w="-766" w:type="dxa"/>
        <w:tblCellMar>
          <w:top w:w="3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45"/>
        <w:gridCol w:w="3998"/>
        <w:gridCol w:w="611"/>
        <w:gridCol w:w="1485"/>
        <w:gridCol w:w="1541"/>
        <w:gridCol w:w="1049"/>
        <w:gridCol w:w="3014"/>
        <w:gridCol w:w="1443"/>
        <w:gridCol w:w="1923"/>
      </w:tblGrid>
      <w:tr w:rsidR="00CB0747" w:rsidRPr="00CB0747" w14:paraId="5E339271" w14:textId="77777777" w:rsidTr="00D61697">
        <w:trPr>
          <w:trHeight w:val="351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460B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№ </w:t>
            </w:r>
          </w:p>
          <w:p w14:paraId="6810018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п/п </w:t>
            </w:r>
          </w:p>
        </w:tc>
        <w:tc>
          <w:tcPr>
            <w:tcW w:w="4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8AF0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300795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Количество часов </w:t>
            </w: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3BBC7F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B2F5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Дата изучения 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35F2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Виды деятельности 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6AA3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Виды, формы контроля </w:t>
            </w:r>
          </w:p>
        </w:tc>
        <w:tc>
          <w:tcPr>
            <w:tcW w:w="1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C152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CB0747" w:rsidRPr="00CB0747" w14:paraId="22BB4F80" w14:textId="77777777" w:rsidTr="00D61697">
        <w:trPr>
          <w:trHeight w:val="5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D1C3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D2870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5419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всего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2A6E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контрольные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9025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BC66D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84958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297A7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09D9D" w14:textId="77777777" w:rsidR="00CB0747" w:rsidRPr="00CB0747" w:rsidRDefault="00CB0747" w:rsidP="00CB0747">
            <w:pPr>
              <w:spacing w:after="200" w:line="276" w:lineRule="auto"/>
            </w:pPr>
          </w:p>
        </w:tc>
      </w:tr>
      <w:tr w:rsidR="00CB0747" w:rsidRPr="00CB0747" w14:paraId="32F1151E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6E5B5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1. </w:t>
            </w:r>
            <w:r w:rsidRPr="00CB0747">
              <w:rPr>
                <w:b/>
              </w:rPr>
              <w:t xml:space="preserve">Числа </w:t>
            </w:r>
          </w:p>
        </w:tc>
        <w:tc>
          <w:tcPr>
            <w:tcW w:w="163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73743D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3F059A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8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C6BCAF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417A4F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FE28E7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73F7AB" w14:textId="77777777" w:rsidR="00CB0747" w:rsidRPr="00CB0747" w:rsidRDefault="00CB0747" w:rsidP="00CB0747">
            <w:pPr>
              <w:spacing w:after="200" w:line="276" w:lineRule="auto"/>
            </w:pPr>
          </w:p>
        </w:tc>
      </w:tr>
      <w:tr w:rsidR="00CB0747" w:rsidRPr="00CB0747" w14:paraId="09626F83" w14:textId="77777777" w:rsidTr="00D61697">
        <w:trPr>
          <w:trHeight w:val="27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C3EA0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F4F47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Числа в пределах 100: чтение, запись, десятичный состав,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544E3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49F9B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FD91A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C9D27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9B0EF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Устная и письменная работа с числами: чтение,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B0D3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57339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</w:t>
            </w:r>
          </w:p>
        </w:tc>
      </w:tr>
      <w:tr w:rsidR="00CB0747" w:rsidRPr="00CB0747" w14:paraId="76BF62A6" w14:textId="77777777" w:rsidTr="00D61697">
        <w:trPr>
          <w:trHeight w:val="192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CB7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FE567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сравнение.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754A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86745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96F7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A6F86F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594F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составление, сравнение, изменение; счёт единицами,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17F8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работа;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0570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приложение к </w:t>
            </w:r>
          </w:p>
        </w:tc>
      </w:tr>
      <w:tr w:rsidR="00CB0747" w:rsidRPr="00CB0747" w14:paraId="1C89F9FF" w14:textId="77777777" w:rsidTr="00D61697">
        <w:trPr>
          <w:trHeight w:val="177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86C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5D80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CA1C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78CC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50E30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21526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246F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двойками, тройками от заданного числа в порядке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87A3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359B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учебнику </w:t>
            </w:r>
          </w:p>
        </w:tc>
      </w:tr>
      <w:tr w:rsidR="00CB0747" w:rsidRPr="009B31D9" w14:paraId="2AC46808" w14:textId="77777777" w:rsidTr="00D61697">
        <w:trPr>
          <w:trHeight w:val="2396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86EE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9D431E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C8BEAA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EB5B9D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CA68D1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C80C45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2F81A0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30BB77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438A352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82633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C8216D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5B27BF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A680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6084CDD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1D8DAD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751278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F6543D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AE7C5D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89D172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D8D20E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2A344EE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3C3E00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C76BD9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254418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241F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45887E1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058F88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0439FF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D5CE52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FCEFC6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2B4E37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08717F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09AFEA8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CC50E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ECF7BF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8D4DE5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2C7C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2D97407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E91C66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975A38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10F55C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45A5DB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9C994E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561A1C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3D883CE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E95AC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F1905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DF7B8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4FB1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19D0D82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C01183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10C1F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90FFA6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5073D7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1CD6FC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145B03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3986B53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FE269B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BFDE1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5CA67F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3CAE0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A99D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убывания/ возрастания.; </w:t>
            </w:r>
          </w:p>
          <w:p w14:paraId="253BA15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BAA929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9C586B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9CE58B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C2E922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1AA30B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91CE0E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13ED161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975938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EAA533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747AB1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B751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72479DC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07C3AB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8E4BE6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A69DD1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A53D3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CF284C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EDD479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1A1088F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763DB3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CDD21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A58FE2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4C6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«Математика», 2 класс (Диск СD), авторы С.И </w:t>
            </w:r>
          </w:p>
          <w:p w14:paraId="794DE4C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C4E81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7">
              <w:r w:rsidRPr="00CB0747">
                <w:rPr>
                  <w:rStyle w:val="aff8"/>
                </w:rPr>
                <w:t>http://school</w:t>
              </w:r>
            </w:hyperlink>
            <w:hyperlink r:id="rId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3E507C8D" w14:textId="77777777" w:rsidTr="00D61697">
        <w:trPr>
          <w:trHeight w:val="2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D7BFB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1B96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Запись равенства, неравенства. Увеличение/уменьшение числа на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925E9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4292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F570F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FABD1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613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Устная и письменная работа с числами: чтение,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99A28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FDE54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</w:t>
            </w:r>
          </w:p>
        </w:tc>
      </w:tr>
      <w:tr w:rsidR="00CB0747" w:rsidRPr="00CB0747" w14:paraId="735D428F" w14:textId="77777777" w:rsidTr="00D61697">
        <w:trPr>
          <w:trHeight w:val="192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6FED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A90B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несколько единиц/десятков; разностное сравнение чисел.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E687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FA689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BF82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C7F2E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807B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составление, сравнение, изменение; счёт единицами,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FBCE1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работа;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1D47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приложение к </w:t>
            </w:r>
          </w:p>
        </w:tc>
      </w:tr>
      <w:tr w:rsidR="00CB0747" w:rsidRPr="00CB0747" w14:paraId="150696A7" w14:textId="77777777" w:rsidTr="00D61697">
        <w:trPr>
          <w:trHeight w:val="177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F64B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5737D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06F76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DBC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55A4C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ED6C8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29FD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двойками, тройками от заданного числа в порядке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B6F4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98F2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учебнику </w:t>
            </w:r>
          </w:p>
        </w:tc>
      </w:tr>
      <w:tr w:rsidR="00CB0747" w:rsidRPr="009B31D9" w14:paraId="301F21F8" w14:textId="77777777" w:rsidTr="00D61697">
        <w:trPr>
          <w:trHeight w:val="2401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E4E5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D9F8ED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D37628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0CCF85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2600D2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9E4779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CCBC19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FCE24A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261FFD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4A1238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4DD3AB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3621CF8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8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23F9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1EEF22E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71AF2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FE737D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456B5C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D87AE3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9334C8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00C652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691A89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CFE7D4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A1807D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36F2C70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97F2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3F1EE1F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ECEA2E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84D702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DD3A2D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B1BE24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7C5CB5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A17806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2A5020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F4B728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C75706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2066C5B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A9B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5DC7CB5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4CFA33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CB6399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5CB6AC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7CC653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75360F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4BBE53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754F74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19FFEA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1F9BAB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147CDB1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FA3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08A4E94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996CFD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9B1478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111AB4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DE4CD9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DAED0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6713CA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1316F2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1082B8F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1FF78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40CB62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5D593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1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5ED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убывания/ возрастания.; </w:t>
            </w:r>
          </w:p>
          <w:p w14:paraId="645724C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E2B57C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FD3A44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551B46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A83666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DFC6F1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83E678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D1652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C78205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77EA0E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2FF0516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0BEA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4D4FEB4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0E0118D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B22F6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67558DC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582C78E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3D2855C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4F6F44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AA1E07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2F2D3CA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  <w:p w14:paraId="757BA8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 </w:t>
            </w:r>
          </w:p>
          <w:p w14:paraId="2402096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F7C4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«Математика», 2 класс (Диск СD), авторы С.И </w:t>
            </w:r>
          </w:p>
          <w:p w14:paraId="21BF6A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76CB31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9">
              <w:r w:rsidRPr="00CB0747">
                <w:rPr>
                  <w:rStyle w:val="aff8"/>
                </w:rPr>
                <w:t>http://school</w:t>
              </w:r>
            </w:hyperlink>
            <w:hyperlink r:id="rId10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3566EBCE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8"/>
        <w:gridCol w:w="4602"/>
        <w:gridCol w:w="505"/>
        <w:gridCol w:w="1018"/>
        <w:gridCol w:w="1044"/>
        <w:gridCol w:w="734"/>
        <w:gridCol w:w="3874"/>
        <w:gridCol w:w="1458"/>
        <w:gridCol w:w="1816"/>
      </w:tblGrid>
      <w:tr w:rsidR="00CB0747" w:rsidRPr="009B31D9" w14:paraId="43E5CE68" w14:textId="77777777" w:rsidTr="00D61697">
        <w:trPr>
          <w:trHeight w:val="31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06F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5165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Чётные и нечётные числа.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79F1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FCC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3A2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3A40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885B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Оформление математических записей.;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DF6D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CB7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6ED4E47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784D2DD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11">
              <w:r w:rsidRPr="00CB0747">
                <w:rPr>
                  <w:rStyle w:val="aff8"/>
                </w:rPr>
                <w:t>http://school</w:t>
              </w:r>
            </w:hyperlink>
            <w:hyperlink r:id="rId12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1C1048D7" w14:textId="77777777" w:rsidTr="00D61697">
        <w:trPr>
          <w:trHeight w:val="30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C322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1.4.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580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>Представление числа в виде суммы разрядных слагаемых</w:t>
            </w:r>
            <w:r w:rsidRPr="00CB0747">
              <w:t xml:space="preserve">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B0E2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A5AF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1629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F398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EDC9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Учебный диалог: обсуждение возможности представления числа разными способами (предметная модель, запись словами, с помощью таблицы разрядов, в виде суммы разрядных слагаемых).;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548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131D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632799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96FB0A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2CD90136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13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14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15DB6C5B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719E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1.5.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81E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Работа с математической терминологией (однозначное, двузначное, чётное-нечётное число; число и цифра; компоненты арифметического действия, их название)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DACA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6569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5C93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4DFF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15EF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Учебный диалог: обсуждение возможности представления числа разными способами (предметная модель, запись словами, с помощью таблицы разрядов, в виде суммы разрядных слагаемых).;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5588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Контрольная работа; </w:t>
            </w:r>
          </w:p>
          <w:p w14:paraId="1B72770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Зачет; </w:t>
            </w:r>
          </w:p>
          <w:p w14:paraId="114E348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1A36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125FB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927DB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</w:t>
            </w:r>
            <w:r w:rsidRPr="00CB0747">
              <w:lastRenderedPageBreak/>
              <w:t xml:space="preserve">адресу: </w:t>
            </w:r>
          </w:p>
          <w:p w14:paraId="690C3F0B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15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16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5CBEF145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88CF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AD0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10 </w:t>
            </w:r>
          </w:p>
        </w:tc>
        <w:tc>
          <w:tcPr>
            <w:tcW w:w="96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B238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</w:tr>
      <w:tr w:rsidR="00CB0747" w:rsidRPr="00CB0747" w14:paraId="7F06E2C2" w14:textId="77777777" w:rsidTr="00D61697">
        <w:trPr>
          <w:trHeight w:val="350"/>
        </w:trPr>
        <w:tc>
          <w:tcPr>
            <w:tcW w:w="1550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3ACE3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2. </w:t>
            </w:r>
            <w:r w:rsidRPr="00CB0747">
              <w:rPr>
                <w:b/>
              </w:rPr>
              <w:t xml:space="preserve">Величины </w:t>
            </w:r>
          </w:p>
        </w:tc>
      </w:tr>
    </w:tbl>
    <w:p w14:paraId="46361C32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8"/>
        <w:gridCol w:w="4590"/>
        <w:gridCol w:w="497"/>
        <w:gridCol w:w="1026"/>
        <w:gridCol w:w="1052"/>
        <w:gridCol w:w="740"/>
        <w:gridCol w:w="3872"/>
        <w:gridCol w:w="1458"/>
        <w:gridCol w:w="1816"/>
      </w:tblGrid>
      <w:tr w:rsidR="00CB0747" w:rsidRPr="009B31D9" w14:paraId="531393D4" w14:textId="77777777" w:rsidTr="00D61697">
        <w:trPr>
          <w:trHeight w:val="31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47D6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BF76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Работа с величинами: сравнение по массе (единица массы — килограмм); измерение длины (единицы длины — метр, дециметр, сантиметр, миллиметр), времени (единицы времени — час, минута).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F884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C05D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951E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8500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3FE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Различение единиц измерения одной и той же величины, установление между ними отношения (больше, меньше, равно), запись результата сравнения;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8C21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B1F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557A20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94765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17">
              <w:r w:rsidRPr="00CB0747">
                <w:rPr>
                  <w:rStyle w:val="aff8"/>
                </w:rPr>
                <w:t>http://school</w:t>
              </w:r>
            </w:hyperlink>
            <w:hyperlink r:id="rId1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2476DC6D" w14:textId="77777777" w:rsidTr="00D61697">
        <w:trPr>
          <w:trHeight w:val="30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B15E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3988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Соотношения между единицами величины (в пределах 100), решение практических задач.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0596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37C5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61C5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98C9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47BE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Обсуждение практических ситуаций.;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1A24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B96C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044E6A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E5166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53DB707A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19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20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78ED6422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0ED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2.3.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D7F1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Измерение величин.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14A5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D627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742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F53E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22AD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Различение единиц измерения одной и той же величины, установление между ними отношения (больше, меньше, равно), запись результата сравнения;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723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4885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96F3BB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B52815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3737F637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21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22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</w:tbl>
    <w:p w14:paraId="4627697B" w14:textId="77777777" w:rsidR="00CB0747" w:rsidRPr="00CB0747" w:rsidRDefault="00CB0747" w:rsidP="00CB0747"/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8"/>
        <w:gridCol w:w="4619"/>
        <w:gridCol w:w="506"/>
        <w:gridCol w:w="1018"/>
        <w:gridCol w:w="1045"/>
        <w:gridCol w:w="734"/>
        <w:gridCol w:w="3855"/>
        <w:gridCol w:w="1458"/>
        <w:gridCol w:w="1816"/>
      </w:tblGrid>
      <w:tr w:rsidR="00CB0747" w:rsidRPr="009B31D9" w14:paraId="41757189" w14:textId="77777777" w:rsidTr="00D61697">
        <w:trPr>
          <w:trHeight w:val="304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67AB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689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Сравнение и упорядочение однородных величин.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F45F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F2A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87F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E21B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1383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Проектные задания с величинами, например временем: чтение расписания, графика работы; составление схемы для определения отрезка времени; установление соотношения между единицами времени: годом, месяцем, неделей, сутками.;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54BE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Контрольная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D94D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172DCB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E8AE4B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</w:t>
            </w:r>
            <w:r w:rsidRPr="00CB0747">
              <w:lastRenderedPageBreak/>
              <w:t xml:space="preserve">образовательных ресурсов (или по адресу: </w:t>
            </w:r>
            <w:hyperlink r:id="rId23">
              <w:r w:rsidRPr="00CB0747">
                <w:rPr>
                  <w:rStyle w:val="aff8"/>
                </w:rPr>
                <w:t>http://school</w:t>
              </w:r>
            </w:hyperlink>
            <w:hyperlink r:id="rId24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75190B27" w14:textId="77777777" w:rsidTr="00D61697">
        <w:trPr>
          <w:trHeight w:val="350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176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39F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11 </w:t>
            </w:r>
          </w:p>
        </w:tc>
        <w:tc>
          <w:tcPr>
            <w:tcW w:w="96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97B3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</w:tr>
      <w:tr w:rsidR="00CB0747" w:rsidRPr="00CB0747" w14:paraId="5C98EE31" w14:textId="77777777" w:rsidTr="00D61697">
        <w:trPr>
          <w:trHeight w:val="346"/>
        </w:trPr>
        <w:tc>
          <w:tcPr>
            <w:tcW w:w="1550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DC20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3. </w:t>
            </w:r>
            <w:r w:rsidRPr="00CB0747">
              <w:rPr>
                <w:b/>
              </w:rPr>
              <w:t xml:space="preserve">Арифметические действия </w:t>
            </w:r>
          </w:p>
        </w:tc>
      </w:tr>
      <w:tr w:rsidR="00CB0747" w:rsidRPr="00CB0747" w14:paraId="1FEEAE11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A65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932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Устное сложение и вычитание чисел в пределах 100 без перехода и с переходом через разряд.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1389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2E3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E443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B76A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2BC0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Упражнения: различение приёмов вычисления (устные и письменные). Выбор удобного способа выполнения действия.;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351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A102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39AA89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7F42B5C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3D452023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25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26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55162EFD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8835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3.2.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461A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Письменное сложение и вычитание чисел в пределах 100. Переместительное, сочетательное свойства сложения, их применение для вычислений.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3E9F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454F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C81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638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CFBB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деятельность: устные и письменные приёмы вычислений. Прикидка результата выполнения действия.;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14A4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CA6B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6BA3C70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516C1D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27">
              <w:r w:rsidRPr="00CB0747">
                <w:rPr>
                  <w:rStyle w:val="aff8"/>
                </w:rPr>
                <w:t>http://school</w:t>
              </w:r>
            </w:hyperlink>
            <w:hyperlink r:id="rId2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4F15855D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8"/>
        <w:gridCol w:w="4572"/>
        <w:gridCol w:w="495"/>
        <w:gridCol w:w="1021"/>
        <w:gridCol w:w="1048"/>
        <w:gridCol w:w="737"/>
        <w:gridCol w:w="3904"/>
        <w:gridCol w:w="1458"/>
        <w:gridCol w:w="1816"/>
      </w:tblGrid>
      <w:tr w:rsidR="00CB0747" w:rsidRPr="009B31D9" w14:paraId="46E1FD82" w14:textId="77777777" w:rsidTr="00D61697">
        <w:trPr>
          <w:trHeight w:val="31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186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01A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B2BC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5A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12E4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84F8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0A93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Комментирование хода выполнения арифметического действия с использованием математической терминологии </w:t>
            </w:r>
          </w:p>
          <w:p w14:paraId="61E795E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(десятки, единицы, сумма, разность и др.).;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248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C4B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65942AC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039DD0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29">
              <w:r w:rsidRPr="00CB0747">
                <w:rPr>
                  <w:rStyle w:val="aff8"/>
                </w:rPr>
                <w:t>http://school</w:t>
              </w:r>
            </w:hyperlink>
            <w:hyperlink r:id="rId30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457C2FE8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7507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126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Действия умножения и деления чисел. Взаимосвязь сложения и умножения. Иллюстрация умножения с помощью предметной модели сюжетной ситуации.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77D7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636D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1ED4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8B8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DBBF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Комментирование хода выполнения арифметического действия с использованием математической терминологии </w:t>
            </w:r>
          </w:p>
          <w:p w14:paraId="768FCC8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(десятки, единицы, сумма, разность и др.).;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A8C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550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21E794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61E6E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487B83CD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31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32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4D34A115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6A85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3.5.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5731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>Названия компонентов действий умножения, деления</w:t>
            </w:r>
            <w:r w:rsidRPr="00CB0747">
              <w:t xml:space="preserve">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C1C0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41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F3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61EA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2B23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Комментирование хода выполнения арифметического действия с использованием математической терминологии </w:t>
            </w:r>
          </w:p>
          <w:p w14:paraId="50BB3DF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(десятки, единицы, сумма, разность и др.).;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44A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DC53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4B2AF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6105FB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33">
              <w:r w:rsidRPr="00CB0747">
                <w:rPr>
                  <w:rStyle w:val="aff8"/>
                </w:rPr>
                <w:t>http://school</w:t>
              </w:r>
            </w:hyperlink>
            <w:hyperlink r:id="rId34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771485E8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7"/>
        <w:gridCol w:w="4587"/>
        <w:gridCol w:w="491"/>
        <w:gridCol w:w="1010"/>
        <w:gridCol w:w="1036"/>
        <w:gridCol w:w="728"/>
        <w:gridCol w:w="3926"/>
        <w:gridCol w:w="1458"/>
        <w:gridCol w:w="1816"/>
      </w:tblGrid>
      <w:tr w:rsidR="00CB0747" w:rsidRPr="009B31D9" w14:paraId="64B73984" w14:textId="77777777" w:rsidTr="00D61697">
        <w:trPr>
          <w:trHeight w:val="31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208F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3.6.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EFD5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Табличное умножение в пределах 50. Табличные случаи умножения, деления при вычислениях и решении задач.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8E37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7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C354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5FE0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022A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EF42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Учебный диалог: участие в обсуждении возможных ошибок в выполнении арифметических действий.;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A5E6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740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D00469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EA1153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35">
              <w:r w:rsidRPr="00CB0747">
                <w:rPr>
                  <w:rStyle w:val="aff8"/>
                </w:rPr>
                <w:t>http://school</w:t>
              </w:r>
            </w:hyperlink>
            <w:hyperlink r:id="rId36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39B019A7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5DA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3.7.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EF8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Умножение на 1, на 0 (по правилу).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59F3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9583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A3D5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16E6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5603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сложения).Объяснение с помощью модели приёмов нахождения суммы, разности. Использование правил (умножения на 0, на 1) при вычислении.;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95FB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AF19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B42E11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FC2ABF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4A4AFBF1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37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38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6FD92760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F1F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3.8.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433F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Переместительное свойство умножения.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AD91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DD9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0817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46D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5AA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сложения).Объяснение с помощью модели приёмов нахождения суммы, разности. Использование правил (умножения на 0, на 1) при вычислении.;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AAF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42AAA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99ADAC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4C90BD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39">
              <w:r w:rsidRPr="00CB0747">
                <w:rPr>
                  <w:rStyle w:val="aff8"/>
                </w:rPr>
                <w:t>http://school</w:t>
              </w:r>
            </w:hyperlink>
            <w:hyperlink r:id="rId40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78C88502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4549"/>
        <w:gridCol w:w="503"/>
        <w:gridCol w:w="1014"/>
        <w:gridCol w:w="1040"/>
        <w:gridCol w:w="730"/>
        <w:gridCol w:w="3934"/>
        <w:gridCol w:w="1443"/>
        <w:gridCol w:w="1801"/>
      </w:tblGrid>
      <w:tr w:rsidR="00CB0747" w:rsidRPr="009B31D9" w14:paraId="5BDAADC0" w14:textId="77777777" w:rsidTr="00D61697">
        <w:trPr>
          <w:trHeight w:val="314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396B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3.9.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A91A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Взаимосвязь компонентов и результата действия умножения, действия деления.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16D1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397A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EA3C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E2B1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6E4F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сложения).Объяснение с помощью модели приёмов нахождения суммы, разности. Использование правил (умножения на 0, на 1) при вычислении.;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9F37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E67C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3015DE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67BF10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41">
              <w:r w:rsidRPr="00CB0747">
                <w:rPr>
                  <w:rStyle w:val="aff8"/>
                </w:rPr>
                <w:t>http://school</w:t>
              </w:r>
            </w:hyperlink>
            <w:hyperlink r:id="rId42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0193DCE9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8838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3.10.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B7A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Неизвестный компонент действия сложения, действия вычитания; его нахождение.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41A7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84C2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E56D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6A53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F57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Дифференцированные задания на проведение контроля и самоконтроля. Проверка хода и результата выполнения действия по алгоритму. Оценка рациональности выбранного приёма вычисления. Установление соответствия между математическим выражением и его текстовым описанием.;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93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ACBF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81FA36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0CBF2F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2B33E98F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43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44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6A282031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E79F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3.11.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A24C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скобками/без скобок) в пределах 100 (не более трёх действий); нахождение его значения.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2CA4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16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6DEA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8BD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1C3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8EAE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в группах: приведение примеров, </w:t>
            </w:r>
          </w:p>
          <w:p w14:paraId="08F8C09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03EE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B42E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1C13C0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2D27C7C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45">
              <w:r w:rsidRPr="00CB0747">
                <w:rPr>
                  <w:rStyle w:val="aff8"/>
                </w:rPr>
                <w:t>http://school</w:t>
              </w:r>
            </w:hyperlink>
            <w:hyperlink r:id="rId46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2067DE28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4560"/>
        <w:gridCol w:w="503"/>
        <w:gridCol w:w="1013"/>
        <w:gridCol w:w="1039"/>
        <w:gridCol w:w="730"/>
        <w:gridCol w:w="3925"/>
        <w:gridCol w:w="1443"/>
        <w:gridCol w:w="1801"/>
      </w:tblGrid>
      <w:tr w:rsidR="00CB0747" w:rsidRPr="009B31D9" w14:paraId="09EE25CE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5C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3.12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94E6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Вычитание суммы из числа, числа из суммы.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0C5A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BF04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FF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F84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C1A4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Дифференцированное задание: объяснение хода выполнения вычислений по образцу. Применение правил порядка выполнения действий; объяснение возможных ошибок.;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99C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6438F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CE98BC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26A458C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47">
              <w:r w:rsidRPr="00CB0747">
                <w:rPr>
                  <w:rStyle w:val="aff8"/>
                </w:rPr>
                <w:t>http://school</w:t>
              </w:r>
            </w:hyperlink>
            <w:hyperlink r:id="rId4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5E6891CB" w14:textId="77777777" w:rsidTr="00D61697">
        <w:trPr>
          <w:trHeight w:val="309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D181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3.13.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121E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Вычисление суммы, разности удобным способом.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ECA6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945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3C3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D2B2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D45D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Пропедевтика исследовательской работы: рациональные приёмы вычислений;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D3EA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Контрольная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9FFC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B57924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9944F3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09B0CB01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49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50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088B627D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E0DE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966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58 </w:t>
            </w:r>
          </w:p>
        </w:tc>
        <w:tc>
          <w:tcPr>
            <w:tcW w:w="96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FBCD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</w:tr>
      <w:tr w:rsidR="00CB0747" w:rsidRPr="00CB0747" w14:paraId="5BDFD0D1" w14:textId="77777777" w:rsidTr="00D61697">
        <w:trPr>
          <w:trHeight w:val="350"/>
        </w:trPr>
        <w:tc>
          <w:tcPr>
            <w:tcW w:w="1550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E109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4. </w:t>
            </w:r>
            <w:r w:rsidRPr="00CB0747">
              <w:rPr>
                <w:b/>
              </w:rPr>
              <w:t xml:space="preserve">Текстовые задачи </w:t>
            </w:r>
          </w:p>
        </w:tc>
      </w:tr>
      <w:tr w:rsidR="00CB0747" w:rsidRPr="009B31D9" w14:paraId="12E4D967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AB8D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4.1.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04E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Чтение, представление текста задачи в виде рисунка, схемы или другой модели.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8C0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FCE8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2A65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3881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9585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FB8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538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FDB1CC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3EC14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51">
              <w:r w:rsidRPr="00CB0747">
                <w:rPr>
                  <w:rStyle w:val="aff8"/>
                </w:rPr>
                <w:t>http://school</w:t>
              </w:r>
            </w:hyperlink>
            <w:hyperlink r:id="rId52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7074FB1D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7"/>
        <w:gridCol w:w="4605"/>
        <w:gridCol w:w="494"/>
        <w:gridCol w:w="1018"/>
        <w:gridCol w:w="1045"/>
        <w:gridCol w:w="735"/>
        <w:gridCol w:w="3881"/>
        <w:gridCol w:w="1458"/>
        <w:gridCol w:w="1816"/>
      </w:tblGrid>
      <w:tr w:rsidR="00CB0747" w:rsidRPr="009B31D9" w14:paraId="01FE7280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784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E0A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План решения задачи в два действия, выбор соответствующих плану арифметических действий. Запись решения и ответа задачи.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453A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A6A6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12D3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F6BC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63C8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арифметических действий в соответствии с планом; использование модели для решения, поиск другого способа и др.;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D10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5FD4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221DE9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864117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53">
              <w:r w:rsidRPr="00CB0747">
                <w:rPr>
                  <w:rStyle w:val="aff8"/>
                </w:rPr>
                <w:t>http://school</w:t>
              </w:r>
            </w:hyperlink>
            <w:hyperlink r:id="rId54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566656BC" w14:textId="77777777" w:rsidTr="00D61697">
        <w:trPr>
          <w:trHeight w:val="31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B466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9D11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Решение текстовых задач на применение смысла </w:t>
            </w:r>
          </w:p>
          <w:p w14:paraId="0FE6414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арифметического действия (сложение, вычитание, умножение, деление).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50C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1A6E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DBAA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D4E8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9CEE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в парах/группах. Составление задач с заданным математическим отношением, по заданному числовому выражению. Составление модели, плана решения задачи. Назначение скобок в записи числового выражения при решении задачи.;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27F0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021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E539BD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88EF0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5EBEBD05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55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56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2243C03D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A560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4.4.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3C5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Расчётные задачи на увеличение/ уменьшение величины на несколько единиц/ в несколько раз.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BBF3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C8B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9157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9340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849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арифметических действий в соответствии с планом; использование модели для решения, поиск другого способа и др.;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101E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2B01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35B476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2FCE8EA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57">
              <w:r w:rsidRPr="00CB0747">
                <w:rPr>
                  <w:rStyle w:val="aff8"/>
                </w:rPr>
                <w:t>http://school</w:t>
              </w:r>
            </w:hyperlink>
            <w:hyperlink r:id="rId5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1C32ABA5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7"/>
        <w:gridCol w:w="4607"/>
        <w:gridCol w:w="505"/>
        <w:gridCol w:w="1017"/>
        <w:gridCol w:w="1043"/>
        <w:gridCol w:w="733"/>
        <w:gridCol w:w="3873"/>
        <w:gridCol w:w="1458"/>
        <w:gridCol w:w="1816"/>
      </w:tblGrid>
      <w:tr w:rsidR="00CB0747" w:rsidRPr="009B31D9" w14:paraId="52B93A15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F97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4.5.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E63A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Фиксация ответа к задаче и его проверка (формулирование, проверка на достоверность, следование плану, соответствие поставленному вопросу).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22FE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54F4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FD31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1703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AF8E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Контроль и самоконтроль при решении задач. Анализ образцов записи решения задачи по действиям и с помощью числового выражения;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B604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8692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B16678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258DF9E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59">
              <w:r w:rsidRPr="00CB0747">
                <w:rPr>
                  <w:rStyle w:val="aff8"/>
                </w:rPr>
                <w:t>http://school</w:t>
              </w:r>
            </w:hyperlink>
            <w:hyperlink r:id="rId60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7233DBE2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61A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8A5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12 </w:t>
            </w:r>
          </w:p>
        </w:tc>
        <w:tc>
          <w:tcPr>
            <w:tcW w:w="96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ABC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</w:tr>
      <w:tr w:rsidR="00CB0747" w:rsidRPr="009B31D9" w14:paraId="44B34689" w14:textId="77777777" w:rsidTr="00D61697">
        <w:trPr>
          <w:trHeight w:val="351"/>
        </w:trPr>
        <w:tc>
          <w:tcPr>
            <w:tcW w:w="1550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7542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5. </w:t>
            </w:r>
            <w:r w:rsidRPr="00CB0747">
              <w:rPr>
                <w:b/>
              </w:rPr>
              <w:t xml:space="preserve">Пространственные отношения и геометрические фигуры </w:t>
            </w:r>
          </w:p>
        </w:tc>
      </w:tr>
      <w:tr w:rsidR="00CB0747" w:rsidRPr="00CB0747" w14:paraId="37AFB137" w14:textId="77777777" w:rsidTr="00D61697">
        <w:trPr>
          <w:trHeight w:val="312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5D9B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E73E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Распознавание и изображение геометрических фигур: точка, прямая, прямой угол, ломаная, многоугольник.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0919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E750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C23E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900C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063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Игровые упражнения: «Опиши фигуру», «Нарисуй фигуру по инструкции», «Найди модели фигур в окружающем» и т.п.;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F89D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7243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33F6280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56A75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60304ABA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61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62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2A75435F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E572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5.2.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758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Построение отрезка заданной длины с помощью линейки.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F77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E3EC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BFEF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1F2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EE4A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Измерение расстояний с использованием заданных или самостоятельно выбранных единиц.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50A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FFD7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8EAA06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6C1987A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63">
              <w:r w:rsidRPr="00CB0747">
                <w:rPr>
                  <w:rStyle w:val="aff8"/>
                </w:rPr>
                <w:t>http://school</w:t>
              </w:r>
            </w:hyperlink>
            <w:hyperlink r:id="rId64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6FA64E2E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9"/>
        <w:gridCol w:w="4597"/>
        <w:gridCol w:w="494"/>
        <w:gridCol w:w="1020"/>
        <w:gridCol w:w="1046"/>
        <w:gridCol w:w="736"/>
        <w:gridCol w:w="3883"/>
        <w:gridCol w:w="1458"/>
        <w:gridCol w:w="1816"/>
      </w:tblGrid>
      <w:tr w:rsidR="00CB0747" w:rsidRPr="009B31D9" w14:paraId="30EFF313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1D2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5C82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Изображение на клетчатой бумаге прямоугольника с заданными длинами сторон, квадрата с заданной длиной стороны.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D19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1A57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530A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8448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719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Изображение ломаных с помощью линейки и от руки, на нелинованной и клетчатой бумаге.;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79CD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824D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73B26C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34C4B4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65">
              <w:r w:rsidRPr="00CB0747">
                <w:rPr>
                  <w:rStyle w:val="aff8"/>
                </w:rPr>
                <w:t>http://school</w:t>
              </w:r>
            </w:hyperlink>
            <w:hyperlink r:id="rId66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11FA0CD6" w14:textId="77777777" w:rsidTr="00D61697">
        <w:trPr>
          <w:trHeight w:val="30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D006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5943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Длина ломаной.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2B95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C7CB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A6BD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5F9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C0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Практические работы: определение размеров </w:t>
            </w:r>
          </w:p>
          <w:p w14:paraId="7F66F0F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геометрических фигур на глаз, с помощью измерительных инструментов.;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836F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14A6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4B0B68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A58043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7DA7306F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67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68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1BAB476C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B209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5.5.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F340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Измерение периметра данного/ изображённого прямоугольника (квадрата), запись результата измерения в сантиметрах.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CAAB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E20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13A7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CBE9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C5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Построение и обозначение прямоугольника с заданными длинами сторон на клетчатой бумаге;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CC79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62BA4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D90693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8214AC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403DBDE8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69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70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</w:tbl>
    <w:p w14:paraId="14DFC16B" w14:textId="77777777" w:rsidR="00CB0747" w:rsidRPr="00CB0747" w:rsidRDefault="00CB0747" w:rsidP="00CB0747"/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62"/>
        <w:gridCol w:w="4594"/>
        <w:gridCol w:w="505"/>
        <w:gridCol w:w="1017"/>
        <w:gridCol w:w="1043"/>
        <w:gridCol w:w="733"/>
        <w:gridCol w:w="3881"/>
        <w:gridCol w:w="1458"/>
        <w:gridCol w:w="1816"/>
      </w:tblGrid>
      <w:tr w:rsidR="00CB0747" w:rsidRPr="009B31D9" w14:paraId="5D27A0F4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BEEC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5.6.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4180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Точка, конец отрезка, вершина многоугольника. Обозначение точки буквой латинского алфавита.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357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4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29C5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42AE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E47A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F3E1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Построение и обозначение прямоугольника с заданными длинами сторон на клетчатой бумаге;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EA8B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B479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215BD1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7045B1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</w:t>
            </w:r>
            <w:r w:rsidRPr="00CB0747">
              <w:lastRenderedPageBreak/>
              <w:t xml:space="preserve">образовательных ресурсов (или по адресу: </w:t>
            </w:r>
            <w:hyperlink r:id="rId71">
              <w:r w:rsidRPr="00CB0747">
                <w:rPr>
                  <w:rStyle w:val="aff8"/>
                </w:rPr>
                <w:t>http://school</w:t>
              </w:r>
            </w:hyperlink>
            <w:hyperlink r:id="rId72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4D561D0D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6866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0295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20 </w:t>
            </w:r>
          </w:p>
        </w:tc>
        <w:tc>
          <w:tcPr>
            <w:tcW w:w="96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C05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</w:tr>
      <w:tr w:rsidR="00CB0747" w:rsidRPr="00CB0747" w14:paraId="14345FEE" w14:textId="77777777" w:rsidTr="00D61697">
        <w:trPr>
          <w:trHeight w:val="351"/>
        </w:trPr>
        <w:tc>
          <w:tcPr>
            <w:tcW w:w="1550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56C3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Раздел 6. </w:t>
            </w:r>
            <w:r w:rsidRPr="00CB0747">
              <w:rPr>
                <w:b/>
              </w:rPr>
              <w:t xml:space="preserve">Математическая информация </w:t>
            </w:r>
          </w:p>
        </w:tc>
      </w:tr>
      <w:tr w:rsidR="00CB0747" w:rsidRPr="00CB0747" w14:paraId="6AC1293D" w14:textId="77777777" w:rsidTr="00D61697">
        <w:trPr>
          <w:trHeight w:val="304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0F5E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6.1.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704A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Нахождение, формулирование одного-двух общих признаков набора математических объектов: чисел, величин, геометрических фигур.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A2AB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D91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811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A0F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2B1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Наблюдение закономерности в составлении ряда чисел (величин, геометрических фигур), формулирование правила.;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7934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AE68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407AEF7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4741459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2E180694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73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74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9B31D9" w14:paraId="3D3D491E" w14:textId="77777777" w:rsidTr="00D61697">
        <w:trPr>
          <w:trHeight w:val="304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8025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6.2.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DD29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Классификация объектов по заданному или самостоятельно установленному основанию.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5AE2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9F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949F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65AE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9F3C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B264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7BF1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68B9CA2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A8C8E5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  <w:hyperlink r:id="rId75">
              <w:r w:rsidRPr="00CB0747">
                <w:rPr>
                  <w:rStyle w:val="aff8"/>
                </w:rPr>
                <w:t>http://school</w:t>
              </w:r>
            </w:hyperlink>
            <w:hyperlink r:id="rId76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</w:tbl>
    <w:p w14:paraId="732ACF80" w14:textId="77777777" w:rsidR="00CB0747" w:rsidRPr="00CB0747" w:rsidRDefault="00CB0747" w:rsidP="00CB0747">
      <w:pPr>
        <w:rPr>
          <w:lang w:val="ru-RU"/>
        </w:rPr>
      </w:pPr>
    </w:p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7"/>
        <w:gridCol w:w="4634"/>
        <w:gridCol w:w="491"/>
        <w:gridCol w:w="1011"/>
        <w:gridCol w:w="1037"/>
        <w:gridCol w:w="729"/>
        <w:gridCol w:w="3876"/>
        <w:gridCol w:w="1458"/>
        <w:gridCol w:w="1816"/>
      </w:tblGrid>
      <w:tr w:rsidR="00CB0747" w:rsidRPr="009B31D9" w14:paraId="0FE4C304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745E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6.3.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1980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Закономерность в ряду чисел, геометрических фигур, объектов повседневной жизни: её объяснение с использованием математической терминологии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B1C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A88E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260C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6A25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F599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Распознавание в окружающем мире ситуаций, которые целесообразно сформулировать на языке математики и решить математическими средствами.;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D029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879A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820A53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176EC76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</w:t>
            </w:r>
            <w:r w:rsidRPr="00CB0747">
              <w:lastRenderedPageBreak/>
              <w:t xml:space="preserve">ресурсов (или по адресу: </w:t>
            </w:r>
            <w:hyperlink r:id="rId77">
              <w:r w:rsidRPr="00CB0747">
                <w:rPr>
                  <w:rStyle w:val="aff8"/>
                </w:rPr>
                <w:t>http://school</w:t>
              </w:r>
            </w:hyperlink>
            <w:hyperlink r:id="rId78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3127F0DD" w14:textId="77777777" w:rsidTr="00D61697">
        <w:trPr>
          <w:trHeight w:val="317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28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6.4.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1CA7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Верные (истинные) и неверные (ложные) утверждения, содержащие количественные, пространственные отношения, зависимости между числами/величинами.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2F6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4DC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C3B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9831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634E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B3A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0BB7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1FC403F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3DD8143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258D19EA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79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80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4010555C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0135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6.5.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3E91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Конструирование утверждений с использованием слов «каждый», «все».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31A4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3C0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0E79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235B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2C85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с информацией: анализ информации, представ- ленной на рисунке и в тексте задания.;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101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2FA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2E25B5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70D7571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1034438E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81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82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</w:tbl>
    <w:p w14:paraId="4DA77BCB" w14:textId="77777777" w:rsidR="00CB0747" w:rsidRPr="00CB0747" w:rsidRDefault="00CB0747" w:rsidP="00CB0747"/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58"/>
        <w:gridCol w:w="4601"/>
        <w:gridCol w:w="493"/>
        <w:gridCol w:w="1016"/>
        <w:gridCol w:w="1042"/>
        <w:gridCol w:w="733"/>
        <w:gridCol w:w="3892"/>
        <w:gridCol w:w="1458"/>
        <w:gridCol w:w="1816"/>
      </w:tblGrid>
      <w:tr w:rsidR="00CB0747" w:rsidRPr="009B31D9" w14:paraId="42DF62E4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4FEA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6.6.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91E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пр.); внесение данных в таблицу.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0C1F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2DB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12C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1512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3133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с информацией: чтение таблицы (расписание, график работы, схему), нахождение информации, удовлетворяющей заданному условию задачи. Составление вопросов по таблице.;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615B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B6E9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6F6F424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1A4E249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</w:t>
            </w:r>
            <w:r w:rsidRPr="00CB0747">
              <w:lastRenderedPageBreak/>
              <w:t xml:space="preserve">образовательных ресурсов (или по адресу: </w:t>
            </w:r>
            <w:hyperlink r:id="rId83">
              <w:r w:rsidRPr="00CB0747">
                <w:rPr>
                  <w:rStyle w:val="aff8"/>
                </w:rPr>
                <w:t>http://school</w:t>
              </w:r>
            </w:hyperlink>
            <w:hyperlink r:id="rId84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68F92CEC" w14:textId="77777777" w:rsidTr="00D61697">
        <w:trPr>
          <w:trHeight w:val="30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1A61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6.7.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D6AF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Дополнение моделей (схем, изображений) готовыми числовыми данными.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534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EF10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105D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9C56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7A28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с информацией: анализ информации, представ- ленной на рисунке и в тексте задания.;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36DF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E4A8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45D5CC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CBC37C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2BB5653A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85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86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3762A767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D452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6.8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3E1AE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Правило составления ряда чисел, величин, геометрических фигур (формулирование правила, проверка правила, дополнение ряда).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5C69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2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B51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1426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E131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FE5E7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Работа в парах: составление утверждения на основе информации, представленной в наглядном виде;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3826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E2E5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7FF58AA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09D47BC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379DAF81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87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88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</w:tbl>
    <w:p w14:paraId="5EBCF574" w14:textId="77777777" w:rsidR="00CB0747" w:rsidRPr="00CB0747" w:rsidRDefault="00CB0747" w:rsidP="00CB0747"/>
    <w:tbl>
      <w:tblPr>
        <w:tblStyle w:val="TableGrid"/>
        <w:tblW w:w="15509" w:type="dxa"/>
        <w:tblInd w:w="-766" w:type="dxa"/>
        <w:tblCellMar>
          <w:top w:w="8" w:type="dxa"/>
          <w:left w:w="7" w:type="dxa"/>
          <w:right w:w="47" w:type="dxa"/>
        </w:tblCellMar>
        <w:tblLook w:val="04A0" w:firstRow="1" w:lastRow="0" w:firstColumn="1" w:lastColumn="0" w:noHBand="0" w:noVBand="1"/>
      </w:tblPr>
      <w:tblGrid>
        <w:gridCol w:w="467"/>
        <w:gridCol w:w="4580"/>
        <w:gridCol w:w="517"/>
        <w:gridCol w:w="1016"/>
        <w:gridCol w:w="1042"/>
        <w:gridCol w:w="733"/>
        <w:gridCol w:w="3880"/>
        <w:gridCol w:w="1458"/>
        <w:gridCol w:w="1816"/>
      </w:tblGrid>
      <w:tr w:rsidR="00CB0747" w:rsidRPr="009B31D9" w14:paraId="7CD5C52E" w14:textId="77777777" w:rsidTr="00D61697">
        <w:trPr>
          <w:trHeight w:val="30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1579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6.9.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ACF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Алгоритмы (приёмы, правила) устных и письменных вычислений, измерений и построения геометрических фигур.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C942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BBC7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ABCB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5650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1CD7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4BEE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67E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04C9F2E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5278BC1F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</w:t>
            </w:r>
            <w:r w:rsidRPr="00CB0747">
              <w:lastRenderedPageBreak/>
              <w:t xml:space="preserve">образовательных ресурсов (или по адресу: </w:t>
            </w:r>
            <w:hyperlink r:id="rId89">
              <w:r w:rsidRPr="00CB0747">
                <w:rPr>
                  <w:rStyle w:val="aff8"/>
                </w:rPr>
                <w:t>http://school</w:t>
              </w:r>
            </w:hyperlink>
            <w:hyperlink r:id="rId90">
              <w:r w:rsidRPr="00CB0747">
                <w:rPr>
                  <w:rStyle w:val="aff8"/>
                </w:rPr>
                <w:t xml:space="preserve">- </w:t>
              </w:r>
            </w:hyperlink>
            <w:r w:rsidRPr="00CB0747">
              <w:t xml:space="preserve">collection.edu.ru) </w:t>
            </w:r>
          </w:p>
        </w:tc>
      </w:tr>
      <w:tr w:rsidR="00CB0747" w:rsidRPr="00CB0747" w14:paraId="3454A55C" w14:textId="77777777" w:rsidTr="00D61697">
        <w:trPr>
          <w:trHeight w:val="30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605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6.10 </w:t>
            </w:r>
          </w:p>
        </w:tc>
        <w:tc>
          <w:tcPr>
            <w:tcW w:w="4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E890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rPr>
                <w:b/>
              </w:rPr>
              <w:t xml:space="preserve">Правила работы с электронными средствами обучения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AA2F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A88A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9BEAB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0 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488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6C285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Обсуждение правил работы с электронными средствами обучения;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145E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Практическая работа; 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383B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Электронное приложение к учебнику «Математика», 2 класс (Диск СD), авторы С.И </w:t>
            </w:r>
          </w:p>
          <w:p w14:paraId="2D11B4D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Волкова, </w:t>
            </w:r>
          </w:p>
          <w:p w14:paraId="1B527086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С.П.Максимова единая коллекция цифровых образовательных ресурсов (или по адресу: </w:t>
            </w:r>
          </w:p>
          <w:p w14:paraId="44B379CE" w14:textId="77777777" w:rsidR="00CB0747" w:rsidRPr="00CB0747" w:rsidRDefault="009B31D9" w:rsidP="00CB0747">
            <w:pPr>
              <w:spacing w:after="200" w:line="276" w:lineRule="auto"/>
              <w:rPr>
                <w:lang w:val="en-US"/>
              </w:rPr>
            </w:pPr>
            <w:hyperlink r:id="rId91">
              <w:r w:rsidR="00CB0747" w:rsidRPr="00CB0747">
                <w:rPr>
                  <w:rStyle w:val="aff8"/>
                  <w:lang w:val="en-US"/>
                </w:rPr>
                <w:t>http://school</w:t>
              </w:r>
            </w:hyperlink>
            <w:hyperlink r:id="rId92">
              <w:r w:rsidR="00CB0747" w:rsidRPr="00CB0747">
                <w:rPr>
                  <w:rStyle w:val="aff8"/>
                  <w:lang w:val="en-US"/>
                </w:rPr>
                <w:t xml:space="preserve">- </w:t>
              </w:r>
            </w:hyperlink>
            <w:r w:rsidR="00CB0747" w:rsidRPr="00CB0747">
              <w:rPr>
                <w:lang w:val="en-US"/>
              </w:rPr>
              <w:t xml:space="preserve">collection.edu.ru) </w:t>
            </w:r>
          </w:p>
        </w:tc>
      </w:tr>
      <w:tr w:rsidR="00CB0747" w:rsidRPr="00CB0747" w14:paraId="0DB352AB" w14:textId="77777777" w:rsidTr="00D61697">
        <w:trPr>
          <w:trHeight w:val="422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885E0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Итого по разделу: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B8D8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15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040179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B951FA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91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8AC78E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163CFF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62ED522" w14:textId="77777777" w:rsidR="00CB0747" w:rsidRPr="00CB0747" w:rsidRDefault="00CB0747" w:rsidP="00CB0747">
            <w:pPr>
              <w:spacing w:after="200" w:line="276" w:lineRule="auto"/>
            </w:pPr>
          </w:p>
        </w:tc>
      </w:tr>
      <w:tr w:rsidR="00CB0747" w:rsidRPr="00CB0747" w14:paraId="146F4D3B" w14:textId="77777777" w:rsidTr="00D61697">
        <w:trPr>
          <w:trHeight w:val="346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73161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Резервное время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E261C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10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F8F22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6E0D31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491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FD00F8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1B00B7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5F71F0F" w14:textId="77777777" w:rsidR="00CB0747" w:rsidRPr="00CB0747" w:rsidRDefault="00CB0747" w:rsidP="00CB0747">
            <w:pPr>
              <w:spacing w:after="200" w:line="276" w:lineRule="auto"/>
            </w:pPr>
          </w:p>
        </w:tc>
      </w:tr>
      <w:tr w:rsidR="00CB0747" w:rsidRPr="00CB0747" w14:paraId="28BBD1AD" w14:textId="77777777" w:rsidTr="00D61697">
        <w:trPr>
          <w:trHeight w:val="351"/>
        </w:trPr>
        <w:tc>
          <w:tcPr>
            <w:tcW w:w="53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28E8D" w14:textId="77777777" w:rsidR="00CB0747" w:rsidRPr="00CB0747" w:rsidRDefault="00CB0747" w:rsidP="00CB0747">
            <w:pPr>
              <w:spacing w:after="200" w:line="276" w:lineRule="auto"/>
            </w:pPr>
            <w:r w:rsidRPr="00CB0747">
              <w:lastRenderedPageBreak/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80F4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136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6E04A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6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53F3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8 </w:t>
            </w:r>
          </w:p>
        </w:tc>
        <w:tc>
          <w:tcPr>
            <w:tcW w:w="4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3C3552" w14:textId="77777777" w:rsidR="00CB0747" w:rsidRPr="00CB0747" w:rsidRDefault="00CB0747" w:rsidP="00CB0747">
            <w:pPr>
              <w:spacing w:after="200" w:line="276" w:lineRule="auto"/>
            </w:pPr>
            <w:r w:rsidRPr="00CB0747"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D64C6D" w14:textId="77777777" w:rsidR="00CB0747" w:rsidRPr="00CB0747" w:rsidRDefault="00CB0747" w:rsidP="00CB0747">
            <w:pPr>
              <w:spacing w:after="200" w:line="276" w:lineRule="auto"/>
            </w:pPr>
          </w:p>
        </w:tc>
        <w:tc>
          <w:tcPr>
            <w:tcW w:w="13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3ECFEE" w14:textId="77777777" w:rsidR="00CB0747" w:rsidRPr="00CB0747" w:rsidRDefault="00CB0747" w:rsidP="00CB0747">
            <w:pPr>
              <w:spacing w:after="200" w:line="276" w:lineRule="auto"/>
            </w:pPr>
          </w:p>
        </w:tc>
      </w:tr>
    </w:tbl>
    <w:p w14:paraId="4867A932" w14:textId="77777777" w:rsidR="00CB0747" w:rsidRPr="00CB0747" w:rsidRDefault="00CB0747" w:rsidP="00CB0747">
      <w:pPr>
        <w:rPr>
          <w:lang w:val="ru-RU"/>
        </w:rPr>
        <w:sectPr w:rsidR="00CB0747" w:rsidRPr="00CB0747">
          <w:pgSz w:w="16838" w:h="11899" w:orient="landscape"/>
          <w:pgMar w:top="588" w:right="1440" w:bottom="1356" w:left="1440" w:header="720" w:footer="720" w:gutter="0"/>
          <w:cols w:space="720"/>
        </w:sectPr>
      </w:pPr>
    </w:p>
    <w:p w14:paraId="4BD2CAB7" w14:textId="77777777" w:rsidR="000925FD" w:rsidRPr="00CB0747" w:rsidRDefault="000925FD">
      <w:pPr>
        <w:rPr>
          <w:lang w:val="ru-RU"/>
        </w:rPr>
        <w:sectPr w:rsidR="000925FD" w:rsidRPr="00CB074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0B7A95E" w14:textId="77777777" w:rsidR="000925FD" w:rsidRPr="00CB0747" w:rsidRDefault="000925FD">
      <w:pPr>
        <w:autoSpaceDE w:val="0"/>
        <w:autoSpaceDN w:val="0"/>
        <w:spacing w:after="78" w:line="220" w:lineRule="exact"/>
        <w:rPr>
          <w:lang w:val="ru-RU"/>
        </w:rPr>
      </w:pPr>
    </w:p>
    <w:p w14:paraId="50E961A6" w14:textId="77777777" w:rsidR="000925FD" w:rsidRPr="00CB0747" w:rsidRDefault="00BA6686">
      <w:pPr>
        <w:autoSpaceDE w:val="0"/>
        <w:autoSpaceDN w:val="0"/>
        <w:spacing w:after="0" w:line="230" w:lineRule="auto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245409BA" w14:textId="77777777" w:rsidR="000925FD" w:rsidRPr="00CB0747" w:rsidRDefault="00BA6686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705F80A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B097ECF" w14:textId="77777777" w:rsidR="000925FD" w:rsidRPr="00CB0747" w:rsidRDefault="000925FD">
      <w:pPr>
        <w:autoSpaceDE w:val="0"/>
        <w:autoSpaceDN w:val="0"/>
        <w:spacing w:after="78" w:line="220" w:lineRule="exact"/>
        <w:rPr>
          <w:lang w:val="ru-RU"/>
        </w:rPr>
      </w:pPr>
    </w:p>
    <w:p w14:paraId="4652A99C" w14:textId="77777777" w:rsidR="000925FD" w:rsidRPr="00CB0747" w:rsidRDefault="00BA6686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CB0747">
        <w:rPr>
          <w:lang w:val="ru-RU"/>
        </w:rPr>
        <w:br/>
      </w:r>
      <w:r w:rsidRPr="00CB074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6C419A6A" w14:textId="77777777" w:rsidR="000925FD" w:rsidRPr="00CB0747" w:rsidRDefault="000925FD">
      <w:pPr>
        <w:rPr>
          <w:lang w:val="ru-RU"/>
        </w:rPr>
        <w:sectPr w:rsidR="000925FD" w:rsidRPr="00CB074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BCDBF0F" w14:textId="77777777" w:rsidR="00BA6686" w:rsidRPr="00CB0747" w:rsidRDefault="00BA6686">
      <w:pPr>
        <w:rPr>
          <w:lang w:val="ru-RU"/>
        </w:rPr>
      </w:pPr>
    </w:p>
    <w:sectPr w:rsidR="00BA6686" w:rsidRPr="00CB074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A261414"/>
    <w:multiLevelType w:val="hybridMultilevel"/>
    <w:tmpl w:val="093A6620"/>
    <w:lvl w:ilvl="0" w:tplc="41ACCDD4">
      <w:start w:val="1"/>
      <w:numFmt w:val="decimal"/>
      <w:lvlText w:val="%1)"/>
      <w:lvlJc w:val="left"/>
      <w:pPr>
        <w:ind w:left="5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1E6CC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24B4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B0DAA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80584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45C5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5CFAC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92FDA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1C7F4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15413DA"/>
    <w:multiLevelType w:val="hybridMultilevel"/>
    <w:tmpl w:val="86D2BB8A"/>
    <w:lvl w:ilvl="0" w:tplc="23C82B1A">
      <w:start w:val="2"/>
      <w:numFmt w:val="decimal"/>
      <w:lvlText w:val="%1)"/>
      <w:lvlJc w:val="left"/>
      <w:pPr>
        <w:ind w:left="5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A6918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8A65D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A0C78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EFDD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D27A4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3E5C00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EAEB2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820FE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25FD"/>
    <w:rsid w:val="0015074B"/>
    <w:rsid w:val="0029639D"/>
    <w:rsid w:val="00326F90"/>
    <w:rsid w:val="009B31D9"/>
    <w:rsid w:val="00AA1D8D"/>
    <w:rsid w:val="00B47730"/>
    <w:rsid w:val="00BA6686"/>
    <w:rsid w:val="00CB0664"/>
    <w:rsid w:val="00CB0747"/>
    <w:rsid w:val="00DE7B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9B020"/>
  <w14:defaultImageDpi w14:val="300"/>
  <w15:docId w15:val="{508109E8-DE3B-40C7-838A-FC17DDDA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CB0747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CB0747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DE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DE7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school-/" TargetMode="External"/><Relationship Id="rId84" Type="http://schemas.openxmlformats.org/officeDocument/2006/relationships/hyperlink" Target="http://school-/" TargetMode="External"/><Relationship Id="rId89" Type="http://schemas.openxmlformats.org/officeDocument/2006/relationships/hyperlink" Target="http://school-/" TargetMode="External"/><Relationship Id="rId1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74" Type="http://schemas.openxmlformats.org/officeDocument/2006/relationships/hyperlink" Target="http://school-/" TargetMode="External"/><Relationship Id="rId79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69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hyperlink" Target="http://school-/" TargetMode="External"/><Relationship Id="rId72" Type="http://schemas.openxmlformats.org/officeDocument/2006/relationships/hyperlink" Target="http://school-/" TargetMode="External"/><Relationship Id="rId80" Type="http://schemas.openxmlformats.org/officeDocument/2006/relationships/hyperlink" Target="http://school-/" TargetMode="External"/><Relationship Id="rId85" Type="http://schemas.openxmlformats.org/officeDocument/2006/relationships/hyperlink" Target="http://school-/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70" Type="http://schemas.openxmlformats.org/officeDocument/2006/relationships/hyperlink" Target="http://school-/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://school-/" TargetMode="External"/><Relationship Id="rId88" Type="http://schemas.openxmlformats.org/officeDocument/2006/relationships/hyperlink" Target="http://school-/" TargetMode="External"/><Relationship Id="rId91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73" Type="http://schemas.openxmlformats.org/officeDocument/2006/relationships/hyperlink" Target="http://school-/" TargetMode="External"/><Relationship Id="rId78" Type="http://schemas.openxmlformats.org/officeDocument/2006/relationships/hyperlink" Target="http://school-/" TargetMode="External"/><Relationship Id="rId81" Type="http://schemas.openxmlformats.org/officeDocument/2006/relationships/hyperlink" Target="http://school-/" TargetMode="External"/><Relationship Id="rId86" Type="http://schemas.openxmlformats.org/officeDocument/2006/relationships/hyperlink" Target="http://school-/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76" Type="http://schemas.openxmlformats.org/officeDocument/2006/relationships/hyperlink" Target="http://school-/" TargetMode="External"/><Relationship Id="rId7" Type="http://schemas.openxmlformats.org/officeDocument/2006/relationships/hyperlink" Target="http://school-/" TargetMode="External"/><Relationship Id="rId71" Type="http://schemas.openxmlformats.org/officeDocument/2006/relationships/hyperlink" Target="http://school-/" TargetMode="External"/><Relationship Id="rId92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87" Type="http://schemas.openxmlformats.org/officeDocument/2006/relationships/hyperlink" Target="http://school-/" TargetMode="External"/><Relationship Id="rId61" Type="http://schemas.openxmlformats.org/officeDocument/2006/relationships/hyperlink" Target="http://school-/" TargetMode="External"/><Relationship Id="rId82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77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65BF14-3E3B-4652-B873-B285944A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6827</Words>
  <Characters>38915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45651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2022-06-27T03:58:00Z</cp:lastPrinted>
  <dcterms:created xsi:type="dcterms:W3CDTF">2013-12-23T23:15:00Z</dcterms:created>
  <dcterms:modified xsi:type="dcterms:W3CDTF">2022-06-28T01:32:00Z</dcterms:modified>
  <cp:category/>
</cp:coreProperties>
</file>