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7E941" w14:textId="77777777" w:rsidR="00BD0CD2" w:rsidRDefault="00BD0CD2" w:rsidP="005D2DD1">
      <w:pPr>
        <w:autoSpaceDE w:val="0"/>
        <w:autoSpaceDN w:val="0"/>
        <w:spacing w:after="78" w:line="220" w:lineRule="exact"/>
      </w:pPr>
    </w:p>
    <w:p w14:paraId="2D270FE5" w14:textId="105F0856" w:rsidR="00BD0CD2" w:rsidRDefault="00393FEC" w:rsidP="001C0564">
      <w:pPr>
        <w:autoSpaceDE w:val="0"/>
        <w:autoSpaceDN w:val="0"/>
        <w:spacing w:after="0" w:line="230" w:lineRule="auto"/>
      </w:pPr>
      <w:r w:rsidRPr="001C056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                      </w:t>
      </w:r>
      <w:r w:rsidR="001C0564">
        <w:rPr>
          <w:noProof/>
        </w:rPr>
        <w:drawing>
          <wp:inline distT="0" distB="0" distL="0" distR="0" wp14:anchorId="01E4B619" wp14:editId="6BEA2374">
            <wp:extent cx="5727700" cy="8093710"/>
            <wp:effectExtent l="0" t="0" r="635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97F4F" w14:textId="77777777" w:rsidR="00BD0CD2" w:rsidRDefault="00BD0CD2" w:rsidP="005D2DD1">
      <w:pPr>
        <w:sectPr w:rsidR="00BD0CD2">
          <w:pgSz w:w="11900" w:h="16840"/>
          <w:pgMar w:top="47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</w:p>
    <w:p w14:paraId="71B5DF99" w14:textId="77777777" w:rsidR="00BD0CD2" w:rsidRDefault="00BD0CD2" w:rsidP="005D2DD1">
      <w:pPr>
        <w:autoSpaceDE w:val="0"/>
        <w:autoSpaceDN w:val="0"/>
        <w:spacing w:after="216" w:line="220" w:lineRule="exact"/>
      </w:pPr>
    </w:p>
    <w:p w14:paraId="694FF1FB" w14:textId="77777777" w:rsidR="00BD0CD2" w:rsidRDefault="0012464E" w:rsidP="005D2DD1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ПОЯСНИТЕЛЬНАЯ ЗАПИСКА</w:t>
      </w:r>
    </w:p>
    <w:p w14:paraId="3B031EB3" w14:textId="77777777" w:rsidR="00BD0CD2" w:rsidRPr="005D2DD1" w:rsidRDefault="0012464E" w:rsidP="005D2DD1">
      <w:pPr>
        <w:autoSpaceDE w:val="0"/>
        <w:autoSpaceDN w:val="0"/>
        <w:spacing w:before="346" w:after="0" w:line="278" w:lineRule="auto"/>
        <w:ind w:firstLine="180"/>
        <w:rPr>
          <w:lang w:val="ru-RU"/>
        </w:rPr>
      </w:pP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учебного предмета «Русский язык» для обучающихся 2 классов на уровне начального общего образования составлена на основе Требований к результатам освоения программы началь​ного общего образования Федерального государственного обра​зовательного стандарта начального общего образования (да​лее — ФГОС НОО), а также ориентирована на целевые приори​</w:t>
      </w:r>
      <w:r w:rsidRPr="005D2DD1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теты, сформулированные в Примерной программе воспитания.</w:t>
      </w:r>
    </w:p>
    <w:p w14:paraId="01BD7DD1" w14:textId="77777777" w:rsidR="00BD0CD2" w:rsidRPr="005D2DD1" w:rsidRDefault="0012464E" w:rsidP="005D2DD1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5D2DD1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"РУССКИЙ ЯЗЫК"</w:t>
      </w:r>
    </w:p>
    <w:p w14:paraId="5D9064A9" w14:textId="77777777" w:rsidR="00BD0CD2" w:rsidRPr="005D2DD1" w:rsidRDefault="0012464E" w:rsidP="005D2DD1">
      <w:pPr>
        <w:autoSpaceDE w:val="0"/>
        <w:autoSpaceDN w:val="0"/>
        <w:spacing w:before="192" w:after="0" w:line="290" w:lineRule="auto"/>
        <w:ind w:firstLine="180"/>
        <w:rPr>
          <w:lang w:val="ru-RU"/>
        </w:rPr>
      </w:pP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Русский язык является основой всего процесса обучения в на​чальной школе, успехи в его изучении во многом определяют результаты обучающихся по другим предметам. Русский язык как средство познания действительности обеспечивает развитие интеллектуальных и творческих способностей младших школьников, формирует умения извлекать и анализировать информацию из различных текстов, навыки самостоятельной учебной деятельности. Предмет «Русский язык» обладает </w:t>
      </w:r>
      <w:r w:rsidRPr="005D2DD1">
        <w:rPr>
          <w:lang w:val="ru-RU"/>
        </w:rPr>
        <w:br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значительным потенциа​лом в развитии функциональной грамотности младших школь​ников, особенно таких её компонентов, как языковая, комму​никативная, читательская, общекультурная и социальная гра​мотность. 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различ​ных сферах и ситуациях общения способствуют успешной соци​ализации младшего школьника. Русский язык, выполняя свои базовые функции общения и выражения мысли, обеспечивает межличностное и социальное взаимодействие, участвует в фор​мировании самосознания и мировоззрения личности, является важнейшим средством хранения и передачи информации, куль​турных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адек​ватного самовыражения взглядов, мыслей, чувств, проявления себя в различных жизненно важных для человека областях. Изучение русского языка обладает огромным потенциалом присвоения традиционных социокультурных и духовно​нрав​ственных ценностей, принятых в обществе правил и норм пове​дения, в том числе речевого, что способствует формированию внутренней позиции личности. Личностные достижения младшего школьника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результата​ми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Достижение этих личност​ных результатов —длительный процесс, разворачивающийся на протяжении изучения содержания предмета.</w:t>
      </w:r>
    </w:p>
    <w:p w14:paraId="077287E9" w14:textId="77777777" w:rsidR="00BD0CD2" w:rsidRPr="005D2DD1" w:rsidRDefault="0012464E" w:rsidP="005D2DD1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Центральной идеей конструирования содержания и планиру​емых результатов обучения является признание равной значимости работы по изучению системы языка и работы по совер​шенствованию речи младших школьников. Языковой материал призван сформировать первоначальные </w:t>
      </w:r>
      <w:r w:rsidRPr="005D2DD1">
        <w:rPr>
          <w:lang w:val="ru-RU"/>
        </w:rPr>
        <w:br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представления о струк​туре русского языка, способствовать усвоению норм русского литературного языка, орфографических и пунктуационных правил. Развитие устной и письменной речи младших школь​ников направлено на решение практической задачи развития всех видов речевой деятельности, отработку навыков использо​вания усвоенных норм русского литературного языка, речевых норм и правил речевого этикета в процессе устного и письмен​ного общения. Ряд задач по </w:t>
      </w:r>
      <w:r w:rsidRPr="005D2DD1">
        <w:rPr>
          <w:lang w:val="ru-RU"/>
        </w:rPr>
        <w:br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совершенствованию речевой дея​тельности решаются совместно с учебным предметом «Литера​турное чтение».</w:t>
      </w:r>
    </w:p>
    <w:p w14:paraId="4FD497F6" w14:textId="77777777" w:rsidR="00BD0CD2" w:rsidRPr="005D2DD1" w:rsidRDefault="0012464E" w:rsidP="005D2DD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Общее число часов, отведённых на изучение «Русского язы​ка», во 2 классе — 170 ч. </w:t>
      </w:r>
    </w:p>
    <w:p w14:paraId="29D6998D" w14:textId="77777777" w:rsidR="00BD0CD2" w:rsidRPr="005D2DD1" w:rsidRDefault="0012464E" w:rsidP="005D2DD1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5D2DD1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"РУССКИЙ ЯЗЫК"</w:t>
      </w:r>
    </w:p>
    <w:p w14:paraId="28CD8041" w14:textId="77777777" w:rsidR="00BD0CD2" w:rsidRPr="005D2DD1" w:rsidRDefault="00BD0CD2" w:rsidP="005D2DD1">
      <w:pPr>
        <w:rPr>
          <w:lang w:val="ru-RU"/>
        </w:rPr>
        <w:sectPr w:rsidR="00BD0CD2" w:rsidRPr="005D2DD1">
          <w:pgSz w:w="11900" w:h="16840"/>
          <w:pgMar w:top="436" w:right="650" w:bottom="476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6EBE02C5" w14:textId="77777777" w:rsidR="00BD0CD2" w:rsidRPr="005D2DD1" w:rsidRDefault="00BD0CD2" w:rsidP="005D2DD1">
      <w:pPr>
        <w:autoSpaceDE w:val="0"/>
        <w:autoSpaceDN w:val="0"/>
        <w:spacing w:after="78" w:line="220" w:lineRule="exact"/>
        <w:rPr>
          <w:lang w:val="ru-RU"/>
        </w:rPr>
      </w:pPr>
    </w:p>
    <w:p w14:paraId="0A7D3283" w14:textId="77777777" w:rsidR="00BD0CD2" w:rsidRPr="005D2DD1" w:rsidRDefault="0012464E" w:rsidP="005D2DD1">
      <w:pPr>
        <w:autoSpaceDE w:val="0"/>
        <w:autoSpaceDN w:val="0"/>
        <w:spacing w:after="0"/>
        <w:ind w:right="144" w:firstLine="180"/>
        <w:rPr>
          <w:lang w:val="ru-RU"/>
        </w:rPr>
      </w:pP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В начальной школе изучение русского языка имеет особое значение в развитии младшего школьника. Приобретённые им знания, опыт выполнения предметных и универсальных дей​ствий на материале русского языка станут фундаментом обучения в основном звене школы, а также будут востребованы в жизни.</w:t>
      </w:r>
    </w:p>
    <w:p w14:paraId="00077148" w14:textId="77777777" w:rsidR="00BD0CD2" w:rsidRPr="005D2DD1" w:rsidRDefault="0012464E" w:rsidP="005D2DD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5D2DD1">
        <w:rPr>
          <w:rFonts w:ascii="Times New Roman" w:eastAsia="Times New Roman" w:hAnsi="Times New Roman"/>
          <w:b/>
          <w:color w:val="000000"/>
          <w:sz w:val="24"/>
          <w:lang w:val="ru-RU"/>
        </w:rPr>
        <w:t>Изучение русского языка в начальной школе направлено на достижение следующих целей:</w:t>
      </w:r>
    </w:p>
    <w:p w14:paraId="389198A5" w14:textId="77777777" w:rsidR="00BD0CD2" w:rsidRPr="005D2DD1" w:rsidRDefault="0012464E" w:rsidP="005D2DD1">
      <w:pPr>
        <w:autoSpaceDE w:val="0"/>
        <w:autoSpaceDN w:val="0"/>
        <w:spacing w:before="178" w:after="0" w:line="281" w:lineRule="auto"/>
        <w:ind w:left="420"/>
        <w:rPr>
          <w:lang w:val="ru-RU"/>
        </w:rPr>
      </w:pP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приобретение младшими школьниками первоначальных представлений о многообразии языков и культур на территории Российской Федерации, о языке как одной из главных духов​но​</w:t>
      </w:r>
      <w:r w:rsidRPr="005D2DD1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нравственных ценностей народа; понимание роли языка как основного средства общения; осознание значения русского язы​ка как государственного языка Российской Федерации; пони​</w:t>
      </w:r>
      <w:r w:rsidRPr="005D2DD1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мание роли русского языка как языка межнационального об​щения; осознание правильной устной и письменной речи как показателя общей культуры человека;</w:t>
      </w:r>
    </w:p>
    <w:p w14:paraId="4499C257" w14:textId="77777777" w:rsidR="00BD0CD2" w:rsidRPr="005D2DD1" w:rsidRDefault="0012464E" w:rsidP="005D2DD1">
      <w:pPr>
        <w:autoSpaceDE w:val="0"/>
        <w:autoSpaceDN w:val="0"/>
        <w:spacing w:before="192" w:after="0" w:line="271" w:lineRule="auto"/>
        <w:ind w:left="420" w:right="1152"/>
        <w:rPr>
          <w:lang w:val="ru-RU"/>
        </w:rPr>
      </w:pP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овладение основными видами речевой деятельности на ос​нове первоначальных представлений о нормах современного русского литературного языка: аудированием, говорением, чте​нием, письмом;</w:t>
      </w:r>
    </w:p>
    <w:p w14:paraId="59C16742" w14:textId="77777777" w:rsidR="00BD0CD2" w:rsidRPr="005D2DD1" w:rsidRDefault="0012464E" w:rsidP="005D2DD1">
      <w:pPr>
        <w:autoSpaceDE w:val="0"/>
        <w:autoSpaceDN w:val="0"/>
        <w:spacing w:before="190" w:after="0" w:line="281" w:lineRule="auto"/>
        <w:ind w:left="420"/>
        <w:rPr>
          <w:lang w:val="ru-RU"/>
        </w:rPr>
      </w:pP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овладение первоначальными научными представлениями о системе русского языка: </w:t>
      </w:r>
      <w:r w:rsidRPr="005D2DD1">
        <w:rPr>
          <w:lang w:val="ru-RU"/>
        </w:rPr>
        <w:br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фонетике, графике, лексике, морфе​мике, морфологии и синтаксисе; об основных единицах языка, их признаках и особенностях употребления в речи; использова​ние в речевой деятельности норм современного русского литера​турного языка (орфоэпических, лексических, грамматических, орфографических, пунктуационных) и речевого этикета;</w:t>
      </w:r>
    </w:p>
    <w:p w14:paraId="6BA33F24" w14:textId="77777777" w:rsidR="00BD0CD2" w:rsidRPr="005D2DD1" w:rsidRDefault="0012464E" w:rsidP="005D2DD1">
      <w:pPr>
        <w:autoSpaceDE w:val="0"/>
        <w:autoSpaceDN w:val="0"/>
        <w:spacing w:before="190" w:after="0" w:line="262" w:lineRule="auto"/>
        <w:ind w:left="420" w:right="1008"/>
        <w:rPr>
          <w:lang w:val="ru-RU"/>
        </w:rPr>
      </w:pP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14:paraId="70BA450E" w14:textId="77777777" w:rsidR="00BD0CD2" w:rsidRPr="005D2DD1" w:rsidRDefault="00BD0CD2" w:rsidP="005D2DD1">
      <w:pPr>
        <w:rPr>
          <w:lang w:val="ru-RU"/>
        </w:rPr>
        <w:sectPr w:rsidR="00BD0CD2" w:rsidRPr="005D2DD1">
          <w:pgSz w:w="11900" w:h="16840"/>
          <w:pgMar w:top="298" w:right="742" w:bottom="1440" w:left="666" w:header="720" w:footer="720" w:gutter="0"/>
          <w:cols w:space="720" w:equalWidth="0">
            <w:col w:w="10492" w:space="0"/>
          </w:cols>
          <w:docGrid w:linePitch="360"/>
        </w:sectPr>
      </w:pPr>
    </w:p>
    <w:p w14:paraId="34F82964" w14:textId="77777777" w:rsidR="00BD0CD2" w:rsidRPr="005D2DD1" w:rsidRDefault="00BD0CD2" w:rsidP="005D2DD1">
      <w:pPr>
        <w:autoSpaceDE w:val="0"/>
        <w:autoSpaceDN w:val="0"/>
        <w:spacing w:after="78" w:line="220" w:lineRule="exact"/>
        <w:rPr>
          <w:lang w:val="ru-RU"/>
        </w:rPr>
      </w:pPr>
    </w:p>
    <w:p w14:paraId="2F58AC2F" w14:textId="77777777" w:rsidR="00BD0CD2" w:rsidRPr="005D2DD1" w:rsidRDefault="0012464E" w:rsidP="005D2DD1">
      <w:pPr>
        <w:autoSpaceDE w:val="0"/>
        <w:autoSpaceDN w:val="0"/>
        <w:spacing w:after="0" w:line="230" w:lineRule="auto"/>
        <w:rPr>
          <w:lang w:val="ru-RU"/>
        </w:rPr>
      </w:pPr>
      <w:r w:rsidRPr="005D2DD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77D24C28" w14:textId="77777777" w:rsidR="00BD0CD2" w:rsidRPr="005D2DD1" w:rsidRDefault="0012464E" w:rsidP="005D2DD1">
      <w:pPr>
        <w:tabs>
          <w:tab w:val="left" w:pos="180"/>
        </w:tabs>
        <w:autoSpaceDE w:val="0"/>
        <w:autoSpaceDN w:val="0"/>
        <w:spacing w:before="346" w:after="0"/>
        <w:ind w:right="576"/>
        <w:rPr>
          <w:lang w:val="ru-RU"/>
        </w:rPr>
      </w:pP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Общие сведения о языке 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Язык как основное средство человеческого общения и явле​ние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14:paraId="59C08680" w14:textId="77777777" w:rsidR="00BD0CD2" w:rsidRPr="005D2DD1" w:rsidRDefault="0012464E" w:rsidP="005D2DD1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Фонетика и графика 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Смыслоразличительная функция звуков; различение звуков и букв; различение ударных и </w:t>
      </w:r>
      <w:r w:rsidRPr="005D2DD1">
        <w:rPr>
          <w:lang w:val="ru-RU"/>
        </w:rPr>
        <w:br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безударных гласных звуков, твёрдых и мягких согласных звуков, звонких и глухих соглас​ ных звуков; шипящие согласные звуки [ж], [ш], [ч’], [щ’]; обозначение на письме твёрдости и мягкости согласных звуков, функции букв </w:t>
      </w:r>
      <w:r w:rsidRPr="005D2DD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5D2DD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5D2DD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ю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5D2DD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я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; согласный звук [й’] и гласный звук [и] (повторение изученного в 1 классе). Парные и непарные по твёрдости — мягкости согласные звуки. Парные и непарные по звонкости — глухости согласные звуки. Качественная характеристика звука: гласный — согласный; гласный ударный — безударный; согласный твёрдый — мяг​кий, парный — непарный; согласный звонкий — глухой, пар​ный — непарный. Функции </w:t>
      </w:r>
      <w:r w:rsidRPr="005D2DD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ь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: показатель мягкости предшествующего соглас​</w:t>
      </w:r>
      <w:r w:rsidRPr="005D2DD1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ного в конце и в середине слова; разделительный. Использова​ние на письме разделительных </w:t>
      </w:r>
      <w:r w:rsidRPr="005D2DD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ъ 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и </w:t>
      </w:r>
      <w:r w:rsidRPr="005D2DD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ь.</w:t>
      </w:r>
    </w:p>
    <w:p w14:paraId="49F4D2F6" w14:textId="77777777" w:rsidR="00BD0CD2" w:rsidRPr="005D2DD1" w:rsidRDefault="0012464E" w:rsidP="005D2DD1">
      <w:pPr>
        <w:autoSpaceDE w:val="0"/>
        <w:autoSpaceDN w:val="0"/>
        <w:spacing w:before="70" w:after="0"/>
        <w:ind w:right="144"/>
        <w:rPr>
          <w:lang w:val="ru-RU"/>
        </w:rPr>
      </w:pP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Соотношение звукового и буквенного состава в словах с бук​вами </w:t>
      </w:r>
      <w:r w:rsidRPr="005D2DD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5D2DD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5D2DD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ю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5D2DD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я 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(в начале слова и после гласных). Деление слов на слоги (в том числе при стечении соглас​ных). Использование знания алфавита при работе со словарями. 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14:paraId="504E07E0" w14:textId="77777777" w:rsidR="00BD0CD2" w:rsidRPr="005D2DD1" w:rsidRDefault="0012464E" w:rsidP="005D2DD1">
      <w:pPr>
        <w:tabs>
          <w:tab w:val="left" w:pos="180"/>
        </w:tabs>
        <w:autoSpaceDE w:val="0"/>
        <w:autoSpaceDN w:val="0"/>
        <w:spacing w:before="190" w:after="0" w:line="278" w:lineRule="auto"/>
        <w:rPr>
          <w:lang w:val="ru-RU"/>
        </w:rPr>
      </w:pP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Орфоэпия 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Произношение звуков и сочетаний звуков, ударение в словах в соответствии с нормами </w:t>
      </w:r>
      <w:r w:rsidRPr="005D2DD1">
        <w:rPr>
          <w:lang w:val="ru-RU"/>
        </w:rPr>
        <w:br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современного русского литературного языка (на ограниченном перечне слов, отрабатываемом в учеб​</w:t>
      </w:r>
      <w:r w:rsidRPr="005D2DD1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нике). Использование отработанного перечня слов (орфоэпиче​ского словаря учебника) для решения практических задач.</w:t>
      </w:r>
    </w:p>
    <w:p w14:paraId="5C90F46A" w14:textId="77777777" w:rsidR="00BD0CD2" w:rsidRPr="005D2DD1" w:rsidRDefault="0012464E" w:rsidP="005D2DD1">
      <w:pPr>
        <w:tabs>
          <w:tab w:val="left" w:pos="180"/>
        </w:tabs>
        <w:autoSpaceDE w:val="0"/>
        <w:autoSpaceDN w:val="0"/>
        <w:spacing w:before="190" w:after="0" w:line="281" w:lineRule="auto"/>
        <w:ind w:right="432"/>
        <w:rPr>
          <w:lang w:val="ru-RU"/>
        </w:rPr>
      </w:pP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Лексика 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Слово как единство звучания и значения. Лексическое значе​ние слова (общее представление). Выявление слов, значение которых требует уточнения. Определение значения слова по тек​сту или уточнение значения с помощью толкового словаря. Однозначные и многозначные слова (простые случаи, наблю​дение). Наблюдение за использованием в речи синонимов, антонимов.</w:t>
      </w:r>
    </w:p>
    <w:p w14:paraId="3FFD70C2" w14:textId="77777777" w:rsidR="00BD0CD2" w:rsidRPr="005D2DD1" w:rsidRDefault="0012464E" w:rsidP="005D2DD1">
      <w:pPr>
        <w:tabs>
          <w:tab w:val="left" w:pos="180"/>
        </w:tabs>
        <w:autoSpaceDE w:val="0"/>
        <w:autoSpaceDN w:val="0"/>
        <w:spacing w:before="192" w:after="0" w:line="281" w:lineRule="auto"/>
        <w:rPr>
          <w:lang w:val="ru-RU"/>
        </w:rPr>
      </w:pP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Состав слова (морфемика) 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Корень как обязательная часть слова. Однокоренные (род​ственные)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 Окончание как изменяемая часть слова. Изменение формы слова с помощью окончания. Различение изменяемых и неиз​меняемых слов. Суффикс как часть слова (наблюдение). Приставка как часть слова (наблюдение).</w:t>
      </w:r>
    </w:p>
    <w:p w14:paraId="78DB8BAE" w14:textId="77777777" w:rsidR="00BD0CD2" w:rsidRPr="005D2DD1" w:rsidRDefault="0012464E" w:rsidP="005D2DD1">
      <w:pPr>
        <w:tabs>
          <w:tab w:val="left" w:pos="180"/>
        </w:tabs>
        <w:autoSpaceDE w:val="0"/>
        <w:autoSpaceDN w:val="0"/>
        <w:spacing w:before="190" w:after="0" w:line="281" w:lineRule="auto"/>
        <w:ind w:right="288"/>
        <w:rPr>
          <w:lang w:val="ru-RU"/>
        </w:rPr>
      </w:pP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Морфология 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Имя существительное (ознакомление): общее значение, во​просы («кто?», «что?»), употребление в речи. Глагол (ознакомление): общее значение, вопросы («что де​лать?», «что сделать?» и др.), употребление в речи. Имя прилагательное (ознакомление): общее значение, вопро​сы («какой?»,«какая?», «какое?», «какие?»), употребление в речи. Предлог. Отличие предлогов от приставок. Наиболее распро​странённые предлоги: </w:t>
      </w:r>
      <w:r w:rsidRPr="005D2DD1">
        <w:rPr>
          <w:rFonts w:ascii="Times New Roman" w:eastAsia="Times New Roman" w:hAnsi="Times New Roman"/>
          <w:i/>
          <w:color w:val="000000"/>
          <w:sz w:val="24"/>
          <w:lang w:val="ru-RU"/>
        </w:rPr>
        <w:t>в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5D2DD1">
        <w:rPr>
          <w:rFonts w:ascii="Times New Roman" w:eastAsia="Times New Roman" w:hAnsi="Times New Roman"/>
          <w:i/>
          <w:color w:val="000000"/>
          <w:sz w:val="24"/>
          <w:lang w:val="ru-RU"/>
        </w:rPr>
        <w:t>на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5D2DD1">
        <w:rPr>
          <w:rFonts w:ascii="Times New Roman" w:eastAsia="Times New Roman" w:hAnsi="Times New Roman"/>
          <w:i/>
          <w:color w:val="000000"/>
          <w:sz w:val="24"/>
          <w:lang w:val="ru-RU"/>
        </w:rPr>
        <w:t>из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5D2DD1">
        <w:rPr>
          <w:rFonts w:ascii="Times New Roman" w:eastAsia="Times New Roman" w:hAnsi="Times New Roman"/>
          <w:i/>
          <w:color w:val="000000"/>
          <w:sz w:val="24"/>
          <w:lang w:val="ru-RU"/>
        </w:rPr>
        <w:t>без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5D2DD1">
        <w:rPr>
          <w:rFonts w:ascii="Times New Roman" w:eastAsia="Times New Roman" w:hAnsi="Times New Roman"/>
          <w:i/>
          <w:color w:val="000000"/>
          <w:sz w:val="24"/>
          <w:lang w:val="ru-RU"/>
        </w:rPr>
        <w:t>над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5D2DD1">
        <w:rPr>
          <w:rFonts w:ascii="Times New Roman" w:eastAsia="Times New Roman" w:hAnsi="Times New Roman"/>
          <w:i/>
          <w:color w:val="000000"/>
          <w:sz w:val="24"/>
          <w:lang w:val="ru-RU"/>
        </w:rPr>
        <w:t>до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5D2DD1">
        <w:rPr>
          <w:rFonts w:ascii="Times New Roman" w:eastAsia="Times New Roman" w:hAnsi="Times New Roman"/>
          <w:i/>
          <w:color w:val="000000"/>
          <w:sz w:val="24"/>
          <w:lang w:val="ru-RU"/>
        </w:rPr>
        <w:t>у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5D2DD1">
        <w:rPr>
          <w:rFonts w:ascii="Times New Roman" w:eastAsia="Times New Roman" w:hAnsi="Times New Roman"/>
          <w:i/>
          <w:color w:val="000000"/>
          <w:sz w:val="24"/>
          <w:lang w:val="ru-RU"/>
        </w:rPr>
        <w:t>о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5D2DD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об 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и др.</w:t>
      </w:r>
    </w:p>
    <w:p w14:paraId="198A7DD0" w14:textId="77777777" w:rsidR="00BD0CD2" w:rsidRPr="005D2DD1" w:rsidRDefault="0012464E" w:rsidP="005D2DD1">
      <w:pPr>
        <w:autoSpaceDE w:val="0"/>
        <w:autoSpaceDN w:val="0"/>
        <w:spacing w:before="190" w:after="0" w:line="262" w:lineRule="auto"/>
        <w:ind w:left="180" w:right="288"/>
        <w:rPr>
          <w:lang w:val="ru-RU"/>
        </w:rPr>
      </w:pPr>
      <w:r w:rsidRPr="005D2DD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Синтаксис </w:t>
      </w:r>
      <w:r w:rsidRPr="005D2DD1">
        <w:rPr>
          <w:lang w:val="ru-RU"/>
        </w:rPr>
        <w:br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Порядок слов в предложении; связь слов в предложении (по​вторение). Предложение как единица</w:t>
      </w:r>
    </w:p>
    <w:p w14:paraId="710941BE" w14:textId="77777777" w:rsidR="00BD0CD2" w:rsidRPr="005D2DD1" w:rsidRDefault="00BD0CD2" w:rsidP="005D2DD1">
      <w:pPr>
        <w:rPr>
          <w:lang w:val="ru-RU"/>
        </w:rPr>
        <w:sectPr w:rsidR="00BD0CD2" w:rsidRPr="005D2DD1">
          <w:pgSz w:w="11900" w:h="16840"/>
          <w:pgMar w:top="298" w:right="650" w:bottom="432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0B2C042C" w14:textId="77777777" w:rsidR="00BD0CD2" w:rsidRPr="005D2DD1" w:rsidRDefault="00BD0CD2" w:rsidP="005D2DD1">
      <w:pPr>
        <w:autoSpaceDE w:val="0"/>
        <w:autoSpaceDN w:val="0"/>
        <w:spacing w:after="66" w:line="220" w:lineRule="exact"/>
        <w:rPr>
          <w:lang w:val="ru-RU"/>
        </w:rPr>
      </w:pPr>
    </w:p>
    <w:p w14:paraId="32A8C010" w14:textId="77777777" w:rsidR="00BD0CD2" w:rsidRPr="005D2DD1" w:rsidRDefault="0012464E" w:rsidP="005D2DD1">
      <w:pPr>
        <w:autoSpaceDE w:val="0"/>
        <w:autoSpaceDN w:val="0"/>
        <w:spacing w:after="0"/>
        <w:ind w:right="144"/>
        <w:rPr>
          <w:lang w:val="ru-RU"/>
        </w:rPr>
      </w:pP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языка. Предложение и слово. От​личие предложения от слова. Наблюдение за выделением в уст​ной речи одного из слов предложения (логическое ударение). Виды предложений по цели высказывания: повествователь​ные, вопросительные, побудительные предложения. Виды предложений по </w:t>
      </w:r>
      <w:r w:rsidRPr="005D2DD1">
        <w:rPr>
          <w:lang w:val="ru-RU"/>
        </w:rPr>
        <w:br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эмоциональной окраске (по интона​ции): восклицательные и невосклицательные предложения.</w:t>
      </w:r>
    </w:p>
    <w:p w14:paraId="0EDCE282" w14:textId="77777777" w:rsidR="00BD0CD2" w:rsidRPr="005D2DD1" w:rsidRDefault="0012464E" w:rsidP="005D2DD1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Орфография и пунктуация 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Прописная буква в начале предложения и в именах собствен​ных (имена, фамилии, клички животных); знаки препинания в конце предложения; перенос слов со строки на строку (без учё​та морфемного членения слова); гласные после шипящих в соче​таниях </w:t>
      </w:r>
      <w:r w:rsidRPr="005D2DD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жи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5D2DD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ши 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(в положении под ударением), </w:t>
      </w:r>
      <w:r w:rsidRPr="005D2DD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ча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5D2DD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ща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5D2DD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чу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5D2DD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щу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; сочетания </w:t>
      </w:r>
      <w:r w:rsidRPr="005D2DD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чк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5D2DD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чн 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(повторение правил правописания, изученных в 1 классе). Орфографическая зоркость как осознание места возможного возникновения </w:t>
      </w:r>
      <w:r w:rsidRPr="005D2DD1">
        <w:rPr>
          <w:lang w:val="ru-RU"/>
        </w:rPr>
        <w:br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орфографической ошибки. Понятие орфограм​мы. Различные способы решения орфографической задачи в за​висимости от места орфограммы в слове. Использование орфо​графического словаря учебника для определения (уточнения) написания слова. Контроль и самоконтроль при проверке соб​</w:t>
      </w:r>
      <w:r w:rsidRPr="005D2DD1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ственных и предложенных текстов. Орфографическая зоркость как осознание места возможного возникновения орфографической ошибки. Понятие орфограм​мы. Различные способы решения орфографической задачи в за​висимости от места орфограммы в слове. Использование орфо​</w:t>
      </w:r>
      <w:r w:rsidRPr="005D2DD1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графического словаря учебника для определения (уточнения) написания слова. Контроль и </w:t>
      </w:r>
      <w:r w:rsidRPr="005D2DD1">
        <w:rPr>
          <w:lang w:val="ru-RU"/>
        </w:rPr>
        <w:br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самоконтроль при проверке соб​ственных и предложенных текстов.</w:t>
      </w:r>
    </w:p>
    <w:p w14:paraId="4AEA4DA6" w14:textId="77777777" w:rsidR="00BD0CD2" w:rsidRPr="005D2DD1" w:rsidRDefault="0012464E" w:rsidP="005D2DD1">
      <w:pPr>
        <w:tabs>
          <w:tab w:val="left" w:pos="180"/>
        </w:tabs>
        <w:autoSpaceDE w:val="0"/>
        <w:autoSpaceDN w:val="0"/>
        <w:spacing w:before="70" w:after="0" w:line="286" w:lineRule="auto"/>
        <w:ind w:right="576"/>
        <w:rPr>
          <w:lang w:val="ru-RU"/>
        </w:rPr>
      </w:pP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Правила правописания и их применение: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·  разделительный мягкий знак;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·  сочетания </w:t>
      </w:r>
      <w:r w:rsidRPr="005D2DD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чт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5D2DD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щн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5D2DD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нч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·  проверяемые безударные гласные в корне слова;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·  парные звонкие и глухие согласные в корне слова;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·  непроверяемые гласные и согласные (перечень слов в орфо​графическом словаре учебника);</w:t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·  прописная буква в именах собственных: имена, фамилии, от​чества людей, клички животных, географические названия;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·  раздельное написание предлогов с именами существитель​ными.</w:t>
      </w:r>
    </w:p>
    <w:p w14:paraId="19B1AA88" w14:textId="77777777" w:rsidR="00BD0CD2" w:rsidRPr="005D2DD1" w:rsidRDefault="0012464E" w:rsidP="005D2DD1">
      <w:pPr>
        <w:tabs>
          <w:tab w:val="left" w:pos="180"/>
        </w:tabs>
        <w:autoSpaceDE w:val="0"/>
        <w:autoSpaceDN w:val="0"/>
        <w:spacing w:before="190" w:after="0"/>
        <w:rPr>
          <w:lang w:val="ru-RU"/>
        </w:rPr>
      </w:pP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Развитие речи 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Выбор языковых средств в соответствии с целями и условия​ми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поддер​жать, закончить разговор, привлечь внимание и т. п.).</w:t>
      </w:r>
    </w:p>
    <w:p w14:paraId="4FE7D2FC" w14:textId="77777777" w:rsidR="00BD0CD2" w:rsidRPr="005D2DD1" w:rsidRDefault="0012464E" w:rsidP="005D2DD1">
      <w:pPr>
        <w:autoSpaceDE w:val="0"/>
        <w:autoSpaceDN w:val="0"/>
        <w:spacing w:before="72" w:after="0" w:line="271" w:lineRule="auto"/>
        <w:rPr>
          <w:lang w:val="ru-RU"/>
        </w:rPr>
      </w:pP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Практи​ческое овладение диалогической формой речи. Соблюдение норм речевого этикета и орфоэпических норм в ситуациях учеб​ного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14:paraId="0B95F480" w14:textId="77777777" w:rsidR="00BD0CD2" w:rsidRPr="005D2DD1" w:rsidRDefault="0012464E" w:rsidP="005D2DD1">
      <w:pPr>
        <w:autoSpaceDE w:val="0"/>
        <w:autoSpaceDN w:val="0"/>
        <w:spacing w:before="70" w:after="0" w:line="281" w:lineRule="auto"/>
        <w:ind w:right="144"/>
        <w:rPr>
          <w:lang w:val="ru-RU"/>
        </w:rPr>
      </w:pP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Составление устного рассказа по репродукции картины. Со​ставление устного рассказа по личным наблюдениям и вопросам. 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За​главие текста. Подбор заголовков к предложенным текстам. Последовательность частей текста (</w:t>
      </w:r>
      <w:r w:rsidRPr="005D2DD1">
        <w:rPr>
          <w:rFonts w:ascii="Times New Roman" w:eastAsia="Times New Roman" w:hAnsi="Times New Roman"/>
          <w:i/>
          <w:color w:val="000000"/>
          <w:sz w:val="24"/>
          <w:lang w:val="ru-RU"/>
        </w:rPr>
        <w:t>абзацев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). Корректирование текстов с нарушенным порядком предложений и абзацев.</w:t>
      </w:r>
    </w:p>
    <w:p w14:paraId="12D19C02" w14:textId="77777777" w:rsidR="00BD0CD2" w:rsidRPr="005D2DD1" w:rsidRDefault="0012464E" w:rsidP="005D2DD1">
      <w:pPr>
        <w:autoSpaceDE w:val="0"/>
        <w:autoSpaceDN w:val="0"/>
        <w:spacing w:before="70" w:after="0" w:line="230" w:lineRule="auto"/>
        <w:rPr>
          <w:lang w:val="ru-RU"/>
        </w:rPr>
      </w:pP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Типы текстов: описание, повествование, рассуждение, их особенности (первичное ознакомление).</w:t>
      </w:r>
    </w:p>
    <w:p w14:paraId="0E5AB379" w14:textId="77777777" w:rsidR="00BD0CD2" w:rsidRPr="005D2DD1" w:rsidRDefault="0012464E" w:rsidP="005D2DD1">
      <w:pPr>
        <w:autoSpaceDE w:val="0"/>
        <w:autoSpaceDN w:val="0"/>
        <w:spacing w:before="70" w:after="0" w:line="271" w:lineRule="auto"/>
        <w:rPr>
          <w:lang w:val="ru-RU"/>
        </w:rPr>
      </w:pP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Поздравление и поздравительная открытка. Понимание текста: развитие умения формулировать простые выводы на основе информации, содержащейся в тексте. Выра​зительное чтение текста вслух с соблюдением правильной инто​нации.</w:t>
      </w:r>
    </w:p>
    <w:p w14:paraId="48A3EC05" w14:textId="77777777" w:rsidR="00BD0CD2" w:rsidRPr="005D2DD1" w:rsidRDefault="0012464E" w:rsidP="005D2DD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Подробное изложение повествовательного текста объёмом 30—45 слов с опорой на вопросы.</w:t>
      </w:r>
    </w:p>
    <w:p w14:paraId="53A24518" w14:textId="77777777" w:rsidR="00BD0CD2" w:rsidRPr="005D2DD1" w:rsidRDefault="00BD0CD2" w:rsidP="005D2DD1">
      <w:pPr>
        <w:rPr>
          <w:lang w:val="ru-RU"/>
        </w:rPr>
        <w:sectPr w:rsidR="00BD0CD2" w:rsidRPr="005D2DD1">
          <w:pgSz w:w="11900" w:h="16840"/>
          <w:pgMar w:top="286" w:right="672" w:bottom="656" w:left="666" w:header="720" w:footer="720" w:gutter="0"/>
          <w:cols w:space="720" w:equalWidth="0">
            <w:col w:w="10562" w:space="0"/>
          </w:cols>
          <w:docGrid w:linePitch="360"/>
        </w:sectPr>
      </w:pPr>
    </w:p>
    <w:p w14:paraId="13419C4A" w14:textId="77777777" w:rsidR="00BD0CD2" w:rsidRPr="005D2DD1" w:rsidRDefault="00BD0CD2" w:rsidP="005D2DD1">
      <w:pPr>
        <w:autoSpaceDE w:val="0"/>
        <w:autoSpaceDN w:val="0"/>
        <w:spacing w:after="78" w:line="220" w:lineRule="exact"/>
        <w:rPr>
          <w:lang w:val="ru-RU"/>
        </w:rPr>
      </w:pPr>
    </w:p>
    <w:p w14:paraId="57156BF1" w14:textId="77777777" w:rsidR="00BD0CD2" w:rsidRPr="005D2DD1" w:rsidRDefault="0012464E" w:rsidP="005D2DD1">
      <w:pPr>
        <w:autoSpaceDE w:val="0"/>
        <w:autoSpaceDN w:val="0"/>
        <w:spacing w:after="0" w:line="230" w:lineRule="auto"/>
        <w:rPr>
          <w:lang w:val="ru-RU"/>
        </w:rPr>
      </w:pPr>
      <w:r w:rsidRPr="005D2DD1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14:paraId="6BDAEB11" w14:textId="77777777" w:rsidR="00BD0CD2" w:rsidRPr="005D2DD1" w:rsidRDefault="0012464E" w:rsidP="005D2DD1">
      <w:pPr>
        <w:tabs>
          <w:tab w:val="left" w:pos="180"/>
        </w:tabs>
        <w:autoSpaceDE w:val="0"/>
        <w:autoSpaceDN w:val="0"/>
        <w:spacing w:before="346" w:after="0" w:line="262" w:lineRule="auto"/>
        <w:ind w:right="720"/>
        <w:rPr>
          <w:lang w:val="ru-RU"/>
        </w:rPr>
      </w:pP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Изучение русского языка во 2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4878E84E" w14:textId="77777777" w:rsidR="00BD0CD2" w:rsidRPr="005D2DD1" w:rsidRDefault="0012464E" w:rsidP="005D2DD1">
      <w:pPr>
        <w:autoSpaceDE w:val="0"/>
        <w:autoSpaceDN w:val="0"/>
        <w:spacing w:before="382" w:after="0" w:line="230" w:lineRule="auto"/>
        <w:rPr>
          <w:lang w:val="ru-RU"/>
        </w:rPr>
      </w:pPr>
      <w:r w:rsidRPr="005D2DD1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14:paraId="6174DF5C" w14:textId="77777777" w:rsidR="00BD0CD2" w:rsidRPr="005D2DD1" w:rsidRDefault="0012464E" w:rsidP="005D2DD1">
      <w:pPr>
        <w:tabs>
          <w:tab w:val="left" w:pos="180"/>
        </w:tabs>
        <w:autoSpaceDE w:val="0"/>
        <w:autoSpaceDN w:val="0"/>
        <w:spacing w:before="166" w:after="0" w:line="290" w:lineRule="auto"/>
        <w:rPr>
          <w:lang w:val="ru-RU"/>
        </w:rPr>
      </w:pP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«Русский язык» в начальной школе у обучающегося будут сформированы следующие личностные новообразования 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гражданско-патриотического воспитания: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становление ценностного отношения к своей Родине — России, в том числе через изучение русского языка, отражающего историю и культуру страны;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осознание своей этнокультурной и российской граждан​ской идентичности, понимание роли русского языка как государственного языка Российской Федерации и языка межнацио​нального общения народов России;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сопричастность к прошлому, настоящему и будущему сво​ей страны и родного края, в том числе через обсуждение ситуаций при работе с художественными произведениями;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уважение к своему и другим народам, формируемое в том числе на основе примеров из художественных произведений;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первоначальные представления о человеке как члене об​щества, о правах и ответственности, уважении и достоинстве человека, о нравственно​этических нормах поведения и прави​лах </w:t>
      </w:r>
      <w:r w:rsidRPr="005D2DD1">
        <w:rPr>
          <w:lang w:val="ru-RU"/>
        </w:rPr>
        <w:br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межличностных отношений, в том числе отражённых в художественных произведениях; 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b/>
          <w:color w:val="000000"/>
          <w:sz w:val="24"/>
          <w:lang w:val="ru-RU"/>
        </w:rPr>
        <w:t>духовно-нравственного воспитания: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признание индивидуальности каждого человека с опорой на собственный жизненный и читательский опыт;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проявление сопереживания, уважения и доброжелатель​ ности, в том числе с использованием адекватных языковых средств для выражения своего состояния и чувств;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неприятие любых форм поведения, направленных на причинение физического  и  морального вреда  другим  людям (в том числе связанного с использованием недопустимых средств языка); </w:t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эстетического воспитания: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стремление к самовыражению в разных видах художе​ственной деятельности, в том числе в искусстве слова; осозна​ние важности русского языка как средства общения и самовы​ражения; </w:t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b/>
          <w:color w:val="000000"/>
          <w:sz w:val="24"/>
          <w:lang w:val="ru-RU"/>
        </w:rPr>
        <w:t>физического воспитания, формирования культуры здоровья и эмоционального благополучия:</w:t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 в процессе языкового образования;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—   бережное отношение к физическому и психическому здо​ровью, проявляющееся в выборе приемлемых способов речевого самовыражения и соблюдении норм речевого этикета и пра​вил общения; 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b/>
          <w:color w:val="000000"/>
          <w:sz w:val="24"/>
          <w:lang w:val="ru-RU"/>
        </w:rPr>
        <w:t>трудового воспитания: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осознание ценности труда в жизни человека и общества (в том числе благодаря примерам из художественных произведений), ответственное потребление и бережное отношение к результатам труда, навыки участия в различных видах трудо​вой деятельности, интерес к различным профессиям, возника​ющий при обсуждении примеров из художественных произве​дений; 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b/>
          <w:color w:val="000000"/>
          <w:sz w:val="24"/>
          <w:lang w:val="ru-RU"/>
        </w:rPr>
        <w:t>экологического воспитания:</w:t>
      </w:r>
    </w:p>
    <w:p w14:paraId="5BA9C342" w14:textId="77777777" w:rsidR="00BD0CD2" w:rsidRPr="005D2DD1" w:rsidRDefault="00BD0CD2" w:rsidP="005D2DD1">
      <w:pPr>
        <w:rPr>
          <w:lang w:val="ru-RU"/>
        </w:rPr>
        <w:sectPr w:rsidR="00BD0CD2" w:rsidRPr="005D2DD1">
          <w:pgSz w:w="11900" w:h="16840"/>
          <w:pgMar w:top="298" w:right="650" w:bottom="42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1AB497F7" w14:textId="77777777" w:rsidR="00BD0CD2" w:rsidRPr="005D2DD1" w:rsidRDefault="00BD0CD2" w:rsidP="005D2DD1">
      <w:pPr>
        <w:autoSpaceDE w:val="0"/>
        <w:autoSpaceDN w:val="0"/>
        <w:spacing w:after="78" w:line="220" w:lineRule="exact"/>
        <w:rPr>
          <w:lang w:val="ru-RU"/>
        </w:rPr>
      </w:pPr>
    </w:p>
    <w:p w14:paraId="1D36A22B" w14:textId="77777777" w:rsidR="00BD0CD2" w:rsidRPr="005D2DD1" w:rsidRDefault="0012464E" w:rsidP="005D2DD1">
      <w:pPr>
        <w:tabs>
          <w:tab w:val="left" w:pos="180"/>
        </w:tabs>
        <w:autoSpaceDE w:val="0"/>
        <w:autoSpaceDN w:val="0"/>
        <w:spacing w:after="0" w:line="286" w:lineRule="auto"/>
        <w:rPr>
          <w:lang w:val="ru-RU"/>
        </w:rPr>
      </w:pP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бережное отношение к природе, формируемое в процессе работы с текстами;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неприятие действий, приносящих ей вред; 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b/>
          <w:color w:val="000000"/>
          <w:sz w:val="24"/>
          <w:lang w:val="ru-RU"/>
        </w:rPr>
        <w:t>ценности научного познания: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первоначальные представления о научной картине мира (в том числе первоначальные представления о системе языка как одной из составляющих целостной научной картины мира);</w:t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актив​ность и </w:t>
      </w:r>
      <w:r w:rsidRPr="005D2DD1">
        <w:rPr>
          <w:lang w:val="ru-RU"/>
        </w:rPr>
        <w:br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самостоятельность в его познании.</w:t>
      </w:r>
    </w:p>
    <w:p w14:paraId="53F81161" w14:textId="77777777" w:rsidR="00BD0CD2" w:rsidRPr="005D2DD1" w:rsidRDefault="0012464E" w:rsidP="005D2DD1">
      <w:pPr>
        <w:autoSpaceDE w:val="0"/>
        <w:autoSpaceDN w:val="0"/>
        <w:spacing w:before="262" w:after="0" w:line="230" w:lineRule="auto"/>
        <w:rPr>
          <w:lang w:val="ru-RU"/>
        </w:rPr>
      </w:pPr>
      <w:r w:rsidRPr="005D2DD1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14:paraId="6EBF9432" w14:textId="77777777" w:rsidR="00BD0CD2" w:rsidRPr="005D2DD1" w:rsidRDefault="0012464E" w:rsidP="005D2DD1">
      <w:pPr>
        <w:tabs>
          <w:tab w:val="left" w:pos="180"/>
        </w:tabs>
        <w:autoSpaceDE w:val="0"/>
        <w:autoSpaceDN w:val="0"/>
        <w:spacing w:before="168" w:after="0" w:line="262" w:lineRule="auto"/>
        <w:ind w:right="864"/>
        <w:rPr>
          <w:lang w:val="ru-RU"/>
        </w:rPr>
      </w:pP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«Русский язык» в начальной школе у обучающегося будут сформированы следующие </w:t>
      </w:r>
      <w:r w:rsidRPr="005D2DD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познавательные 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универсальные учебные действия.</w:t>
      </w:r>
    </w:p>
    <w:p w14:paraId="46A539D3" w14:textId="77777777" w:rsidR="00BD0CD2" w:rsidRPr="005D2DD1" w:rsidRDefault="0012464E" w:rsidP="005D2DD1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логические действия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грамматиче​ский признак, лексическое значение и др.); устанавливать аналогии языковых единиц;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объединять объекты (языковые единицы) по определённо​му признаку;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находить в языковом материале закономерности и проти​воречия на основе предложенного учителем алгоритма наблюдения; анализировать алгоритм действий при работе с языко​выми единицами, самостоятельно выделять учебные операции при анализе языковых единиц;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выявлять недостаток информации для решения учебной и практической задачи на основе предложенного алгоритма, фор​мулировать запрос на дополнительную информацию;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устанавливать причинно​следственные связи в ситуациях наблюдения за языковым материалом, делать выводы.</w:t>
      </w:r>
    </w:p>
    <w:p w14:paraId="4BA830A3" w14:textId="77777777" w:rsidR="00BD0CD2" w:rsidRPr="005D2DD1" w:rsidRDefault="0012464E" w:rsidP="005D2DD1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исследовательские действия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с помощью учителя формулировать цель, планировать из​менения языкового объекта, речевой ситуации;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сравнивать несколько вариантов выполнения задания, выбирать наиболее подходящий (на основе предложенных критериев);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проводить по предложенному плану несложное лингви​стическое мини​-исследование, </w:t>
      </w:r>
      <w:r w:rsidRPr="005D2DD1">
        <w:rPr>
          <w:lang w:val="ru-RU"/>
        </w:rPr>
        <w:br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выполнять по предложенному плану проектное задание;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формулировать выводы и подкреплять их доказательства​ми на основе результатов </w:t>
      </w:r>
      <w:r w:rsidRPr="005D2DD1">
        <w:rPr>
          <w:lang w:val="ru-RU"/>
        </w:rPr>
        <w:br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прогнозировать возможное развитие процессов, событий и их последствия в аналогичных или сходных ситуациях.</w:t>
      </w:r>
    </w:p>
    <w:p w14:paraId="0E5EC704" w14:textId="77777777" w:rsidR="00BD0CD2" w:rsidRPr="005D2DD1" w:rsidRDefault="0012464E" w:rsidP="005D2DD1">
      <w:pPr>
        <w:tabs>
          <w:tab w:val="left" w:pos="180"/>
        </w:tabs>
        <w:autoSpaceDE w:val="0"/>
        <w:autoSpaceDN w:val="0"/>
        <w:spacing w:before="70" w:after="0" w:line="286" w:lineRule="auto"/>
        <w:ind w:right="288"/>
        <w:rPr>
          <w:lang w:val="ru-RU"/>
        </w:rPr>
      </w:pP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выбирать источник получения информации: нужный словарь для получения запрашиваемой информации, для уточнения;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согласно заданному алгоритму находить представленную в явном виде информацию в предложенном источнике: в слова​рях, справочниках;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соблюдать с помощью взрослых (педагогических работни​ков, родителей, законных</w:t>
      </w:r>
    </w:p>
    <w:p w14:paraId="6505AA36" w14:textId="77777777" w:rsidR="00BD0CD2" w:rsidRPr="005D2DD1" w:rsidRDefault="00BD0CD2" w:rsidP="005D2DD1">
      <w:pPr>
        <w:rPr>
          <w:lang w:val="ru-RU"/>
        </w:rPr>
        <w:sectPr w:rsidR="00BD0CD2" w:rsidRPr="005D2DD1">
          <w:pgSz w:w="11900" w:h="16840"/>
          <w:pgMar w:top="298" w:right="660" w:bottom="452" w:left="666" w:header="720" w:footer="720" w:gutter="0"/>
          <w:cols w:space="720" w:equalWidth="0">
            <w:col w:w="10574" w:space="0"/>
          </w:cols>
          <w:docGrid w:linePitch="360"/>
        </w:sectPr>
      </w:pPr>
    </w:p>
    <w:p w14:paraId="255FB794" w14:textId="77777777" w:rsidR="00BD0CD2" w:rsidRPr="005D2DD1" w:rsidRDefault="00BD0CD2" w:rsidP="005D2DD1">
      <w:pPr>
        <w:autoSpaceDE w:val="0"/>
        <w:autoSpaceDN w:val="0"/>
        <w:spacing w:after="66" w:line="220" w:lineRule="exact"/>
        <w:rPr>
          <w:lang w:val="ru-RU"/>
        </w:rPr>
      </w:pPr>
    </w:p>
    <w:p w14:paraId="64127A10" w14:textId="77777777" w:rsidR="00BD0CD2" w:rsidRPr="005D2DD1" w:rsidRDefault="0012464E" w:rsidP="005D2DD1">
      <w:pPr>
        <w:tabs>
          <w:tab w:val="left" w:pos="180"/>
        </w:tabs>
        <w:autoSpaceDE w:val="0"/>
        <w:autoSpaceDN w:val="0"/>
        <w:spacing w:after="0" w:line="283" w:lineRule="auto"/>
        <w:ind w:right="720"/>
        <w:rPr>
          <w:lang w:val="ru-RU"/>
        </w:rPr>
      </w:pP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анализировать и создавать текстовую, видео​, графиче​скую, звуковую информацию в соответствии с учебной зада​чей;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понимать лингвистическую информацию, зафиксирован​ную в виде таблиц, схем; самостоятельно создавать схемы, таблицы для представления лингвистической информации.</w:t>
      </w:r>
    </w:p>
    <w:p w14:paraId="33E194BA" w14:textId="77777777" w:rsidR="00BD0CD2" w:rsidRPr="005D2DD1" w:rsidRDefault="0012464E" w:rsidP="005D2DD1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форми​руются </w:t>
      </w:r>
      <w:r w:rsidRPr="005D2DD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коммуникативные </w:t>
      </w:r>
      <w:r w:rsidRPr="005D2DD1">
        <w:rPr>
          <w:lang w:val="ru-RU"/>
        </w:rPr>
        <w:br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универсальные учебные действия 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i/>
          <w:color w:val="000000"/>
          <w:sz w:val="24"/>
          <w:lang w:val="ru-RU"/>
        </w:rPr>
        <w:t>Общение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воспринимать и формулировать суждения, выражать эмо​ции в соответствии с целями и условиями общения в знакомой среде;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проявлять уважительное отношение к собеседнику, со​блюдать правила ведения диалоги и дискуссии;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признавать возможность существования разных точек зрения;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корректно и аргументированно высказывать своё  мне​ние;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строить речевое высказывание в соответствии с постав​ленной задачей;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создавать устные и письменные тексты (описание, рас​суждение, повествование) в соответствии с речевой ситуацией;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готовить небольшие публичные выступления о результа​тах парной и групповой работы, о результатах наблюдения, выполненного мини​-исследования, проектного задания;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подбирать иллюстративный материал (рисунки, фото, плакаты) к тексту выступления.</w:t>
      </w:r>
    </w:p>
    <w:p w14:paraId="70136009" w14:textId="77777777" w:rsidR="00BD0CD2" w:rsidRPr="005D2DD1" w:rsidRDefault="0012464E" w:rsidP="005D2DD1">
      <w:pPr>
        <w:tabs>
          <w:tab w:val="left" w:pos="180"/>
        </w:tabs>
        <w:autoSpaceDE w:val="0"/>
        <w:autoSpaceDN w:val="0"/>
        <w:spacing w:before="190" w:after="0" w:line="262" w:lineRule="auto"/>
        <w:rPr>
          <w:lang w:val="ru-RU"/>
        </w:rPr>
      </w:pP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форми​руются </w:t>
      </w:r>
      <w:r w:rsidRPr="005D2DD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регулятивные 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универсальные учебные действия.</w:t>
      </w:r>
    </w:p>
    <w:p w14:paraId="32582983" w14:textId="77777777" w:rsidR="00BD0CD2" w:rsidRPr="005D2DD1" w:rsidRDefault="0012464E" w:rsidP="005D2DD1">
      <w:pPr>
        <w:autoSpaceDE w:val="0"/>
        <w:autoSpaceDN w:val="0"/>
        <w:spacing w:before="70" w:after="0" w:line="271" w:lineRule="auto"/>
        <w:ind w:left="180" w:right="1728"/>
        <w:rPr>
          <w:lang w:val="ru-RU"/>
        </w:rPr>
      </w:pPr>
      <w:r w:rsidRPr="005D2DD1">
        <w:rPr>
          <w:rFonts w:ascii="Times New Roman" w:eastAsia="Times New Roman" w:hAnsi="Times New Roman"/>
          <w:i/>
          <w:color w:val="000000"/>
          <w:sz w:val="24"/>
          <w:lang w:val="ru-RU"/>
        </w:rPr>
        <w:t>Самоорганизация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5D2DD1">
        <w:rPr>
          <w:lang w:val="ru-RU"/>
        </w:rPr>
        <w:br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планировать действия по решению учебной задачи для по​лучения результата;—    выстраивать последовательность выбранных действий.</w:t>
      </w:r>
    </w:p>
    <w:p w14:paraId="7B3D6452" w14:textId="77777777" w:rsidR="00BD0CD2" w:rsidRPr="005D2DD1" w:rsidRDefault="0012464E" w:rsidP="005D2DD1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lang w:val="ru-RU"/>
        </w:rPr>
      </w:pP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i/>
          <w:color w:val="000000"/>
          <w:sz w:val="24"/>
          <w:lang w:val="ru-RU"/>
        </w:rPr>
        <w:t>Самоконтроль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устанавливать причины успеха/неудач учебной деятель​ности;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корректировать свои учебные действия для преодоления речевых и орфографических ошибок;</w:t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соотносить результат деятельности с поставленной учеб​ной задачей по выделению, </w:t>
      </w:r>
      <w:r w:rsidRPr="005D2DD1">
        <w:rPr>
          <w:lang w:val="ru-RU"/>
        </w:rPr>
        <w:br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характеристике, использованию языковых единиц;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находить ошибку, допущенную при работе с языковым материалом, находить </w:t>
      </w:r>
      <w:r w:rsidRPr="005D2DD1">
        <w:rPr>
          <w:lang w:val="ru-RU"/>
        </w:rPr>
        <w:br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орфографическую и пунктуационную ошибку;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сравнивать результаты своей деятельности и деятельно​сти одноклассников, объективно оценивать их по предложен​ным критериям.</w:t>
      </w:r>
    </w:p>
    <w:p w14:paraId="7D3EA6E8" w14:textId="77777777" w:rsidR="00BD0CD2" w:rsidRPr="005D2DD1" w:rsidRDefault="0012464E" w:rsidP="005D2DD1">
      <w:pPr>
        <w:autoSpaceDE w:val="0"/>
        <w:autoSpaceDN w:val="0"/>
        <w:spacing w:before="262" w:after="0" w:line="230" w:lineRule="auto"/>
        <w:rPr>
          <w:lang w:val="ru-RU"/>
        </w:rPr>
      </w:pPr>
      <w:r w:rsidRPr="005D2DD1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14:paraId="6795FBB4" w14:textId="77777777" w:rsidR="00BD0CD2" w:rsidRPr="005D2DD1" w:rsidRDefault="0012464E" w:rsidP="005D2DD1">
      <w:pPr>
        <w:tabs>
          <w:tab w:val="left" w:pos="180"/>
        </w:tabs>
        <w:autoSpaceDE w:val="0"/>
        <w:autoSpaceDN w:val="0"/>
        <w:spacing w:before="118" w:after="0" w:line="286" w:lineRule="auto"/>
        <w:ind w:right="288"/>
        <w:rPr>
          <w:lang w:val="ru-RU"/>
        </w:rPr>
      </w:pP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формулировать краткосрочные и долгосрочные цели (ин​дивидуальные с учётом участия в коллективных задачах) в стандартной (типовой) ситуации на основе предложенного учи​телем формата планирования, распределения промежуточных шагов и сроков;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проявлять готовность руководить, выполнять поручения, подчиняться, самостоятельно разрешать конфликты;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ответственно выполнять свою часть работы;</w:t>
      </w:r>
    </w:p>
    <w:p w14:paraId="7FE6181B" w14:textId="77777777" w:rsidR="00BD0CD2" w:rsidRPr="005D2DD1" w:rsidRDefault="00BD0CD2" w:rsidP="005D2DD1">
      <w:pPr>
        <w:rPr>
          <w:lang w:val="ru-RU"/>
        </w:rPr>
        <w:sectPr w:rsidR="00BD0CD2" w:rsidRPr="005D2DD1">
          <w:pgSz w:w="11900" w:h="16840"/>
          <w:pgMar w:top="286" w:right="698" w:bottom="368" w:left="666" w:header="720" w:footer="720" w:gutter="0"/>
          <w:cols w:space="720" w:equalWidth="0">
            <w:col w:w="10536" w:space="0"/>
          </w:cols>
          <w:docGrid w:linePitch="360"/>
        </w:sectPr>
      </w:pPr>
    </w:p>
    <w:p w14:paraId="3937BD58" w14:textId="77777777" w:rsidR="00BD0CD2" w:rsidRPr="005D2DD1" w:rsidRDefault="00BD0CD2" w:rsidP="005D2DD1">
      <w:pPr>
        <w:autoSpaceDE w:val="0"/>
        <w:autoSpaceDN w:val="0"/>
        <w:spacing w:after="78" w:line="220" w:lineRule="exact"/>
        <w:rPr>
          <w:lang w:val="ru-RU"/>
        </w:rPr>
      </w:pPr>
    </w:p>
    <w:p w14:paraId="2A67A46C" w14:textId="77777777" w:rsidR="00BD0CD2" w:rsidRPr="005D2DD1" w:rsidRDefault="0012464E" w:rsidP="005D2DD1">
      <w:pPr>
        <w:autoSpaceDE w:val="0"/>
        <w:autoSpaceDN w:val="0"/>
        <w:spacing w:after="0" w:line="262" w:lineRule="auto"/>
        <w:ind w:left="180" w:right="1584"/>
        <w:rPr>
          <w:lang w:val="ru-RU"/>
        </w:rPr>
      </w:pP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оценивать свой вклад в общий результат;</w:t>
      </w:r>
      <w:r w:rsidRPr="005D2DD1">
        <w:rPr>
          <w:lang w:val="ru-RU"/>
        </w:rPr>
        <w:br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выполнять совместные проектные задания с опорой на предложенные образцы.</w:t>
      </w:r>
    </w:p>
    <w:p w14:paraId="651B99B3" w14:textId="77777777" w:rsidR="00BD0CD2" w:rsidRPr="005D2DD1" w:rsidRDefault="0012464E" w:rsidP="005D2DD1">
      <w:pPr>
        <w:autoSpaceDE w:val="0"/>
        <w:autoSpaceDN w:val="0"/>
        <w:spacing w:before="262" w:after="0" w:line="230" w:lineRule="auto"/>
        <w:rPr>
          <w:lang w:val="ru-RU"/>
        </w:rPr>
      </w:pPr>
      <w:r w:rsidRPr="005D2DD1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14:paraId="6EE45964" w14:textId="77777777" w:rsidR="00BD0CD2" w:rsidRPr="005D2DD1" w:rsidRDefault="0012464E" w:rsidP="005D2DD1">
      <w:pPr>
        <w:tabs>
          <w:tab w:val="left" w:pos="180"/>
        </w:tabs>
        <w:autoSpaceDE w:val="0"/>
        <w:autoSpaceDN w:val="0"/>
        <w:spacing w:before="166" w:after="0" w:line="290" w:lineRule="auto"/>
        <w:rPr>
          <w:lang w:val="ru-RU"/>
        </w:rPr>
      </w:pP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во </w:t>
      </w:r>
      <w:r w:rsidRPr="005D2DD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втором классе 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обучающийся научится: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осознавать язык как основное средство общения;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характеризовать согласные звуки вне слова и в слове по заданным параметрам: согласный парный/непарный по твёрдости/мягкости; согласный парный/непарный по звонкости/глу​хости;</w:t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определять количество слогов в слове (в том числе при сте​чении согласных); делить слово на слоги;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устанавливать соотношение звукового и буквенного соста​ва, в том числе с учётом функций букв </w:t>
      </w:r>
      <w:r w:rsidRPr="005D2DD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5D2DD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5D2DD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ю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5D2DD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я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обозначать на письме мягкость согласных звуков буквой мягкий знак в середине слова;</w:t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находить однокоренные слова;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выделять в слове корень (простые случаи);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выделять в слове окончание;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выявлять в тексте случаи употребления многозначных слов, понимать их значения и уточнять значение по учебным словарям; случаи употребления синонимов и антонимов (без на​зывания терминов);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распознавать слова,  отвечающие  на  вопросы  «кто?»,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«что?»;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распознавать слова, отвечающие на вопросы «что де​лать?», «что сделать?» и др.;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распознавать слова, отвечающие на вопросы «какой?», «какая?», «какое?», «какие?»;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определять вид предложения по цели высказывания и по эмоциональной окраске;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находить место орфограммы в слове и между словами на изученные правила;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применять изученные правила правописания, в том чис​ле: сочетания </w:t>
      </w:r>
      <w:r w:rsidRPr="005D2DD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чк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5D2DD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чн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5D2DD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чт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5D2DD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щн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5D2DD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нч</w:t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</w:t>
      </w:r>
      <w:r w:rsidRPr="005D2DD1">
        <w:rPr>
          <w:lang w:val="ru-RU"/>
        </w:rPr>
        <w:br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прописная бук​ва в именах, отчествах, фамилиях людей, кличках живот​ных, географических названиях; раздельное написание пред​логов с именами существительными, разделительный мягкий знак;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правильно списывать (без пропусков и искажений букв) слова и предложения, тексты объёмом не более 50 слов;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находить и исправлять ошибки на изученные правила, описки;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пользоваться толковым, орфографическим, орфоэпиче​ским словарями учебника;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строить устное диалогическое и монологическое выска​зывание (2—4 предложения на определённую тему, по наблюдениям) с соблюдением орфоэпических норм, правильной ин​тонации;</w:t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формулировать простые выводы на основе прочитанного (услышанного) устно и письменно (1—2 предложения);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составлять предложения из слов, устанавливая между ни​ми смысловую связь по вопросам;</w:t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определять тему текста и озаглавливать текст, отражая его тему;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составлять текст из разрозненных предложений, частей текста;</w:t>
      </w:r>
      <w:r w:rsidRPr="005D2DD1">
        <w:rPr>
          <w:lang w:val="ru-RU"/>
        </w:rPr>
        <w:br/>
      </w:r>
      <w:r w:rsidRPr="005D2DD1">
        <w:rPr>
          <w:lang w:val="ru-RU"/>
        </w:rPr>
        <w:tab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писать подробное изложение повествовательного текста объёмом 30—45 слов с опорой на вопросы;</w:t>
      </w:r>
    </w:p>
    <w:p w14:paraId="49464AB6" w14:textId="77777777" w:rsidR="00BD0CD2" w:rsidRPr="005D2DD1" w:rsidRDefault="00BD0CD2" w:rsidP="005D2DD1">
      <w:pPr>
        <w:rPr>
          <w:lang w:val="ru-RU"/>
        </w:rPr>
        <w:sectPr w:rsidR="00BD0CD2" w:rsidRPr="005D2DD1">
          <w:pgSz w:w="11900" w:h="16840"/>
          <w:pgMar w:top="298" w:right="690" w:bottom="452" w:left="666" w:header="720" w:footer="720" w:gutter="0"/>
          <w:cols w:space="720" w:equalWidth="0">
            <w:col w:w="10544" w:space="0"/>
          </w:cols>
          <w:docGrid w:linePitch="360"/>
        </w:sectPr>
      </w:pPr>
    </w:p>
    <w:p w14:paraId="28AD0BD9" w14:textId="77777777" w:rsidR="00BD0CD2" w:rsidRPr="005D2DD1" w:rsidRDefault="00BD0CD2" w:rsidP="005D2DD1">
      <w:pPr>
        <w:autoSpaceDE w:val="0"/>
        <w:autoSpaceDN w:val="0"/>
        <w:spacing w:after="78" w:line="220" w:lineRule="exact"/>
        <w:rPr>
          <w:lang w:val="ru-RU"/>
        </w:rPr>
      </w:pPr>
    </w:p>
    <w:p w14:paraId="11AC549C" w14:textId="77777777" w:rsidR="00BD0CD2" w:rsidRPr="005D2DD1" w:rsidRDefault="0012464E" w:rsidP="005D2DD1">
      <w:pPr>
        <w:autoSpaceDE w:val="0"/>
        <w:autoSpaceDN w:val="0"/>
        <w:spacing w:after="0" w:line="230" w:lineRule="auto"/>
        <w:jc w:val="center"/>
        <w:rPr>
          <w:lang w:val="ru-RU"/>
        </w:rPr>
      </w:pP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>—    объяснять своими словами значение изученных понятий; использовать изученные понятия.</w:t>
      </w:r>
    </w:p>
    <w:p w14:paraId="1B3690CF" w14:textId="77777777" w:rsidR="00BD0CD2" w:rsidRPr="005D2DD1" w:rsidRDefault="00BD0CD2" w:rsidP="005D2DD1">
      <w:pPr>
        <w:rPr>
          <w:lang w:val="ru-RU"/>
        </w:rPr>
        <w:sectPr w:rsidR="00BD0CD2" w:rsidRPr="005D2DD1">
          <w:pgSz w:w="11900" w:h="16840"/>
          <w:pgMar w:top="298" w:right="1150" w:bottom="1440" w:left="846" w:header="720" w:footer="720" w:gutter="0"/>
          <w:cols w:space="720" w:equalWidth="0">
            <w:col w:w="9904" w:space="0"/>
          </w:cols>
          <w:docGrid w:linePitch="360"/>
        </w:sectPr>
      </w:pPr>
    </w:p>
    <w:p w14:paraId="175E0827" w14:textId="77777777" w:rsidR="005D2DD1" w:rsidRPr="005D2DD1" w:rsidRDefault="005D2DD1" w:rsidP="005D2DD1">
      <w:pPr>
        <w:rPr>
          <w:b/>
          <w:lang w:val="ru-RU"/>
        </w:rPr>
      </w:pPr>
      <w:r w:rsidRPr="005D2DD1">
        <w:rPr>
          <w:b/>
          <w:lang w:val="ru-RU"/>
        </w:rPr>
        <w:lastRenderedPageBreak/>
        <w:t xml:space="preserve">ТЕМАТИЧЕСКОЕ ПЛАНИРОВАНИЕ </w:t>
      </w:r>
    </w:p>
    <w:p w14:paraId="0D6B876E" w14:textId="77777777" w:rsidR="005D2DD1" w:rsidRPr="005D2DD1" w:rsidRDefault="005D2DD1" w:rsidP="005D2DD1">
      <w:pPr>
        <w:rPr>
          <w:lang w:val="ru-RU"/>
        </w:rPr>
      </w:pPr>
      <w:r w:rsidRPr="005D2DD1">
        <w:rPr>
          <w:noProof/>
          <w:lang w:val="ru-RU" w:eastAsia="ru-RU"/>
        </w:rPr>
        <w:drawing>
          <wp:inline distT="0" distB="0" distL="0" distR="0" wp14:anchorId="71D3F347" wp14:editId="6B28DC4F">
            <wp:extent cx="9823704" cy="5105400"/>
            <wp:effectExtent l="0" t="0" r="0" b="0"/>
            <wp:docPr id="218667" name="Picture 218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667" name="Picture 21866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23704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73078" w14:textId="77777777" w:rsidR="005D2DD1" w:rsidRPr="005D2DD1" w:rsidRDefault="005D2DD1" w:rsidP="005D2DD1">
      <w:pPr>
        <w:rPr>
          <w:lang w:val="ru-RU"/>
        </w:rPr>
        <w:sectPr w:rsidR="005D2DD1" w:rsidRPr="005D2DD1">
          <w:headerReference w:type="even" r:id="rId10"/>
          <w:headerReference w:type="default" r:id="rId11"/>
          <w:headerReference w:type="first" r:id="rId12"/>
          <w:pgSz w:w="16838" w:h="11909" w:orient="landscape"/>
          <w:pgMar w:top="713" w:right="706" w:bottom="851" w:left="581" w:header="710" w:footer="720" w:gutter="0"/>
          <w:cols w:space="720"/>
          <w:titlePg/>
        </w:sectPr>
      </w:pPr>
    </w:p>
    <w:p w14:paraId="6D4B5D8F" w14:textId="77777777" w:rsidR="005D2DD1" w:rsidRPr="005D2DD1" w:rsidRDefault="005D2DD1" w:rsidP="005D2DD1">
      <w:pPr>
        <w:rPr>
          <w:lang w:val="ru-RU"/>
        </w:rPr>
      </w:pPr>
      <w:r w:rsidRPr="005D2DD1">
        <w:rPr>
          <w:noProof/>
          <w:lang w:val="ru-RU" w:eastAsia="ru-RU"/>
        </w:rPr>
        <w:lastRenderedPageBreak/>
        <w:drawing>
          <wp:inline distT="0" distB="0" distL="0" distR="0" wp14:anchorId="1998A3BC" wp14:editId="0FCE1F78">
            <wp:extent cx="9781032" cy="6635497"/>
            <wp:effectExtent l="0" t="0" r="0" b="0"/>
            <wp:docPr id="218669" name="Picture 218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669" name="Picture 21866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81032" cy="663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11B6D" w14:textId="77777777" w:rsidR="005D2DD1" w:rsidRPr="005D2DD1" w:rsidRDefault="005D2DD1" w:rsidP="005D2DD1">
      <w:pPr>
        <w:rPr>
          <w:lang w:val="ru-RU"/>
        </w:rPr>
      </w:pPr>
      <w:r w:rsidRPr="005D2DD1">
        <w:rPr>
          <w:lang w:val="ru-RU"/>
        </w:rPr>
        <w:lastRenderedPageBreak/>
        <w:t xml:space="preserve"> </w:t>
      </w:r>
    </w:p>
    <w:p w14:paraId="659614C3" w14:textId="77777777" w:rsidR="005D2DD1" w:rsidRPr="005D2DD1" w:rsidRDefault="005D2DD1" w:rsidP="005D2DD1">
      <w:pPr>
        <w:rPr>
          <w:lang w:val="ru-RU"/>
        </w:rPr>
      </w:pPr>
      <w:r w:rsidRPr="005D2DD1">
        <w:rPr>
          <w:noProof/>
          <w:lang w:val="ru-RU" w:eastAsia="ru-RU"/>
        </w:rPr>
        <w:lastRenderedPageBreak/>
        <w:drawing>
          <wp:inline distT="0" distB="0" distL="0" distR="0" wp14:anchorId="7199EC99" wp14:editId="391697A7">
            <wp:extent cx="9787128" cy="6623304"/>
            <wp:effectExtent l="0" t="0" r="0" b="0"/>
            <wp:docPr id="218671" name="Picture 218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671" name="Picture 21867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87128" cy="662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779E5" w14:textId="77777777" w:rsidR="005D2DD1" w:rsidRPr="005D2DD1" w:rsidRDefault="005D2DD1" w:rsidP="005D2DD1">
      <w:pPr>
        <w:rPr>
          <w:lang w:val="ru-RU"/>
        </w:rPr>
      </w:pPr>
      <w:r w:rsidRPr="005D2DD1">
        <w:rPr>
          <w:lang w:val="ru-RU"/>
        </w:rPr>
        <w:lastRenderedPageBreak/>
        <w:t xml:space="preserve"> </w:t>
      </w:r>
    </w:p>
    <w:p w14:paraId="38FC261A" w14:textId="77777777" w:rsidR="005D2DD1" w:rsidRPr="005D2DD1" w:rsidRDefault="005D2DD1" w:rsidP="005D2DD1">
      <w:pPr>
        <w:rPr>
          <w:lang w:val="ru-RU"/>
        </w:rPr>
      </w:pPr>
    </w:p>
    <w:tbl>
      <w:tblPr>
        <w:tblStyle w:val="TableGrid"/>
        <w:tblW w:w="15329" w:type="dxa"/>
        <w:tblInd w:w="146" w:type="dxa"/>
        <w:tblLook w:val="04A0" w:firstRow="1" w:lastRow="0" w:firstColumn="1" w:lastColumn="0" w:noHBand="0" w:noVBand="1"/>
      </w:tblPr>
      <w:tblGrid>
        <w:gridCol w:w="458"/>
        <w:gridCol w:w="2854"/>
        <w:gridCol w:w="615"/>
        <w:gridCol w:w="1309"/>
        <w:gridCol w:w="1347"/>
        <w:gridCol w:w="944"/>
        <w:gridCol w:w="3168"/>
        <w:gridCol w:w="1281"/>
        <w:gridCol w:w="102"/>
        <w:gridCol w:w="62"/>
        <w:gridCol w:w="907"/>
        <w:gridCol w:w="96"/>
        <w:gridCol w:w="501"/>
        <w:gridCol w:w="1112"/>
        <w:gridCol w:w="309"/>
        <w:gridCol w:w="165"/>
        <w:gridCol w:w="43"/>
        <w:gridCol w:w="56"/>
      </w:tblGrid>
      <w:tr w:rsidR="005D2DD1" w:rsidRPr="005D2DD1" w14:paraId="7364EB4B" w14:textId="77777777" w:rsidTr="00802828">
        <w:trPr>
          <w:gridAfter w:val="1"/>
          <w:wAfter w:w="60" w:type="dxa"/>
          <w:trHeight w:val="806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E7A1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AF1C4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D7C2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1D21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6A7D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1759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32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79DCC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закрепление на письме способов обозначения мягкости согласных звуков.Учебный диалог о способах обозначения звука [й’].Работа с таблицей: </w:t>
            </w:r>
          </w:p>
          <w:p w14:paraId="3E17A8D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определение  способа обозначения звука [й’] в приведённых словах, запись в нужную ячейку таб лицы. 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5252F" w14:textId="77777777" w:rsidR="005D2DD1" w:rsidRPr="005D2DD1" w:rsidRDefault="005D2DD1" w:rsidP="005D2DD1">
            <w:pPr>
              <w:spacing w:after="200" w:line="276" w:lineRule="auto"/>
            </w:pPr>
          </w:p>
          <w:tbl>
            <w:tblPr>
              <w:tblStyle w:val="TableGrid"/>
              <w:tblW w:w="999" w:type="dxa"/>
              <w:tblInd w:w="95" w:type="dxa"/>
              <w:tblCellMar>
                <w:top w:w="10" w:type="dxa"/>
              </w:tblCellMar>
              <w:tblLook w:val="04A0" w:firstRow="1" w:lastRow="0" w:firstColumn="1" w:lastColumn="0" w:noHBand="0" w:noVBand="1"/>
            </w:tblPr>
            <w:tblGrid>
              <w:gridCol w:w="310"/>
              <w:gridCol w:w="689"/>
            </w:tblGrid>
            <w:tr w:rsidR="005D2DD1" w:rsidRPr="005D2DD1" w14:paraId="56FDA17B" w14:textId="77777777" w:rsidTr="00802828">
              <w:trPr>
                <w:trHeight w:val="296"/>
              </w:trPr>
              <w:tc>
                <w:tcPr>
                  <w:tcW w:w="999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1" w:space="0" w:color="FF0000"/>
                    <w:right w:val="dashed" w:sz="6" w:space="0" w:color="FF0000"/>
                  </w:tcBorders>
                  <w:shd w:val="clear" w:color="auto" w:fill="F7FCF7"/>
                </w:tcPr>
                <w:p w14:paraId="3C605730" w14:textId="77777777" w:rsidR="005D2DD1" w:rsidRPr="005D2DD1" w:rsidRDefault="005D2DD1" w:rsidP="005D2DD1">
                  <w:pPr>
                    <w:spacing w:after="200" w:line="276" w:lineRule="auto"/>
                  </w:pPr>
                  <w:r w:rsidRPr="005D2DD1">
                    <w:t>письменн</w:t>
                  </w:r>
                </w:p>
              </w:tc>
            </w:tr>
            <w:tr w:rsidR="005D2DD1" w:rsidRPr="005D2DD1" w14:paraId="4079E603" w14:textId="77777777" w:rsidTr="00802828">
              <w:trPr>
                <w:trHeight w:val="298"/>
              </w:trPr>
              <w:tc>
                <w:tcPr>
                  <w:tcW w:w="302" w:type="dxa"/>
                  <w:tcBorders>
                    <w:top w:val="dashed" w:sz="11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  <w:shd w:val="clear" w:color="auto" w:fill="F7FCF7"/>
                </w:tcPr>
                <w:p w14:paraId="5B28CBBE" w14:textId="77777777" w:rsidR="005D2DD1" w:rsidRPr="005D2DD1" w:rsidRDefault="005D2DD1" w:rsidP="005D2DD1">
                  <w:pPr>
                    <w:spacing w:after="200" w:line="276" w:lineRule="auto"/>
                  </w:pPr>
                  <w:r w:rsidRPr="005D2DD1">
                    <w:t>ый</w:t>
                  </w:r>
                </w:p>
              </w:tc>
              <w:tc>
                <w:tcPr>
                  <w:tcW w:w="698" w:type="dxa"/>
                  <w:tcBorders>
                    <w:top w:val="dashed" w:sz="11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471D0C9E" w14:textId="77777777" w:rsidR="005D2DD1" w:rsidRPr="005D2DD1" w:rsidRDefault="005D2DD1" w:rsidP="005D2DD1">
                  <w:pPr>
                    <w:spacing w:after="200" w:line="276" w:lineRule="auto"/>
                  </w:pPr>
                  <w:r w:rsidRPr="005D2DD1">
                    <w:t xml:space="preserve"> </w:t>
                  </w:r>
                </w:p>
              </w:tc>
            </w:tr>
          </w:tbl>
          <w:p w14:paraId="1F79C80D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2927" w:type="dxa"/>
            <w:gridSpan w:val="9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C4EB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</w:tr>
      <w:tr w:rsidR="005D2DD1" w:rsidRPr="005D2DD1" w14:paraId="2DFB1894" w14:textId="77777777" w:rsidTr="00802828">
        <w:trPr>
          <w:gridAfter w:val="1"/>
          <w:wAfter w:w="60" w:type="dxa"/>
          <w:trHeight w:val="2127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37F2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2. </w:t>
            </w:r>
          </w:p>
          <w:p w14:paraId="7851CC0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7. 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0C8EE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Использование небуквенных графических средств: пробела между словами, знака переноса, абзаца (красной строки), пунктуационных знаков (в пределах изученного) 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3AE1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48672" behindDoc="1" locked="0" layoutInCell="1" allowOverlap="1" wp14:anchorId="32C4B510" wp14:editId="3F630705">
                      <wp:simplePos x="0" y="0"/>
                      <wp:positionH relativeFrom="column">
                        <wp:posOffset>54229</wp:posOffset>
                      </wp:positionH>
                      <wp:positionV relativeFrom="paragraph">
                        <wp:posOffset>-608</wp:posOffset>
                      </wp:positionV>
                      <wp:extent cx="94615" cy="184150"/>
                      <wp:effectExtent l="0" t="0" r="0" b="0"/>
                      <wp:wrapNone/>
                      <wp:docPr id="216279" name="Group 2162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4150"/>
                                <a:chOff x="0" y="0"/>
                                <a:chExt cx="94615" cy="184150"/>
                              </a:xfrm>
                            </wpg:grpSpPr>
                            <wps:wsp>
                              <wps:cNvPr id="222264" name="Shape 222264"/>
                              <wps:cNvSpPr/>
                              <wps:spPr>
                                <a:xfrm>
                                  <a:off x="9525" y="4445"/>
                                  <a:ext cx="762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26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89" name="Shape 13289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90" name="Shape 13290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91" name="Shape 13291"/>
                              <wps:cNvSpPr/>
                              <wps:spPr>
                                <a:xfrm>
                                  <a:off x="9525" y="63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92" name="Shape 13292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93" name="Shape 13293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94" name="Shape 13294"/>
                              <wps:cNvSpPr/>
                              <wps:spPr>
                                <a:xfrm>
                                  <a:off x="4445" y="4445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95" name="Shape 13295"/>
                              <wps:cNvSpPr/>
                              <wps:spPr>
                                <a:xfrm>
                                  <a:off x="89535" y="4445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96" name="Shape 13296"/>
                              <wps:cNvSpPr/>
                              <wps:spPr>
                                <a:xfrm>
                                  <a:off x="0" y="18415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97" name="Shape 13297"/>
                              <wps:cNvSpPr/>
                              <wps:spPr>
                                <a:xfrm>
                                  <a:off x="0" y="18415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98" name="Shape 13298"/>
                              <wps:cNvSpPr/>
                              <wps:spPr>
                                <a:xfrm>
                                  <a:off x="8890" y="18415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99" name="Shape 13299"/>
                              <wps:cNvSpPr/>
                              <wps:spPr>
                                <a:xfrm>
                                  <a:off x="85090" y="18415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00" name="Shape 13300"/>
                              <wps:cNvSpPr/>
                              <wps:spPr>
                                <a:xfrm>
                                  <a:off x="85090" y="18415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033DF3" id="Group 216279" o:spid="_x0000_s1026" style="position:absolute;margin-left:4.25pt;margin-top:-.05pt;width:7.45pt;height:14.5pt;z-index:-251767808" coordsize="94615,1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">
                      <v:shape id="Shape 222264" o:spid="_x0000_s1027" style="position:absolute;left:9525;top:4445;width:76200;height:175260;visibility:visible;mso-wrap-style:square;v-text-anchor:top" coordsize="762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" path="m,l76200,r,175260l,175260,,e" fillcolor="#fff186" stroked="f" strokeweight="0">
                        <v:stroke miterlimit="83231f" joinstyle="miter"/>
                        <v:path arrowok="t" textboxrect="0,0,76200,175260"/>
                      </v:shape>
                      <v:shape id="Shape 13289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3290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13291" o:spid="_x0000_s1030" style="position:absolute;left:9525;top:63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" path="m,l76200,e" filled="f" strokecolor="red" strokeweight=".72pt">
                        <v:path arrowok="t" textboxrect="0,0,76200,0"/>
                      </v:shape>
                      <v:shape id="Shape 13292" o:spid="_x0000_s1031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3293" o:spid="_x0000_s1032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3294" o:spid="_x0000_s1033" style="position:absolute;left:4445;top:4445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" path="m,l,175260e" filled="f" strokecolor="red" strokeweight=".72pt">
                        <v:path arrowok="t" textboxrect="0,0,0,175260"/>
                      </v:shape>
                      <v:shape id="Shape 13295" o:spid="_x0000_s1034" style="position:absolute;left:89535;top:4445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" path="m,l,175260e" filled="f" strokecolor="red" strokeweight=".72pt">
                        <v:path arrowok="t" textboxrect="0,0,0,175260"/>
                      </v:shape>
                      <v:shape id="Shape 13296" o:spid="_x0000_s1035" style="position:absolute;top:18415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3297" o:spid="_x0000_s1036" style="position:absolute;top:18415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" path="m,l8890,e" filled="f" strokecolor="red" strokeweight=".72pt">
                        <v:path arrowok="t" textboxrect="0,0,8890,0"/>
                      </v:shape>
                      <v:shape id="Shape 13298" o:spid="_x0000_s1037" style="position:absolute;left:8890;top:184150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13299" o:spid="_x0000_s1038" style="position:absolute;left:85090;top:18415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3300" o:spid="_x0000_s1039" style="position:absolute;left:85090;top:18415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1 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B087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50720" behindDoc="1" locked="0" layoutInCell="1" allowOverlap="1" wp14:anchorId="55112D59" wp14:editId="0F0583B4">
                      <wp:simplePos x="0" y="0"/>
                      <wp:positionH relativeFrom="column">
                        <wp:posOffset>59754</wp:posOffset>
                      </wp:positionH>
                      <wp:positionV relativeFrom="paragraph">
                        <wp:posOffset>-608</wp:posOffset>
                      </wp:positionV>
                      <wp:extent cx="94615" cy="184150"/>
                      <wp:effectExtent l="0" t="0" r="0" b="0"/>
                      <wp:wrapNone/>
                      <wp:docPr id="216287" name="Group 2162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4150"/>
                                <a:chOff x="0" y="0"/>
                                <a:chExt cx="94615" cy="184150"/>
                              </a:xfrm>
                            </wpg:grpSpPr>
                            <wps:wsp>
                              <wps:cNvPr id="222266" name="Shape 222266"/>
                              <wps:cNvSpPr/>
                              <wps:spPr>
                                <a:xfrm>
                                  <a:off x="8890" y="4445"/>
                                  <a:ext cx="762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26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02" name="Shape 13302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03" name="Shape 13303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04" name="Shape 13304"/>
                              <wps:cNvSpPr/>
                              <wps:spPr>
                                <a:xfrm>
                                  <a:off x="9525" y="63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05" name="Shape 13305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06" name="Shape 13306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07" name="Shape 13307"/>
                              <wps:cNvSpPr/>
                              <wps:spPr>
                                <a:xfrm>
                                  <a:off x="5080" y="4445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08" name="Shape 13308"/>
                              <wps:cNvSpPr/>
                              <wps:spPr>
                                <a:xfrm>
                                  <a:off x="90170" y="4445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09" name="Shape 13309"/>
                              <wps:cNvSpPr/>
                              <wps:spPr>
                                <a:xfrm>
                                  <a:off x="0" y="18415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10" name="Shape 13310"/>
                              <wps:cNvSpPr/>
                              <wps:spPr>
                                <a:xfrm>
                                  <a:off x="0" y="18415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11" name="Shape 13311"/>
                              <wps:cNvSpPr/>
                              <wps:spPr>
                                <a:xfrm>
                                  <a:off x="9525" y="18415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12" name="Shape 13312"/>
                              <wps:cNvSpPr/>
                              <wps:spPr>
                                <a:xfrm>
                                  <a:off x="85725" y="18415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13" name="Shape 13313"/>
                              <wps:cNvSpPr/>
                              <wps:spPr>
                                <a:xfrm>
                                  <a:off x="85725" y="18415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6FA516" id="Group 216287" o:spid="_x0000_s1026" style="position:absolute;margin-left:4.7pt;margin-top:-.05pt;width:7.45pt;height:14.5pt;z-index:-251765760" coordsize="94615,1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">
                      <v:shape id="Shape 222266" o:spid="_x0000_s1027" style="position:absolute;left:8890;top:4445;width:76200;height:175260;visibility:visible;mso-wrap-style:square;v-text-anchor:top" coordsize="762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" path="m,l76200,r,175260l,175260,,e" fillcolor="#fff186" stroked="f" strokeweight="0">
                        <v:stroke miterlimit="83231f" joinstyle="miter"/>
                        <v:path arrowok="t" textboxrect="0,0,76200,175260"/>
                      </v:shape>
                      <v:shape id="Shape 13302" o:spid="_x0000_s1028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" path="m,l9525,e" filled="f" strokecolor="red" strokeweight=".72pt">
                        <v:path arrowok="t" textboxrect="0,0,9525,0"/>
                      </v:shape>
                      <v:shape id="Shape 13303" o:spid="_x0000_s1029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" path="m,l9525,e" filled="f" strokecolor="red" strokeweight=".72pt">
                        <v:path arrowok="t" textboxrect="0,0,9525,0"/>
                      </v:shape>
                      <v:shape id="Shape 13304" o:spid="_x0000_s1030" style="position:absolute;left:9525;top:63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" path="m,l76200,e" filled="f" strokecolor="red" strokeweight=".72pt">
                        <v:path arrowok="t" textboxrect="0,0,76200,0"/>
                      </v:shape>
                      <v:shape id="Shape 13305" o:spid="_x0000_s1031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3306" o:spid="_x0000_s1032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" path="m,l8890,e" filled="f" strokecolor="red" strokeweight=".72pt">
                        <v:path arrowok="t" textboxrect="0,0,8890,0"/>
                      </v:shape>
                      <v:shape id="Shape 13307" o:spid="_x0000_s1033" style="position:absolute;left:5080;top:4445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" path="m,l,175260e" filled="f" strokecolor="red" strokeweight=".72pt">
                        <v:path arrowok="t" textboxrect="0,0,0,175260"/>
                      </v:shape>
                      <v:shape id="Shape 13308" o:spid="_x0000_s1034" style="position:absolute;left:90170;top:4445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" path="m,l,175260e" filled="f" strokecolor="red" strokeweight=".72pt">
                        <v:path arrowok="t" textboxrect="0,0,0,175260"/>
                      </v:shape>
                      <v:shape id="Shape 13309" o:spid="_x0000_s1035" style="position:absolute;top:18415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" path="m,l9525,e" filled="f" strokecolor="red" strokeweight=".72pt">
                        <v:path arrowok="t" textboxrect="0,0,9525,0"/>
                      </v:shape>
                      <v:shape id="Shape 13310" o:spid="_x0000_s1036" style="position:absolute;top:18415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13311" o:spid="_x0000_s1037" style="position:absolute;left:9525;top:184150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" path="m,l76200,e" filled="f" strokecolor="red" strokeweight=".72pt">
                        <v:path arrowok="t" textboxrect="0,0,76200,0"/>
                      </v:shape>
                      <v:shape id="Shape 13312" o:spid="_x0000_s1038" style="position:absolute;left:85725;top:18415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3313" o:spid="_x0000_s1039" style="position:absolute;left:85725;top:18415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0A22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52768" behindDoc="1" locked="0" layoutInCell="1" allowOverlap="1" wp14:anchorId="619A5818" wp14:editId="79328A66">
                      <wp:simplePos x="0" y="0"/>
                      <wp:positionH relativeFrom="column">
                        <wp:posOffset>56769</wp:posOffset>
                      </wp:positionH>
                      <wp:positionV relativeFrom="paragraph">
                        <wp:posOffset>-608</wp:posOffset>
                      </wp:positionV>
                      <wp:extent cx="95250" cy="184150"/>
                      <wp:effectExtent l="0" t="0" r="0" b="0"/>
                      <wp:wrapNone/>
                      <wp:docPr id="216295" name="Group 2162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" cy="184150"/>
                                <a:chOff x="0" y="0"/>
                                <a:chExt cx="95250" cy="184150"/>
                              </a:xfrm>
                            </wpg:grpSpPr>
                            <wps:wsp>
                              <wps:cNvPr id="222268" name="Shape 222268"/>
                              <wps:cNvSpPr/>
                              <wps:spPr>
                                <a:xfrm>
                                  <a:off x="9525" y="4445"/>
                                  <a:ext cx="762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26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15" name="Shape 13315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16" name="Shape 13316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17" name="Shape 13317"/>
                              <wps:cNvSpPr/>
                              <wps:spPr>
                                <a:xfrm>
                                  <a:off x="9525" y="63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18" name="Shape 13318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19" name="Shape 13319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20" name="Shape 13320"/>
                              <wps:cNvSpPr/>
                              <wps:spPr>
                                <a:xfrm>
                                  <a:off x="4445" y="4445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21" name="Shape 13321"/>
                              <wps:cNvSpPr/>
                              <wps:spPr>
                                <a:xfrm>
                                  <a:off x="89535" y="4445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22" name="Shape 13322"/>
                              <wps:cNvSpPr/>
                              <wps:spPr>
                                <a:xfrm>
                                  <a:off x="0" y="18415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23" name="Shape 13323"/>
                              <wps:cNvSpPr/>
                              <wps:spPr>
                                <a:xfrm>
                                  <a:off x="0" y="18415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24" name="Shape 13324"/>
                              <wps:cNvSpPr/>
                              <wps:spPr>
                                <a:xfrm>
                                  <a:off x="8890" y="18415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25" name="Shape 13325"/>
                              <wps:cNvSpPr/>
                              <wps:spPr>
                                <a:xfrm>
                                  <a:off x="85090" y="18415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26" name="Shape 13326"/>
                              <wps:cNvSpPr/>
                              <wps:spPr>
                                <a:xfrm>
                                  <a:off x="85090" y="18415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C0969A" id="Group 216295" o:spid="_x0000_s1026" style="position:absolute;margin-left:4.45pt;margin-top:-.05pt;width:7.5pt;height:14.5pt;z-index:-251763712" coordsize="95250,1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">
                      <v:shape id="Shape 222268" o:spid="_x0000_s1027" style="position:absolute;left:9525;top:4445;width:76200;height:175260;visibility:visible;mso-wrap-style:square;v-text-anchor:top" coordsize="762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" path="m,l76200,r,175260l,175260,,e" fillcolor="#fff186" stroked="f" strokeweight="0">
                        <v:stroke miterlimit="83231f" joinstyle="miter"/>
                        <v:path arrowok="t" textboxrect="0,0,76200,175260"/>
                      </v:shape>
                      <v:shape id="Shape 13315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" path="m,l8890,e" filled="f" strokecolor="red" strokeweight=".72pt">
                        <v:path arrowok="t" textboxrect="0,0,8890,0"/>
                      </v:shape>
                      <v:shape id="Shape 13316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3317" o:spid="_x0000_s1030" style="position:absolute;left:9525;top:63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" path="m,l76200,e" filled="f" strokecolor="red" strokeweight=".72pt">
                        <v:path arrowok="t" textboxrect="0,0,76200,0"/>
                      </v:shape>
                      <v:shape id="Shape 13318" o:spid="_x0000_s1031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13319" o:spid="_x0000_s1032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" path="m,l9525,e" filled="f" strokecolor="red" strokeweight=".72pt">
                        <v:path arrowok="t" textboxrect="0,0,9525,0"/>
                      </v:shape>
                      <v:shape id="Shape 13320" o:spid="_x0000_s1033" style="position:absolute;left:4445;top:4445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" path="m,l,175260e" filled="f" strokecolor="red" strokeweight=".72pt">
                        <v:path arrowok="t" textboxrect="0,0,0,175260"/>
                      </v:shape>
                      <v:shape id="Shape 13321" o:spid="_x0000_s1034" style="position:absolute;left:89535;top:4445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" path="m,l,175260e" filled="f" strokecolor="red" strokeweight=".72pt">
                        <v:path arrowok="t" textboxrect="0,0,0,175260"/>
                      </v:shape>
                      <v:shape id="Shape 13322" o:spid="_x0000_s1035" style="position:absolute;top:18415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" path="m,l8890,e" filled="f" strokecolor="red" strokeweight=".72pt">
                        <v:path arrowok="t" textboxrect="0,0,8890,0"/>
                      </v:shape>
                      <v:shape id="Shape 13323" o:spid="_x0000_s1036" style="position:absolute;top:18415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3324" o:spid="_x0000_s1037" style="position:absolute;left:8890;top:184150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" path="m,l76200,e" filled="f" strokecolor="red" strokeweight=".72pt">
                        <v:path arrowok="t" textboxrect="0,0,76200,0"/>
                      </v:shape>
                      <v:shape id="Shape 13325" o:spid="_x0000_s1038" style="position:absolute;left:85090;top:18415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" path="m,l9525,e" filled="f" strokecolor="red" strokeweight=".72pt">
                        <v:path arrowok="t" textboxrect="0,0,9525,0"/>
                      </v:shape>
                      <v:shape id="Shape 13326" o:spid="_x0000_s1039" style="position:absolute;left:85090;top:18415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" path="m,l9525,e" filled="f" strokecolor="red" strokeweight=".72pt">
                        <v:path arrowok="t" textboxrect="0,0,9525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29CC1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6ABD3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A9CF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5EE4650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w:drawing>
                <wp:anchor distT="0" distB="0" distL="114300" distR="114300" simplePos="0" relativeHeight="251554816" behindDoc="1" locked="0" layoutInCell="1" allowOverlap="0" wp14:anchorId="22F46AA9" wp14:editId="15AC95C3">
                  <wp:simplePos x="0" y="0"/>
                  <wp:positionH relativeFrom="column">
                    <wp:posOffset>54228</wp:posOffset>
                  </wp:positionH>
                  <wp:positionV relativeFrom="paragraph">
                    <wp:posOffset>-34701</wp:posOffset>
                  </wp:positionV>
                  <wp:extent cx="658368" cy="777240"/>
                  <wp:effectExtent l="0" t="0" r="0" b="0"/>
                  <wp:wrapNone/>
                  <wp:docPr id="218673" name="Picture 2186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673" name="Picture 21867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D2DD1">
              <w:t xml:space="preserve"> Текущий, </w:t>
            </w:r>
            <w:r w:rsidRPr="005D2DD1">
              <w:rPr>
                <w:u w:val="single"/>
              </w:rPr>
              <w:t>устный,</w:t>
            </w:r>
            <w:r w:rsidRPr="005D2DD1">
              <w:t xml:space="preserve">  </w:t>
            </w:r>
            <w:r w:rsidRPr="005D2DD1">
              <w:rPr>
                <w:u w:val="single"/>
              </w:rPr>
              <w:t>письменн</w:t>
            </w:r>
            <w:r w:rsidRPr="005D2DD1">
              <w:t xml:space="preserve"> ый </w:t>
            </w:r>
            <w:r w:rsidRPr="005D2DD1">
              <w:tab/>
              <w:t xml:space="preserve"> </w:t>
            </w:r>
          </w:p>
          <w:p w14:paraId="7B03B6D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0" w:type="auto"/>
            <w:gridSpan w:val="9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8897FDD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5D2DD1" w14:paraId="6E41291E" w14:textId="77777777" w:rsidTr="00802828">
        <w:trPr>
          <w:gridAfter w:val="1"/>
          <w:wAfter w:w="60" w:type="dxa"/>
          <w:trHeight w:val="498"/>
        </w:trPr>
        <w:tc>
          <w:tcPr>
            <w:tcW w:w="3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EAB0B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Итого по разделу: 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vAlign w:val="center"/>
          </w:tcPr>
          <w:p w14:paraId="0A8968B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56864" behindDoc="1" locked="0" layoutInCell="1" allowOverlap="1" wp14:anchorId="18FA0E71" wp14:editId="4C08CC28">
                      <wp:simplePos x="0" y="0"/>
                      <wp:positionH relativeFrom="column">
                        <wp:posOffset>67437</wp:posOffset>
                      </wp:positionH>
                      <wp:positionV relativeFrom="paragraph">
                        <wp:posOffset>-7467</wp:posOffset>
                      </wp:positionV>
                      <wp:extent cx="76200" cy="179832"/>
                      <wp:effectExtent l="0" t="0" r="0" b="0"/>
                      <wp:wrapNone/>
                      <wp:docPr id="216648" name="Group 2166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9832"/>
                                <a:chOff x="0" y="0"/>
                                <a:chExt cx="76200" cy="179832"/>
                              </a:xfrm>
                            </wpg:grpSpPr>
                            <wps:wsp>
                              <wps:cNvPr id="222270" name="Shape 222270"/>
                              <wps:cNvSpPr/>
                              <wps:spPr>
                                <a:xfrm>
                                  <a:off x="0" y="0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C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C1F7A4" id="Group 216648" o:spid="_x0000_s1026" style="position:absolute;margin-left:5.3pt;margin-top:-.6pt;width:6pt;height:14.15pt;z-index:-251759616" coordsize="762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">
                      <v:shape id="Shape 222270" o:spid="_x0000_s1027" style="position:absolute;width:76200;height:179832;visibility:visible;mso-wrap-style:square;v-text-anchor:top" coordsize="7620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" path="m,l76200,r,179832l,179832,,e" fillcolor="#f7fcf7" stroked="f" strokeweight="0">
                        <v:stroke miterlimit="83231f" joinstyle="miter"/>
                        <v:path arrowok="t" textboxrect="0,0,76200,179832"/>
                      </v:shape>
                    </v:group>
                  </w:pict>
                </mc:Fallback>
              </mc:AlternateContent>
            </w:r>
            <w:r w:rsidRPr="005D2DD1">
              <w:t xml:space="preserve">6 </w:t>
            </w:r>
          </w:p>
        </w:tc>
        <w:tc>
          <w:tcPr>
            <w:tcW w:w="70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4831C5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2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4E2B947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2927" w:type="dxa"/>
            <w:gridSpan w:val="9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8EAAECF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5D2DD1" w14:paraId="361BCC89" w14:textId="77777777" w:rsidTr="00802828">
        <w:trPr>
          <w:gridAfter w:val="1"/>
          <w:wAfter w:w="60" w:type="dxa"/>
          <w:trHeight w:val="473"/>
        </w:trPr>
        <w:tc>
          <w:tcPr>
            <w:tcW w:w="1111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54D34FA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Раздел 3. </w:t>
            </w:r>
            <w:r w:rsidRPr="005D2DD1">
              <w:rPr>
                <w:b/>
              </w:rPr>
              <w:t xml:space="preserve">Лексика </w:t>
            </w:r>
          </w:p>
        </w:tc>
        <w:tc>
          <w:tcPr>
            <w:tcW w:w="12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9A34E93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2927" w:type="dxa"/>
            <w:gridSpan w:val="9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90A2AE2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5D2DD1" w14:paraId="67C13BE6" w14:textId="77777777" w:rsidTr="00802828">
        <w:trPr>
          <w:gridAfter w:val="1"/>
          <w:wAfter w:w="60" w:type="dxa"/>
          <w:trHeight w:val="107"/>
        </w:trPr>
        <w:tc>
          <w:tcPr>
            <w:tcW w:w="4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2729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3. </w:t>
            </w:r>
          </w:p>
          <w:p w14:paraId="1E730E5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1. </w:t>
            </w:r>
          </w:p>
        </w:tc>
        <w:tc>
          <w:tcPr>
            <w:tcW w:w="29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FA8A6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Понимание слова как единства звучания и значения. Лексическое значение слова (общее представление). </w:t>
            </w:r>
          </w:p>
        </w:tc>
        <w:tc>
          <w:tcPr>
            <w:tcW w:w="6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D81D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58912" behindDoc="1" locked="0" layoutInCell="1" allowOverlap="1" wp14:anchorId="088D02D6" wp14:editId="24B2793A">
                      <wp:simplePos x="0" y="0"/>
                      <wp:positionH relativeFrom="column">
                        <wp:posOffset>54229</wp:posOffset>
                      </wp:positionH>
                      <wp:positionV relativeFrom="paragraph">
                        <wp:posOffset>660</wp:posOffset>
                      </wp:positionV>
                      <wp:extent cx="94615" cy="185420"/>
                      <wp:effectExtent l="0" t="0" r="0" b="0"/>
                      <wp:wrapNone/>
                      <wp:docPr id="216714" name="Group 2167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5420"/>
                                <a:chOff x="0" y="0"/>
                                <a:chExt cx="94615" cy="185420"/>
                              </a:xfrm>
                            </wpg:grpSpPr>
                            <wps:wsp>
                              <wps:cNvPr id="222272" name="Shape 222272"/>
                              <wps:cNvSpPr/>
                              <wps:spPr>
                                <a:xfrm>
                                  <a:off x="9525" y="4445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28" name="Shape 13328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29" name="Shape 13329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30" name="Shape 13330"/>
                              <wps:cNvSpPr/>
                              <wps:spPr>
                                <a:xfrm>
                                  <a:off x="9525" y="63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31" name="Shape 13331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32" name="Shape 13332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33" name="Shape 13333"/>
                              <wps:cNvSpPr/>
                              <wps:spPr>
                                <a:xfrm>
                                  <a:off x="4445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34" name="Shape 13334"/>
                              <wps:cNvSpPr/>
                              <wps:spPr>
                                <a:xfrm>
                                  <a:off x="89535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35" name="Shape 13335"/>
                              <wps:cNvSpPr/>
                              <wps:spPr>
                                <a:xfrm>
                                  <a:off x="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36" name="Shape 13336"/>
                              <wps:cNvSpPr/>
                              <wps:spPr>
                                <a:xfrm>
                                  <a:off x="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37" name="Shape 13337"/>
                              <wps:cNvSpPr/>
                              <wps:spPr>
                                <a:xfrm>
                                  <a:off x="8890" y="18542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38" name="Shape 13338"/>
                              <wps:cNvSpPr/>
                              <wps:spPr>
                                <a:xfrm>
                                  <a:off x="8509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39" name="Shape 13339"/>
                              <wps:cNvSpPr/>
                              <wps:spPr>
                                <a:xfrm>
                                  <a:off x="8509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8404E0" id="Group 216714" o:spid="_x0000_s1026" style="position:absolute;margin-left:4.25pt;margin-top:.05pt;width:7.45pt;height:14.6pt;z-index:-251757568" coordsize="94615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">
                      <v:shape id="Shape 222272" o:spid="_x0000_s1027" style="position:absolute;left:9525;top:4445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" path="m,l76200,r,177165l,177165,,e" fillcolor="#fff186" stroked="f" strokeweight="0">
                        <v:stroke miterlimit="83231f" joinstyle="miter"/>
                        <v:path arrowok="t" textboxrect="0,0,76200,177165"/>
                      </v:shape>
                      <v:shape id="Shape 13328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13329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3330" o:spid="_x0000_s1030" style="position:absolute;left:9525;top:63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13331" o:spid="_x0000_s1031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3332" o:spid="_x0000_s1032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3333" o:spid="_x0000_s1033" style="position:absolute;left:4445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" path="m,l,176530e" filled="f" strokecolor="red" strokeweight=".72pt">
                        <v:path arrowok="t" textboxrect="0,0,0,176530"/>
                      </v:shape>
                      <v:shape id="Shape 13334" o:spid="_x0000_s1034" style="position:absolute;left:89535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" path="m,l,176530e" filled="f" strokecolor="red" strokeweight=".72pt">
                        <v:path arrowok="t" textboxrect="0,0,0,176530"/>
                      </v:shape>
                      <v:shape id="Shape 13335" o:spid="_x0000_s1035" style="position:absolute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3336" o:spid="_x0000_s1036" style="position:absolute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3337" o:spid="_x0000_s1037" style="position:absolute;left:8890;top:185420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" path="m,l76200,e" filled="f" strokecolor="red" strokeweight=".72pt">
                        <v:path arrowok="t" textboxrect="0,0,76200,0"/>
                      </v:shape>
                      <v:shape id="Shape 13338" o:spid="_x0000_s1038" style="position:absolute;left:85090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13339" o:spid="_x0000_s1039" style="position:absolute;left:85090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3 </w:t>
            </w:r>
          </w:p>
        </w:tc>
        <w:tc>
          <w:tcPr>
            <w:tcW w:w="13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AF3D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60960" behindDoc="1" locked="0" layoutInCell="1" allowOverlap="1" wp14:anchorId="6DE1635C" wp14:editId="7AADB096">
                      <wp:simplePos x="0" y="0"/>
                      <wp:positionH relativeFrom="column">
                        <wp:posOffset>59754</wp:posOffset>
                      </wp:positionH>
                      <wp:positionV relativeFrom="paragraph">
                        <wp:posOffset>660</wp:posOffset>
                      </wp:positionV>
                      <wp:extent cx="94615" cy="185420"/>
                      <wp:effectExtent l="0" t="0" r="0" b="0"/>
                      <wp:wrapNone/>
                      <wp:docPr id="216722" name="Group 2167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5420"/>
                                <a:chOff x="0" y="0"/>
                                <a:chExt cx="94615" cy="185420"/>
                              </a:xfrm>
                            </wpg:grpSpPr>
                            <wps:wsp>
                              <wps:cNvPr id="222274" name="Shape 222274"/>
                              <wps:cNvSpPr/>
                              <wps:spPr>
                                <a:xfrm>
                                  <a:off x="8890" y="4445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41" name="Shape 13341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42" name="Shape 13342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43" name="Shape 13343"/>
                              <wps:cNvSpPr/>
                              <wps:spPr>
                                <a:xfrm>
                                  <a:off x="9525" y="63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44" name="Shape 13344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45" name="Shape 13345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46" name="Shape 13346"/>
                              <wps:cNvSpPr/>
                              <wps:spPr>
                                <a:xfrm>
                                  <a:off x="5080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47" name="Shape 13347"/>
                              <wps:cNvSpPr/>
                              <wps:spPr>
                                <a:xfrm>
                                  <a:off x="90170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48" name="Shape 13348"/>
                              <wps:cNvSpPr/>
                              <wps:spPr>
                                <a:xfrm>
                                  <a:off x="0" y="18542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49" name="Shape 13349"/>
                              <wps:cNvSpPr/>
                              <wps:spPr>
                                <a:xfrm>
                                  <a:off x="0" y="18542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50" name="Shape 13350"/>
                              <wps:cNvSpPr/>
                              <wps:spPr>
                                <a:xfrm>
                                  <a:off x="9525" y="18542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51" name="Shape 13351"/>
                              <wps:cNvSpPr/>
                              <wps:spPr>
                                <a:xfrm>
                                  <a:off x="85725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52" name="Shape 13352"/>
                              <wps:cNvSpPr/>
                              <wps:spPr>
                                <a:xfrm>
                                  <a:off x="85725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10F954" id="Group 216722" o:spid="_x0000_s1026" style="position:absolute;margin-left:4.7pt;margin-top:.05pt;width:7.45pt;height:14.6pt;z-index:-251755520" coordsize="94615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">
                      <v:shape id="Shape 222274" o:spid="_x0000_s1027" style="position:absolute;left:8890;top:4445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" path="m,l76200,r,177165l,177165,,e" fillcolor="#fff186" stroked="f" strokeweight="0">
                        <v:stroke miterlimit="83231f" joinstyle="miter"/>
                        <v:path arrowok="t" textboxrect="0,0,76200,177165"/>
                      </v:shape>
                      <v:shape id="Shape 13341" o:spid="_x0000_s1028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" path="m,l9525,e" filled="f" strokecolor="red" strokeweight=".72pt">
                        <v:path arrowok="t" textboxrect="0,0,9525,0"/>
                      </v:shape>
                      <v:shape id="Shape 13342" o:spid="_x0000_s1029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" path="m,l9525,e" filled="f" strokecolor="red" strokeweight=".72pt">
                        <v:path arrowok="t" textboxrect="0,0,9525,0"/>
                      </v:shape>
                      <v:shape id="Shape 13343" o:spid="_x0000_s1030" style="position:absolute;left:9525;top:63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" path="m,l76200,e" filled="f" strokecolor="red" strokeweight=".72pt">
                        <v:path arrowok="t" textboxrect="0,0,76200,0"/>
                      </v:shape>
                      <v:shape id="Shape 13344" o:spid="_x0000_s1031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3345" o:spid="_x0000_s1032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3346" o:spid="_x0000_s1033" style="position:absolute;left:5080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" path="m,l,176530e" filled="f" strokecolor="red" strokeweight=".72pt">
                        <v:path arrowok="t" textboxrect="0,0,0,176530"/>
                      </v:shape>
                      <v:shape id="Shape 13347" o:spid="_x0000_s1034" style="position:absolute;left:90170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" path="m,l,176530e" filled="f" strokecolor="red" strokeweight=".72pt">
                        <v:path arrowok="t" textboxrect="0,0,0,176530"/>
                      </v:shape>
                      <v:shape id="Shape 13348" o:spid="_x0000_s1035" style="position:absolute;top:18542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13349" o:spid="_x0000_s1036" style="position:absolute;top:18542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" path="m,l9525,e" filled="f" strokecolor="red" strokeweight=".72pt">
                        <v:path arrowok="t" textboxrect="0,0,9525,0"/>
                      </v:shape>
                      <v:shape id="Shape 13350" o:spid="_x0000_s1037" style="position:absolute;left:9525;top:185420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13351" o:spid="_x0000_s1038" style="position:absolute;left:85725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" path="m,l8890,e" filled="f" strokecolor="red" strokeweight=".72pt">
                        <v:path arrowok="t" textboxrect="0,0,8890,0"/>
                      </v:shape>
                      <v:shape id="Shape 13352" o:spid="_x0000_s1039" style="position:absolute;left:85725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4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8632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63008" behindDoc="1" locked="0" layoutInCell="1" allowOverlap="1" wp14:anchorId="745C678B" wp14:editId="17FD45D8">
                      <wp:simplePos x="0" y="0"/>
                      <wp:positionH relativeFrom="column">
                        <wp:posOffset>56769</wp:posOffset>
                      </wp:positionH>
                      <wp:positionV relativeFrom="paragraph">
                        <wp:posOffset>660</wp:posOffset>
                      </wp:positionV>
                      <wp:extent cx="95250" cy="185420"/>
                      <wp:effectExtent l="0" t="0" r="0" b="0"/>
                      <wp:wrapNone/>
                      <wp:docPr id="216730" name="Group 2167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" cy="185420"/>
                                <a:chOff x="0" y="0"/>
                                <a:chExt cx="95250" cy="185420"/>
                              </a:xfrm>
                            </wpg:grpSpPr>
                            <wps:wsp>
                              <wps:cNvPr id="222276" name="Shape 222276"/>
                              <wps:cNvSpPr/>
                              <wps:spPr>
                                <a:xfrm>
                                  <a:off x="9525" y="4445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54" name="Shape 13354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55" name="Shape 13355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56" name="Shape 13356"/>
                              <wps:cNvSpPr/>
                              <wps:spPr>
                                <a:xfrm>
                                  <a:off x="9525" y="63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57" name="Shape 13357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58" name="Shape 13358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59" name="Shape 13359"/>
                              <wps:cNvSpPr/>
                              <wps:spPr>
                                <a:xfrm>
                                  <a:off x="4445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60" name="Shape 13360"/>
                              <wps:cNvSpPr/>
                              <wps:spPr>
                                <a:xfrm>
                                  <a:off x="89535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61" name="Shape 13361"/>
                              <wps:cNvSpPr/>
                              <wps:spPr>
                                <a:xfrm>
                                  <a:off x="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62" name="Shape 13362"/>
                              <wps:cNvSpPr/>
                              <wps:spPr>
                                <a:xfrm>
                                  <a:off x="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63" name="Shape 13363"/>
                              <wps:cNvSpPr/>
                              <wps:spPr>
                                <a:xfrm>
                                  <a:off x="8890" y="18542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64" name="Shape 13364"/>
                              <wps:cNvSpPr/>
                              <wps:spPr>
                                <a:xfrm>
                                  <a:off x="85090" y="18542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65" name="Shape 13365"/>
                              <wps:cNvSpPr/>
                              <wps:spPr>
                                <a:xfrm>
                                  <a:off x="85090" y="18542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6B7E18" id="Group 216730" o:spid="_x0000_s1026" style="position:absolute;margin-left:4.45pt;margin-top:.05pt;width:7.5pt;height:14.6pt;z-index:-251753472" coordsize="95250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">
                      <v:shape id="Shape 222276" o:spid="_x0000_s1027" style="position:absolute;left:9525;top:4445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" path="m,l76200,r,177165l,177165,,e" fillcolor="#fff186" stroked="f" strokeweight="0">
                        <v:stroke miterlimit="83231f" joinstyle="miter"/>
                        <v:path arrowok="t" textboxrect="0,0,76200,177165"/>
                      </v:shape>
                      <v:shape id="Shape 13354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3355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3356" o:spid="_x0000_s1030" style="position:absolute;left:9525;top:63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" path="m,l76200,e" filled="f" strokecolor="red" strokeweight=".72pt">
                        <v:path arrowok="t" textboxrect="0,0,76200,0"/>
                      </v:shape>
                      <v:shape id="Shape 13357" o:spid="_x0000_s1031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" path="m,l9525,e" filled="f" strokecolor="red" strokeweight=".72pt">
                        <v:path arrowok="t" textboxrect="0,0,9525,0"/>
                      </v:shape>
                      <v:shape id="Shape 13358" o:spid="_x0000_s1032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13359" o:spid="_x0000_s1033" style="position:absolute;left:4445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" path="m,l,176530e" filled="f" strokecolor="red" strokeweight=".72pt">
                        <v:path arrowok="t" textboxrect="0,0,0,176530"/>
                      </v:shape>
                      <v:shape id="Shape 13360" o:spid="_x0000_s1034" style="position:absolute;left:89535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" path="m,l,176530e" filled="f" strokecolor="red" strokeweight=".72pt">
                        <v:path arrowok="t" textboxrect="0,0,0,176530"/>
                      </v:shape>
                      <v:shape id="Shape 13361" o:spid="_x0000_s1035" style="position:absolute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3362" o:spid="_x0000_s1036" style="position:absolute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" path="m,l8890,e" filled="f" strokecolor="red" strokeweight=".72pt">
                        <v:path arrowok="t" textboxrect="0,0,8890,0"/>
                      </v:shape>
                      <v:shape id="Shape 13363" o:spid="_x0000_s1037" style="position:absolute;left:8890;top:185420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" path="m,l76200,e" filled="f" strokecolor="red" strokeweight=".72pt">
                        <v:path arrowok="t" textboxrect="0,0,76200,0"/>
                      </v:shape>
                      <v:shape id="Shape 13364" o:spid="_x0000_s1038" style="position:absolute;left:85090;top:18542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" path="m,l9525,e" filled="f" strokecolor="red" strokeweight=".72pt">
                        <v:path arrowok="t" textboxrect="0,0,9525,0"/>
                      </v:shape>
                      <v:shape id="Shape 13365" o:spid="_x0000_s1039" style="position:absolute;left:85090;top:18542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" path="m,l9525,e" filled="f" strokecolor="red" strokeweight=".72pt">
                        <v:path arrowok="t" textboxrect="0,0,9525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0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1B5C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32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67538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Работа с рисунками: объяснять значение слова с опорой на рисунок и систему вопросов. Дидактическая игра «Угадай, какое это слово» (в ходе игры нужно опознавать слова по их лексическим  значениям). Работа в группах: наблюдение за значением слов в тексте, установление значения слова с </w:t>
            </w:r>
            <w:r w:rsidRPr="005D2DD1">
              <w:lastRenderedPageBreak/>
              <w:t xml:space="preserve">опорой на текст. Работа с записями на доске: нахождение </w:t>
            </w:r>
          </w:p>
          <w:p w14:paraId="2EFB6F4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ошибок в объяснении лексического значения слов. Практическая работа: выписать из толкового словаря значение пяти слов, которые раньше не знал(а). Работа в парах: один ученик читает значение слова из толкового словаря в учебнике, второй отгадывает это слово, потом меняются ролями. </w:t>
            </w:r>
          </w:p>
          <w:p w14:paraId="7EE7DFF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Творческое задание: составить </w:t>
            </w:r>
          </w:p>
        </w:tc>
        <w:tc>
          <w:tcPr>
            <w:tcW w:w="12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7C7E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 </w:t>
            </w:r>
          </w:p>
          <w:p w14:paraId="140D5D6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w:drawing>
                <wp:anchor distT="0" distB="0" distL="114300" distR="114300" simplePos="0" relativeHeight="251565056" behindDoc="1" locked="0" layoutInCell="1" allowOverlap="0" wp14:anchorId="6A6D3D2B" wp14:editId="7BD08252">
                  <wp:simplePos x="0" y="0"/>
                  <wp:positionH relativeFrom="column">
                    <wp:posOffset>54228</wp:posOffset>
                  </wp:positionH>
                  <wp:positionV relativeFrom="paragraph">
                    <wp:posOffset>-36352</wp:posOffset>
                  </wp:positionV>
                  <wp:extent cx="658368" cy="774192"/>
                  <wp:effectExtent l="0" t="0" r="0" b="0"/>
                  <wp:wrapNone/>
                  <wp:docPr id="218675" name="Picture 2186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675" name="Picture 21867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774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D2DD1">
              <w:t xml:space="preserve"> Текущий, </w:t>
            </w:r>
            <w:r w:rsidRPr="005D2DD1">
              <w:rPr>
                <w:u w:val="single"/>
              </w:rPr>
              <w:t>устный,</w:t>
            </w:r>
            <w:r w:rsidRPr="005D2DD1">
              <w:t xml:space="preserve">  </w:t>
            </w:r>
            <w:r w:rsidRPr="005D2DD1">
              <w:rPr>
                <w:u w:val="single"/>
              </w:rPr>
              <w:t>письменн</w:t>
            </w:r>
            <w:r w:rsidRPr="005D2DD1">
              <w:t xml:space="preserve"> ый </w:t>
            </w:r>
            <w:r w:rsidRPr="005D2DD1">
              <w:tab/>
              <w:t xml:space="preserve"> </w:t>
            </w:r>
          </w:p>
          <w:p w14:paraId="5FC5533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92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66F8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</w:tr>
      <w:tr w:rsidR="005D2DD1" w:rsidRPr="001C0564" w14:paraId="450E7AE4" w14:textId="77777777" w:rsidTr="00802828">
        <w:trPr>
          <w:gridAfter w:val="1"/>
          <w:wAfter w:w="60" w:type="dxa"/>
          <w:trHeight w:val="29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23C6AF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8A2980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66EC25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7DF65A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6082EE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8BD30E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1F2C9DD3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AF640C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16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1C9DE34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7024AFC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4A78136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7B8C189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>-</w:t>
            </w:r>
          </w:p>
        </w:tc>
        <w:tc>
          <w:tcPr>
            <w:tcW w:w="2759" w:type="dxa"/>
            <w:gridSpan w:val="7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F7FCF7"/>
          </w:tcPr>
          <w:p w14:paraId="4899884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>1.Сайт   «Я иду   на   урок</w:t>
            </w:r>
          </w:p>
        </w:tc>
      </w:tr>
      <w:tr w:rsidR="005D2DD1" w:rsidRPr="005D2DD1" w14:paraId="76E4A9C3" w14:textId="77777777" w:rsidTr="00802828">
        <w:trPr>
          <w:gridAfter w:val="1"/>
          <w:wAfter w:w="60" w:type="dxa"/>
          <w:trHeight w:val="30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8D47E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20C6945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2F5BAE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DCCCFE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B1219D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6348BE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EA9085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B6FC96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double" w:sz="6" w:space="0" w:color="000000"/>
            </w:tcBorders>
          </w:tcPr>
          <w:p w14:paraId="5604B7CB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2759" w:type="dxa"/>
            <w:gridSpan w:val="7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F7FCF7"/>
          </w:tcPr>
          <w:p w14:paraId="0E0BD48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начальной </w:t>
            </w:r>
            <w:r w:rsidRPr="005D2DD1">
              <w:tab/>
              <w:t>школы»:</w:t>
            </w:r>
          </w:p>
        </w:tc>
      </w:tr>
      <w:tr w:rsidR="005D2DD1" w:rsidRPr="001C0564" w14:paraId="67C1B0A9" w14:textId="77777777" w:rsidTr="00802828">
        <w:trPr>
          <w:gridAfter w:val="1"/>
          <w:wAfter w:w="60" w:type="dxa"/>
          <w:trHeight w:val="29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518790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CA848A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4B8B2F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275707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426FED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CC9C6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991C4B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DF5344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double" w:sz="6" w:space="0" w:color="000000"/>
            </w:tcBorders>
          </w:tcPr>
          <w:p w14:paraId="718A58CD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2759" w:type="dxa"/>
            <w:gridSpan w:val="7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F7FCF7"/>
          </w:tcPr>
          <w:p w14:paraId="637DAF79" w14:textId="77777777" w:rsidR="005D2DD1" w:rsidRPr="005D2DD1" w:rsidRDefault="00253105" w:rsidP="005D2DD1">
            <w:pPr>
              <w:spacing w:after="200" w:line="276" w:lineRule="auto"/>
            </w:pPr>
            <w:hyperlink r:id="rId17">
              <w:r w:rsidR="005D2DD1" w:rsidRPr="005D2DD1">
                <w:rPr>
                  <w:rStyle w:val="aff8"/>
                </w:rPr>
                <w:t>http://nsc.1september.ru/uro</w:t>
              </w:r>
            </w:hyperlink>
            <w:hyperlink r:id="rId18">
              <w:r w:rsidR="005D2DD1" w:rsidRPr="005D2DD1">
                <w:rPr>
                  <w:rStyle w:val="aff8"/>
                </w:rPr>
                <w:t xml:space="preserve"> </w:t>
              </w:r>
            </w:hyperlink>
            <w:r w:rsidR="005D2DD1" w:rsidRPr="005D2DD1">
              <w:t xml:space="preserve"> </w:t>
            </w:r>
          </w:p>
        </w:tc>
      </w:tr>
      <w:tr w:rsidR="005D2DD1" w:rsidRPr="005D2DD1" w14:paraId="4C2D6E3D" w14:textId="77777777" w:rsidTr="00802828">
        <w:trPr>
          <w:gridAfter w:val="1"/>
          <w:wAfter w:w="60" w:type="dxa"/>
          <w:trHeight w:val="31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A33F54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C13D9F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66013D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4A3A0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A11993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5EFFFC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8F296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336F57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double" w:sz="6" w:space="0" w:color="000000"/>
            </w:tcBorders>
          </w:tcPr>
          <w:p w14:paraId="3C43352C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2759" w:type="dxa"/>
            <w:gridSpan w:val="7"/>
            <w:tcBorders>
              <w:top w:val="single" w:sz="12" w:space="0" w:color="000000"/>
              <w:left w:val="double" w:sz="6" w:space="0" w:color="000000"/>
              <w:bottom w:val="single" w:sz="12" w:space="0" w:color="F7FCF7"/>
              <w:right w:val="single" w:sz="6" w:space="0" w:color="000000"/>
            </w:tcBorders>
          </w:tcPr>
          <w:p w14:paraId="795BA74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k </w:t>
            </w:r>
            <w:r w:rsidRPr="005D2DD1">
              <w:tab/>
              <w:t xml:space="preserve"> </w:t>
            </w:r>
          </w:p>
        </w:tc>
      </w:tr>
      <w:tr w:rsidR="005D2DD1" w:rsidRPr="005D2DD1" w14:paraId="562BF082" w14:textId="77777777" w:rsidTr="00802828">
        <w:trPr>
          <w:gridAfter w:val="1"/>
          <w:wAfter w:w="60" w:type="dxa"/>
          <w:trHeight w:val="25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EB086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D527F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2A323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936C1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6571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6EF8F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3011064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9EC7E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double" w:sz="6" w:space="0" w:color="000000"/>
            </w:tcBorders>
          </w:tcPr>
          <w:p w14:paraId="1B626170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2759" w:type="dxa"/>
            <w:gridSpan w:val="7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7FCF7"/>
          </w:tcPr>
          <w:p w14:paraId="2840B9F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2.Электронная </w:t>
            </w:r>
            <w:r w:rsidRPr="005D2DD1">
              <w:tab/>
              <w:t>версия</w:t>
            </w:r>
          </w:p>
        </w:tc>
      </w:tr>
      <w:tr w:rsidR="005D2DD1" w:rsidRPr="005D2DD1" w14:paraId="3ACDF395" w14:textId="77777777" w:rsidTr="00802828">
        <w:trPr>
          <w:gridAfter w:val="1"/>
          <w:wAfter w:w="60" w:type="dxa"/>
          <w:trHeight w:val="348"/>
        </w:trPr>
        <w:tc>
          <w:tcPr>
            <w:tcW w:w="4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67DA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3. 2. </w:t>
            </w:r>
          </w:p>
        </w:tc>
        <w:tc>
          <w:tcPr>
            <w:tcW w:w="29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FF1BA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Выявление слов, значение которых требует уточнения. Определение значения слова по тексту или уточнение значения с помощью толкового словаря. </w:t>
            </w:r>
          </w:p>
        </w:tc>
        <w:tc>
          <w:tcPr>
            <w:tcW w:w="6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4A11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67104" behindDoc="1" locked="0" layoutInCell="1" allowOverlap="1" wp14:anchorId="09246C9E" wp14:editId="5567A15E">
                      <wp:simplePos x="0" y="0"/>
                      <wp:positionH relativeFrom="column">
                        <wp:posOffset>54229</wp:posOffset>
                      </wp:positionH>
                      <wp:positionV relativeFrom="paragraph">
                        <wp:posOffset>787</wp:posOffset>
                      </wp:positionV>
                      <wp:extent cx="94615" cy="186055"/>
                      <wp:effectExtent l="0" t="0" r="0" b="0"/>
                      <wp:wrapNone/>
                      <wp:docPr id="217792" name="Group 2177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6055"/>
                                <a:chOff x="0" y="0"/>
                                <a:chExt cx="94615" cy="186055"/>
                              </a:xfrm>
                            </wpg:grpSpPr>
                            <wps:wsp>
                              <wps:cNvPr id="222278" name="Shape 222278"/>
                              <wps:cNvSpPr/>
                              <wps:spPr>
                                <a:xfrm>
                                  <a:off x="9525" y="4445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67" name="Shape 13367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68" name="Shape 13368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69" name="Shape 13369"/>
                              <wps:cNvSpPr/>
                              <wps:spPr>
                                <a:xfrm>
                                  <a:off x="9525" y="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70" name="Shape 13370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71" name="Shape 13371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72" name="Shape 13372"/>
                              <wps:cNvSpPr/>
                              <wps:spPr>
                                <a:xfrm>
                                  <a:off x="4445" y="4445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73" name="Shape 13373"/>
                              <wps:cNvSpPr/>
                              <wps:spPr>
                                <a:xfrm>
                                  <a:off x="89535" y="4445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74" name="Shape 13374"/>
                              <wps:cNvSpPr/>
                              <wps:spPr>
                                <a:xfrm>
                                  <a:off x="0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75" name="Shape 13375"/>
                              <wps:cNvSpPr/>
                              <wps:spPr>
                                <a:xfrm>
                                  <a:off x="0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76" name="Shape 13376"/>
                              <wps:cNvSpPr/>
                              <wps:spPr>
                                <a:xfrm>
                                  <a:off x="85090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77" name="Shape 13377"/>
                              <wps:cNvSpPr/>
                              <wps:spPr>
                                <a:xfrm>
                                  <a:off x="85090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D8586B" id="Group 217792" o:spid="_x0000_s1026" style="position:absolute;margin-left:4.25pt;margin-top:.05pt;width:7.45pt;height:14.65pt;z-index:-251749376" coordsize="94615,186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">
                      <v:shape id="Shape 222278" o:spid="_x0000_s1027" style="position:absolute;left:9525;top:4445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" path="m,l76200,r,177165l,177165,,e" fillcolor="#fff186" stroked="f" strokeweight="0">
                        <v:stroke miterlimit="83231f" joinstyle="miter"/>
                        <v:path arrowok="t" textboxrect="0,0,76200,177165"/>
                      </v:shape>
                      <v:shape id="Shape 13367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3368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13369" o:spid="_x0000_s1030" style="position:absolute;left:952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" path="m,l76200,e" filled="f" strokecolor="red" strokeweight=".72pt">
                        <v:path arrowok="t" textboxrect="0,0,76200,0"/>
                      </v:shape>
                      <v:shape id="Shape 13370" o:spid="_x0000_s1031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13371" o:spid="_x0000_s1032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3372" o:spid="_x0000_s1033" style="position:absolute;left:4445;top:4445;width:0;height:177165;visibility:visible;mso-wrap-style:square;v-text-anchor:top" coordsize="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" path="m,l,177165e" filled="f" strokecolor="red" strokeweight=".72pt">
                        <v:path arrowok="t" textboxrect="0,0,0,177165"/>
                      </v:shape>
                      <v:shape id="Shape 13373" o:spid="_x0000_s1034" style="position:absolute;left:89535;top:4445;width:0;height:177165;visibility:visible;mso-wrap-style:square;v-text-anchor:top" coordsize="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" path="m,l,177165e" filled="f" strokecolor="red" strokeweight=".72pt">
                        <v:path arrowok="t" textboxrect="0,0,0,177165"/>
                      </v:shape>
                      <v:shape id="Shape 13374" o:spid="_x0000_s1035" style="position:absolute;top:18605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3375" o:spid="_x0000_s1036" style="position:absolute;top:18605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" path="m,l8890,e" filled="f" strokecolor="red" strokeweight=".72pt">
                        <v:path arrowok="t" textboxrect="0,0,8890,0"/>
                      </v:shape>
                      <v:shape id="Shape 13376" o:spid="_x0000_s1037" style="position:absolute;left:85090;top:18605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3377" o:spid="_x0000_s1038" style="position:absolute;left:85090;top:18605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3 </w:t>
            </w:r>
          </w:p>
        </w:tc>
        <w:tc>
          <w:tcPr>
            <w:tcW w:w="13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5F8B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69152" behindDoc="1" locked="0" layoutInCell="1" allowOverlap="1" wp14:anchorId="03A6874B" wp14:editId="26A0EA31">
                      <wp:simplePos x="0" y="0"/>
                      <wp:positionH relativeFrom="column">
                        <wp:posOffset>59754</wp:posOffset>
                      </wp:positionH>
                      <wp:positionV relativeFrom="paragraph">
                        <wp:posOffset>787</wp:posOffset>
                      </wp:positionV>
                      <wp:extent cx="94615" cy="186055"/>
                      <wp:effectExtent l="0" t="0" r="0" b="0"/>
                      <wp:wrapNone/>
                      <wp:docPr id="217800" name="Group 2178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6055"/>
                                <a:chOff x="0" y="0"/>
                                <a:chExt cx="94615" cy="186055"/>
                              </a:xfrm>
                            </wpg:grpSpPr>
                            <wps:wsp>
                              <wps:cNvPr id="222280" name="Shape 222280"/>
                              <wps:cNvSpPr/>
                              <wps:spPr>
                                <a:xfrm>
                                  <a:off x="8890" y="4445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79" name="Shape 13379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80" name="Shape 13380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81" name="Shape 13381"/>
                              <wps:cNvSpPr/>
                              <wps:spPr>
                                <a:xfrm>
                                  <a:off x="9525" y="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82" name="Shape 13382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83" name="Shape 13383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84" name="Shape 13384"/>
                              <wps:cNvSpPr/>
                              <wps:spPr>
                                <a:xfrm>
                                  <a:off x="5080" y="4445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85" name="Shape 13385"/>
                              <wps:cNvSpPr/>
                              <wps:spPr>
                                <a:xfrm>
                                  <a:off x="90170" y="4445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86" name="Shape 13386"/>
                              <wps:cNvSpPr/>
                              <wps:spPr>
                                <a:xfrm>
                                  <a:off x="0" y="18605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87" name="Shape 13387"/>
                              <wps:cNvSpPr/>
                              <wps:spPr>
                                <a:xfrm>
                                  <a:off x="0" y="18605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88" name="Shape 13388"/>
                              <wps:cNvSpPr/>
                              <wps:spPr>
                                <a:xfrm>
                                  <a:off x="85725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89" name="Shape 13389"/>
                              <wps:cNvSpPr/>
                              <wps:spPr>
                                <a:xfrm>
                                  <a:off x="85725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2CB7A0" id="Group 217800" o:spid="_x0000_s1026" style="position:absolute;margin-left:4.7pt;margin-top:.05pt;width:7.45pt;height:14.65pt;z-index:-251747328" coordsize="94615,186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">
                      <v:shape id="Shape 222280" o:spid="_x0000_s1027" style="position:absolute;left:8890;top:4445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" path="m,l76200,r,177165l,177165,,e" fillcolor="#fff186" stroked="f" strokeweight="0">
                        <v:stroke miterlimit="83231f" joinstyle="miter"/>
                        <v:path arrowok="t" textboxrect="0,0,76200,177165"/>
                      </v:shape>
                      <v:shape id="Shape 13379" o:spid="_x0000_s1028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" path="m,l9525,e" filled="f" strokecolor="red" strokeweight=".72pt">
                        <v:path arrowok="t" textboxrect="0,0,9525,0"/>
                      </v:shape>
                      <v:shape id="Shape 13380" o:spid="_x0000_s1029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13381" o:spid="_x0000_s1030" style="position:absolute;left:952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" path="m,l76200,e" filled="f" strokecolor="red" strokeweight=".72pt">
                        <v:path arrowok="t" textboxrect="0,0,76200,0"/>
                      </v:shape>
                      <v:shape id="Shape 13382" o:spid="_x0000_s1031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3383" o:spid="_x0000_s1032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" path="m,l8890,e" filled="f" strokecolor="red" strokeweight=".72pt">
                        <v:path arrowok="t" textboxrect="0,0,8890,0"/>
                      </v:shape>
                      <v:shape id="Shape 13384" o:spid="_x0000_s1033" style="position:absolute;left:5080;top:4445;width:0;height:177165;visibility:visible;mso-wrap-style:square;v-text-anchor:top" coordsize="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" path="m,l,177165e" filled="f" strokecolor="red" strokeweight=".72pt">
                        <v:path arrowok="t" textboxrect="0,0,0,177165"/>
                      </v:shape>
                      <v:shape id="Shape 13385" o:spid="_x0000_s1034" style="position:absolute;left:90170;top:4445;width:0;height:177165;visibility:visible;mso-wrap-style:square;v-text-anchor:top" coordsize="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" path="m,l,177165e" filled="f" strokecolor="red" strokeweight=".72pt">
                        <v:path arrowok="t" textboxrect="0,0,0,177165"/>
                      </v:shape>
                      <v:shape id="Shape 13386" o:spid="_x0000_s1035" style="position:absolute;top:18605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" path="m,l9525,e" filled="f" strokecolor="red" strokeweight=".72pt">
                        <v:path arrowok="t" textboxrect="0,0,9525,0"/>
                      </v:shape>
                      <v:shape id="Shape 13387" o:spid="_x0000_s1036" style="position:absolute;top:18605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" path="m,l9525,e" filled="f" strokecolor="red" strokeweight=".72pt">
                        <v:path arrowok="t" textboxrect="0,0,9525,0"/>
                      </v:shape>
                      <v:shape id="Shape 13388" o:spid="_x0000_s1037" style="position:absolute;left:85725;top:18605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13389" o:spid="_x0000_s1038" style="position:absolute;left:85725;top:18605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4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3E91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71200" behindDoc="1" locked="0" layoutInCell="1" allowOverlap="1" wp14:anchorId="06451825" wp14:editId="23BBFBB7">
                      <wp:simplePos x="0" y="0"/>
                      <wp:positionH relativeFrom="column">
                        <wp:posOffset>56769</wp:posOffset>
                      </wp:positionH>
                      <wp:positionV relativeFrom="paragraph">
                        <wp:posOffset>787</wp:posOffset>
                      </wp:positionV>
                      <wp:extent cx="95250" cy="186055"/>
                      <wp:effectExtent l="0" t="0" r="0" b="0"/>
                      <wp:wrapNone/>
                      <wp:docPr id="217808" name="Group 2178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" cy="186055"/>
                                <a:chOff x="0" y="0"/>
                                <a:chExt cx="95250" cy="186055"/>
                              </a:xfrm>
                            </wpg:grpSpPr>
                            <wps:wsp>
                              <wps:cNvPr id="222282" name="Shape 222282"/>
                              <wps:cNvSpPr/>
                              <wps:spPr>
                                <a:xfrm>
                                  <a:off x="9525" y="4445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91" name="Shape 13391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92" name="Shape 13392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93" name="Shape 13393"/>
                              <wps:cNvSpPr/>
                              <wps:spPr>
                                <a:xfrm>
                                  <a:off x="9525" y="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94" name="Shape 13394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95" name="Shape 13395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96" name="Shape 13396"/>
                              <wps:cNvSpPr/>
                              <wps:spPr>
                                <a:xfrm>
                                  <a:off x="4445" y="4445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97" name="Shape 13397"/>
                              <wps:cNvSpPr/>
                              <wps:spPr>
                                <a:xfrm>
                                  <a:off x="89535" y="4445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98" name="Shape 13398"/>
                              <wps:cNvSpPr/>
                              <wps:spPr>
                                <a:xfrm>
                                  <a:off x="0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99" name="Shape 13399"/>
                              <wps:cNvSpPr/>
                              <wps:spPr>
                                <a:xfrm>
                                  <a:off x="0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00" name="Shape 13400"/>
                              <wps:cNvSpPr/>
                              <wps:spPr>
                                <a:xfrm>
                                  <a:off x="85090" y="18605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01" name="Shape 13401"/>
                              <wps:cNvSpPr/>
                              <wps:spPr>
                                <a:xfrm>
                                  <a:off x="85090" y="18605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B6D089" id="Group 217808" o:spid="_x0000_s1026" style="position:absolute;margin-left:4.45pt;margin-top:.05pt;width:7.5pt;height:14.65pt;z-index:-251745280" coordsize="95250,186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">
                      <v:shape id="Shape 222282" o:spid="_x0000_s1027" style="position:absolute;left:9525;top:4445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" path="m,l76200,r,177165l,177165,,e" fillcolor="#fff186" stroked="f" strokeweight="0">
                        <v:stroke miterlimit="83231f" joinstyle="miter"/>
                        <v:path arrowok="t" textboxrect="0,0,76200,177165"/>
                      </v:shape>
                      <v:shape id="Shape 13391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3392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3393" o:spid="_x0000_s1030" style="position:absolute;left:952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" path="m,l76200,e" filled="f" strokecolor="red" strokeweight=".72pt">
                        <v:path arrowok="t" textboxrect="0,0,76200,0"/>
                      </v:shape>
                      <v:shape id="Shape 13394" o:spid="_x0000_s1031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" path="m,l9525,e" filled="f" strokecolor="red" strokeweight=".72pt">
                        <v:path arrowok="t" textboxrect="0,0,9525,0"/>
                      </v:shape>
                      <v:shape id="Shape 13395" o:spid="_x0000_s1032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" path="m,l9525,e" filled="f" strokecolor="red" strokeweight=".72pt">
                        <v:path arrowok="t" textboxrect="0,0,9525,0"/>
                      </v:shape>
                      <v:shape id="Shape 13396" o:spid="_x0000_s1033" style="position:absolute;left:4445;top:4445;width:0;height:177165;visibility:visible;mso-wrap-style:square;v-text-anchor:top" coordsize="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" path="m,l,177165e" filled="f" strokecolor="red" strokeweight=".72pt">
                        <v:path arrowok="t" textboxrect="0,0,0,177165"/>
                      </v:shape>
                      <v:shape id="Shape 13397" o:spid="_x0000_s1034" style="position:absolute;left:89535;top:4445;width:0;height:177165;visibility:visible;mso-wrap-style:square;v-text-anchor:top" coordsize="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" path="m,l,177165e" filled="f" strokecolor="red" strokeweight=".72pt">
                        <v:path arrowok="t" textboxrect="0,0,0,177165"/>
                      </v:shape>
                      <v:shape id="Shape 13398" o:spid="_x0000_s1035" style="position:absolute;top:18605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13399" o:spid="_x0000_s1036" style="position:absolute;top:18605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" path="m,l8890,e" filled="f" strokecolor="red" strokeweight=".72pt">
                        <v:path arrowok="t" textboxrect="0,0,8890,0"/>
                      </v:shape>
                      <v:shape id="Shape 13400" o:spid="_x0000_s1037" style="position:absolute;left:85090;top:18605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13401" o:spid="_x0000_s1038" style="position:absolute;left:85090;top:18605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" path="m,l9525,e" filled="f" strokecolor="red" strokeweight=".72pt">
                        <v:path arrowok="t" textboxrect="0,0,9525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0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1D1F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C032C4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12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85AB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7D6D5D0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w:drawing>
                <wp:anchor distT="0" distB="0" distL="114300" distR="114300" simplePos="0" relativeHeight="251573248" behindDoc="1" locked="0" layoutInCell="1" allowOverlap="0" wp14:anchorId="7DB45EC3" wp14:editId="0BA46364">
                  <wp:simplePos x="0" y="0"/>
                  <wp:positionH relativeFrom="column">
                    <wp:posOffset>54228</wp:posOffset>
                  </wp:positionH>
                  <wp:positionV relativeFrom="paragraph">
                    <wp:posOffset>-18217</wp:posOffset>
                  </wp:positionV>
                  <wp:extent cx="658368" cy="762000"/>
                  <wp:effectExtent l="0" t="0" r="0" b="0"/>
                  <wp:wrapNone/>
                  <wp:docPr id="218677" name="Picture 2186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677" name="Picture 21867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D2DD1">
              <w:t xml:space="preserve"> Текущий, устный,  письменн ый </w:t>
            </w:r>
            <w:r w:rsidRPr="005D2DD1">
              <w:tab/>
              <w:t xml:space="preserve"> </w:t>
            </w:r>
          </w:p>
          <w:p w14:paraId="679685A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 </w:t>
            </w:r>
            <w:r w:rsidRPr="005D2DD1">
              <w:tab/>
              <w:t xml:space="preserve"> </w:t>
            </w:r>
          </w:p>
          <w:p w14:paraId="1491FC7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double" w:sz="6" w:space="0" w:color="000000"/>
            </w:tcBorders>
          </w:tcPr>
          <w:p w14:paraId="3F8EF576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2759" w:type="dxa"/>
            <w:gridSpan w:val="7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F7FCF7"/>
          </w:tcPr>
          <w:p w14:paraId="6A6B8B5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журнала </w:t>
            </w:r>
            <w:r w:rsidRPr="005D2DD1">
              <w:tab/>
              <w:t>«Начальная</w:t>
            </w:r>
          </w:p>
        </w:tc>
      </w:tr>
      <w:tr w:rsidR="005D2DD1" w:rsidRPr="005D2DD1" w14:paraId="4DF9BADD" w14:textId="77777777" w:rsidTr="00802828">
        <w:trPr>
          <w:gridAfter w:val="1"/>
          <w:wAfter w:w="60" w:type="dxa"/>
          <w:trHeight w:val="32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066696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9A3899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7A1095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DB1D84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080E5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1A3091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C5D6CE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CE9C84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double" w:sz="6" w:space="0" w:color="000000"/>
            </w:tcBorders>
          </w:tcPr>
          <w:p w14:paraId="1B573B36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70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7FCF7"/>
          </w:tcPr>
          <w:p w14:paraId="7C87567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>школа»:</w:t>
            </w:r>
          </w:p>
        </w:tc>
        <w:tc>
          <w:tcPr>
            <w:tcW w:w="7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F7FCF7"/>
          </w:tcPr>
          <w:p w14:paraId="6F0DEB60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1976" w:type="dxa"/>
            <w:gridSpan w:val="5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BA65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  <w:r w:rsidRPr="005D2DD1">
              <w:tab/>
              <w:t xml:space="preserve"> </w:t>
            </w:r>
          </w:p>
        </w:tc>
      </w:tr>
      <w:tr w:rsidR="005D2DD1" w:rsidRPr="005D2DD1" w14:paraId="4C3B61C3" w14:textId="77777777" w:rsidTr="00802828">
        <w:trPr>
          <w:gridAfter w:val="1"/>
          <w:wAfter w:w="60" w:type="dxa"/>
          <w:trHeight w:val="28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8286E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A7E24DC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58D6B4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318103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2F0224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7205CE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558ACC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BAA194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double" w:sz="6" w:space="0" w:color="000000"/>
            </w:tcBorders>
          </w:tcPr>
          <w:p w14:paraId="1ED59311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70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7FCF7"/>
          </w:tcPr>
          <w:p w14:paraId="0277C706" w14:textId="77777777" w:rsidR="005D2DD1" w:rsidRPr="005D2DD1" w:rsidRDefault="00253105" w:rsidP="005D2DD1">
            <w:pPr>
              <w:spacing w:after="200" w:line="276" w:lineRule="auto"/>
            </w:pPr>
            <w:hyperlink r:id="rId20">
              <w:r w:rsidR="005D2DD1" w:rsidRPr="005D2DD1">
                <w:rPr>
                  <w:rStyle w:val="aff8"/>
                </w:rPr>
                <w:t>http://ns</w:t>
              </w:r>
            </w:hyperlink>
          </w:p>
        </w:tc>
        <w:tc>
          <w:tcPr>
            <w:tcW w:w="2051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double" w:sz="6" w:space="0" w:color="000000"/>
            </w:tcBorders>
            <w:shd w:val="clear" w:color="auto" w:fill="F7FCF7"/>
          </w:tcPr>
          <w:p w14:paraId="481AEE79" w14:textId="77777777" w:rsidR="005D2DD1" w:rsidRPr="005D2DD1" w:rsidRDefault="00253105" w:rsidP="005D2DD1">
            <w:pPr>
              <w:spacing w:after="200" w:line="276" w:lineRule="auto"/>
            </w:pPr>
            <w:hyperlink r:id="rId21">
              <w:r w:rsidR="005D2DD1" w:rsidRPr="005D2DD1">
                <w:rPr>
                  <w:rStyle w:val="aff8"/>
                </w:rPr>
                <w:t>c</w:t>
              </w:r>
            </w:hyperlink>
            <w:hyperlink r:id="rId22">
              <w:r w:rsidR="005D2DD1" w:rsidRPr="005D2DD1">
                <w:rPr>
                  <w:rStyle w:val="aff8"/>
                </w:rPr>
                <w:t>.</w:t>
              </w:r>
            </w:hyperlink>
            <w:r w:rsidR="005D2DD1" w:rsidRPr="005D2DD1">
              <w:t xml:space="preserve">1september.ru/ind  </w:t>
            </w:r>
          </w:p>
        </w:tc>
      </w:tr>
      <w:tr w:rsidR="005D2DD1" w:rsidRPr="005D2DD1" w14:paraId="16EDFD6A" w14:textId="77777777" w:rsidTr="00802828">
        <w:trPr>
          <w:gridAfter w:val="1"/>
          <w:wAfter w:w="60" w:type="dxa"/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226376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4E75BE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07C5A1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356F87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04772B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5C807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B938E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C82645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double" w:sz="6" w:space="0" w:color="000000"/>
            </w:tcBorders>
          </w:tcPr>
          <w:p w14:paraId="1C70FBB0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70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7FCF7"/>
          </w:tcPr>
          <w:p w14:paraId="3574418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ex.php  </w:t>
            </w:r>
          </w:p>
        </w:tc>
        <w:tc>
          <w:tcPr>
            <w:tcW w:w="2051" w:type="dxa"/>
            <w:gridSpan w:val="6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8022FB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</w:tr>
      <w:tr w:rsidR="005D2DD1" w:rsidRPr="005D2DD1" w14:paraId="127EE01D" w14:textId="77777777" w:rsidTr="00802828">
        <w:trPr>
          <w:gridAfter w:val="1"/>
          <w:wAfter w:w="60" w:type="dxa"/>
          <w:trHeight w:val="295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1F953D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AD14CF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04264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3CA2BF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3C3B06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B13383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5121CBA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E4FA65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double" w:sz="6" w:space="0" w:color="000000"/>
            </w:tcBorders>
            <w:vAlign w:val="center"/>
          </w:tcPr>
          <w:p w14:paraId="25669A9B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70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7FCF7"/>
          </w:tcPr>
          <w:p w14:paraId="6C4602B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>3.Соци</w:t>
            </w:r>
          </w:p>
        </w:tc>
        <w:tc>
          <w:tcPr>
            <w:tcW w:w="2051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double" w:sz="6" w:space="0" w:color="000000"/>
            </w:tcBorders>
            <w:shd w:val="clear" w:color="auto" w:fill="F7FCF7"/>
          </w:tcPr>
          <w:p w14:paraId="54E28E6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альная </w:t>
            </w:r>
            <w:r w:rsidRPr="005D2DD1">
              <w:tab/>
              <w:t>сеть</w:t>
            </w:r>
          </w:p>
        </w:tc>
      </w:tr>
      <w:tr w:rsidR="005D2DD1" w:rsidRPr="005D2DD1" w14:paraId="27DA9913" w14:textId="77777777" w:rsidTr="00802828">
        <w:trPr>
          <w:gridAfter w:val="1"/>
          <w:wAfter w:w="60" w:type="dxa"/>
          <w:trHeight w:val="30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687D5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B9C82E3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561EF9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8EF0E7F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0C086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AA872B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106839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7AFFE4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double" w:sz="6" w:space="0" w:color="000000"/>
            </w:tcBorders>
          </w:tcPr>
          <w:p w14:paraId="58B7959C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70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7FCF7"/>
          </w:tcPr>
          <w:p w14:paraId="15F35BF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>работн</w:t>
            </w:r>
          </w:p>
        </w:tc>
        <w:tc>
          <w:tcPr>
            <w:tcW w:w="2051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double" w:sz="6" w:space="0" w:color="000000"/>
            </w:tcBorders>
            <w:shd w:val="clear" w:color="auto" w:fill="F7FCF7"/>
          </w:tcPr>
          <w:p w14:paraId="341BC17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иков </w:t>
            </w:r>
            <w:r w:rsidRPr="005D2DD1">
              <w:tab/>
              <w:t>образования:</w:t>
            </w:r>
          </w:p>
        </w:tc>
      </w:tr>
      <w:tr w:rsidR="005D2DD1" w:rsidRPr="005D2DD1" w14:paraId="7D5FC76D" w14:textId="77777777" w:rsidTr="00802828">
        <w:trPr>
          <w:gridAfter w:val="1"/>
          <w:wAfter w:w="60" w:type="dxa"/>
          <w:trHeight w:val="28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2F3E61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778C5DD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4B72B9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7CE8F7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0229B1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063C99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4F967D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4D429B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double" w:sz="6" w:space="0" w:color="000000"/>
            </w:tcBorders>
            <w:vAlign w:val="center"/>
          </w:tcPr>
          <w:p w14:paraId="0600FE44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70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7FCF7"/>
          </w:tcPr>
          <w:p w14:paraId="6F2734E4" w14:textId="77777777" w:rsidR="005D2DD1" w:rsidRPr="005D2DD1" w:rsidRDefault="00253105" w:rsidP="005D2DD1">
            <w:pPr>
              <w:spacing w:after="200" w:line="276" w:lineRule="auto"/>
            </w:pPr>
            <w:hyperlink r:id="rId23">
              <w:r w:rsidR="005D2DD1" w:rsidRPr="005D2DD1">
                <w:rPr>
                  <w:rStyle w:val="aff8"/>
                </w:rPr>
                <w:t>http://n</w:t>
              </w:r>
            </w:hyperlink>
          </w:p>
        </w:tc>
        <w:tc>
          <w:tcPr>
            <w:tcW w:w="2051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double" w:sz="6" w:space="0" w:color="000000"/>
            </w:tcBorders>
            <w:shd w:val="clear" w:color="auto" w:fill="F7FCF7"/>
          </w:tcPr>
          <w:p w14:paraId="4E2505E3" w14:textId="77777777" w:rsidR="005D2DD1" w:rsidRPr="005D2DD1" w:rsidRDefault="00253105" w:rsidP="005D2DD1">
            <w:pPr>
              <w:spacing w:after="200" w:line="276" w:lineRule="auto"/>
            </w:pPr>
            <w:hyperlink r:id="rId24">
              <w:r w:rsidR="005D2DD1" w:rsidRPr="005D2DD1">
                <w:rPr>
                  <w:rStyle w:val="aff8"/>
                </w:rPr>
                <w:t>sportal.ru/nachalnaya</w:t>
              </w:r>
            </w:hyperlink>
            <w:hyperlink r:id="rId25">
              <w:r w:rsidR="005D2DD1" w:rsidRPr="005D2DD1">
                <w:rPr>
                  <w:rStyle w:val="aff8"/>
                </w:rPr>
                <w:t xml:space="preserve"> </w:t>
              </w:r>
            </w:hyperlink>
            <w:hyperlink r:id="rId26">
              <w:r w:rsidR="005D2DD1" w:rsidRPr="005D2DD1">
                <w:rPr>
                  <w:rStyle w:val="aff8"/>
                </w:rPr>
                <w:t xml:space="preserve"> </w:t>
              </w:r>
            </w:hyperlink>
          </w:p>
        </w:tc>
      </w:tr>
      <w:tr w:rsidR="005D2DD1" w:rsidRPr="005D2DD1" w14:paraId="513B4D4F" w14:textId="77777777" w:rsidTr="00802828">
        <w:trPr>
          <w:gridAfter w:val="1"/>
          <w:wAfter w:w="60" w:type="dxa"/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72AB5D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24F7E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47796A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09B45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9586FD5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C70C6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32C273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95A8E1F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double" w:sz="6" w:space="0" w:color="000000"/>
            </w:tcBorders>
          </w:tcPr>
          <w:p w14:paraId="420AF4A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70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7FCF7"/>
          </w:tcPr>
          <w:p w14:paraId="3958B01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shkola </w:t>
            </w:r>
          </w:p>
        </w:tc>
        <w:tc>
          <w:tcPr>
            <w:tcW w:w="2051" w:type="dxa"/>
            <w:gridSpan w:val="6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A6935A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</w:tr>
      <w:tr w:rsidR="005D2DD1" w:rsidRPr="005D2DD1" w14:paraId="46C95AC2" w14:textId="77777777" w:rsidTr="00802828">
        <w:trPr>
          <w:gridAfter w:val="1"/>
          <w:wAfter w:w="60" w:type="dxa"/>
          <w:trHeight w:val="295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B11B826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D26B97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7634FB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1DB52B4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00B536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3488CB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E70CC15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521087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double" w:sz="6" w:space="0" w:color="000000"/>
            </w:tcBorders>
          </w:tcPr>
          <w:p w14:paraId="5F50EF25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70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7FCF7"/>
          </w:tcPr>
          <w:p w14:paraId="3EF3520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u w:val="single"/>
              </w:rPr>
              <w:t>4.Фест</w:t>
            </w:r>
          </w:p>
        </w:tc>
        <w:tc>
          <w:tcPr>
            <w:tcW w:w="467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F7FCF7"/>
          </w:tcPr>
          <w:p w14:paraId="179FC75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u w:val="single"/>
              </w:rPr>
              <w:t>иваль</w:t>
            </w:r>
          </w:p>
        </w:tc>
        <w:tc>
          <w:tcPr>
            <w:tcW w:w="1585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F2FC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</w:tr>
      <w:tr w:rsidR="005D2DD1" w:rsidRPr="005D2DD1" w14:paraId="46B74CAF" w14:textId="77777777" w:rsidTr="00802828">
        <w:trPr>
          <w:gridAfter w:val="1"/>
          <w:wAfter w:w="60" w:type="dxa"/>
          <w:trHeight w:val="29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ABA06A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435D77B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983C6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5260DD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5AB429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BE5360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91527C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E1612E7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double" w:sz="6" w:space="0" w:color="000000"/>
            </w:tcBorders>
          </w:tcPr>
          <w:p w14:paraId="7FDFCFB4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70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7FCF7"/>
          </w:tcPr>
          <w:p w14:paraId="4830178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u w:val="single"/>
              </w:rPr>
              <w:t>педаго</w:t>
            </w:r>
          </w:p>
        </w:tc>
        <w:tc>
          <w:tcPr>
            <w:tcW w:w="2051" w:type="dxa"/>
            <w:gridSpan w:val="6"/>
            <w:tcBorders>
              <w:top w:val="single" w:sz="6" w:space="0" w:color="000000"/>
              <w:left w:val="nil"/>
              <w:bottom w:val="single" w:sz="12" w:space="0" w:color="000000"/>
              <w:right w:val="double" w:sz="6" w:space="0" w:color="000000"/>
            </w:tcBorders>
            <w:shd w:val="clear" w:color="auto" w:fill="F7FCF7"/>
          </w:tcPr>
          <w:p w14:paraId="7803D96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u w:val="single"/>
              </w:rPr>
              <w:t xml:space="preserve">гических </w:t>
            </w:r>
            <w:r w:rsidRPr="005D2DD1">
              <w:rPr>
                <w:u w:val="single"/>
              </w:rPr>
              <w:tab/>
              <w:t>идей</w:t>
            </w:r>
            <w:r w:rsidRPr="005D2DD1">
              <w:t xml:space="preserve"> </w:t>
            </w:r>
          </w:p>
        </w:tc>
      </w:tr>
      <w:tr w:rsidR="005D2DD1" w:rsidRPr="005D2DD1" w14:paraId="54FF3DDA" w14:textId="77777777" w:rsidTr="00802828">
        <w:trPr>
          <w:gridAfter w:val="1"/>
          <w:wAfter w:w="60" w:type="dxa"/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05A587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ABD840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93EF8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59295F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894E9D1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3DADBA1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288E1F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E124EA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double" w:sz="6" w:space="0" w:color="000000"/>
            </w:tcBorders>
          </w:tcPr>
          <w:p w14:paraId="6C51DCFA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70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7FCF7"/>
          </w:tcPr>
          <w:p w14:paraId="1B9756F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>«Откр</w:t>
            </w:r>
          </w:p>
        </w:tc>
        <w:tc>
          <w:tcPr>
            <w:tcW w:w="467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F7FCF7"/>
          </w:tcPr>
          <w:p w14:paraId="17EFE3D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ытый </w:t>
            </w:r>
          </w:p>
        </w:tc>
        <w:tc>
          <w:tcPr>
            <w:tcW w:w="15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3E1E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  <w:r w:rsidRPr="005D2DD1">
              <w:tab/>
              <w:t xml:space="preserve"> </w:t>
            </w:r>
          </w:p>
        </w:tc>
      </w:tr>
      <w:tr w:rsidR="005D2DD1" w:rsidRPr="005D2DD1" w14:paraId="7D26E6A1" w14:textId="77777777" w:rsidTr="00802828">
        <w:trPr>
          <w:gridAfter w:val="1"/>
          <w:wAfter w:w="60" w:type="dxa"/>
          <w:trHeight w:val="27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F4BE9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40A45C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EE40C7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37E6BE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E9BAF55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A24570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4ED9BE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0411C1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double" w:sz="6" w:space="0" w:color="000000"/>
            </w:tcBorders>
            <w:vAlign w:val="center"/>
          </w:tcPr>
          <w:p w14:paraId="382A211C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70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7FCF7"/>
          </w:tcPr>
          <w:p w14:paraId="4344FCB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u w:val="single"/>
              </w:rPr>
              <w:t>урок</w:t>
            </w:r>
            <w:hyperlink r:id="rId27">
              <w:r w:rsidRPr="005D2DD1">
                <w:rPr>
                  <w:rStyle w:val="aff8"/>
                </w:rPr>
                <w:t>»:</w:t>
              </w:r>
            </w:hyperlink>
          </w:p>
        </w:tc>
        <w:tc>
          <w:tcPr>
            <w:tcW w:w="1854" w:type="dxa"/>
            <w:gridSpan w:val="4"/>
            <w:tcBorders>
              <w:top w:val="single" w:sz="12" w:space="0" w:color="000000"/>
              <w:left w:val="nil"/>
              <w:bottom w:val="nil"/>
              <w:right w:val="single" w:sz="6" w:space="0" w:color="000000"/>
            </w:tcBorders>
            <w:shd w:val="clear" w:color="auto" w:fill="F7FCF7"/>
          </w:tcPr>
          <w:p w14:paraId="48A01EF9" w14:textId="77777777" w:rsidR="005D2DD1" w:rsidRPr="005D2DD1" w:rsidRDefault="00253105" w:rsidP="005D2DD1">
            <w:pPr>
              <w:spacing w:after="200" w:line="276" w:lineRule="auto"/>
            </w:pPr>
            <w:hyperlink r:id="rId28">
              <w:r w:rsidR="005D2DD1" w:rsidRPr="005D2DD1">
                <w:rPr>
                  <w:rStyle w:val="aff8"/>
                </w:rPr>
                <w:t>http:</w:t>
              </w:r>
            </w:hyperlink>
            <w:hyperlink r:id="rId29">
              <w:r w:rsidR="005D2DD1" w:rsidRPr="005D2DD1">
                <w:rPr>
                  <w:rStyle w:val="aff8"/>
                </w:rPr>
                <w:t>/</w:t>
              </w:r>
            </w:hyperlink>
            <w:hyperlink r:id="rId30">
              <w:r w:rsidR="005D2DD1" w:rsidRPr="005D2DD1">
                <w:rPr>
                  <w:rStyle w:val="aff8"/>
                </w:rPr>
                <w:t>/</w:t>
              </w:r>
            </w:hyperlink>
            <w:r w:rsidR="005D2DD1" w:rsidRPr="005D2DD1">
              <w:rPr>
                <w:u w:val="single"/>
              </w:rPr>
              <w:t xml:space="preserve"> </w:t>
            </w:r>
            <w:hyperlink r:id="rId31">
              <w:r w:rsidR="005D2DD1" w:rsidRPr="005D2DD1">
                <w:rPr>
                  <w:rStyle w:val="aff8"/>
                </w:rPr>
                <w:t>e</w:t>
              </w:r>
            </w:hyperlink>
            <w:r w:rsidR="005D2DD1" w:rsidRPr="005D2DD1">
              <w:rPr>
                <w:u w:val="double"/>
              </w:rPr>
              <w:t>stival.1septe</w:t>
            </w:r>
          </w:p>
        </w:tc>
        <w:tc>
          <w:tcPr>
            <w:tcW w:w="197" w:type="dxa"/>
            <w:gridSpan w:val="2"/>
            <w:vMerge w:val="restart"/>
            <w:tcBorders>
              <w:top w:val="nil"/>
              <w:left w:val="nil"/>
              <w:bottom w:val="single" w:sz="12" w:space="0" w:color="F7FCF7"/>
              <w:right w:val="single" w:sz="6" w:space="0" w:color="000000"/>
            </w:tcBorders>
          </w:tcPr>
          <w:p w14:paraId="41D1012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0A265F6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</w:tr>
      <w:tr w:rsidR="005D2DD1" w:rsidRPr="005D2DD1" w14:paraId="3F30BFBD" w14:textId="77777777" w:rsidTr="00802828">
        <w:trPr>
          <w:gridAfter w:val="1"/>
          <w:wAfter w:w="60" w:type="dxa"/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6AA420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27405C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DCD00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249440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582594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A67FCC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81979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A06313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double" w:sz="6" w:space="0" w:color="000000"/>
            </w:tcBorders>
          </w:tcPr>
          <w:p w14:paraId="6205C217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70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7FCF7"/>
          </w:tcPr>
          <w:p w14:paraId="11F3E5A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mber.ru </w:t>
            </w:r>
          </w:p>
        </w:tc>
        <w:tc>
          <w:tcPr>
            <w:tcW w:w="1854" w:type="dxa"/>
            <w:gridSpan w:val="4"/>
            <w:tcBorders>
              <w:top w:val="nil"/>
              <w:left w:val="single" w:sz="6" w:space="0" w:color="000000"/>
              <w:bottom w:val="single" w:sz="12" w:space="0" w:color="000000"/>
              <w:right w:val="nil"/>
            </w:tcBorders>
          </w:tcPr>
          <w:p w14:paraId="54BE878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12" w:space="0" w:color="F7FCF7"/>
              <w:right w:val="single" w:sz="6" w:space="0" w:color="000000"/>
            </w:tcBorders>
          </w:tcPr>
          <w:p w14:paraId="2C61CE36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5D2DD1" w14:paraId="24128E96" w14:textId="77777777" w:rsidTr="00802828">
        <w:trPr>
          <w:gridAfter w:val="1"/>
          <w:wAfter w:w="60" w:type="dxa"/>
          <w:trHeight w:val="29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38927F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58EE00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BAF4400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D09136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5F9CF5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01542C3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AF11EC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4F77D5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double" w:sz="6" w:space="0" w:color="000000"/>
            </w:tcBorders>
          </w:tcPr>
          <w:p w14:paraId="48B4EBD6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2759" w:type="dxa"/>
            <w:gridSpan w:val="7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F7FCF7"/>
          </w:tcPr>
          <w:p w14:paraId="5FC8593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>5.Методические пособия и</w:t>
            </w:r>
          </w:p>
        </w:tc>
      </w:tr>
      <w:tr w:rsidR="005D2DD1" w:rsidRPr="005D2DD1" w14:paraId="6FDF467B" w14:textId="77777777" w:rsidTr="00802828">
        <w:trPr>
          <w:gridAfter w:val="1"/>
          <w:wAfter w:w="60" w:type="dxa"/>
          <w:trHeight w:val="29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F4C58A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4B300D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7F3260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BC439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7928CE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1F4ED6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204614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2D3B0A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673EDD4D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2759" w:type="dxa"/>
            <w:gridSpan w:val="7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7FCF7"/>
          </w:tcPr>
          <w:p w14:paraId="71BCB7A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рабочие </w:t>
            </w:r>
            <w:r w:rsidRPr="005D2DD1">
              <w:tab/>
              <w:t>программы</w:t>
            </w:r>
          </w:p>
        </w:tc>
      </w:tr>
      <w:tr w:rsidR="005D2DD1" w:rsidRPr="005D2DD1" w14:paraId="60ADF257" w14:textId="77777777" w:rsidTr="00802828">
        <w:trPr>
          <w:gridAfter w:val="1"/>
          <w:wAfter w:w="60" w:type="dxa"/>
          <w:trHeight w:val="165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FC66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B6903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85AC7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CF511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6E686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69697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C1EFB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D7467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292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17589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</w:tr>
      <w:tr w:rsidR="005D2DD1" w:rsidRPr="001C0564" w14:paraId="6BE05159" w14:textId="77777777" w:rsidTr="00802828">
        <w:tblPrEx>
          <w:tblCellMar>
            <w:top w:w="5" w:type="dxa"/>
          </w:tblCellMar>
        </w:tblPrEx>
        <w:trPr>
          <w:trHeight w:val="108"/>
        </w:trPr>
        <w:tc>
          <w:tcPr>
            <w:tcW w:w="4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6E60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9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335A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6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CEB18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3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D115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4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ED7C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0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998D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32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E9EB0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кроссворд, часть слов объяснить с помощью   </w:t>
            </w:r>
            <w:r w:rsidRPr="005D2DD1">
              <w:lastRenderedPageBreak/>
              <w:t xml:space="preserve">рисунков,   часть слов —    с     помощью лексического значения слова. Практическая работа: с опорой на толковый словарь учебника определить,      лексические значения каких слов записаны Работа с рисунками, на которых изображены разные значе ния слов, например слов корень, иголки, кисть: с опорой на </w:t>
            </w:r>
            <w:r w:rsidRPr="005D2DD1">
              <w:lastRenderedPageBreak/>
              <w:t xml:space="preserve">рисунки объяснить   значения многозначных  слов.Учебный диалог,  в   ходе   которого высказываются предполо жения о  причинах    появления нескольких значений  одного слова.Работа     в      парах: сопоставление       значений многозначного слова.Практическая работа: составление предложений с использо ванием многозначных слов.Самостоятельная работа: поиск в толковом словаре учебника многозначных слов, выписывание словарной статьи в те традь.Творческая работа: подобрать примеры предложений к каждому из значений многозначного слова — можно составлять свои предложения, можно искать в книгах </w:t>
            </w:r>
          </w:p>
        </w:tc>
        <w:tc>
          <w:tcPr>
            <w:tcW w:w="12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AC48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 </w:t>
            </w:r>
          </w:p>
        </w:tc>
        <w:tc>
          <w:tcPr>
            <w:tcW w:w="2987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296C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</w:tr>
      <w:tr w:rsidR="005D2DD1" w:rsidRPr="005D2DD1" w14:paraId="10C4EFFC" w14:textId="77777777" w:rsidTr="00802828">
        <w:tblPrEx>
          <w:tblCellMar>
            <w:top w:w="5" w:type="dxa"/>
          </w:tblCellMar>
        </w:tblPrEx>
        <w:trPr>
          <w:trHeight w:val="29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9DAE7B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3B74EF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01BCE7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B8E014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794A44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22D4DD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4D0B0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AD2F90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1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F06723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4559809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 </w:t>
            </w:r>
          </w:p>
          <w:p w14:paraId="15A66F4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783" w:type="dxa"/>
            <w:gridSpan w:val="7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7FCF7"/>
          </w:tcPr>
          <w:p w14:paraId="2D06E10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ab/>
              <w:t xml:space="preserve">учителям </w:t>
            </w:r>
            <w:r w:rsidRPr="005D2DD1">
              <w:lastRenderedPageBreak/>
              <w:tab/>
              <w:t>начальной</w:t>
            </w:r>
          </w:p>
        </w:tc>
        <w:tc>
          <w:tcPr>
            <w:tcW w:w="101" w:type="dxa"/>
            <w:gridSpan w:val="2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BF3061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 </w:t>
            </w:r>
          </w:p>
          <w:p w14:paraId="353E27BB" w14:textId="77777777" w:rsidR="005D2DD1" w:rsidRPr="005D2DD1" w:rsidRDefault="00253105" w:rsidP="005D2DD1">
            <w:pPr>
              <w:spacing w:after="200" w:line="276" w:lineRule="auto"/>
            </w:pPr>
            <w:hyperlink r:id="rId32">
              <w:r w:rsidR="005D2DD1" w:rsidRPr="005D2DD1">
                <w:rPr>
                  <w:rStyle w:val="aff8"/>
                </w:rPr>
                <w:t xml:space="preserve"> </w:t>
              </w:r>
            </w:hyperlink>
          </w:p>
          <w:p w14:paraId="2C86F66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50A742C7" w14:textId="77777777" w:rsidR="005D2DD1" w:rsidRPr="005D2DD1" w:rsidRDefault="00253105" w:rsidP="005D2DD1">
            <w:pPr>
              <w:spacing w:after="200" w:line="276" w:lineRule="auto"/>
            </w:pPr>
            <w:hyperlink r:id="rId33">
              <w:r w:rsidR="005D2DD1" w:rsidRPr="005D2DD1">
                <w:rPr>
                  <w:rStyle w:val="aff8"/>
                </w:rPr>
                <w:t xml:space="preserve"> </w:t>
              </w:r>
            </w:hyperlink>
          </w:p>
          <w:p w14:paraId="3BB9AE1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5D57EA5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</w:tr>
      <w:tr w:rsidR="005D2DD1" w:rsidRPr="005D2DD1" w14:paraId="60CBA04D" w14:textId="77777777" w:rsidTr="00802828">
        <w:tblPrEx>
          <w:tblCellMar>
            <w:top w:w="5" w:type="dxa"/>
          </w:tblCellMar>
        </w:tblPrEx>
        <w:trPr>
          <w:trHeight w:val="29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373FC1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95CB91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AF6EA5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3451CF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334FF0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8E6695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02250A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53D25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4CB9280D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2783" w:type="dxa"/>
            <w:gridSpan w:val="7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7FCF7"/>
          </w:tcPr>
          <w:p w14:paraId="7642496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u w:val="single"/>
              </w:rPr>
              <w:t>школы:</w:t>
            </w:r>
            <w:hyperlink r:id="rId34">
              <w:r w:rsidRPr="005D2DD1">
                <w:rPr>
                  <w:rStyle w:val="aff8"/>
                </w:rPr>
                <w:t xml:space="preserve"> </w:t>
              </w:r>
            </w:hyperlink>
            <w:hyperlink r:id="rId35">
              <w:r w:rsidRPr="005D2DD1">
                <w:rPr>
                  <w:rStyle w:val="aff8"/>
                </w:rPr>
                <w:t>http://nachalka.com</w:t>
              </w:r>
            </w:hyperlink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68069D40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5D2DD1" w14:paraId="475A7BF3" w14:textId="77777777" w:rsidTr="00802828">
        <w:tblPrEx>
          <w:tblCellMar>
            <w:top w:w="5" w:type="dxa"/>
          </w:tblCellMar>
        </w:tblPrEx>
        <w:trPr>
          <w:trHeight w:val="305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D19411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2A582C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855D8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622A89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06949F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808335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36743A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15A52C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296E4321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2783" w:type="dxa"/>
            <w:gridSpan w:val="7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7FCF7"/>
          </w:tcPr>
          <w:p w14:paraId="0612210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ab/>
            </w:r>
            <w:r w:rsidRPr="005D2DD1">
              <w:rPr>
                <w:u w:val="single"/>
              </w:rPr>
              <w:t xml:space="preserve">6.Сетевое </w:t>
            </w:r>
            <w:r w:rsidRPr="005D2DD1">
              <w:rPr>
                <w:u w:val="single"/>
              </w:rPr>
              <w:tab/>
              <w:t>сообщество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0089F3CC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5D2DD1" w14:paraId="445F18F0" w14:textId="77777777" w:rsidTr="00802828">
        <w:tblPrEx>
          <w:tblCellMar>
            <w:top w:w="5" w:type="dxa"/>
          </w:tblCellMar>
        </w:tblPrEx>
        <w:trPr>
          <w:trHeight w:val="31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5204DF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91E46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F369BC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2BF483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502DAA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F4B811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46077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994F47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6D83289D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2783" w:type="dxa"/>
            <w:gridSpan w:val="7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7FCF7"/>
          </w:tcPr>
          <w:p w14:paraId="5BB9F65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педагогов: </w:t>
            </w:r>
            <w:hyperlink r:id="rId36">
              <w:r w:rsidRPr="005D2DD1">
                <w:rPr>
                  <w:rStyle w:val="aff8"/>
                </w:rPr>
                <w:t>http://rusedu.net</w:t>
              </w:r>
            </w:hyperlink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082D13D9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5D2DD1" w14:paraId="15B454C6" w14:textId="77777777" w:rsidTr="00802828">
        <w:tblPrEx>
          <w:tblCellMar>
            <w:top w:w="5" w:type="dxa"/>
          </w:tblCellMar>
        </w:tblPrEx>
        <w:trPr>
          <w:trHeight w:val="30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4C965E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314C33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44EEE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8E24D3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27BE1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B479E7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B5954B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2D3A2E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11DF20C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2783" w:type="dxa"/>
            <w:gridSpan w:val="7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7FCF7"/>
          </w:tcPr>
          <w:p w14:paraId="44DB693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ab/>
              <w:t xml:space="preserve">7.Учитель </w:t>
            </w:r>
            <w:r w:rsidRPr="005D2DD1">
              <w:tab/>
              <w:t>портал: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30610973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5D2DD1" w14:paraId="7DF1229D" w14:textId="77777777" w:rsidTr="00802828">
        <w:tblPrEx>
          <w:tblCellMar>
            <w:top w:w="5" w:type="dxa"/>
          </w:tblCellMar>
        </w:tblPrEx>
        <w:trPr>
          <w:trHeight w:val="29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24FB2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C41576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7800DF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C63CE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1B7E94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D3B5A1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EBAE5E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8D0D8F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794E16BD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2332" w:type="dxa"/>
            <w:gridSpan w:val="5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CF7"/>
          </w:tcPr>
          <w:p w14:paraId="43CB512A" w14:textId="77777777" w:rsidR="005D2DD1" w:rsidRPr="005D2DD1" w:rsidRDefault="00253105" w:rsidP="005D2DD1">
            <w:pPr>
              <w:spacing w:after="200" w:line="276" w:lineRule="auto"/>
            </w:pPr>
            <w:hyperlink r:id="rId37">
              <w:r w:rsidR="005D2DD1" w:rsidRPr="005D2DD1">
                <w:rPr>
                  <w:rStyle w:val="aff8"/>
                </w:rPr>
                <w:t>http://www.uchportal.ru</w:t>
              </w:r>
            </w:hyperlink>
          </w:p>
        </w:tc>
        <w:tc>
          <w:tcPr>
            <w:tcW w:w="452" w:type="dxa"/>
            <w:gridSpan w:val="2"/>
            <w:vMerge w:val="restart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 w14:paraId="69F57F83" w14:textId="77777777" w:rsidR="005D2DD1" w:rsidRPr="005D2DD1" w:rsidRDefault="00253105" w:rsidP="005D2DD1">
            <w:pPr>
              <w:spacing w:after="200" w:line="276" w:lineRule="auto"/>
            </w:pPr>
            <w:hyperlink r:id="rId38">
              <w:r w:rsidR="005D2DD1" w:rsidRPr="005D2DD1">
                <w:rPr>
                  <w:rStyle w:val="aff8"/>
                </w:rPr>
                <w:t xml:space="preserve"> </w:t>
              </w:r>
            </w:hyperlink>
            <w:r w:rsidR="005D2DD1" w:rsidRPr="005D2DD1"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0A29BAD5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5D2DD1" w14:paraId="3850F673" w14:textId="77777777" w:rsidTr="00802828">
        <w:tblPrEx>
          <w:tblCellMar>
            <w:top w:w="5" w:type="dxa"/>
          </w:tblCellMar>
        </w:tblPrEx>
        <w:trPr>
          <w:trHeight w:val="767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9EBCE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80099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BC15A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5766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B5B87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3204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A6CFB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23B8B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45723506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2332" w:type="dxa"/>
            <w:gridSpan w:val="5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968FA4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B563A20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1600D0A5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5D2DD1" w14:paraId="66090CF4" w14:textId="77777777" w:rsidTr="00802828">
        <w:tblPrEx>
          <w:tblCellMar>
            <w:top w:w="5" w:type="dxa"/>
          </w:tblCellMar>
        </w:tblPrEx>
        <w:trPr>
          <w:trHeight w:val="806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B6F9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3. </w:t>
            </w:r>
          </w:p>
          <w:p w14:paraId="72C40D0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3. </w:t>
            </w: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35A3D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Однозначные и многозначные слова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B02D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75296" behindDoc="1" locked="0" layoutInCell="1" allowOverlap="1" wp14:anchorId="3C85B33E" wp14:editId="703A2909">
                      <wp:simplePos x="0" y="0"/>
                      <wp:positionH relativeFrom="column">
                        <wp:posOffset>64897</wp:posOffset>
                      </wp:positionH>
                      <wp:positionV relativeFrom="paragraph">
                        <wp:posOffset>1219</wp:posOffset>
                      </wp:positionV>
                      <wp:extent cx="76200" cy="177165"/>
                      <wp:effectExtent l="0" t="0" r="0" b="0"/>
                      <wp:wrapNone/>
                      <wp:docPr id="181183" name="Group 1811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7165"/>
                                <a:chOff x="0" y="0"/>
                                <a:chExt cx="76200" cy="177165"/>
                              </a:xfrm>
                            </wpg:grpSpPr>
                            <wps:wsp>
                              <wps:cNvPr id="222284" name="Shape 222284"/>
                              <wps:cNvSpPr/>
                              <wps:spPr>
                                <a:xfrm>
                                  <a:off x="0" y="0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9792B9" id="Group 181183" o:spid="_x0000_s1026" style="position:absolute;margin-left:5.1pt;margin-top:.1pt;width:6pt;height:13.95pt;z-index:-251741184" coordsize="7620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">
                      <v:shape id="Shape 222284" o:spid="_x0000_s1027" style="position:absolute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" path="m,l76200,r,177165l,177165,,e" fillcolor="#fff186" stroked="f" strokeweight="0">
                        <v:stroke miterlimit="83231f" joinstyle="miter"/>
                        <v:path arrowok="t" textboxrect="0,0,76200,177165"/>
                      </v:shape>
                    </v:group>
                  </w:pict>
                </mc:Fallback>
              </mc:AlternateContent>
            </w:r>
            <w:r w:rsidRPr="005D2DD1">
              <w:t xml:space="preserve">2 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7B6A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77344" behindDoc="1" locked="0" layoutInCell="1" allowOverlap="1" wp14:anchorId="02454478" wp14:editId="36606F5C">
                      <wp:simplePos x="0" y="0"/>
                      <wp:positionH relativeFrom="column">
                        <wp:posOffset>67437</wp:posOffset>
                      </wp:positionH>
                      <wp:positionV relativeFrom="paragraph">
                        <wp:posOffset>1219</wp:posOffset>
                      </wp:positionV>
                      <wp:extent cx="76200" cy="177165"/>
                      <wp:effectExtent l="0" t="0" r="0" b="0"/>
                      <wp:wrapNone/>
                      <wp:docPr id="181216" name="Group 181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7165"/>
                                <a:chOff x="0" y="0"/>
                                <a:chExt cx="76200" cy="177165"/>
                              </a:xfrm>
                            </wpg:grpSpPr>
                            <wps:wsp>
                              <wps:cNvPr id="222286" name="Shape 222286"/>
                              <wps:cNvSpPr/>
                              <wps:spPr>
                                <a:xfrm>
                                  <a:off x="0" y="0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2F8DE5" id="Group 181216" o:spid="_x0000_s1026" style="position:absolute;margin-left:5.3pt;margin-top:.1pt;width:6pt;height:13.95pt;z-index:-251739136" coordsize="7620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">
                      <v:shape id="Shape 222286" o:spid="_x0000_s1027" style="position:absolute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" path="m,l76200,r,177165l,177165,,e" fillcolor="#fff186" stroked="f" strokeweight="0">
                        <v:stroke miterlimit="83231f" joinstyle="miter"/>
                        <v:path arrowok="t" textboxrect="0,0,76200,177165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6533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79392" behindDoc="1" locked="0" layoutInCell="1" allowOverlap="1" wp14:anchorId="2C9CE601" wp14:editId="1A308D15">
                      <wp:simplePos x="0" y="0"/>
                      <wp:positionH relativeFrom="column">
                        <wp:posOffset>66294</wp:posOffset>
                      </wp:positionH>
                      <wp:positionV relativeFrom="paragraph">
                        <wp:posOffset>1219</wp:posOffset>
                      </wp:positionV>
                      <wp:extent cx="76200" cy="177165"/>
                      <wp:effectExtent l="0" t="0" r="0" b="0"/>
                      <wp:wrapNone/>
                      <wp:docPr id="181235" name="Group 1812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7165"/>
                                <a:chOff x="0" y="0"/>
                                <a:chExt cx="76200" cy="177165"/>
                              </a:xfrm>
                            </wpg:grpSpPr>
                            <wps:wsp>
                              <wps:cNvPr id="222288" name="Shape 222288"/>
                              <wps:cNvSpPr/>
                              <wps:spPr>
                                <a:xfrm>
                                  <a:off x="0" y="0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FC3C08" id="Group 181235" o:spid="_x0000_s1026" style="position:absolute;margin-left:5.2pt;margin-top:.1pt;width:6pt;height:13.95pt;z-index:-251737088" coordsize="7620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">
                      <v:shape id="Shape 222288" o:spid="_x0000_s1027" style="position:absolute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" path="m,l76200,r,177165l,177165,,e" fillcolor="#fff186" stroked="f" strokeweight="0">
                        <v:stroke miterlimit="83231f" joinstyle="miter"/>
                        <v:path arrowok="t" textboxrect="0,0,76200,177165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37A8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E0C8E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Работа с рисунками, на которых изображены разные значе ния 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87949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81440" behindDoc="1" locked="0" layoutInCell="1" allowOverlap="1" wp14:anchorId="53A11480" wp14:editId="659C6357">
                      <wp:simplePos x="0" y="0"/>
                      <wp:positionH relativeFrom="column">
                        <wp:posOffset>54737</wp:posOffset>
                      </wp:positionH>
                      <wp:positionV relativeFrom="paragraph">
                        <wp:posOffset>-31625</wp:posOffset>
                      </wp:positionV>
                      <wp:extent cx="648970" cy="379095"/>
                      <wp:effectExtent l="0" t="0" r="0" b="0"/>
                      <wp:wrapNone/>
                      <wp:docPr id="182249" name="Group 182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8970" cy="379095"/>
                                <a:chOff x="0" y="0"/>
                                <a:chExt cx="648970" cy="379095"/>
                              </a:xfrm>
                            </wpg:grpSpPr>
                            <wps:wsp>
                              <wps:cNvPr id="222290" name="Shape 222290"/>
                              <wps:cNvSpPr/>
                              <wps:spPr>
                                <a:xfrm>
                                  <a:off x="9525" y="4445"/>
                                  <a:ext cx="63119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1190" h="177165">
                                      <a:moveTo>
                                        <a:pt x="0" y="0"/>
                                      </a:moveTo>
                                      <a:lnTo>
                                        <a:pt x="631190" y="0"/>
                                      </a:lnTo>
                                      <a:lnTo>
                                        <a:pt x="63119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C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79" name="Shape 16879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80" name="Shape 16880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81" name="Shape 16881"/>
                              <wps:cNvSpPr/>
                              <wps:spPr>
                                <a:xfrm>
                                  <a:off x="9525" y="636"/>
                                  <a:ext cx="6311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1190">
                                      <a:moveTo>
                                        <a:pt x="0" y="0"/>
                                      </a:moveTo>
                                      <a:lnTo>
                                        <a:pt x="6311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82" name="Shape 16882"/>
                              <wps:cNvSpPr/>
                              <wps:spPr>
                                <a:xfrm>
                                  <a:off x="64008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83" name="Shape 16883"/>
                              <wps:cNvSpPr/>
                              <wps:spPr>
                                <a:xfrm>
                                  <a:off x="64008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84" name="Shape 16884"/>
                              <wps:cNvSpPr/>
                              <wps:spPr>
                                <a:xfrm>
                                  <a:off x="4445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85" name="Shape 16885"/>
                              <wps:cNvSpPr/>
                              <wps:spPr>
                                <a:xfrm>
                                  <a:off x="644525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86" name="Shape 16886"/>
                              <wps:cNvSpPr/>
                              <wps:spPr>
                                <a:xfrm>
                                  <a:off x="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87" name="Shape 16887"/>
                              <wps:cNvSpPr/>
                              <wps:spPr>
                                <a:xfrm>
                                  <a:off x="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88" name="Shape 16888"/>
                              <wps:cNvSpPr/>
                              <wps:spPr>
                                <a:xfrm>
                                  <a:off x="8890" y="185420"/>
                                  <a:ext cx="63118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1189">
                                      <a:moveTo>
                                        <a:pt x="0" y="0"/>
                                      </a:moveTo>
                                      <a:lnTo>
                                        <a:pt x="63118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89" name="Shape 16889"/>
                              <wps:cNvSpPr/>
                              <wps:spPr>
                                <a:xfrm>
                                  <a:off x="64008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90" name="Shape 16890"/>
                              <wps:cNvSpPr/>
                              <wps:spPr>
                                <a:xfrm>
                                  <a:off x="64008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291" name="Shape 222291"/>
                              <wps:cNvSpPr/>
                              <wps:spPr>
                                <a:xfrm>
                                  <a:off x="9525" y="199390"/>
                                  <a:ext cx="51562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5620" h="175260">
                                      <a:moveTo>
                                        <a:pt x="0" y="0"/>
                                      </a:moveTo>
                                      <a:lnTo>
                                        <a:pt x="515620" y="0"/>
                                      </a:lnTo>
                                      <a:lnTo>
                                        <a:pt x="515620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C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92" name="Shape 16892"/>
                              <wps:cNvSpPr/>
                              <wps:spPr>
                                <a:xfrm>
                                  <a:off x="0" y="19494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93" name="Shape 16893"/>
                              <wps:cNvSpPr/>
                              <wps:spPr>
                                <a:xfrm>
                                  <a:off x="0" y="19494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94" name="Shape 16894"/>
                              <wps:cNvSpPr/>
                              <wps:spPr>
                                <a:xfrm>
                                  <a:off x="9525" y="195580"/>
                                  <a:ext cx="51498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4985">
                                      <a:moveTo>
                                        <a:pt x="0" y="0"/>
                                      </a:moveTo>
                                      <a:lnTo>
                                        <a:pt x="51498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95" name="Shape 16895"/>
                              <wps:cNvSpPr/>
                              <wps:spPr>
                                <a:xfrm>
                                  <a:off x="524510" y="19494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96" name="Shape 16896"/>
                              <wps:cNvSpPr/>
                              <wps:spPr>
                                <a:xfrm>
                                  <a:off x="524510" y="19494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97" name="Shape 16897"/>
                              <wps:cNvSpPr/>
                              <wps:spPr>
                                <a:xfrm>
                                  <a:off x="4445" y="199390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98" name="Shape 16898"/>
                              <wps:cNvSpPr/>
                              <wps:spPr>
                                <a:xfrm>
                                  <a:off x="528320" y="199390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99" name="Shape 16899"/>
                              <wps:cNvSpPr/>
                              <wps:spPr>
                                <a:xfrm>
                                  <a:off x="0" y="37909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00" name="Shape 16900"/>
                              <wps:cNvSpPr/>
                              <wps:spPr>
                                <a:xfrm>
                                  <a:off x="0" y="37909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01" name="Shape 16901"/>
                              <wps:cNvSpPr/>
                              <wps:spPr>
                                <a:xfrm>
                                  <a:off x="8890" y="379095"/>
                                  <a:ext cx="51498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4985">
                                      <a:moveTo>
                                        <a:pt x="0" y="0"/>
                                      </a:moveTo>
                                      <a:lnTo>
                                        <a:pt x="51498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02" name="Shape 16902"/>
                              <wps:cNvSpPr/>
                              <wps:spPr>
                                <a:xfrm>
                                  <a:off x="523875" y="37909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03" name="Shape 16903"/>
                              <wps:cNvSpPr/>
                              <wps:spPr>
                                <a:xfrm>
                                  <a:off x="523875" y="37909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5DB7C2" id="Group 182249" o:spid="_x0000_s1026" style="position:absolute;margin-left:4.3pt;margin-top:-2.5pt;width:51.1pt;height:29.85pt;z-index:-251735040" coordsize="6489,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">
                      <v:shape id="Shape 222290" o:spid="_x0000_s1027" style="position:absolute;left:95;top:44;width:6312;height:1772;visibility:visible;mso-wrap-style:square;v-text-anchor:top" coordsize="63119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" path="m,l631190,r,177165l,177165,,e" fillcolor="#f7fcf7" stroked="f" strokeweight="0">
                        <v:stroke miterlimit="83231f" joinstyle="miter"/>
                        <v:path arrowok="t" textboxrect="0,0,631190,177165"/>
                      </v:shape>
                      <v:shape id="Shape 16879" o:spid="_x0000_s1028" style="position:absolute;width:88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" path="m,l8890,e" filled="f" strokecolor="red" strokeweight=".72pt">
                        <v:path arrowok="t" textboxrect="0,0,8890,0"/>
                      </v:shape>
                      <v:shape id="Shape 16880" o:spid="_x0000_s1029" style="position:absolute;width:88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16881" o:spid="_x0000_s1030" style="position:absolute;left:95;top:6;width:6312;height:0;visibility:visible;mso-wrap-style:square;v-text-anchor:top" coordsize="631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" path="m,l631190,e" filled="f" strokecolor="red" strokeweight=".72pt">
                        <v:path arrowok="t" textboxrect="0,0,631190,0"/>
                      </v:shape>
                      <v:shape id="Shape 16882" o:spid="_x0000_s1031" style="position:absolute;left:6400;width:89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6883" o:spid="_x0000_s1032" style="position:absolute;left:6400;width:89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6884" o:spid="_x0000_s1033" style="position:absolute;left:44;top:44;width:0;height:1765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" path="m,l,176530e" filled="f" strokecolor="red" strokeweight=".72pt">
                        <v:path arrowok="t" textboxrect="0,0,0,176530"/>
                      </v:shape>
                      <v:shape id="Shape 16885" o:spid="_x0000_s1034" style="position:absolute;left:6445;top:44;width:0;height:1765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" path="m,l,176530e" filled="f" strokecolor="red" strokeweight=".72pt">
                        <v:path arrowok="t" textboxrect="0,0,0,176530"/>
                      </v:shape>
                      <v:shape id="Shape 16886" o:spid="_x0000_s1035" style="position:absolute;top:1854;width:88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6887" o:spid="_x0000_s1036" style="position:absolute;top:1854;width:88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6888" o:spid="_x0000_s1037" style="position:absolute;left:88;top:1854;width:6312;height:0;visibility:visible;mso-wrap-style:square;v-text-anchor:top" coordsize="631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" path="m,l631189,e" filled="f" strokecolor="red" strokeweight=".72pt">
                        <v:path arrowok="t" textboxrect="0,0,631189,0"/>
                      </v:shape>
                      <v:shape id="Shape 16889" o:spid="_x0000_s1038" style="position:absolute;left:6400;top:1854;width:89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6890" o:spid="_x0000_s1039" style="position:absolute;left:6400;top:1854;width:89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222291" o:spid="_x0000_s1040" style="position:absolute;left:95;top:1993;width:5156;height:1753;visibility:visible;mso-wrap-style:square;v-text-anchor:top" coordsize="51562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" path="m,l515620,r,175260l,175260,,e" fillcolor="#f7fcf7" stroked="f" strokeweight="0">
                        <v:stroke miterlimit="83231f" joinstyle="miter"/>
                        <v:path arrowok="t" textboxrect="0,0,515620,175260"/>
                      </v:shape>
                      <v:shape id="Shape 16892" o:spid="_x0000_s1041" style="position:absolute;top:1949;width:88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6893" o:spid="_x0000_s1042" style="position:absolute;top:1949;width:88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" path="m,l8890,e" filled="f" strokecolor="red" strokeweight=".72pt">
                        <v:path arrowok="t" textboxrect="0,0,8890,0"/>
                      </v:shape>
                      <v:shape id="Shape 16894" o:spid="_x0000_s1043" style="position:absolute;left:95;top:1955;width:5150;height:0;visibility:visible;mso-wrap-style:square;v-text-anchor:top" coordsize="514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" path="m,l514985,e" filled="f" strokecolor="red" strokeweight=".72pt">
                        <v:path arrowok="t" textboxrect="0,0,514985,0"/>
                      </v:shape>
                      <v:shape id="Shape 16895" o:spid="_x0000_s1044" style="position:absolute;left:5245;top:1949;width:9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" path="m,l9525,e" filled="f" strokecolor="red" strokeweight=".72pt">
                        <v:path arrowok="t" textboxrect="0,0,9525,0"/>
                      </v:shape>
                      <v:shape id="Shape 16896" o:spid="_x0000_s1045" style="position:absolute;left:5245;top:1949;width:9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" path="m,l9525,e" filled="f" strokecolor="red" strokeweight=".72pt">
                        <v:path arrowok="t" textboxrect="0,0,9525,0"/>
                      </v:shape>
                      <v:shape id="Shape 16897" o:spid="_x0000_s1046" style="position:absolute;left:44;top:199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" path="m,l,175260e" filled="f" strokecolor="red" strokeweight=".72pt">
                        <v:path arrowok="t" textboxrect="0,0,0,175260"/>
                      </v:shape>
                      <v:shape id="Shape 16898" o:spid="_x0000_s1047" style="position:absolute;left:5283;top:199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" path="m,l,175260e" filled="f" strokecolor="red" strokeweight=".72pt">
                        <v:path arrowok="t" textboxrect="0,0,0,175260"/>
                      </v:shape>
                      <v:shape id="Shape 16899" o:spid="_x0000_s1048" style="position:absolute;top:3790;width:88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" path="m,l8890,e" filled="f" strokecolor="red" strokeweight=".72pt">
                        <v:path arrowok="t" textboxrect="0,0,8890,0"/>
                      </v:shape>
                      <v:shape id="Shape 16900" o:spid="_x0000_s1049" style="position:absolute;top:3790;width:88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16901" o:spid="_x0000_s1050" style="position:absolute;left:88;top:3790;width:5150;height:0;visibility:visible;mso-wrap-style:square;v-text-anchor:top" coordsize="514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" path="m,l514985,e" filled="f" strokecolor="red" strokeweight=".72pt">
                        <v:path arrowok="t" textboxrect="0,0,514985,0"/>
                      </v:shape>
                      <v:shape id="Shape 16902" o:spid="_x0000_s1051" style="position:absolute;left:5238;top:3790;width:96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" path="m,l9525,e" filled="f" strokecolor="red" strokeweight=".72pt">
                        <v:path arrowok="t" textboxrect="0,0,9525,0"/>
                      </v:shape>
                      <v:shape id="Shape 16903" o:spid="_x0000_s1052" style="position:absolute;left:5238;top:3790;width:96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" path="m,l9525,e" filled="f" strokecolor="red" strokeweight=".72pt">
                        <v:path arrowok="t" textboxrect="0,0,9525,0"/>
                      </v:shape>
                    </v:group>
                  </w:pict>
                </mc:Fallback>
              </mc:AlternateContent>
            </w:r>
            <w:r w:rsidRPr="005D2DD1">
              <w:t xml:space="preserve">Текущий, устный,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085D3776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B2556F9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28675A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5B5BA656" w14:textId="77777777" w:rsidR="005D2DD1" w:rsidRPr="005D2DD1" w:rsidRDefault="005D2DD1" w:rsidP="005D2DD1">
            <w:pPr>
              <w:spacing w:after="200" w:line="276" w:lineRule="auto"/>
            </w:pPr>
          </w:p>
        </w:tc>
      </w:tr>
    </w:tbl>
    <w:p w14:paraId="0442D312" w14:textId="77777777" w:rsidR="005D2DD1" w:rsidRPr="005D2DD1" w:rsidRDefault="005D2DD1" w:rsidP="005D2DD1">
      <w:pPr>
        <w:rPr>
          <w:lang w:val="ru-RU"/>
        </w:rPr>
      </w:pPr>
      <w:r w:rsidRPr="005D2DD1">
        <w:rPr>
          <w:lang w:val="ru-RU"/>
        </w:rPr>
        <w:t xml:space="preserve"> </w:t>
      </w:r>
    </w:p>
    <w:p w14:paraId="12A818A2" w14:textId="77777777" w:rsidR="005D2DD1" w:rsidRPr="005D2DD1" w:rsidRDefault="005D2DD1" w:rsidP="005D2DD1">
      <w:pPr>
        <w:rPr>
          <w:lang w:val="ru-RU"/>
        </w:rPr>
      </w:pPr>
    </w:p>
    <w:tbl>
      <w:tblPr>
        <w:tblStyle w:val="TableGrid"/>
        <w:tblW w:w="15389" w:type="dxa"/>
        <w:tblInd w:w="146" w:type="dxa"/>
        <w:tblCellMar>
          <w:top w:w="7" w:type="dxa"/>
          <w:left w:w="7" w:type="dxa"/>
          <w:right w:w="29" w:type="dxa"/>
        </w:tblCellMar>
        <w:tblLook w:val="04A0" w:firstRow="1" w:lastRow="0" w:firstColumn="1" w:lastColumn="0" w:noHBand="0" w:noVBand="1"/>
      </w:tblPr>
      <w:tblGrid>
        <w:gridCol w:w="475"/>
        <w:gridCol w:w="2929"/>
        <w:gridCol w:w="648"/>
        <w:gridCol w:w="1388"/>
        <w:gridCol w:w="1431"/>
        <w:gridCol w:w="1008"/>
        <w:gridCol w:w="3231"/>
        <w:gridCol w:w="1292"/>
        <w:gridCol w:w="2987"/>
      </w:tblGrid>
      <w:tr w:rsidR="005D2DD1" w:rsidRPr="005D2DD1" w14:paraId="269D6599" w14:textId="77777777" w:rsidTr="00802828">
        <w:trPr>
          <w:trHeight w:val="6914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5B01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0D61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(простые случаи, наблюдение)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12C1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5F12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1743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3E5A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3E0DA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слов, например слов корень, иголки, кисть: с опорой на рисунки объяснить значения многозначных слов.Учебный диалог, в ходе которого высказываются предполо жения о причинах появления нескольких значений одного слова.Работа в  парах: сопоставление  значений многозначного слова.Практическая работа: составление предложений с использо ванием многозначных слов.Самостоятельная работа: поиск в толковом словаре учебника многозначных слов, выписывание словарной статьи в те традь.Творческая работа: подобрать примеры предложений к каждому из значений многозначного слова — можно составлять свои предложения, можно искать в книгах 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FE07F" w14:textId="77777777" w:rsidR="005D2DD1" w:rsidRPr="005D2DD1" w:rsidRDefault="005D2DD1" w:rsidP="005D2DD1">
            <w:pPr>
              <w:spacing w:after="200" w:line="276" w:lineRule="auto"/>
            </w:pPr>
          </w:p>
          <w:tbl>
            <w:tblPr>
              <w:tblStyle w:val="TableGrid"/>
              <w:tblW w:w="999" w:type="dxa"/>
              <w:tblInd w:w="88" w:type="dxa"/>
              <w:tblCellMar>
                <w:top w:w="10" w:type="dxa"/>
              </w:tblCellMar>
              <w:tblLook w:val="04A0" w:firstRow="1" w:lastRow="0" w:firstColumn="1" w:lastColumn="0" w:noHBand="0" w:noVBand="1"/>
            </w:tblPr>
            <w:tblGrid>
              <w:gridCol w:w="310"/>
              <w:gridCol w:w="689"/>
            </w:tblGrid>
            <w:tr w:rsidR="005D2DD1" w:rsidRPr="005D2DD1" w14:paraId="62BAF502" w14:textId="77777777" w:rsidTr="00802828">
              <w:trPr>
                <w:trHeight w:val="296"/>
              </w:trPr>
              <w:tc>
                <w:tcPr>
                  <w:tcW w:w="999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1" w:space="0" w:color="FF0000"/>
                    <w:right w:val="dashed" w:sz="6" w:space="0" w:color="FF0000"/>
                  </w:tcBorders>
                  <w:shd w:val="clear" w:color="auto" w:fill="F7FCF7"/>
                </w:tcPr>
                <w:p w14:paraId="017438FD" w14:textId="77777777" w:rsidR="005D2DD1" w:rsidRPr="005D2DD1" w:rsidRDefault="005D2DD1" w:rsidP="005D2DD1">
                  <w:pPr>
                    <w:spacing w:after="200" w:line="276" w:lineRule="auto"/>
                  </w:pPr>
                  <w:r w:rsidRPr="005D2DD1">
                    <w:t>письменн</w:t>
                  </w:r>
                </w:p>
              </w:tc>
            </w:tr>
            <w:tr w:rsidR="005D2DD1" w:rsidRPr="005D2DD1" w14:paraId="295C99BC" w14:textId="77777777" w:rsidTr="00802828">
              <w:trPr>
                <w:trHeight w:val="298"/>
              </w:trPr>
              <w:tc>
                <w:tcPr>
                  <w:tcW w:w="302" w:type="dxa"/>
                  <w:tcBorders>
                    <w:top w:val="dashed" w:sz="11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  <w:shd w:val="clear" w:color="auto" w:fill="F7FCF7"/>
                </w:tcPr>
                <w:p w14:paraId="39564949" w14:textId="77777777" w:rsidR="005D2DD1" w:rsidRPr="005D2DD1" w:rsidRDefault="005D2DD1" w:rsidP="005D2DD1">
                  <w:pPr>
                    <w:spacing w:after="200" w:line="276" w:lineRule="auto"/>
                  </w:pPr>
                  <w:r w:rsidRPr="005D2DD1">
                    <w:t>ый</w:t>
                  </w:r>
                </w:p>
              </w:tc>
              <w:tc>
                <w:tcPr>
                  <w:tcW w:w="698" w:type="dxa"/>
                  <w:tcBorders>
                    <w:top w:val="dashed" w:sz="11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E46489E" w14:textId="77777777" w:rsidR="005D2DD1" w:rsidRPr="005D2DD1" w:rsidRDefault="005D2DD1" w:rsidP="005D2DD1">
                  <w:pPr>
                    <w:spacing w:after="200" w:line="276" w:lineRule="auto"/>
                  </w:pPr>
                  <w:r w:rsidRPr="005D2DD1">
                    <w:t xml:space="preserve"> </w:t>
                  </w:r>
                </w:p>
              </w:tc>
            </w:tr>
          </w:tbl>
          <w:p w14:paraId="60828DF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29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C762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</w:tr>
      <w:tr w:rsidR="005D2DD1" w:rsidRPr="001C0564" w14:paraId="1E066F6D" w14:textId="77777777" w:rsidTr="00802828">
        <w:trPr>
          <w:trHeight w:val="3419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F779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3. </w:t>
            </w:r>
          </w:p>
          <w:p w14:paraId="26ABFA5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4. </w:t>
            </w: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F48F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Наблюдение за использованием в речи синонимов, антонимов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E635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83488" behindDoc="1" locked="0" layoutInCell="1" allowOverlap="1" wp14:anchorId="3B9BEF93" wp14:editId="6842B49D">
                      <wp:simplePos x="0" y="0"/>
                      <wp:positionH relativeFrom="column">
                        <wp:posOffset>55372</wp:posOffset>
                      </wp:positionH>
                      <wp:positionV relativeFrom="paragraph">
                        <wp:posOffset>-4419</wp:posOffset>
                      </wp:positionV>
                      <wp:extent cx="94615" cy="185420"/>
                      <wp:effectExtent l="0" t="0" r="0" b="0"/>
                      <wp:wrapNone/>
                      <wp:docPr id="199512" name="Group 1995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5420"/>
                                <a:chOff x="0" y="0"/>
                                <a:chExt cx="94615" cy="185420"/>
                              </a:xfrm>
                            </wpg:grpSpPr>
                            <wps:wsp>
                              <wps:cNvPr id="222294" name="Shape 222294"/>
                              <wps:cNvSpPr/>
                              <wps:spPr>
                                <a:xfrm>
                                  <a:off x="9525" y="4445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0" name="Shape 17990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1" name="Shape 17991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2" name="Shape 17992"/>
                              <wps:cNvSpPr/>
                              <wps:spPr>
                                <a:xfrm>
                                  <a:off x="9525" y="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3" name="Shape 17993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4" name="Shape 17994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5" name="Shape 17995"/>
                              <wps:cNvSpPr/>
                              <wps:spPr>
                                <a:xfrm>
                                  <a:off x="4445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6" name="Shape 17996"/>
                              <wps:cNvSpPr/>
                              <wps:spPr>
                                <a:xfrm>
                                  <a:off x="89535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7" name="Shape 17997"/>
                              <wps:cNvSpPr/>
                              <wps:spPr>
                                <a:xfrm>
                                  <a:off x="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8" name="Shape 17998"/>
                              <wps:cNvSpPr/>
                              <wps:spPr>
                                <a:xfrm>
                                  <a:off x="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9" name="Shape 17999"/>
                              <wps:cNvSpPr/>
                              <wps:spPr>
                                <a:xfrm>
                                  <a:off x="8890" y="18542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0" name="Shape 18000"/>
                              <wps:cNvSpPr/>
                              <wps:spPr>
                                <a:xfrm>
                                  <a:off x="8509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1" name="Shape 18001"/>
                              <wps:cNvSpPr/>
                              <wps:spPr>
                                <a:xfrm>
                                  <a:off x="8509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126643" id="Group 199512" o:spid="_x0000_s1026" style="position:absolute;margin-left:4.35pt;margin-top:-.35pt;width:7.45pt;height:14.6pt;z-index:-251732992" coordsize="94615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">
                      <v:shape id="Shape 222294" o:spid="_x0000_s1027" style="position:absolute;left:9525;top:4445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" path="m,l76200,r,177165l,177165,,e" fillcolor="#fff186" stroked="f" strokeweight="0">
                        <v:stroke miterlimit="83231f" joinstyle="miter"/>
                        <v:path arrowok="t" textboxrect="0,0,76200,177165"/>
                      </v:shape>
                      <v:shape id="Shape 17990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17991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" path="m,l8890,e" filled="f" strokecolor="red" strokeweight=".72pt">
                        <v:path arrowok="t" textboxrect="0,0,8890,0"/>
                      </v:shape>
                      <v:shape id="Shape 17992" o:spid="_x0000_s1030" style="position:absolute;left:952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" path="m,l76200,e" filled="f" strokecolor="red" strokeweight=".72pt">
                        <v:path arrowok="t" textboxrect="0,0,76200,0"/>
                      </v:shape>
                      <v:shape id="Shape 17993" o:spid="_x0000_s1031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7994" o:spid="_x0000_s1032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" path="m,l8890,e" filled="f" strokecolor="red" strokeweight=".72pt">
                        <v:path arrowok="t" textboxrect="0,0,8890,0"/>
                      </v:shape>
                      <v:shape id="Shape 17995" o:spid="_x0000_s1033" style="position:absolute;left:4445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" path="m,l,176530e" filled="f" strokecolor="red" strokeweight=".72pt">
                        <v:path arrowok="t" textboxrect="0,0,0,176530"/>
                      </v:shape>
                      <v:shape id="Shape 17996" o:spid="_x0000_s1034" style="position:absolute;left:89535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" path="m,l,176530e" filled="f" strokecolor="red" strokeweight=".72pt">
                        <v:path arrowok="t" textboxrect="0,0,0,176530"/>
                      </v:shape>
                      <v:shape id="Shape 17997" o:spid="_x0000_s1035" style="position:absolute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7998" o:spid="_x0000_s1036" style="position:absolute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17999" o:spid="_x0000_s1037" style="position:absolute;left:8890;top:185420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" path="m,l76200,e" filled="f" strokecolor="red" strokeweight=".72pt">
                        <v:path arrowok="t" textboxrect="0,0,76200,0"/>
                      </v:shape>
                      <v:shape id="Shape 18000" o:spid="_x0000_s1038" style="position:absolute;left:85090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18001" o:spid="_x0000_s1039" style="position:absolute;left:85090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2 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863BB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85536" behindDoc="1" locked="0" layoutInCell="1" allowOverlap="1" wp14:anchorId="6217DF8C" wp14:editId="48E7E902">
                      <wp:simplePos x="0" y="0"/>
                      <wp:positionH relativeFrom="column">
                        <wp:posOffset>58547</wp:posOffset>
                      </wp:positionH>
                      <wp:positionV relativeFrom="paragraph">
                        <wp:posOffset>-4419</wp:posOffset>
                      </wp:positionV>
                      <wp:extent cx="94615" cy="185420"/>
                      <wp:effectExtent l="0" t="0" r="0" b="0"/>
                      <wp:wrapNone/>
                      <wp:docPr id="199552" name="Group 1995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5420"/>
                                <a:chOff x="0" y="0"/>
                                <a:chExt cx="94615" cy="185420"/>
                              </a:xfrm>
                            </wpg:grpSpPr>
                            <wps:wsp>
                              <wps:cNvPr id="222296" name="Shape 222296"/>
                              <wps:cNvSpPr/>
                              <wps:spPr>
                                <a:xfrm>
                                  <a:off x="8890" y="4445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3" name="Shape 18003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4" name="Shape 18004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5" name="Shape 18005"/>
                              <wps:cNvSpPr/>
                              <wps:spPr>
                                <a:xfrm>
                                  <a:off x="9525" y="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6" name="Shape 18006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7" name="Shape 18007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8" name="Shape 18008"/>
                              <wps:cNvSpPr/>
                              <wps:spPr>
                                <a:xfrm>
                                  <a:off x="5080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9" name="Shape 18009"/>
                              <wps:cNvSpPr/>
                              <wps:spPr>
                                <a:xfrm>
                                  <a:off x="90170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0" name="Shape 18010"/>
                              <wps:cNvSpPr/>
                              <wps:spPr>
                                <a:xfrm>
                                  <a:off x="0" y="18542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1" name="Shape 18011"/>
                              <wps:cNvSpPr/>
                              <wps:spPr>
                                <a:xfrm>
                                  <a:off x="0" y="18542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2" name="Shape 18012"/>
                              <wps:cNvSpPr/>
                              <wps:spPr>
                                <a:xfrm>
                                  <a:off x="9525" y="18542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3" name="Shape 18013"/>
                              <wps:cNvSpPr/>
                              <wps:spPr>
                                <a:xfrm>
                                  <a:off x="85725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4" name="Shape 18014"/>
                              <wps:cNvSpPr/>
                              <wps:spPr>
                                <a:xfrm>
                                  <a:off x="85725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078A93" id="Group 199552" o:spid="_x0000_s1026" style="position:absolute;margin-left:4.6pt;margin-top:-.35pt;width:7.45pt;height:14.6pt;z-index:-251730944" coordsize="94615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">
                      <v:shape id="Shape 222296" o:spid="_x0000_s1027" style="position:absolute;left:8890;top:4445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" path="m,l76200,r,177165l,177165,,e" fillcolor="#fff186" stroked="f" strokeweight="0">
                        <v:stroke miterlimit="83231f" joinstyle="miter"/>
                        <v:path arrowok="t" textboxrect="0,0,76200,177165"/>
                      </v:shape>
                      <v:shape id="Shape 18003" o:spid="_x0000_s1028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" path="m,l9525,e" filled="f" strokecolor="red" strokeweight=".72pt">
                        <v:path arrowok="t" textboxrect="0,0,9525,0"/>
                      </v:shape>
                      <v:shape id="Shape 18004" o:spid="_x0000_s1029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" path="m,l9525,e" filled="f" strokecolor="red" strokeweight=".72pt">
                        <v:path arrowok="t" textboxrect="0,0,9525,0"/>
                      </v:shape>
                      <v:shape id="Shape 18005" o:spid="_x0000_s1030" style="position:absolute;left:952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" path="m,l76200,e" filled="f" strokecolor="red" strokeweight=".72pt">
                        <v:path arrowok="t" textboxrect="0,0,76200,0"/>
                      </v:shape>
                      <v:shape id="Shape 18006" o:spid="_x0000_s1031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8007" o:spid="_x0000_s1032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8008" o:spid="_x0000_s1033" style="position:absolute;left:5080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" path="m,l,176530e" filled="f" strokecolor="red" strokeweight=".72pt">
                        <v:path arrowok="t" textboxrect="0,0,0,176530"/>
                      </v:shape>
                      <v:shape id="Shape 18009" o:spid="_x0000_s1034" style="position:absolute;left:90170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" path="m,l,176530e" filled="f" strokecolor="red" strokeweight=".72pt">
                        <v:path arrowok="t" textboxrect="0,0,0,176530"/>
                      </v:shape>
                      <v:shape id="Shape 18010" o:spid="_x0000_s1035" style="position:absolute;top:18542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18011" o:spid="_x0000_s1036" style="position:absolute;top:18542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" path="m,l9525,e" filled="f" strokecolor="red" strokeweight=".72pt">
                        <v:path arrowok="t" textboxrect="0,0,9525,0"/>
                      </v:shape>
                      <v:shape id="Shape 18012" o:spid="_x0000_s1037" style="position:absolute;left:9525;top:185420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" path="m,l76200,e" filled="f" strokecolor="red" strokeweight=".72pt">
                        <v:path arrowok="t" textboxrect="0,0,76200,0"/>
                      </v:shape>
                      <v:shape id="Shape 18013" o:spid="_x0000_s1038" style="position:absolute;left:85725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8014" o:spid="_x0000_s1039" style="position:absolute;left:85725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D313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87584" behindDoc="1" locked="0" layoutInCell="1" allowOverlap="1" wp14:anchorId="03E2C1D4" wp14:editId="2D329C29">
                      <wp:simplePos x="0" y="0"/>
                      <wp:positionH relativeFrom="column">
                        <wp:posOffset>56769</wp:posOffset>
                      </wp:positionH>
                      <wp:positionV relativeFrom="paragraph">
                        <wp:posOffset>-4419</wp:posOffset>
                      </wp:positionV>
                      <wp:extent cx="95250" cy="185420"/>
                      <wp:effectExtent l="0" t="0" r="0" b="0"/>
                      <wp:wrapNone/>
                      <wp:docPr id="199599" name="Group 1995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" cy="185420"/>
                                <a:chOff x="0" y="0"/>
                                <a:chExt cx="95250" cy="185420"/>
                              </a:xfrm>
                            </wpg:grpSpPr>
                            <wps:wsp>
                              <wps:cNvPr id="222298" name="Shape 222298"/>
                              <wps:cNvSpPr/>
                              <wps:spPr>
                                <a:xfrm>
                                  <a:off x="9525" y="4445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6" name="Shape 18016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7" name="Shape 18017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8" name="Shape 18018"/>
                              <wps:cNvSpPr/>
                              <wps:spPr>
                                <a:xfrm>
                                  <a:off x="9525" y="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9" name="Shape 18019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20" name="Shape 18020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21" name="Shape 18021"/>
                              <wps:cNvSpPr/>
                              <wps:spPr>
                                <a:xfrm>
                                  <a:off x="4445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22" name="Shape 18022"/>
                              <wps:cNvSpPr/>
                              <wps:spPr>
                                <a:xfrm>
                                  <a:off x="89535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23" name="Shape 18023"/>
                              <wps:cNvSpPr/>
                              <wps:spPr>
                                <a:xfrm>
                                  <a:off x="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24" name="Shape 18024"/>
                              <wps:cNvSpPr/>
                              <wps:spPr>
                                <a:xfrm>
                                  <a:off x="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25" name="Shape 18025"/>
                              <wps:cNvSpPr/>
                              <wps:spPr>
                                <a:xfrm>
                                  <a:off x="8890" y="18542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26" name="Shape 18026"/>
                              <wps:cNvSpPr/>
                              <wps:spPr>
                                <a:xfrm>
                                  <a:off x="85090" y="18542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27" name="Shape 18027"/>
                              <wps:cNvSpPr/>
                              <wps:spPr>
                                <a:xfrm>
                                  <a:off x="85090" y="18542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C82BBD" id="Group 199599" o:spid="_x0000_s1026" style="position:absolute;margin-left:4.45pt;margin-top:-.35pt;width:7.5pt;height:14.6pt;z-index:-251728896" coordsize="95250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">
                      <v:shape id="Shape 222298" o:spid="_x0000_s1027" style="position:absolute;left:9525;top:4445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" path="m,l76200,r,177165l,177165,,e" fillcolor="#fff186" stroked="f" strokeweight="0">
                        <v:stroke miterlimit="83231f" joinstyle="miter"/>
                        <v:path arrowok="t" textboxrect="0,0,76200,177165"/>
                      </v:shape>
                      <v:shape id="Shape 18016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" path="m,l8890,e" filled="f" strokecolor="red" strokeweight=".72pt">
                        <v:path arrowok="t" textboxrect="0,0,8890,0"/>
                      </v:shape>
                      <v:shape id="Shape 18017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" path="m,l8890,e" filled="f" strokecolor="red" strokeweight=".72pt">
                        <v:path arrowok="t" textboxrect="0,0,8890,0"/>
                      </v:shape>
                      <v:shape id="Shape 18018" o:spid="_x0000_s1030" style="position:absolute;left:952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18019" o:spid="_x0000_s1031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" path="m,l9525,e" filled="f" strokecolor="red" strokeweight=".72pt">
                        <v:path arrowok="t" textboxrect="0,0,9525,0"/>
                      </v:shape>
                      <v:shape id="Shape 18020" o:spid="_x0000_s1032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18021" o:spid="_x0000_s1033" style="position:absolute;left:4445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" path="m,l,176530e" filled="f" strokecolor="red" strokeweight=".72pt">
                        <v:path arrowok="t" textboxrect="0,0,0,176530"/>
                      </v:shape>
                      <v:shape id="Shape 18022" o:spid="_x0000_s1034" style="position:absolute;left:89535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" path="m,l,176530e" filled="f" strokecolor="red" strokeweight=".72pt">
                        <v:path arrowok="t" textboxrect="0,0,0,176530"/>
                      </v:shape>
                      <v:shape id="Shape 18023" o:spid="_x0000_s1035" style="position:absolute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" path="m,l8890,e" filled="f" strokecolor="red" strokeweight=".72pt">
                        <v:path arrowok="t" textboxrect="0,0,8890,0"/>
                      </v:shape>
                      <v:shape id="Shape 18024" o:spid="_x0000_s1036" style="position:absolute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8025" o:spid="_x0000_s1037" style="position:absolute;left:8890;top:185420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" path="m,l76200,e" filled="f" strokecolor="red" strokeweight=".72pt">
                        <v:path arrowok="t" textboxrect="0,0,76200,0"/>
                      </v:shape>
                      <v:shape id="Shape 18026" o:spid="_x0000_s1038" style="position:absolute;left:85090;top:18542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" path="m,l9525,e" filled="f" strokecolor="red" strokeweight=".72pt">
                        <v:path arrowok="t" textboxrect="0,0,9525,0"/>
                      </v:shape>
                      <v:shape id="Shape 18027" o:spid="_x0000_s1039" style="position:absolute;left:85090;top:18542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" path="m,l9525,e" filled="f" strokecolor="red" strokeweight=".72pt">
                        <v:path arrowok="t" textboxrect="0,0,9525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6207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58370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Наблюдение за сходством и различием значений синонимов с опорой на лексическое значение и   на   предложения, в кото рых они употреблены.Учебный диалог, в ходе которого сравниваются слова в синонимическом ряду и выявляются различия между словами.Упражнение, направленное на отработку умения выбирать из пары 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380B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51AE251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w:drawing>
                <wp:anchor distT="0" distB="0" distL="114300" distR="114300" simplePos="0" relativeHeight="251589632" behindDoc="1" locked="0" layoutInCell="1" allowOverlap="0" wp14:anchorId="099DA8F0" wp14:editId="0066C314">
                  <wp:simplePos x="0" y="0"/>
                  <wp:positionH relativeFrom="column">
                    <wp:posOffset>54228</wp:posOffset>
                  </wp:positionH>
                  <wp:positionV relativeFrom="paragraph">
                    <wp:posOffset>-35479</wp:posOffset>
                  </wp:positionV>
                  <wp:extent cx="649225" cy="780288"/>
                  <wp:effectExtent l="0" t="0" r="0" b="0"/>
                  <wp:wrapNone/>
                  <wp:docPr id="218679" name="Picture 2186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679" name="Picture 21867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5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D2DD1">
              <w:t xml:space="preserve"> Текущи й, устный,</w:t>
            </w:r>
          </w:p>
          <w:p w14:paraId="20D245D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u w:val="single"/>
              </w:rPr>
              <w:t xml:space="preserve">письменн </w:t>
            </w:r>
            <w:r w:rsidRPr="005D2DD1">
              <w:t xml:space="preserve">ый  </w:t>
            </w:r>
            <w:r w:rsidRPr="005D2DD1">
              <w:tab/>
              <w:t xml:space="preserve"> </w:t>
            </w:r>
          </w:p>
          <w:p w14:paraId="3DCF0CF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07BB3" w14:textId="77777777" w:rsidR="005D2DD1" w:rsidRPr="005D2DD1" w:rsidRDefault="005D2DD1" w:rsidP="005D2DD1">
            <w:pPr>
              <w:spacing w:after="200" w:line="276" w:lineRule="auto"/>
            </w:pPr>
          </w:p>
        </w:tc>
      </w:tr>
    </w:tbl>
    <w:p w14:paraId="77ED6390" w14:textId="77777777" w:rsidR="005D2DD1" w:rsidRPr="005D2DD1" w:rsidRDefault="005D2DD1" w:rsidP="005D2DD1">
      <w:pPr>
        <w:rPr>
          <w:lang w:val="ru-RU"/>
        </w:rPr>
      </w:pPr>
    </w:p>
    <w:tbl>
      <w:tblPr>
        <w:tblStyle w:val="TableGrid"/>
        <w:tblW w:w="15389" w:type="dxa"/>
        <w:tblInd w:w="146" w:type="dxa"/>
        <w:tblLook w:val="04A0" w:firstRow="1" w:lastRow="0" w:firstColumn="1" w:lastColumn="0" w:noHBand="0" w:noVBand="1"/>
      </w:tblPr>
      <w:tblGrid>
        <w:gridCol w:w="471"/>
        <w:gridCol w:w="2905"/>
        <w:gridCol w:w="638"/>
        <w:gridCol w:w="1365"/>
        <w:gridCol w:w="1405"/>
        <w:gridCol w:w="988"/>
        <w:gridCol w:w="3216"/>
        <w:gridCol w:w="1286"/>
        <w:gridCol w:w="101"/>
        <w:gridCol w:w="775"/>
        <w:gridCol w:w="597"/>
        <w:gridCol w:w="1388"/>
        <w:gridCol w:w="155"/>
        <w:gridCol w:w="99"/>
      </w:tblGrid>
      <w:tr w:rsidR="005D2DD1" w:rsidRPr="001C0564" w14:paraId="4257B7C7" w14:textId="77777777" w:rsidTr="00802828">
        <w:trPr>
          <w:trHeight w:val="1810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189A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A3C0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CF3F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913E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CE9A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C344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3EAA1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синонимов тот, который более уместен в заданном предложении, с </w:t>
            </w:r>
          </w:p>
          <w:p w14:paraId="6A0FF87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комментированием выбора.Работа в парах: поиск в тексте синонимов. 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BCB5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98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74A7D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</w:tr>
      <w:tr w:rsidR="005D2DD1" w:rsidRPr="005D2DD1" w14:paraId="6E34BE0B" w14:textId="77777777" w:rsidTr="00802828">
        <w:trPr>
          <w:trHeight w:val="493"/>
        </w:trPr>
        <w:tc>
          <w:tcPr>
            <w:tcW w:w="3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32218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Итого по разделу: 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vAlign w:val="center"/>
          </w:tcPr>
          <w:p w14:paraId="303C7EB9" w14:textId="77777777" w:rsidR="005D2DD1" w:rsidRPr="005D2DD1" w:rsidRDefault="005D2DD1" w:rsidP="005D2DD1">
            <w:pPr>
              <w:spacing w:after="200" w:line="276" w:lineRule="auto"/>
            </w:pPr>
          </w:p>
          <w:tbl>
            <w:tblPr>
              <w:tblStyle w:val="TableGrid"/>
              <w:tblW w:w="240" w:type="dxa"/>
              <w:tblInd w:w="106" w:type="dxa"/>
              <w:tblCellMar>
                <w:top w:w="12" w:type="dxa"/>
              </w:tblCellMar>
              <w:tblLook w:val="04A0" w:firstRow="1" w:lastRow="0" w:firstColumn="1" w:lastColumn="0" w:noHBand="0" w:noVBand="1"/>
            </w:tblPr>
            <w:tblGrid>
              <w:gridCol w:w="244"/>
            </w:tblGrid>
            <w:tr w:rsidR="005D2DD1" w:rsidRPr="005D2DD1" w14:paraId="0965100F" w14:textId="77777777" w:rsidTr="00802828">
              <w:trPr>
                <w:trHeight w:val="283"/>
              </w:trPr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CF7"/>
                </w:tcPr>
                <w:p w14:paraId="1BD65AC6" w14:textId="77777777" w:rsidR="005D2DD1" w:rsidRPr="005D2DD1" w:rsidRDefault="005D2DD1" w:rsidP="005D2DD1">
                  <w:pPr>
                    <w:spacing w:after="200" w:line="276" w:lineRule="auto"/>
                  </w:pPr>
                  <w:r w:rsidRPr="005D2DD1">
                    <w:t>10</w:t>
                  </w:r>
                </w:p>
              </w:tc>
            </w:tr>
          </w:tbl>
          <w:p w14:paraId="0525D6C9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70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7AD8D8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2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81A2EFA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2987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F8937F7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5D2DD1" w14:paraId="3D74EB24" w14:textId="77777777" w:rsidTr="00802828">
        <w:trPr>
          <w:trHeight w:val="477"/>
        </w:trPr>
        <w:tc>
          <w:tcPr>
            <w:tcW w:w="1111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786B987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Раздел 4. </w:t>
            </w:r>
            <w:r w:rsidRPr="005D2DD1">
              <w:rPr>
                <w:b/>
              </w:rPr>
              <w:t xml:space="preserve">Состав слова (морфемика) </w:t>
            </w:r>
          </w:p>
        </w:tc>
        <w:tc>
          <w:tcPr>
            <w:tcW w:w="12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2C5F436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2987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F369EC0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5D2DD1" w14:paraId="598A1BF4" w14:textId="77777777" w:rsidTr="00802828">
        <w:trPr>
          <w:trHeight w:val="103"/>
        </w:trPr>
        <w:tc>
          <w:tcPr>
            <w:tcW w:w="4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6D912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4. </w:t>
            </w:r>
          </w:p>
          <w:p w14:paraId="0B67680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1. </w:t>
            </w:r>
          </w:p>
        </w:tc>
        <w:tc>
          <w:tcPr>
            <w:tcW w:w="29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EB7F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Корень как обязательная часть слова. </w:t>
            </w:r>
          </w:p>
          <w:p w14:paraId="64B4A6B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Однокоренные </w:t>
            </w:r>
          </w:p>
          <w:p w14:paraId="016CC3D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 </w:t>
            </w:r>
          </w:p>
        </w:tc>
        <w:tc>
          <w:tcPr>
            <w:tcW w:w="6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14D7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591680" behindDoc="1" locked="0" layoutInCell="1" allowOverlap="1" wp14:anchorId="0156791D" wp14:editId="6D70EC68">
                      <wp:simplePos x="0" y="0"/>
                      <wp:positionH relativeFrom="column">
                        <wp:posOffset>54229</wp:posOffset>
                      </wp:positionH>
                      <wp:positionV relativeFrom="paragraph">
                        <wp:posOffset>-2006</wp:posOffset>
                      </wp:positionV>
                      <wp:extent cx="94615" cy="186055"/>
                      <wp:effectExtent l="0" t="0" r="0" b="0"/>
                      <wp:wrapNone/>
                      <wp:docPr id="207274" name="Group 207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6055"/>
                                <a:chOff x="0" y="0"/>
                                <a:chExt cx="94615" cy="186055"/>
                              </a:xfrm>
                            </wpg:grpSpPr>
                            <wps:wsp>
                              <wps:cNvPr id="222300" name="Shape 222300"/>
                              <wps:cNvSpPr/>
                              <wps:spPr>
                                <a:xfrm>
                                  <a:off x="9525" y="4445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54" name="Shape 18654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55" name="Shape 18655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56" name="Shape 18656"/>
                              <wps:cNvSpPr/>
                              <wps:spPr>
                                <a:xfrm>
                                  <a:off x="9525" y="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57" name="Shape 18657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58" name="Shape 18658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59" name="Shape 18659"/>
                              <wps:cNvSpPr/>
                              <wps:spPr>
                                <a:xfrm>
                                  <a:off x="4445" y="4445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60" name="Shape 18660"/>
                              <wps:cNvSpPr/>
                              <wps:spPr>
                                <a:xfrm>
                                  <a:off x="89535" y="4445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61" name="Shape 18661"/>
                              <wps:cNvSpPr/>
                              <wps:spPr>
                                <a:xfrm>
                                  <a:off x="0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62" name="Shape 18662"/>
                              <wps:cNvSpPr/>
                              <wps:spPr>
                                <a:xfrm>
                                  <a:off x="0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63" name="Shape 18663"/>
                              <wps:cNvSpPr/>
                              <wps:spPr>
                                <a:xfrm>
                                  <a:off x="8890" y="18605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64" name="Shape 18664"/>
                              <wps:cNvSpPr/>
                              <wps:spPr>
                                <a:xfrm>
                                  <a:off x="85090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65" name="Shape 18665"/>
                              <wps:cNvSpPr/>
                              <wps:spPr>
                                <a:xfrm>
                                  <a:off x="85090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E131E5" id="Group 207274" o:spid="_x0000_s1026" style="position:absolute;margin-left:4.25pt;margin-top:-.15pt;width:7.45pt;height:14.65pt;z-index:-251724800" coordsize="94615,186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">
                      <v:shape id="Shape 222300" o:spid="_x0000_s1027" style="position:absolute;left:9525;top:4445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" path="m,l76200,r,177165l,177165,,e" fillcolor="#fff186" stroked="f" strokeweight="0">
                        <v:stroke miterlimit="83231f" joinstyle="miter"/>
                        <v:path arrowok="t" textboxrect="0,0,76200,177165"/>
                      </v:shape>
                      <v:shape id="Shape 18654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8655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8656" o:spid="_x0000_s1030" style="position:absolute;left:952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" path="m,l76200,e" filled="f" strokecolor="red" strokeweight=".72pt">
                        <v:path arrowok="t" textboxrect="0,0,76200,0"/>
                      </v:shape>
                      <v:shape id="Shape 18657" o:spid="_x0000_s1031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8658" o:spid="_x0000_s1032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18659" o:spid="_x0000_s1033" style="position:absolute;left:4445;top:4445;width:0;height:177165;visibility:visible;mso-wrap-style:square;v-text-anchor:top" coordsize="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" path="m,l,177165e" filled="f" strokecolor="red" strokeweight=".72pt">
                        <v:path arrowok="t" textboxrect="0,0,0,177165"/>
                      </v:shape>
                      <v:shape id="Shape 18660" o:spid="_x0000_s1034" style="position:absolute;left:89535;top:4445;width:0;height:177165;visibility:visible;mso-wrap-style:square;v-text-anchor:top" coordsize="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" path="m,l,177165e" filled="f" strokecolor="red" strokeweight=".72pt">
                        <v:path arrowok="t" textboxrect="0,0,0,177165"/>
                      </v:shape>
                      <v:shape id="Shape 18661" o:spid="_x0000_s1035" style="position:absolute;top:18605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8662" o:spid="_x0000_s1036" style="position:absolute;top:18605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8663" o:spid="_x0000_s1037" style="position:absolute;left:8890;top:18605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" path="m,l76200,e" filled="f" strokecolor="red" strokeweight=".72pt">
                        <v:path arrowok="t" textboxrect="0,0,76200,0"/>
                      </v:shape>
                      <v:shape id="Shape 18664" o:spid="_x0000_s1038" style="position:absolute;left:85090;top:18605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" path="m,l8890,e" filled="f" strokecolor="red" strokeweight=".72pt">
                        <v:path arrowok="t" textboxrect="0,0,8890,0"/>
                      </v:shape>
                      <v:shape id="Shape 18665" o:spid="_x0000_s1039" style="position:absolute;left:85090;top:18605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4 </w:t>
            </w:r>
          </w:p>
        </w:tc>
        <w:tc>
          <w:tcPr>
            <w:tcW w:w="13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5C9E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93728" behindDoc="1" locked="0" layoutInCell="1" allowOverlap="1" wp14:anchorId="202A33B4" wp14:editId="0E0E3811">
                      <wp:simplePos x="0" y="0"/>
                      <wp:positionH relativeFrom="column">
                        <wp:posOffset>59754</wp:posOffset>
                      </wp:positionH>
                      <wp:positionV relativeFrom="paragraph">
                        <wp:posOffset>-2006</wp:posOffset>
                      </wp:positionV>
                      <wp:extent cx="94615" cy="186055"/>
                      <wp:effectExtent l="0" t="0" r="0" b="0"/>
                      <wp:wrapNone/>
                      <wp:docPr id="207283" name="Group 2072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6055"/>
                                <a:chOff x="0" y="0"/>
                                <a:chExt cx="94615" cy="186055"/>
                              </a:xfrm>
                            </wpg:grpSpPr>
                            <wps:wsp>
                              <wps:cNvPr id="222302" name="Shape 222302"/>
                              <wps:cNvSpPr/>
                              <wps:spPr>
                                <a:xfrm>
                                  <a:off x="8890" y="4445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67" name="Shape 18667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68" name="Shape 18668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69" name="Shape 18669"/>
                              <wps:cNvSpPr/>
                              <wps:spPr>
                                <a:xfrm>
                                  <a:off x="9525" y="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70" name="Shape 18670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71" name="Shape 18671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72" name="Shape 18672"/>
                              <wps:cNvSpPr/>
                              <wps:spPr>
                                <a:xfrm>
                                  <a:off x="5080" y="4445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73" name="Shape 18673"/>
                              <wps:cNvSpPr/>
                              <wps:spPr>
                                <a:xfrm>
                                  <a:off x="90170" y="4445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74" name="Shape 18674"/>
                              <wps:cNvSpPr/>
                              <wps:spPr>
                                <a:xfrm>
                                  <a:off x="0" y="18605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75" name="Shape 18675"/>
                              <wps:cNvSpPr/>
                              <wps:spPr>
                                <a:xfrm>
                                  <a:off x="0" y="18605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76" name="Shape 18676"/>
                              <wps:cNvSpPr/>
                              <wps:spPr>
                                <a:xfrm>
                                  <a:off x="9525" y="18605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77" name="Shape 18677"/>
                              <wps:cNvSpPr/>
                              <wps:spPr>
                                <a:xfrm>
                                  <a:off x="85725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78" name="Shape 18678"/>
                              <wps:cNvSpPr/>
                              <wps:spPr>
                                <a:xfrm>
                                  <a:off x="85725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F011EA" id="Group 207283" o:spid="_x0000_s1026" style="position:absolute;margin-left:4.7pt;margin-top:-.15pt;width:7.45pt;height:14.65pt;z-index:-251722752" coordsize="94615,186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">
                      <v:shape id="Shape 222302" o:spid="_x0000_s1027" style="position:absolute;left:8890;top:4445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" path="m,l76200,r,177165l,177165,,e" fillcolor="#fff186" stroked="f" strokeweight="0">
                        <v:stroke miterlimit="83231f" joinstyle="miter"/>
                        <v:path arrowok="t" textboxrect="0,0,76200,177165"/>
                      </v:shape>
                      <v:shape id="Shape 18667" o:spid="_x0000_s1028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" path="m,l9525,e" filled="f" strokecolor="red" strokeweight=".72pt">
                        <v:path arrowok="t" textboxrect="0,0,9525,0"/>
                      </v:shape>
                      <v:shape id="Shape 18668" o:spid="_x0000_s1029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18669" o:spid="_x0000_s1030" style="position:absolute;left:952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" path="m,l76200,e" filled="f" strokecolor="red" strokeweight=".72pt">
                        <v:path arrowok="t" textboxrect="0,0,76200,0"/>
                      </v:shape>
                      <v:shape id="Shape 18670" o:spid="_x0000_s1031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18671" o:spid="_x0000_s1032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8672" o:spid="_x0000_s1033" style="position:absolute;left:5080;top:4445;width:0;height:177165;visibility:visible;mso-wrap-style:square;v-text-anchor:top" coordsize="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" path="m,l,177165e" filled="f" strokecolor="red" strokeweight=".72pt">
                        <v:path arrowok="t" textboxrect="0,0,0,177165"/>
                      </v:shape>
                      <v:shape id="Shape 18673" o:spid="_x0000_s1034" style="position:absolute;left:90170;top:4445;width:0;height:177165;visibility:visible;mso-wrap-style:square;v-text-anchor:top" coordsize="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" path="m,l,177165e" filled="f" strokecolor="red" strokeweight=".72pt">
                        <v:path arrowok="t" textboxrect="0,0,0,177165"/>
                      </v:shape>
                      <v:shape id="Shape 18674" o:spid="_x0000_s1035" style="position:absolute;top:18605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" path="m,l9525,e" filled="f" strokecolor="red" strokeweight=".72pt">
                        <v:path arrowok="t" textboxrect="0,0,9525,0"/>
                      </v:shape>
                      <v:shape id="Shape 18675" o:spid="_x0000_s1036" style="position:absolute;top:18605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" path="m,l9525,e" filled="f" strokecolor="red" strokeweight=".72pt">
                        <v:path arrowok="t" textboxrect="0,0,9525,0"/>
                      </v:shape>
                      <v:shape id="Shape 18676" o:spid="_x0000_s1037" style="position:absolute;left:9525;top:18605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" path="m,l76200,e" filled="f" strokecolor="red" strokeweight=".72pt">
                        <v:path arrowok="t" textboxrect="0,0,76200,0"/>
                      </v:shape>
                      <v:shape id="Shape 18677" o:spid="_x0000_s1038" style="position:absolute;left:85725;top:18605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8678" o:spid="_x0000_s1039" style="position:absolute;left:85725;top:18605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4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0DD3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95776" behindDoc="1" locked="0" layoutInCell="1" allowOverlap="1" wp14:anchorId="52899614" wp14:editId="034F560F">
                      <wp:simplePos x="0" y="0"/>
                      <wp:positionH relativeFrom="column">
                        <wp:posOffset>56769</wp:posOffset>
                      </wp:positionH>
                      <wp:positionV relativeFrom="paragraph">
                        <wp:posOffset>-2006</wp:posOffset>
                      </wp:positionV>
                      <wp:extent cx="95250" cy="186055"/>
                      <wp:effectExtent l="0" t="0" r="0" b="0"/>
                      <wp:wrapNone/>
                      <wp:docPr id="207409" name="Group 207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" cy="186055"/>
                                <a:chOff x="0" y="0"/>
                                <a:chExt cx="95250" cy="186055"/>
                              </a:xfrm>
                            </wpg:grpSpPr>
                            <wps:wsp>
                              <wps:cNvPr id="222304" name="Shape 222304"/>
                              <wps:cNvSpPr/>
                              <wps:spPr>
                                <a:xfrm>
                                  <a:off x="9525" y="4445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80" name="Shape 18680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81" name="Shape 18681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82" name="Shape 18682"/>
                              <wps:cNvSpPr/>
                              <wps:spPr>
                                <a:xfrm>
                                  <a:off x="9525" y="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83" name="Shape 18683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84" name="Shape 18684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85" name="Shape 18685"/>
                              <wps:cNvSpPr/>
                              <wps:spPr>
                                <a:xfrm>
                                  <a:off x="4445" y="4445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86" name="Shape 18686"/>
                              <wps:cNvSpPr/>
                              <wps:spPr>
                                <a:xfrm>
                                  <a:off x="89535" y="4445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87" name="Shape 18687"/>
                              <wps:cNvSpPr/>
                              <wps:spPr>
                                <a:xfrm>
                                  <a:off x="0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88" name="Shape 18688"/>
                              <wps:cNvSpPr/>
                              <wps:spPr>
                                <a:xfrm>
                                  <a:off x="0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89" name="Shape 18689"/>
                              <wps:cNvSpPr/>
                              <wps:spPr>
                                <a:xfrm>
                                  <a:off x="8890" y="18605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90" name="Shape 18690"/>
                              <wps:cNvSpPr/>
                              <wps:spPr>
                                <a:xfrm>
                                  <a:off x="85090" y="18605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91" name="Shape 18691"/>
                              <wps:cNvSpPr/>
                              <wps:spPr>
                                <a:xfrm>
                                  <a:off x="85090" y="18605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F25836" id="Group 207409" o:spid="_x0000_s1026" style="position:absolute;margin-left:4.45pt;margin-top:-.15pt;width:7.5pt;height:14.65pt;z-index:-251720704" coordsize="95250,186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">
                      <v:shape id="Shape 222304" o:spid="_x0000_s1027" style="position:absolute;left:9525;top:4445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" path="m,l76200,r,177165l,177165,,e" fillcolor="#fff186" stroked="f" strokeweight="0">
                        <v:stroke miterlimit="83231f" joinstyle="miter"/>
                        <v:path arrowok="t" textboxrect="0,0,76200,177165"/>
                      </v:shape>
                      <v:shape id="Shape 18680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18681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8682" o:spid="_x0000_s1030" style="position:absolute;left:952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" path="m,l76200,e" filled="f" strokecolor="red" strokeweight=".72pt">
                        <v:path arrowok="t" textboxrect="0,0,76200,0"/>
                      </v:shape>
                      <v:shape id="Shape 18683" o:spid="_x0000_s1031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" path="m,l9525,e" filled="f" strokecolor="red" strokeweight=".72pt">
                        <v:path arrowok="t" textboxrect="0,0,9525,0"/>
                      </v:shape>
                      <v:shape id="Shape 18684" o:spid="_x0000_s1032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" path="m,l9525,e" filled="f" strokecolor="red" strokeweight=".72pt">
                        <v:path arrowok="t" textboxrect="0,0,9525,0"/>
                      </v:shape>
                      <v:shape id="Shape 18685" o:spid="_x0000_s1033" style="position:absolute;left:4445;top:4445;width:0;height:177165;visibility:visible;mso-wrap-style:square;v-text-anchor:top" coordsize="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" path="m,l,177165e" filled="f" strokecolor="red" strokeweight=".72pt">
                        <v:path arrowok="t" textboxrect="0,0,0,177165"/>
                      </v:shape>
                      <v:shape id="Shape 18686" o:spid="_x0000_s1034" style="position:absolute;left:89535;top:4445;width:0;height:177165;visibility:visible;mso-wrap-style:square;v-text-anchor:top" coordsize="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" path="m,l,177165e" filled="f" strokecolor="red" strokeweight=".72pt">
                        <v:path arrowok="t" textboxrect="0,0,0,177165"/>
                      </v:shape>
                      <v:shape id="Shape 18687" o:spid="_x0000_s1035" style="position:absolute;top:18605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8688" o:spid="_x0000_s1036" style="position:absolute;top:18605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18689" o:spid="_x0000_s1037" style="position:absolute;left:8890;top:18605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" path="m,l76200,e" filled="f" strokecolor="red" strokeweight=".72pt">
                        <v:path arrowok="t" textboxrect="0,0,76200,0"/>
                      </v:shape>
                      <v:shape id="Shape 18690" o:spid="_x0000_s1038" style="position:absolute;left:85090;top:18605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18691" o:spid="_x0000_s1039" style="position:absolute;left:85090;top:18605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" path="m,l9525,e" filled="f" strokecolor="red" strokeweight=".72pt">
                        <v:path arrowok="t" textboxrect="0,0,9525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0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38FE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32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E358D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Наблюдение за языковым материалом и рисунками: сопоставление   значений нескольких родственных слов с </w:t>
            </w:r>
            <w:r w:rsidRPr="005D2DD1">
              <w:lastRenderedPageBreak/>
              <w:t xml:space="preserve">опорой на собственный речевой опыт и рисунки, высказывание предположений о сходстве и различии в значениях слов, выявление слова, с помощью которого можно объяснить значение всех родственных слов. Объяснение учителем приёма развёрнутого толкования слова как способа определения связи значений родственных слов. Работа с понятиями  «корень», </w:t>
            </w:r>
          </w:p>
          <w:p w14:paraId="26D33EF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«однокоренные слова»: анализ предложенных в учебнике определений. Совместное составление алгоритма выделения корня. </w:t>
            </w:r>
          </w:p>
          <w:p w14:paraId="112358E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Использование составленного алгоритма при решении практических задач по выделению корня. </w:t>
            </w:r>
          </w:p>
          <w:p w14:paraId="14177C1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ab/>
              <w:t xml:space="preserve">Самостоятельная </w:t>
            </w:r>
            <w:r w:rsidRPr="005D2DD1">
              <w:tab/>
              <w:t xml:space="preserve">работа: </w:t>
            </w:r>
          </w:p>
        </w:tc>
        <w:tc>
          <w:tcPr>
            <w:tcW w:w="12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FC80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 </w:t>
            </w:r>
          </w:p>
          <w:p w14:paraId="66A9C0A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w:drawing>
                <wp:anchor distT="0" distB="0" distL="114300" distR="114300" simplePos="0" relativeHeight="251597824" behindDoc="1" locked="0" layoutInCell="1" allowOverlap="0" wp14:anchorId="15A53A4B" wp14:editId="7EBA159A">
                  <wp:simplePos x="0" y="0"/>
                  <wp:positionH relativeFrom="column">
                    <wp:posOffset>54228</wp:posOffset>
                  </wp:positionH>
                  <wp:positionV relativeFrom="paragraph">
                    <wp:posOffset>-37734</wp:posOffset>
                  </wp:positionV>
                  <wp:extent cx="649225" cy="774192"/>
                  <wp:effectExtent l="0" t="0" r="0" b="0"/>
                  <wp:wrapNone/>
                  <wp:docPr id="218684" name="Picture 2186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684" name="Picture 21868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5" cy="774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D2DD1">
              <w:t xml:space="preserve"> Текущий, устный,</w:t>
            </w:r>
          </w:p>
          <w:p w14:paraId="1950E08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u w:val="single"/>
              </w:rPr>
              <w:lastRenderedPageBreak/>
              <w:t>письменн ый</w:t>
            </w:r>
            <w:r w:rsidRPr="005D2DD1">
              <w:t xml:space="preserve">  </w:t>
            </w:r>
            <w:r w:rsidRPr="005D2DD1">
              <w:tab/>
              <w:t xml:space="preserve"> </w:t>
            </w:r>
          </w:p>
          <w:p w14:paraId="4EC13E7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 </w:t>
            </w:r>
            <w:r w:rsidRPr="005D2DD1">
              <w:tab/>
              <w:t xml:space="preserve"> </w:t>
            </w:r>
          </w:p>
          <w:p w14:paraId="6685CB9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98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F7B4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 </w:t>
            </w:r>
          </w:p>
        </w:tc>
      </w:tr>
      <w:tr w:rsidR="005D2DD1" w:rsidRPr="005D2DD1" w14:paraId="21F9861A" w14:textId="77777777" w:rsidTr="00802828">
        <w:trPr>
          <w:trHeight w:val="30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5F3775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9DF58D9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605266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45FD87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1C0227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8B7167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8A5116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559C93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1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364763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3018DCE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 </w:t>
            </w:r>
          </w:p>
        </w:tc>
        <w:tc>
          <w:tcPr>
            <w:tcW w:w="2783" w:type="dxa"/>
            <w:gridSpan w:val="4"/>
            <w:tcBorders>
              <w:top w:val="single" w:sz="6" w:space="0" w:color="000000"/>
              <w:left w:val="single" w:sz="6" w:space="0" w:color="000000"/>
              <w:bottom w:val="dashed" w:sz="12" w:space="0" w:color="FF0000"/>
              <w:right w:val="single" w:sz="6" w:space="0" w:color="000000"/>
            </w:tcBorders>
            <w:shd w:val="clear" w:color="auto" w:fill="F7FCF7"/>
          </w:tcPr>
          <w:p w14:paraId="44DF3C1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ab/>
              <w:t xml:space="preserve">Социальная </w:t>
            </w:r>
            <w:r w:rsidRPr="005D2DD1">
              <w:tab/>
              <w:t>сеть</w:t>
            </w:r>
          </w:p>
        </w:tc>
        <w:tc>
          <w:tcPr>
            <w:tcW w:w="101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3123F9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2E1D4A0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 </w:t>
            </w:r>
          </w:p>
          <w:p w14:paraId="34AE0320" w14:textId="77777777" w:rsidR="005D2DD1" w:rsidRPr="005D2DD1" w:rsidRDefault="00253105" w:rsidP="005D2DD1">
            <w:pPr>
              <w:spacing w:after="200" w:line="276" w:lineRule="auto"/>
            </w:pPr>
            <w:hyperlink r:id="rId41">
              <w:r w:rsidR="005D2DD1" w:rsidRPr="005D2DD1">
                <w:rPr>
                  <w:rStyle w:val="aff8"/>
                </w:rPr>
                <w:t xml:space="preserve"> </w:t>
              </w:r>
            </w:hyperlink>
          </w:p>
          <w:p w14:paraId="12BAC3E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</w:tr>
      <w:tr w:rsidR="005D2DD1" w:rsidRPr="005D2DD1" w14:paraId="7537625C" w14:textId="77777777" w:rsidTr="00802828">
        <w:trPr>
          <w:trHeight w:val="30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9A547B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A7E600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2F5675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1492C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4FD90C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468BC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6C689F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F658C1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67B7B86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2783" w:type="dxa"/>
            <w:gridSpan w:val="4"/>
            <w:tcBorders>
              <w:top w:val="dashed" w:sz="12" w:space="0" w:color="FF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7FCF7"/>
          </w:tcPr>
          <w:p w14:paraId="0E2A54E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ab/>
              <w:t xml:space="preserve">работников </w:t>
            </w:r>
            <w:r w:rsidRPr="005D2DD1">
              <w:lastRenderedPageBreak/>
              <w:tab/>
              <w:t>образования: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0907398C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5D2DD1" w14:paraId="7D77DF67" w14:textId="77777777" w:rsidTr="00802828">
        <w:trPr>
          <w:trHeight w:val="28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C54D9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3EA8E4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E22984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5F7C00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24FE0B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32B10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BD585D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F3E24C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313D307D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2783" w:type="dxa"/>
            <w:gridSpan w:val="4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7FCF7"/>
          </w:tcPr>
          <w:p w14:paraId="1379EBB4" w14:textId="77777777" w:rsidR="005D2DD1" w:rsidRPr="005D2DD1" w:rsidRDefault="00253105" w:rsidP="005D2DD1">
            <w:pPr>
              <w:spacing w:after="200" w:line="276" w:lineRule="auto"/>
            </w:pPr>
            <w:hyperlink r:id="rId42">
              <w:r w:rsidR="005D2DD1" w:rsidRPr="005D2DD1">
                <w:rPr>
                  <w:rStyle w:val="aff8"/>
                </w:rPr>
                <w:t>http://nsportal.ru/nachalnaya</w:t>
              </w:r>
            </w:hyperlink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47540606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5D2DD1" w14:paraId="165ECA41" w14:textId="77777777" w:rsidTr="00802828">
        <w:trPr>
          <w:trHeight w:val="305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C280B4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D07733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79921A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E6E096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42BEF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A52043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D38109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09EFD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6941EB95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74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7FCF7"/>
          </w:tcPr>
          <w:p w14:paraId="20F797F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u w:val="single"/>
              </w:rPr>
              <w:t>-shkola</w:t>
            </w:r>
          </w:p>
        </w:tc>
        <w:tc>
          <w:tcPr>
            <w:tcW w:w="2043" w:type="dxa"/>
            <w:gridSpan w:val="3"/>
            <w:tcBorders>
              <w:top w:val="single" w:sz="12" w:space="0" w:color="000000"/>
              <w:left w:val="single" w:sz="6" w:space="0" w:color="000000"/>
              <w:bottom w:val="nil"/>
              <w:right w:val="nil"/>
            </w:tcBorders>
          </w:tcPr>
          <w:p w14:paraId="558E64C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52BC2185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5D2DD1" w14:paraId="24335877" w14:textId="77777777" w:rsidTr="00802828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81D869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5801D9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4BA32C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BF917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3BA0AD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8FD3A7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B7A075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938CD5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248EA989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74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7FCF7"/>
          </w:tcPr>
          <w:p w14:paraId="100AC4A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>4.Фест</w:t>
            </w:r>
          </w:p>
        </w:tc>
        <w:tc>
          <w:tcPr>
            <w:tcW w:w="50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F7FCF7"/>
          </w:tcPr>
          <w:p w14:paraId="082763B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>иваль</w:t>
            </w:r>
          </w:p>
        </w:tc>
        <w:tc>
          <w:tcPr>
            <w:tcW w:w="154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6A28E83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3E60D760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5D2DD1" w14:paraId="0D18B6AA" w14:textId="77777777" w:rsidTr="00802828">
        <w:trPr>
          <w:trHeight w:val="28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D597DB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2FA976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850C34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31F5F1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B4EA3A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8A9E70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ED3A21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DBDF2D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0A0D9D5D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74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7FCF7"/>
          </w:tcPr>
          <w:p w14:paraId="475AAE5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>педаго</w:t>
            </w:r>
          </w:p>
        </w:tc>
        <w:tc>
          <w:tcPr>
            <w:tcW w:w="2043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F7FCF7"/>
          </w:tcPr>
          <w:p w14:paraId="7CDFD46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>гичес</w:t>
            </w:r>
            <w:r w:rsidRPr="005D2DD1">
              <w:rPr>
                <w:u w:val="single"/>
              </w:rPr>
              <w:t xml:space="preserve">ких </w:t>
            </w:r>
            <w:r w:rsidRPr="005D2DD1">
              <w:rPr>
                <w:u w:val="single"/>
              </w:rPr>
              <w:tab/>
              <w:t>идей</w:t>
            </w:r>
          </w:p>
        </w:tc>
        <w:tc>
          <w:tcPr>
            <w:tcW w:w="101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1E3D96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 </w:t>
            </w:r>
          </w:p>
        </w:tc>
      </w:tr>
      <w:tr w:rsidR="005D2DD1" w:rsidRPr="005D2DD1" w14:paraId="4F930D63" w14:textId="77777777" w:rsidTr="00802828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24549A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CE5E4D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049F51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60BD44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49C78C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792AA4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6594D0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0AFB75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0E5D6FC7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74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7FCF7"/>
          </w:tcPr>
          <w:p w14:paraId="3195E89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>«Откр</w:t>
            </w:r>
          </w:p>
        </w:tc>
        <w:tc>
          <w:tcPr>
            <w:tcW w:w="50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F7FCF7"/>
          </w:tcPr>
          <w:p w14:paraId="5F0853F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ытый </w:t>
            </w:r>
          </w:p>
        </w:tc>
        <w:tc>
          <w:tcPr>
            <w:tcW w:w="15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D89777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7DB97A3A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5D2DD1" w14:paraId="20B64620" w14:textId="77777777" w:rsidTr="00802828">
        <w:trPr>
          <w:trHeight w:val="27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7574CB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0E63D1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181B1F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D55811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A05BEB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F314BF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6FBD14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B56C01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AFD1DA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74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7FCF7"/>
          </w:tcPr>
          <w:p w14:paraId="7B669D5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u w:val="single"/>
              </w:rPr>
              <w:t>урок</w:t>
            </w:r>
            <w:hyperlink r:id="rId43">
              <w:r w:rsidRPr="005D2DD1">
                <w:rPr>
                  <w:rStyle w:val="aff8"/>
                </w:rPr>
                <w:t>»:</w:t>
              </w:r>
            </w:hyperlink>
          </w:p>
        </w:tc>
        <w:tc>
          <w:tcPr>
            <w:tcW w:w="1888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F7FCF7"/>
          </w:tcPr>
          <w:p w14:paraId="2AAE7250" w14:textId="77777777" w:rsidR="005D2DD1" w:rsidRPr="005D2DD1" w:rsidRDefault="00253105" w:rsidP="005D2DD1">
            <w:pPr>
              <w:spacing w:after="200" w:line="276" w:lineRule="auto"/>
            </w:pPr>
            <w:hyperlink r:id="rId44">
              <w:r w:rsidR="005D2DD1" w:rsidRPr="005D2DD1">
                <w:rPr>
                  <w:rStyle w:val="aff8"/>
                </w:rPr>
                <w:t>http:</w:t>
              </w:r>
            </w:hyperlink>
            <w:hyperlink r:id="rId45">
              <w:r w:rsidR="005D2DD1" w:rsidRPr="005D2DD1">
                <w:rPr>
                  <w:rStyle w:val="aff8"/>
                </w:rPr>
                <w:t>/</w:t>
              </w:r>
            </w:hyperlink>
            <w:hyperlink r:id="rId46">
              <w:r w:rsidR="005D2DD1" w:rsidRPr="005D2DD1">
                <w:rPr>
                  <w:rStyle w:val="aff8"/>
                </w:rPr>
                <w:t>/</w:t>
              </w:r>
            </w:hyperlink>
            <w:r w:rsidR="005D2DD1" w:rsidRPr="005D2DD1">
              <w:rPr>
                <w:u w:val="single"/>
              </w:rPr>
              <w:t xml:space="preserve"> </w:t>
            </w:r>
            <w:hyperlink r:id="rId47">
              <w:r w:rsidR="005D2DD1" w:rsidRPr="005D2DD1">
                <w:rPr>
                  <w:rStyle w:val="aff8"/>
                </w:rPr>
                <w:t>e</w:t>
              </w:r>
            </w:hyperlink>
            <w:r w:rsidR="005D2DD1" w:rsidRPr="005D2DD1">
              <w:t>stival.1septe</w:t>
            </w:r>
          </w:p>
        </w:tc>
        <w:tc>
          <w:tcPr>
            <w:tcW w:w="155" w:type="dxa"/>
            <w:vMerge w:val="restart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16435F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7C77027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7CA6A935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5D2DD1" w14:paraId="7B975240" w14:textId="77777777" w:rsidTr="00802828">
        <w:trPr>
          <w:trHeight w:val="305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ACF47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2A837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017193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6EE0FB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B9C915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642AE9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CEDEEC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4AD901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573C9F7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74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CF7"/>
          </w:tcPr>
          <w:p w14:paraId="1617D0F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u w:val="single"/>
              </w:rPr>
              <w:t>mber.ru</w:t>
            </w:r>
          </w:p>
        </w:tc>
        <w:tc>
          <w:tcPr>
            <w:tcW w:w="1888" w:type="dxa"/>
            <w:gridSpan w:val="2"/>
            <w:vMerge w:val="restart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 w14:paraId="2AB84B1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B260733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7CEF18CC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5D2DD1" w14:paraId="2A9BD38F" w14:textId="77777777" w:rsidTr="00802828">
        <w:trPr>
          <w:trHeight w:val="461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B6319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5AE0B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2AE7E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CF117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9C69D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544E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16A40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5D74A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50111B0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74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B45EF9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50497B3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C3C5179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510E3F36" w14:textId="77777777" w:rsidR="005D2DD1" w:rsidRPr="005D2DD1" w:rsidRDefault="005D2DD1" w:rsidP="005D2DD1">
            <w:pPr>
              <w:spacing w:after="200" w:line="276" w:lineRule="auto"/>
            </w:pPr>
          </w:p>
        </w:tc>
      </w:tr>
    </w:tbl>
    <w:p w14:paraId="370FDFBB" w14:textId="77777777" w:rsidR="005D2DD1" w:rsidRPr="005D2DD1" w:rsidRDefault="005D2DD1" w:rsidP="005D2DD1">
      <w:pPr>
        <w:rPr>
          <w:lang w:val="ru-RU"/>
        </w:rPr>
      </w:pPr>
    </w:p>
    <w:tbl>
      <w:tblPr>
        <w:tblStyle w:val="TableGrid"/>
        <w:tblW w:w="15389" w:type="dxa"/>
        <w:tblInd w:w="146" w:type="dxa"/>
        <w:tblCellMar>
          <w:top w:w="7" w:type="dxa"/>
          <w:left w:w="7" w:type="dxa"/>
          <w:right w:w="29" w:type="dxa"/>
        </w:tblCellMar>
        <w:tblLook w:val="04A0" w:firstRow="1" w:lastRow="0" w:firstColumn="1" w:lastColumn="0" w:noHBand="0" w:noVBand="1"/>
      </w:tblPr>
      <w:tblGrid>
        <w:gridCol w:w="475"/>
        <w:gridCol w:w="2929"/>
        <w:gridCol w:w="648"/>
        <w:gridCol w:w="1388"/>
        <w:gridCol w:w="1431"/>
        <w:gridCol w:w="1008"/>
        <w:gridCol w:w="3231"/>
        <w:gridCol w:w="1292"/>
        <w:gridCol w:w="2987"/>
      </w:tblGrid>
      <w:tr w:rsidR="005D2DD1" w:rsidRPr="005D2DD1" w14:paraId="7F15EED2" w14:textId="77777777" w:rsidTr="00802828">
        <w:trPr>
          <w:trHeight w:val="1273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6C70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 </w:t>
            </w: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F077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DBCC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606E7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9D5D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C9B0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A3344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находить среди предложенного набора слов слова с заданным корнем. Работа в парах: подбор родственных слов. 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A5DF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9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4A1F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</w:tr>
      <w:tr w:rsidR="005D2DD1" w:rsidRPr="005D2DD1" w14:paraId="78A09C14" w14:textId="77777777" w:rsidTr="00802828">
        <w:trPr>
          <w:trHeight w:val="7443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7DEA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4. </w:t>
            </w:r>
          </w:p>
          <w:p w14:paraId="1CA6A4B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2. </w:t>
            </w: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A8CE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Окончание как изменяемая часть слова. Изменение формы слова с помощью окончания. Различение изменяемых и неизменяемых слов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B394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99872" behindDoc="1" locked="0" layoutInCell="1" allowOverlap="1" wp14:anchorId="43DBBB4B" wp14:editId="5FACF9F2">
                      <wp:simplePos x="0" y="0"/>
                      <wp:positionH relativeFrom="column">
                        <wp:posOffset>55372</wp:posOffset>
                      </wp:positionH>
                      <wp:positionV relativeFrom="paragraph">
                        <wp:posOffset>-2260</wp:posOffset>
                      </wp:positionV>
                      <wp:extent cx="94615" cy="184785"/>
                      <wp:effectExtent l="0" t="0" r="0" b="0"/>
                      <wp:wrapNone/>
                      <wp:docPr id="204218" name="Group 2042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4785"/>
                                <a:chOff x="0" y="0"/>
                                <a:chExt cx="94615" cy="184785"/>
                              </a:xfrm>
                            </wpg:grpSpPr>
                            <wps:wsp>
                              <wps:cNvPr id="222306" name="Shape 222306"/>
                              <wps:cNvSpPr/>
                              <wps:spPr>
                                <a:xfrm>
                                  <a:off x="9525" y="5080"/>
                                  <a:ext cx="762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26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32" name="Shape 20232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33" name="Shape 20233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34" name="Shape 20234"/>
                              <wps:cNvSpPr/>
                              <wps:spPr>
                                <a:xfrm>
                                  <a:off x="9525" y="63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35" name="Shape 20235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36" name="Shape 20236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37" name="Shape 20237"/>
                              <wps:cNvSpPr/>
                              <wps:spPr>
                                <a:xfrm>
                                  <a:off x="4445" y="5080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38" name="Shape 20238"/>
                              <wps:cNvSpPr/>
                              <wps:spPr>
                                <a:xfrm>
                                  <a:off x="89535" y="5080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39" name="Shape 20239"/>
                              <wps:cNvSpPr/>
                              <wps:spPr>
                                <a:xfrm>
                                  <a:off x="0" y="18478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40" name="Shape 20240"/>
                              <wps:cNvSpPr/>
                              <wps:spPr>
                                <a:xfrm>
                                  <a:off x="0" y="18478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41" name="Shape 20241"/>
                              <wps:cNvSpPr/>
                              <wps:spPr>
                                <a:xfrm>
                                  <a:off x="8890" y="18478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42" name="Shape 20242"/>
                              <wps:cNvSpPr/>
                              <wps:spPr>
                                <a:xfrm>
                                  <a:off x="85090" y="18478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43" name="Shape 20243"/>
                              <wps:cNvSpPr/>
                              <wps:spPr>
                                <a:xfrm>
                                  <a:off x="85090" y="18478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1402A8" id="Group 204218" o:spid="_x0000_s1026" style="position:absolute;margin-left:4.35pt;margin-top:-.2pt;width:7.45pt;height:14.55pt;z-index:-251716608" coordsize="94615,184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">
                      <v:shape id="Shape 222306" o:spid="_x0000_s1027" style="position:absolute;left:9525;top:5080;width:76200;height:175260;visibility:visible;mso-wrap-style:square;v-text-anchor:top" coordsize="762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" path="m,l76200,r,175260l,175260,,e" fillcolor="#fff186" stroked="f" strokeweight="0">
                        <v:stroke miterlimit="83231f" joinstyle="miter"/>
                        <v:path arrowok="t" textboxrect="0,0,76200,175260"/>
                      </v:shape>
                      <v:shape id="Shape 20232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0233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0234" o:spid="_x0000_s1030" style="position:absolute;left:9525;top:63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20235" o:spid="_x0000_s1031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0236" o:spid="_x0000_s1032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0237" o:spid="_x0000_s1033" style="position:absolute;left:4445;top:5080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" path="m,l,175260e" filled="f" strokecolor="red" strokeweight=".72pt">
                        <v:path arrowok="t" textboxrect="0,0,0,175260"/>
                      </v:shape>
                      <v:shape id="Shape 20238" o:spid="_x0000_s1034" style="position:absolute;left:89535;top:5080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" path="m,l,175260e" filled="f" strokecolor="red" strokeweight=".72pt">
                        <v:path arrowok="t" textboxrect="0,0,0,175260"/>
                      </v:shape>
                      <v:shape id="Shape 20239" o:spid="_x0000_s1035" style="position:absolute;top:18478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0240" o:spid="_x0000_s1036" style="position:absolute;top:18478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20241" o:spid="_x0000_s1037" style="position:absolute;left:8890;top:18478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20242" o:spid="_x0000_s1038" style="position:absolute;left:85090;top:18478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0243" o:spid="_x0000_s1039" style="position:absolute;left:85090;top:18478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5 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132B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01920" behindDoc="1" locked="0" layoutInCell="1" allowOverlap="1" wp14:anchorId="09FDA09E" wp14:editId="62078FDC">
                      <wp:simplePos x="0" y="0"/>
                      <wp:positionH relativeFrom="column">
                        <wp:posOffset>58547</wp:posOffset>
                      </wp:positionH>
                      <wp:positionV relativeFrom="paragraph">
                        <wp:posOffset>-2260</wp:posOffset>
                      </wp:positionV>
                      <wp:extent cx="94615" cy="184785"/>
                      <wp:effectExtent l="0" t="0" r="0" b="0"/>
                      <wp:wrapNone/>
                      <wp:docPr id="204381" name="Group 2043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4785"/>
                                <a:chOff x="0" y="0"/>
                                <a:chExt cx="94615" cy="184785"/>
                              </a:xfrm>
                            </wpg:grpSpPr>
                            <wps:wsp>
                              <wps:cNvPr id="222308" name="Shape 222308"/>
                              <wps:cNvSpPr/>
                              <wps:spPr>
                                <a:xfrm>
                                  <a:off x="8890" y="5080"/>
                                  <a:ext cx="762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26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45" name="Shape 20245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46" name="Shape 20246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47" name="Shape 20247"/>
                              <wps:cNvSpPr/>
                              <wps:spPr>
                                <a:xfrm>
                                  <a:off x="9525" y="63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48" name="Shape 20248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49" name="Shape 20249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0" name="Shape 20250"/>
                              <wps:cNvSpPr/>
                              <wps:spPr>
                                <a:xfrm>
                                  <a:off x="5080" y="5080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1" name="Shape 20251"/>
                              <wps:cNvSpPr/>
                              <wps:spPr>
                                <a:xfrm>
                                  <a:off x="90170" y="5080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2" name="Shape 20252"/>
                              <wps:cNvSpPr/>
                              <wps:spPr>
                                <a:xfrm>
                                  <a:off x="0" y="18478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3" name="Shape 20253"/>
                              <wps:cNvSpPr/>
                              <wps:spPr>
                                <a:xfrm>
                                  <a:off x="0" y="18478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4" name="Shape 20254"/>
                              <wps:cNvSpPr/>
                              <wps:spPr>
                                <a:xfrm>
                                  <a:off x="9525" y="18478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5" name="Shape 20255"/>
                              <wps:cNvSpPr/>
                              <wps:spPr>
                                <a:xfrm>
                                  <a:off x="85725" y="18478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6" name="Shape 20256"/>
                              <wps:cNvSpPr/>
                              <wps:spPr>
                                <a:xfrm>
                                  <a:off x="85725" y="18478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2808EC" id="Group 204381" o:spid="_x0000_s1026" style="position:absolute;margin-left:4.6pt;margin-top:-.2pt;width:7.45pt;height:14.55pt;z-index:-251714560" coordsize="94615,184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">
                      <v:shape id="Shape 222308" o:spid="_x0000_s1027" style="position:absolute;left:8890;top:5080;width:76200;height:175260;visibility:visible;mso-wrap-style:square;v-text-anchor:top" coordsize="762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" path="m,l76200,r,175260l,175260,,e" fillcolor="#fff186" stroked="f" strokeweight="0">
                        <v:stroke miterlimit="83231f" joinstyle="miter"/>
                        <v:path arrowok="t" textboxrect="0,0,76200,175260"/>
                      </v:shape>
                      <v:shape id="Shape 20245" o:spid="_x0000_s1028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20246" o:spid="_x0000_s1029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20247" o:spid="_x0000_s1030" style="position:absolute;left:9525;top:63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20248" o:spid="_x0000_s1031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" path="m,l8890,e" filled="f" strokecolor="red" strokeweight=".72pt">
                        <v:path arrowok="t" textboxrect="0,0,8890,0"/>
                      </v:shape>
                      <v:shape id="Shape 20249" o:spid="_x0000_s1032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20250" o:spid="_x0000_s1033" style="position:absolute;left:5080;top:5080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" path="m,l,175260e" filled="f" strokecolor="red" strokeweight=".72pt">
                        <v:path arrowok="t" textboxrect="0,0,0,175260"/>
                      </v:shape>
                      <v:shape id="Shape 20251" o:spid="_x0000_s1034" style="position:absolute;left:90170;top:5080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" path="m,l,175260e" filled="f" strokecolor="red" strokeweight=".72pt">
                        <v:path arrowok="t" textboxrect="0,0,0,175260"/>
                      </v:shape>
                      <v:shape id="Shape 20252" o:spid="_x0000_s1035" style="position:absolute;top:18478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20253" o:spid="_x0000_s1036" style="position:absolute;top:18478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20254" o:spid="_x0000_s1037" style="position:absolute;left:9525;top:18478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20255" o:spid="_x0000_s1038" style="position:absolute;left:85725;top:18478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0256" o:spid="_x0000_s1039" style="position:absolute;left:85725;top:18478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3226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03968" behindDoc="1" locked="0" layoutInCell="1" allowOverlap="1" wp14:anchorId="5726C92E" wp14:editId="0600D6E3">
                      <wp:simplePos x="0" y="0"/>
                      <wp:positionH relativeFrom="column">
                        <wp:posOffset>56769</wp:posOffset>
                      </wp:positionH>
                      <wp:positionV relativeFrom="paragraph">
                        <wp:posOffset>-2260</wp:posOffset>
                      </wp:positionV>
                      <wp:extent cx="95250" cy="184785"/>
                      <wp:effectExtent l="0" t="0" r="0" b="0"/>
                      <wp:wrapNone/>
                      <wp:docPr id="204417" name="Group 2044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" cy="184785"/>
                                <a:chOff x="0" y="0"/>
                                <a:chExt cx="95250" cy="184785"/>
                              </a:xfrm>
                            </wpg:grpSpPr>
                            <wps:wsp>
                              <wps:cNvPr id="222310" name="Shape 222310"/>
                              <wps:cNvSpPr/>
                              <wps:spPr>
                                <a:xfrm>
                                  <a:off x="9525" y="5080"/>
                                  <a:ext cx="762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26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8" name="Shape 20258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9" name="Shape 20259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60" name="Shape 20260"/>
                              <wps:cNvSpPr/>
                              <wps:spPr>
                                <a:xfrm>
                                  <a:off x="9525" y="63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61" name="Shape 20261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62" name="Shape 20262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63" name="Shape 20263"/>
                              <wps:cNvSpPr/>
                              <wps:spPr>
                                <a:xfrm>
                                  <a:off x="4445" y="5080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64" name="Shape 20264"/>
                              <wps:cNvSpPr/>
                              <wps:spPr>
                                <a:xfrm>
                                  <a:off x="89535" y="5080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65" name="Shape 20265"/>
                              <wps:cNvSpPr/>
                              <wps:spPr>
                                <a:xfrm>
                                  <a:off x="0" y="18478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66" name="Shape 20266"/>
                              <wps:cNvSpPr/>
                              <wps:spPr>
                                <a:xfrm>
                                  <a:off x="0" y="18478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67" name="Shape 20267"/>
                              <wps:cNvSpPr/>
                              <wps:spPr>
                                <a:xfrm>
                                  <a:off x="8890" y="18478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68" name="Shape 20268"/>
                              <wps:cNvSpPr/>
                              <wps:spPr>
                                <a:xfrm>
                                  <a:off x="85090" y="18478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69" name="Shape 20269"/>
                              <wps:cNvSpPr/>
                              <wps:spPr>
                                <a:xfrm>
                                  <a:off x="85090" y="18478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6312EB" id="Group 204417" o:spid="_x0000_s1026" style="position:absolute;margin-left:4.45pt;margin-top:-.2pt;width:7.5pt;height:14.55pt;z-index:-251712512" coordsize="95250,184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">
                      <v:shape id="Shape 222310" o:spid="_x0000_s1027" style="position:absolute;left:9525;top:5080;width:76200;height:175260;visibility:visible;mso-wrap-style:square;v-text-anchor:top" coordsize="762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" path="m,l76200,r,175260l,175260,,e" fillcolor="#fff186" stroked="f" strokeweight="0">
                        <v:stroke miterlimit="83231f" joinstyle="miter"/>
                        <v:path arrowok="t" textboxrect="0,0,76200,175260"/>
                      </v:shape>
                      <v:shape id="Shape 20258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" path="m,l8890,e" filled="f" strokecolor="red" strokeweight=".72pt">
                        <v:path arrowok="t" textboxrect="0,0,8890,0"/>
                      </v:shape>
                      <v:shape id="Shape 20259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20260" o:spid="_x0000_s1030" style="position:absolute;left:9525;top:63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" path="m,l76200,e" filled="f" strokecolor="red" strokeweight=".72pt">
                        <v:path arrowok="t" textboxrect="0,0,76200,0"/>
                      </v:shape>
                      <v:shape id="Shape 20261" o:spid="_x0000_s1031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0262" o:spid="_x0000_s1032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20263" o:spid="_x0000_s1033" style="position:absolute;left:4445;top:5080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" path="m,l,175260e" filled="f" strokecolor="red" strokeweight=".72pt">
                        <v:path arrowok="t" textboxrect="0,0,0,175260"/>
                      </v:shape>
                      <v:shape id="Shape 20264" o:spid="_x0000_s1034" style="position:absolute;left:89535;top:5080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" path="m,l,175260e" filled="f" strokecolor="red" strokeweight=".72pt">
                        <v:path arrowok="t" textboxrect="0,0,0,175260"/>
                      </v:shape>
                      <v:shape id="Shape 20265" o:spid="_x0000_s1035" style="position:absolute;top:18478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0266" o:spid="_x0000_s1036" style="position:absolute;top:18478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0267" o:spid="_x0000_s1037" style="position:absolute;left:8890;top:18478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" path="m,l76200,e" filled="f" strokecolor="red" strokeweight=".72pt">
                        <v:path arrowok="t" textboxrect="0,0,76200,0"/>
                      </v:shape>
                      <v:shape id="Shape 20268" o:spid="_x0000_s1038" style="position:absolute;left:85090;top:18478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" path="m,l9525,e" filled="f" strokecolor="red" strokeweight=".72pt">
                        <v:path arrowok="t" textboxrect="0,0,9525,0"/>
                      </v:shape>
                      <v:shape id="Shape 20269" o:spid="_x0000_s1039" style="position:absolute;left:85090;top:18478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B51F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7418F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Наблюдение за изменением формы слова.Работа с текстом, в котором встречаются формы одного и того же слова: поиск форм слова, сравнение форм слова, выявление той части, которой различаются формы слова (изменяемой части </w:t>
            </w:r>
          </w:p>
          <w:p w14:paraId="68EEAA5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слова).Работа       с       понятием </w:t>
            </w:r>
          </w:p>
          <w:p w14:paraId="27090FE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«окончание»:  анализ предложенного в учебнике определения.Учебный     диалог «Как различать разные слова и формы одного и того же слова?».Практическая работа: изменение  слова   по предложенному в учебнике образцу, нахождение и выделение в   формах   одного и того же  слова окончания.Работа в группе: выполнение задания «Помоги сверстнику из другой страны, начавшему учить русский язык, исправить ошибки» </w:t>
            </w:r>
            <w:r w:rsidRPr="005D2DD1">
              <w:lastRenderedPageBreak/>
              <w:t xml:space="preserve">(ошибки связаны с тем, что слова стоят в </w:t>
            </w:r>
          </w:p>
          <w:p w14:paraId="21B35A3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ab/>
              <w:t xml:space="preserve">начальной </w:t>
            </w:r>
            <w:r w:rsidRPr="005D2DD1">
              <w:tab/>
              <w:t xml:space="preserve"> </w:t>
            </w:r>
            <w:r w:rsidRPr="005D2DD1">
              <w:tab/>
              <w:t xml:space="preserve"> </w:t>
            </w:r>
            <w:r w:rsidRPr="005D2DD1">
              <w:tab/>
              <w:t xml:space="preserve">форме) 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8FF9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 </w:t>
            </w:r>
          </w:p>
          <w:p w14:paraId="2093321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w:drawing>
                <wp:anchor distT="0" distB="0" distL="114300" distR="114300" simplePos="0" relativeHeight="251606016" behindDoc="1" locked="0" layoutInCell="1" allowOverlap="0" wp14:anchorId="69406887" wp14:editId="66F6E75F">
                  <wp:simplePos x="0" y="0"/>
                  <wp:positionH relativeFrom="column">
                    <wp:posOffset>54228</wp:posOffset>
                  </wp:positionH>
                  <wp:positionV relativeFrom="paragraph">
                    <wp:posOffset>-38765</wp:posOffset>
                  </wp:positionV>
                  <wp:extent cx="658368" cy="780288"/>
                  <wp:effectExtent l="0" t="0" r="0" b="0"/>
                  <wp:wrapNone/>
                  <wp:docPr id="218689" name="Picture 2186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689" name="Picture 218689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D2DD1">
              <w:t xml:space="preserve"> Текущий, </w:t>
            </w:r>
            <w:r w:rsidRPr="005D2DD1">
              <w:rPr>
                <w:u w:val="single"/>
              </w:rPr>
              <w:t>устный,</w:t>
            </w:r>
            <w:r w:rsidRPr="005D2DD1">
              <w:t xml:space="preserve">  </w:t>
            </w:r>
            <w:r w:rsidRPr="005D2DD1">
              <w:rPr>
                <w:u w:val="single"/>
              </w:rPr>
              <w:t>письменн</w:t>
            </w:r>
            <w:r w:rsidRPr="005D2DD1">
              <w:t xml:space="preserve"> ый </w:t>
            </w:r>
            <w:r w:rsidRPr="005D2DD1">
              <w:tab/>
              <w:t xml:space="preserve"> </w:t>
            </w:r>
          </w:p>
          <w:p w14:paraId="49F60A4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F42E49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1C0564" w14:paraId="02E0F42A" w14:textId="77777777" w:rsidTr="00802828">
        <w:trPr>
          <w:trHeight w:val="1541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0AB5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4. 3. </w:t>
            </w: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92C9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Суффикс как часть слова (наблюдение). Приставка как часть слова (наблюдение)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0D22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08064" behindDoc="1" locked="0" layoutInCell="1" allowOverlap="1" wp14:anchorId="291709AB" wp14:editId="73DABD02">
                      <wp:simplePos x="0" y="0"/>
                      <wp:positionH relativeFrom="column">
                        <wp:posOffset>55372</wp:posOffset>
                      </wp:positionH>
                      <wp:positionV relativeFrom="paragraph">
                        <wp:posOffset>-2641</wp:posOffset>
                      </wp:positionV>
                      <wp:extent cx="94615" cy="186055"/>
                      <wp:effectExtent l="0" t="0" r="0" b="0"/>
                      <wp:wrapNone/>
                      <wp:docPr id="207601" name="Group 2076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6055"/>
                                <a:chOff x="0" y="0"/>
                                <a:chExt cx="94615" cy="186055"/>
                              </a:xfrm>
                            </wpg:grpSpPr>
                            <wps:wsp>
                              <wps:cNvPr id="222312" name="Shape 222312"/>
                              <wps:cNvSpPr/>
                              <wps:spPr>
                                <a:xfrm>
                                  <a:off x="9525" y="4445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1" name="Shape 20271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2" name="Shape 20272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3" name="Shape 20273"/>
                              <wps:cNvSpPr/>
                              <wps:spPr>
                                <a:xfrm>
                                  <a:off x="9525" y="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4" name="Shape 20274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5" name="Shape 20275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6" name="Shape 20276"/>
                              <wps:cNvSpPr/>
                              <wps:spPr>
                                <a:xfrm>
                                  <a:off x="4445" y="4445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7" name="Shape 20277"/>
                              <wps:cNvSpPr/>
                              <wps:spPr>
                                <a:xfrm>
                                  <a:off x="89535" y="4445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8" name="Shape 20278"/>
                              <wps:cNvSpPr/>
                              <wps:spPr>
                                <a:xfrm>
                                  <a:off x="0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9" name="Shape 20279"/>
                              <wps:cNvSpPr/>
                              <wps:spPr>
                                <a:xfrm>
                                  <a:off x="0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0" name="Shape 20280"/>
                              <wps:cNvSpPr/>
                              <wps:spPr>
                                <a:xfrm>
                                  <a:off x="8890" y="18605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1" name="Shape 20281"/>
                              <wps:cNvSpPr/>
                              <wps:spPr>
                                <a:xfrm>
                                  <a:off x="85090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2" name="Shape 20282"/>
                              <wps:cNvSpPr/>
                              <wps:spPr>
                                <a:xfrm>
                                  <a:off x="85090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F7113C" id="Group 207601" o:spid="_x0000_s1026" style="position:absolute;margin-left:4.35pt;margin-top:-.2pt;width:7.45pt;height:14.65pt;z-index:-251708416" coordsize="94615,186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">
                      <v:shape id="Shape 222312" o:spid="_x0000_s1027" style="position:absolute;left:9525;top:4445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" path="m,l76200,r,177165l,177165,,e" fillcolor="#fff186" stroked="f" strokeweight="0">
                        <v:stroke miterlimit="83231f" joinstyle="miter"/>
                        <v:path arrowok="t" textboxrect="0,0,76200,177165"/>
                      </v:shape>
                      <v:shape id="Shape 20271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0272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0273" o:spid="_x0000_s1030" style="position:absolute;left:952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20274" o:spid="_x0000_s1031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20275" o:spid="_x0000_s1032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0276" o:spid="_x0000_s1033" style="position:absolute;left:4445;top:4445;width:0;height:177165;visibility:visible;mso-wrap-style:square;v-text-anchor:top" coordsize="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" path="m,l,177165e" filled="f" strokecolor="red" strokeweight=".72pt">
                        <v:path arrowok="t" textboxrect="0,0,0,177165"/>
                      </v:shape>
                      <v:shape id="Shape 20277" o:spid="_x0000_s1034" style="position:absolute;left:89535;top:4445;width:0;height:177165;visibility:visible;mso-wrap-style:square;v-text-anchor:top" coordsize="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" path="m,l,177165e" filled="f" strokecolor="red" strokeweight=".72pt">
                        <v:path arrowok="t" textboxrect="0,0,0,177165"/>
                      </v:shape>
                      <v:shape id="Shape 20278" o:spid="_x0000_s1035" style="position:absolute;top:18605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" path="m,l8890,e" filled="f" strokecolor="red" strokeweight=".72pt">
                        <v:path arrowok="t" textboxrect="0,0,8890,0"/>
                      </v:shape>
                      <v:shape id="Shape 20279" o:spid="_x0000_s1036" style="position:absolute;top:18605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20280" o:spid="_x0000_s1037" style="position:absolute;left:8890;top:18605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" path="m,l76200,e" filled="f" strokecolor="red" strokeweight=".72pt">
                        <v:path arrowok="t" textboxrect="0,0,76200,0"/>
                      </v:shape>
                      <v:shape id="Shape 20281" o:spid="_x0000_s1038" style="position:absolute;left:85090;top:18605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0282" o:spid="_x0000_s1039" style="position:absolute;left:85090;top:18605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5 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C1E6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10112" behindDoc="1" locked="0" layoutInCell="1" allowOverlap="1" wp14:anchorId="2991F867" wp14:editId="5FF358DD">
                      <wp:simplePos x="0" y="0"/>
                      <wp:positionH relativeFrom="column">
                        <wp:posOffset>58547</wp:posOffset>
                      </wp:positionH>
                      <wp:positionV relativeFrom="paragraph">
                        <wp:posOffset>-2641</wp:posOffset>
                      </wp:positionV>
                      <wp:extent cx="94615" cy="186055"/>
                      <wp:effectExtent l="0" t="0" r="0" b="0"/>
                      <wp:wrapNone/>
                      <wp:docPr id="207690" name="Group 2076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6055"/>
                                <a:chOff x="0" y="0"/>
                                <a:chExt cx="94615" cy="186055"/>
                              </a:xfrm>
                            </wpg:grpSpPr>
                            <wps:wsp>
                              <wps:cNvPr id="222314" name="Shape 222314"/>
                              <wps:cNvSpPr/>
                              <wps:spPr>
                                <a:xfrm>
                                  <a:off x="8890" y="4445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4" name="Shape 20284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5" name="Shape 20285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6" name="Shape 20286"/>
                              <wps:cNvSpPr/>
                              <wps:spPr>
                                <a:xfrm>
                                  <a:off x="9525" y="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7" name="Shape 20287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8" name="Shape 20288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9" name="Shape 20289"/>
                              <wps:cNvSpPr/>
                              <wps:spPr>
                                <a:xfrm>
                                  <a:off x="5080" y="4445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90" name="Shape 20290"/>
                              <wps:cNvSpPr/>
                              <wps:spPr>
                                <a:xfrm>
                                  <a:off x="90170" y="4445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91" name="Shape 20291"/>
                              <wps:cNvSpPr/>
                              <wps:spPr>
                                <a:xfrm>
                                  <a:off x="0" y="18605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92" name="Shape 20292"/>
                              <wps:cNvSpPr/>
                              <wps:spPr>
                                <a:xfrm>
                                  <a:off x="0" y="18605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93" name="Shape 20293"/>
                              <wps:cNvSpPr/>
                              <wps:spPr>
                                <a:xfrm>
                                  <a:off x="9525" y="18605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94" name="Shape 20294"/>
                              <wps:cNvSpPr/>
                              <wps:spPr>
                                <a:xfrm>
                                  <a:off x="85725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95" name="Shape 20295"/>
                              <wps:cNvSpPr/>
                              <wps:spPr>
                                <a:xfrm>
                                  <a:off x="85725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71AF6F" id="Group 207690" o:spid="_x0000_s1026" style="position:absolute;margin-left:4.6pt;margin-top:-.2pt;width:7.45pt;height:14.65pt;z-index:-251706368" coordsize="94615,186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">
                      <v:shape id="Shape 222314" o:spid="_x0000_s1027" style="position:absolute;left:8890;top:4445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" path="m,l76200,r,177165l,177165,,e" fillcolor="#fff186" stroked="f" strokeweight="0">
                        <v:stroke miterlimit="83231f" joinstyle="miter"/>
                        <v:path arrowok="t" textboxrect="0,0,76200,177165"/>
                      </v:shape>
                      <v:shape id="Shape 20284" o:spid="_x0000_s1028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20285" o:spid="_x0000_s1029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20286" o:spid="_x0000_s1030" style="position:absolute;left:952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" path="m,l76200,e" filled="f" strokecolor="red" strokeweight=".72pt">
                        <v:path arrowok="t" textboxrect="0,0,76200,0"/>
                      </v:shape>
                      <v:shape id="Shape 20287" o:spid="_x0000_s1031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0288" o:spid="_x0000_s1032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" path="m,l8890,e" filled="f" strokecolor="red" strokeweight=".72pt">
                        <v:path arrowok="t" textboxrect="0,0,8890,0"/>
                      </v:shape>
                      <v:shape id="Shape 20289" o:spid="_x0000_s1033" style="position:absolute;left:5080;top:4445;width:0;height:177165;visibility:visible;mso-wrap-style:square;v-text-anchor:top" coordsize="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" path="m,l,177165e" filled="f" strokecolor="red" strokeweight=".72pt">
                        <v:path arrowok="t" textboxrect="0,0,0,177165"/>
                      </v:shape>
                      <v:shape id="Shape 20290" o:spid="_x0000_s1034" style="position:absolute;left:90170;top:4445;width:0;height:177165;visibility:visible;mso-wrap-style:square;v-text-anchor:top" coordsize="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" path="m,l,177165e" filled="f" strokecolor="red" strokeweight=".72pt">
                        <v:path arrowok="t" textboxrect="0,0,0,177165"/>
                      </v:shape>
                      <v:shape id="Shape 20291" o:spid="_x0000_s1035" style="position:absolute;top:18605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20292" o:spid="_x0000_s1036" style="position:absolute;top:18605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20293" o:spid="_x0000_s1037" style="position:absolute;left:9525;top:18605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20294" o:spid="_x0000_s1038" style="position:absolute;left:85725;top:18605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20295" o:spid="_x0000_s1039" style="position:absolute;left:85725;top:18605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1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8352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12160" behindDoc="1" locked="0" layoutInCell="1" allowOverlap="1" wp14:anchorId="15A50123" wp14:editId="76294FF0">
                      <wp:simplePos x="0" y="0"/>
                      <wp:positionH relativeFrom="column">
                        <wp:posOffset>56769</wp:posOffset>
                      </wp:positionH>
                      <wp:positionV relativeFrom="paragraph">
                        <wp:posOffset>-2641</wp:posOffset>
                      </wp:positionV>
                      <wp:extent cx="95250" cy="186055"/>
                      <wp:effectExtent l="0" t="0" r="0" b="0"/>
                      <wp:wrapNone/>
                      <wp:docPr id="207752" name="Group 2077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" cy="186055"/>
                                <a:chOff x="0" y="0"/>
                                <a:chExt cx="95250" cy="186055"/>
                              </a:xfrm>
                            </wpg:grpSpPr>
                            <wps:wsp>
                              <wps:cNvPr id="222316" name="Shape 222316"/>
                              <wps:cNvSpPr/>
                              <wps:spPr>
                                <a:xfrm>
                                  <a:off x="9525" y="4445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97" name="Shape 20297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98" name="Shape 20298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99" name="Shape 20299"/>
                              <wps:cNvSpPr/>
                              <wps:spPr>
                                <a:xfrm>
                                  <a:off x="9525" y="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0" name="Shape 20300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1" name="Shape 20301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2" name="Shape 20302"/>
                              <wps:cNvSpPr/>
                              <wps:spPr>
                                <a:xfrm>
                                  <a:off x="4445" y="4445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3" name="Shape 20303"/>
                              <wps:cNvSpPr/>
                              <wps:spPr>
                                <a:xfrm>
                                  <a:off x="89535" y="4445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4" name="Shape 20304"/>
                              <wps:cNvSpPr/>
                              <wps:spPr>
                                <a:xfrm>
                                  <a:off x="0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5" name="Shape 20305"/>
                              <wps:cNvSpPr/>
                              <wps:spPr>
                                <a:xfrm>
                                  <a:off x="0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6" name="Shape 20306"/>
                              <wps:cNvSpPr/>
                              <wps:spPr>
                                <a:xfrm>
                                  <a:off x="8890" y="18605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7" name="Shape 20307"/>
                              <wps:cNvSpPr/>
                              <wps:spPr>
                                <a:xfrm>
                                  <a:off x="85090" y="18605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8" name="Shape 20308"/>
                              <wps:cNvSpPr/>
                              <wps:spPr>
                                <a:xfrm>
                                  <a:off x="85090" y="18605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CA515A" id="Group 207752" o:spid="_x0000_s1026" style="position:absolute;margin-left:4.45pt;margin-top:-.2pt;width:7.5pt;height:14.65pt;z-index:-251704320" coordsize="95250,186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">
                      <v:shape id="Shape 222316" o:spid="_x0000_s1027" style="position:absolute;left:9525;top:4445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" path="m,l76200,r,177165l,177165,,e" fillcolor="#fff186" stroked="f" strokeweight="0">
                        <v:stroke miterlimit="83231f" joinstyle="miter"/>
                        <v:path arrowok="t" textboxrect="0,0,76200,177165"/>
                      </v:shape>
                      <v:shape id="Shape 20297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20298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" path="m,l8890,e" filled="f" strokecolor="red" strokeweight=".72pt">
                        <v:path arrowok="t" textboxrect="0,0,8890,0"/>
                      </v:shape>
                      <v:shape id="Shape 20299" o:spid="_x0000_s1030" style="position:absolute;left:952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20300" o:spid="_x0000_s1031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" path="m,l9525,e" filled="f" strokecolor="red" strokeweight=".72pt">
                        <v:path arrowok="t" textboxrect="0,0,9525,0"/>
                      </v:shape>
                      <v:shape id="Shape 20301" o:spid="_x0000_s1032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20302" o:spid="_x0000_s1033" style="position:absolute;left:4445;top:4445;width:0;height:177165;visibility:visible;mso-wrap-style:square;v-text-anchor:top" coordsize="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" path="m,l,177165e" filled="f" strokecolor="red" strokeweight=".72pt">
                        <v:path arrowok="t" textboxrect="0,0,0,177165"/>
                      </v:shape>
                      <v:shape id="Shape 20303" o:spid="_x0000_s1034" style="position:absolute;left:89535;top:4445;width:0;height:177165;visibility:visible;mso-wrap-style:square;v-text-anchor:top" coordsize="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" path="m,l,177165e" filled="f" strokecolor="red" strokeweight=".72pt">
                        <v:path arrowok="t" textboxrect="0,0,0,177165"/>
                      </v:shape>
                      <v:shape id="Shape 20304" o:spid="_x0000_s1035" style="position:absolute;top:18605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0305" o:spid="_x0000_s1036" style="position:absolute;top:18605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0306" o:spid="_x0000_s1037" style="position:absolute;left:8890;top:18605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20307" o:spid="_x0000_s1038" style="position:absolute;left:85090;top:18605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20308" o:spid="_x0000_s1039" style="position:absolute;left:85090;top:18605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" path="m,l9525,e" filled="f" strokecolor="red" strokeweight=".72pt">
                        <v:path arrowok="t" textboxrect="0,0,9525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B24A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DA098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Работа с записями на доске: сопоставление однокоренных слов и выявление различий между ними в значении и в буквенной записи (среди 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DAC8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5CC1BC4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w:drawing>
                <wp:anchor distT="0" distB="0" distL="114300" distR="114300" simplePos="0" relativeHeight="251614208" behindDoc="1" locked="0" layoutInCell="1" allowOverlap="0" wp14:anchorId="29EC9B2E" wp14:editId="750A0A40">
                  <wp:simplePos x="0" y="0"/>
                  <wp:positionH relativeFrom="column">
                    <wp:posOffset>54228</wp:posOffset>
                  </wp:positionH>
                  <wp:positionV relativeFrom="paragraph">
                    <wp:posOffset>-37766</wp:posOffset>
                  </wp:positionV>
                  <wp:extent cx="649225" cy="783336"/>
                  <wp:effectExtent l="0" t="0" r="0" b="0"/>
                  <wp:wrapNone/>
                  <wp:docPr id="218691" name="Picture 2186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691" name="Picture 21869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5" cy="783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D2DD1">
              <w:t xml:space="preserve"> Текущи й, устный, </w:t>
            </w:r>
            <w:r w:rsidRPr="005D2DD1">
              <w:rPr>
                <w:u w:val="single"/>
              </w:rPr>
              <w:t xml:space="preserve">письменн </w:t>
            </w:r>
            <w:r w:rsidRPr="005D2DD1">
              <w:t xml:space="preserve">ый </w:t>
            </w:r>
            <w:r w:rsidRPr="005D2DD1">
              <w:tab/>
              <w:t xml:space="preserve"> </w:t>
            </w:r>
          </w:p>
          <w:p w14:paraId="0F617B1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BAEB48" w14:textId="77777777" w:rsidR="005D2DD1" w:rsidRPr="005D2DD1" w:rsidRDefault="005D2DD1" w:rsidP="005D2DD1">
            <w:pPr>
              <w:spacing w:after="200" w:line="276" w:lineRule="auto"/>
            </w:pPr>
          </w:p>
        </w:tc>
      </w:tr>
    </w:tbl>
    <w:p w14:paraId="0B039BEB" w14:textId="77777777" w:rsidR="005D2DD1" w:rsidRPr="005D2DD1" w:rsidRDefault="005D2DD1" w:rsidP="005D2DD1">
      <w:pPr>
        <w:rPr>
          <w:lang w:val="ru-RU"/>
        </w:rPr>
      </w:pPr>
    </w:p>
    <w:tbl>
      <w:tblPr>
        <w:tblStyle w:val="TableGrid"/>
        <w:tblW w:w="15389" w:type="dxa"/>
        <w:tblInd w:w="146" w:type="dxa"/>
        <w:tblCellMar>
          <w:top w:w="2" w:type="dxa"/>
        </w:tblCellMar>
        <w:tblLook w:val="04A0" w:firstRow="1" w:lastRow="0" w:firstColumn="1" w:lastColumn="0" w:noHBand="0" w:noVBand="1"/>
      </w:tblPr>
      <w:tblGrid>
        <w:gridCol w:w="467"/>
        <w:gridCol w:w="2896"/>
        <w:gridCol w:w="639"/>
        <w:gridCol w:w="1352"/>
        <w:gridCol w:w="1391"/>
        <w:gridCol w:w="978"/>
        <w:gridCol w:w="3230"/>
        <w:gridCol w:w="1283"/>
        <w:gridCol w:w="101"/>
        <w:gridCol w:w="63"/>
        <w:gridCol w:w="700"/>
        <w:gridCol w:w="254"/>
        <w:gridCol w:w="1937"/>
        <w:gridCol w:w="31"/>
        <w:gridCol w:w="67"/>
      </w:tblGrid>
      <w:tr w:rsidR="005D2DD1" w:rsidRPr="001C0564" w14:paraId="10395929" w14:textId="77777777" w:rsidTr="00802828">
        <w:trPr>
          <w:trHeight w:val="7450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143B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 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10916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7E32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1CAC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D560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A13F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4D119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родственных слов есть несколько слов с суффиксами, например, это может быть ряд гора, горка, горочка, горный, гористый).Наблюдение  за образованием слов с помощью суффиксов,  выделение суффиксов, с помощью которых </w:t>
            </w:r>
          </w:p>
          <w:p w14:paraId="45A8E1C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образованы   слова, высказывание предположений о значении суффиксов.Работа в группах: поиск  среди </w:t>
            </w:r>
          </w:p>
          <w:p w14:paraId="7AE9E51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предложенного    набора    слов с одинаковыми суффиксами.Дифференцирован ное задание: наблюдение за синонимией суффиксов.Наблюдение  за образованием слов с помощью приставок, выделение приставок, с помощью которых </w:t>
            </w:r>
          </w:p>
          <w:p w14:paraId="7A0732E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образованы  слова, высказывание предположений о значении приставок.Работа с таблицей: подбор примеров слов с указанными в таблице суффиксами и приставками 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85F3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98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9D41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</w:tr>
      <w:tr w:rsidR="005D2DD1" w:rsidRPr="005D2DD1" w14:paraId="178125EB" w14:textId="77777777" w:rsidTr="00802828">
        <w:trPr>
          <w:trHeight w:val="500"/>
        </w:trPr>
        <w:tc>
          <w:tcPr>
            <w:tcW w:w="3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1E35B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Итого по разделу: 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vAlign w:val="center"/>
          </w:tcPr>
          <w:p w14:paraId="38FE78D4" w14:textId="77777777" w:rsidR="005D2DD1" w:rsidRPr="005D2DD1" w:rsidRDefault="005D2DD1" w:rsidP="005D2DD1">
            <w:pPr>
              <w:spacing w:after="200" w:line="276" w:lineRule="auto"/>
            </w:pPr>
          </w:p>
          <w:tbl>
            <w:tblPr>
              <w:tblStyle w:val="TableGrid"/>
              <w:tblW w:w="240" w:type="dxa"/>
              <w:tblInd w:w="106" w:type="dxa"/>
              <w:tblCellMar>
                <w:top w:w="12" w:type="dxa"/>
              </w:tblCellMar>
              <w:tblLook w:val="04A0" w:firstRow="1" w:lastRow="0" w:firstColumn="1" w:lastColumn="0" w:noHBand="0" w:noVBand="1"/>
            </w:tblPr>
            <w:tblGrid>
              <w:gridCol w:w="244"/>
            </w:tblGrid>
            <w:tr w:rsidR="005D2DD1" w:rsidRPr="005D2DD1" w14:paraId="409A33F7" w14:textId="77777777" w:rsidTr="00802828">
              <w:trPr>
                <w:trHeight w:val="283"/>
              </w:trPr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CF7"/>
                </w:tcPr>
                <w:p w14:paraId="156E3955" w14:textId="77777777" w:rsidR="005D2DD1" w:rsidRPr="005D2DD1" w:rsidRDefault="005D2DD1" w:rsidP="005D2DD1">
                  <w:pPr>
                    <w:spacing w:after="200" w:line="276" w:lineRule="auto"/>
                  </w:pPr>
                  <w:r w:rsidRPr="005D2DD1">
                    <w:lastRenderedPageBreak/>
                    <w:t>14</w:t>
                  </w:r>
                </w:p>
              </w:tc>
            </w:tr>
          </w:tbl>
          <w:p w14:paraId="76C86C8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11338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7B90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 </w:t>
            </w:r>
          </w:p>
        </w:tc>
      </w:tr>
      <w:tr w:rsidR="005D2DD1" w:rsidRPr="005D2DD1" w14:paraId="043E6C03" w14:textId="77777777" w:rsidTr="00802828">
        <w:trPr>
          <w:trHeight w:val="473"/>
        </w:trPr>
        <w:tc>
          <w:tcPr>
            <w:tcW w:w="15389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9877F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Раздел 5. </w:t>
            </w:r>
            <w:r w:rsidRPr="005D2DD1">
              <w:rPr>
                <w:b/>
              </w:rPr>
              <w:t xml:space="preserve">Морфология </w:t>
            </w:r>
          </w:p>
        </w:tc>
      </w:tr>
      <w:tr w:rsidR="005D2DD1" w:rsidRPr="001C0564" w14:paraId="552B5FA1" w14:textId="77777777" w:rsidTr="00802828">
        <w:trPr>
          <w:trHeight w:val="107"/>
        </w:trPr>
        <w:tc>
          <w:tcPr>
            <w:tcW w:w="4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2748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5. </w:t>
            </w:r>
          </w:p>
          <w:p w14:paraId="63FE074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1. </w:t>
            </w:r>
          </w:p>
        </w:tc>
        <w:tc>
          <w:tcPr>
            <w:tcW w:w="29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B437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Имя существительное (ознакомление): общее значение, вопросы </w:t>
            </w:r>
          </w:p>
          <w:p w14:paraId="6508A11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(«кто?», «что?»), употреб- ление в речи </w:t>
            </w:r>
          </w:p>
        </w:tc>
        <w:tc>
          <w:tcPr>
            <w:tcW w:w="6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906A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16256" behindDoc="1" locked="0" layoutInCell="1" allowOverlap="1" wp14:anchorId="1D383196" wp14:editId="0FD3168B">
                      <wp:simplePos x="0" y="0"/>
                      <wp:positionH relativeFrom="column">
                        <wp:posOffset>54229</wp:posOffset>
                      </wp:positionH>
                      <wp:positionV relativeFrom="paragraph">
                        <wp:posOffset>-2895</wp:posOffset>
                      </wp:positionV>
                      <wp:extent cx="94615" cy="185420"/>
                      <wp:effectExtent l="0" t="0" r="0" b="0"/>
                      <wp:wrapNone/>
                      <wp:docPr id="211832" name="Group 2118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5420"/>
                                <a:chOff x="0" y="0"/>
                                <a:chExt cx="94615" cy="185420"/>
                              </a:xfrm>
                            </wpg:grpSpPr>
                            <wps:wsp>
                              <wps:cNvPr id="222318" name="Shape 222318"/>
                              <wps:cNvSpPr/>
                              <wps:spPr>
                                <a:xfrm>
                                  <a:off x="9525" y="4445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C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1" name="Shape 21331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2" name="Shape 21332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3" name="Shape 21333"/>
                              <wps:cNvSpPr/>
                              <wps:spPr>
                                <a:xfrm>
                                  <a:off x="9525" y="63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4" name="Shape 21334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5" name="Shape 21335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6" name="Shape 21336"/>
                              <wps:cNvSpPr/>
                              <wps:spPr>
                                <a:xfrm>
                                  <a:off x="4445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7" name="Shape 21337"/>
                              <wps:cNvSpPr/>
                              <wps:spPr>
                                <a:xfrm>
                                  <a:off x="89535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8" name="Shape 21338"/>
                              <wps:cNvSpPr/>
                              <wps:spPr>
                                <a:xfrm>
                                  <a:off x="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9" name="Shape 21339"/>
                              <wps:cNvSpPr/>
                              <wps:spPr>
                                <a:xfrm>
                                  <a:off x="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0" name="Shape 21340"/>
                              <wps:cNvSpPr/>
                              <wps:spPr>
                                <a:xfrm>
                                  <a:off x="8890" y="18542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1" name="Shape 21341"/>
                              <wps:cNvSpPr/>
                              <wps:spPr>
                                <a:xfrm>
                                  <a:off x="8509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2" name="Shape 21342"/>
                              <wps:cNvSpPr/>
                              <wps:spPr>
                                <a:xfrm>
                                  <a:off x="8509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F35B10" id="Group 211832" o:spid="_x0000_s1026" style="position:absolute;margin-left:4.25pt;margin-top:-.25pt;width:7.45pt;height:14.6pt;z-index:-251700224" coordsize="94615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">
                      <v:shape id="Shape 222318" o:spid="_x0000_s1027" style="position:absolute;left:9525;top:4445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" path="m,l76200,r,177165l,177165,,e" fillcolor="#f7fcf7" stroked="f" strokeweight="0">
                        <v:stroke miterlimit="83231f" joinstyle="miter"/>
                        <v:path arrowok="t" textboxrect="0,0,76200,177165"/>
                      </v:shape>
                      <v:shape id="Shape 21331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1332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1333" o:spid="_x0000_s1030" style="position:absolute;left:9525;top:63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21334" o:spid="_x0000_s1031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1335" o:spid="_x0000_s1032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1336" o:spid="_x0000_s1033" style="position:absolute;left:4445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" path="m,l,176530e" filled="f" strokecolor="red" strokeweight=".72pt">
                        <v:path arrowok="t" textboxrect="0,0,0,176530"/>
                      </v:shape>
                      <v:shape id="Shape 21337" o:spid="_x0000_s1034" style="position:absolute;left:89535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" path="m,l,176530e" filled="f" strokecolor="red" strokeweight=".72pt">
                        <v:path arrowok="t" textboxrect="0,0,0,176530"/>
                      </v:shape>
                      <v:shape id="Shape 21338" o:spid="_x0000_s1035" style="position:absolute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" path="m,l8890,e" filled="f" strokecolor="red" strokeweight=".72pt">
                        <v:path arrowok="t" textboxrect="0,0,8890,0"/>
                      </v:shape>
                      <v:shape id="Shape 21339" o:spid="_x0000_s1036" style="position:absolute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1340" o:spid="_x0000_s1037" style="position:absolute;left:8890;top:185420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" path="m,l76200,e" filled="f" strokecolor="red" strokeweight=".72pt">
                        <v:path arrowok="t" textboxrect="0,0,76200,0"/>
                      </v:shape>
                      <v:shape id="Shape 21341" o:spid="_x0000_s1038" style="position:absolute;left:85090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1342" o:spid="_x0000_s1039" style="position:absolute;left:85090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5 </w:t>
            </w:r>
          </w:p>
        </w:tc>
        <w:tc>
          <w:tcPr>
            <w:tcW w:w="13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06AC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18304" behindDoc="1" locked="0" layoutInCell="1" allowOverlap="1" wp14:anchorId="30149E2D" wp14:editId="2204E95C">
                      <wp:simplePos x="0" y="0"/>
                      <wp:positionH relativeFrom="column">
                        <wp:posOffset>59754</wp:posOffset>
                      </wp:positionH>
                      <wp:positionV relativeFrom="paragraph">
                        <wp:posOffset>-2895</wp:posOffset>
                      </wp:positionV>
                      <wp:extent cx="94615" cy="185420"/>
                      <wp:effectExtent l="0" t="0" r="0" b="0"/>
                      <wp:wrapNone/>
                      <wp:docPr id="211850" name="Group 2118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5420"/>
                                <a:chOff x="0" y="0"/>
                                <a:chExt cx="94615" cy="185420"/>
                              </a:xfrm>
                            </wpg:grpSpPr>
                            <wps:wsp>
                              <wps:cNvPr id="222320" name="Shape 222320"/>
                              <wps:cNvSpPr/>
                              <wps:spPr>
                                <a:xfrm>
                                  <a:off x="8890" y="4445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C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4" name="Shape 21344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5" name="Shape 21345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6" name="Shape 21346"/>
                              <wps:cNvSpPr/>
                              <wps:spPr>
                                <a:xfrm>
                                  <a:off x="9525" y="63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7" name="Shape 21347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8" name="Shape 21348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9" name="Shape 21349"/>
                              <wps:cNvSpPr/>
                              <wps:spPr>
                                <a:xfrm>
                                  <a:off x="5080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0" name="Shape 21350"/>
                              <wps:cNvSpPr/>
                              <wps:spPr>
                                <a:xfrm>
                                  <a:off x="90170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1" name="Shape 21351"/>
                              <wps:cNvSpPr/>
                              <wps:spPr>
                                <a:xfrm>
                                  <a:off x="0" y="18542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2" name="Shape 21352"/>
                              <wps:cNvSpPr/>
                              <wps:spPr>
                                <a:xfrm>
                                  <a:off x="0" y="18542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3" name="Shape 21353"/>
                              <wps:cNvSpPr/>
                              <wps:spPr>
                                <a:xfrm>
                                  <a:off x="9525" y="18542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4" name="Shape 21354"/>
                              <wps:cNvSpPr/>
                              <wps:spPr>
                                <a:xfrm>
                                  <a:off x="85725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5" name="Shape 21355"/>
                              <wps:cNvSpPr/>
                              <wps:spPr>
                                <a:xfrm>
                                  <a:off x="85725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9A543C" id="Group 211850" o:spid="_x0000_s1026" style="position:absolute;margin-left:4.7pt;margin-top:-.25pt;width:7.45pt;height:14.6pt;z-index:-251698176" coordsize="94615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">
                      <v:shape id="Shape 222320" o:spid="_x0000_s1027" style="position:absolute;left:8890;top:4445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" path="m,l76200,r,177165l,177165,,e" fillcolor="#f7fcf7" stroked="f" strokeweight="0">
                        <v:stroke miterlimit="83231f" joinstyle="miter"/>
                        <v:path arrowok="t" textboxrect="0,0,76200,177165"/>
                      </v:shape>
                      <v:shape id="Shape 21344" o:spid="_x0000_s1028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1345" o:spid="_x0000_s1029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1346" o:spid="_x0000_s1030" style="position:absolute;left:9525;top:63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21347" o:spid="_x0000_s1031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1348" o:spid="_x0000_s1032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" path="m,l8890,e" filled="f" strokecolor="red" strokeweight=".72pt">
                        <v:path arrowok="t" textboxrect="0,0,8890,0"/>
                      </v:shape>
                      <v:shape id="Shape 21349" o:spid="_x0000_s1033" style="position:absolute;left:5080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" path="m,l,176530e" filled="f" strokecolor="red" strokeweight=".72pt">
                        <v:path arrowok="t" textboxrect="0,0,0,176530"/>
                      </v:shape>
                      <v:shape id="Shape 21350" o:spid="_x0000_s1034" style="position:absolute;left:90170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" path="m,l,176530e" filled="f" strokecolor="red" strokeweight=".72pt">
                        <v:path arrowok="t" textboxrect="0,0,0,176530"/>
                      </v:shape>
                      <v:shape id="Shape 21351" o:spid="_x0000_s1035" style="position:absolute;top:18542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1352" o:spid="_x0000_s1036" style="position:absolute;top:18542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21353" o:spid="_x0000_s1037" style="position:absolute;left:9525;top:185420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21354" o:spid="_x0000_s1038" style="position:absolute;left:85725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21355" o:spid="_x0000_s1039" style="position:absolute;left:85725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4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D9D7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0352" behindDoc="1" locked="0" layoutInCell="1" allowOverlap="1" wp14:anchorId="31792D10" wp14:editId="10C292F6">
                      <wp:simplePos x="0" y="0"/>
                      <wp:positionH relativeFrom="column">
                        <wp:posOffset>56769</wp:posOffset>
                      </wp:positionH>
                      <wp:positionV relativeFrom="paragraph">
                        <wp:posOffset>-2895</wp:posOffset>
                      </wp:positionV>
                      <wp:extent cx="95250" cy="185420"/>
                      <wp:effectExtent l="0" t="0" r="0" b="0"/>
                      <wp:wrapNone/>
                      <wp:docPr id="211872" name="Group 2118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" cy="185420"/>
                                <a:chOff x="0" y="0"/>
                                <a:chExt cx="95250" cy="185420"/>
                              </a:xfrm>
                            </wpg:grpSpPr>
                            <wps:wsp>
                              <wps:cNvPr id="222322" name="Shape 222322"/>
                              <wps:cNvSpPr/>
                              <wps:spPr>
                                <a:xfrm>
                                  <a:off x="9525" y="4445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C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7" name="Shape 21357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8" name="Shape 21358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9" name="Shape 21359"/>
                              <wps:cNvSpPr/>
                              <wps:spPr>
                                <a:xfrm>
                                  <a:off x="9525" y="63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60" name="Shape 21360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61" name="Shape 21361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62" name="Shape 21362"/>
                              <wps:cNvSpPr/>
                              <wps:spPr>
                                <a:xfrm>
                                  <a:off x="4445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63" name="Shape 21363"/>
                              <wps:cNvSpPr/>
                              <wps:spPr>
                                <a:xfrm>
                                  <a:off x="89535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64" name="Shape 21364"/>
                              <wps:cNvSpPr/>
                              <wps:spPr>
                                <a:xfrm>
                                  <a:off x="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65" name="Shape 21365"/>
                              <wps:cNvSpPr/>
                              <wps:spPr>
                                <a:xfrm>
                                  <a:off x="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66" name="Shape 21366"/>
                              <wps:cNvSpPr/>
                              <wps:spPr>
                                <a:xfrm>
                                  <a:off x="8890" y="18542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67" name="Shape 21367"/>
                              <wps:cNvSpPr/>
                              <wps:spPr>
                                <a:xfrm>
                                  <a:off x="85090" y="18542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68" name="Shape 21368"/>
                              <wps:cNvSpPr/>
                              <wps:spPr>
                                <a:xfrm>
                                  <a:off x="85090" y="18542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C2E1C0" id="Group 211872" o:spid="_x0000_s1026" style="position:absolute;margin-left:4.45pt;margin-top:-.25pt;width:7.5pt;height:14.6pt;z-index:-251696128" coordsize="95250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">
                      <v:shape id="Shape 222322" o:spid="_x0000_s1027" style="position:absolute;left:9525;top:4445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" path="m,l76200,r,177165l,177165,,e" fillcolor="#f7fcf7" stroked="f" strokeweight="0">
                        <v:stroke miterlimit="83231f" joinstyle="miter"/>
                        <v:path arrowok="t" textboxrect="0,0,76200,177165"/>
                      </v:shape>
                      <v:shape id="Shape 21357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1358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" path="m,l8890,e" filled="f" strokecolor="red" strokeweight=".72pt">
                        <v:path arrowok="t" textboxrect="0,0,8890,0"/>
                      </v:shape>
                      <v:shape id="Shape 21359" o:spid="_x0000_s1030" style="position:absolute;left:9525;top:63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21360" o:spid="_x0000_s1031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" path="m,l9525,e" filled="f" strokecolor="red" strokeweight=".72pt">
                        <v:path arrowok="t" textboxrect="0,0,9525,0"/>
                      </v:shape>
                      <v:shape id="Shape 21361" o:spid="_x0000_s1032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1362" o:spid="_x0000_s1033" style="position:absolute;left:4445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" path="m,l,176530e" filled="f" strokecolor="red" strokeweight=".72pt">
                        <v:path arrowok="t" textboxrect="0,0,0,176530"/>
                      </v:shape>
                      <v:shape id="Shape 21363" o:spid="_x0000_s1034" style="position:absolute;left:89535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" path="m,l,176530e" filled="f" strokecolor="red" strokeweight=".72pt">
                        <v:path arrowok="t" textboxrect="0,0,0,176530"/>
                      </v:shape>
                      <v:shape id="Shape 21364" o:spid="_x0000_s1035" style="position:absolute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1365" o:spid="_x0000_s1036" style="position:absolute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1366" o:spid="_x0000_s1037" style="position:absolute;left:8890;top:185420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21367" o:spid="_x0000_s1038" style="position:absolute;left:85090;top:18542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1368" o:spid="_x0000_s1039" style="position:absolute;left:85090;top:18542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" path="m,l9525,e" filled="f" strokecolor="red" strokeweight=".72pt">
                        <v:path arrowok="t" textboxrect="0,0,9525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0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F1FD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32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F5891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Наблюдение за предложенным набором слов: что обозначают, на какой вопрос отвечают, формулирование вывода, введение понятия «имя </w:t>
            </w:r>
          </w:p>
          <w:p w14:paraId="4C993F9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существительное». Работа в </w:t>
            </w:r>
          </w:p>
        </w:tc>
        <w:tc>
          <w:tcPr>
            <w:tcW w:w="12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8CCC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6E45017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w:drawing>
                <wp:anchor distT="0" distB="0" distL="114300" distR="114300" simplePos="0" relativeHeight="251622400" behindDoc="1" locked="0" layoutInCell="1" allowOverlap="0" wp14:anchorId="138C9A2C" wp14:editId="1403434F">
                  <wp:simplePos x="0" y="0"/>
                  <wp:positionH relativeFrom="column">
                    <wp:posOffset>54228</wp:posOffset>
                  </wp:positionH>
                  <wp:positionV relativeFrom="paragraph">
                    <wp:posOffset>-36749</wp:posOffset>
                  </wp:positionV>
                  <wp:extent cx="649225" cy="774192"/>
                  <wp:effectExtent l="0" t="0" r="0" b="0"/>
                  <wp:wrapNone/>
                  <wp:docPr id="218696" name="Picture 2186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696" name="Picture 21869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5" cy="774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D2DD1">
              <w:t xml:space="preserve"> Текущи й, устный, </w:t>
            </w:r>
            <w:r w:rsidRPr="005D2DD1">
              <w:rPr>
                <w:u w:val="single"/>
              </w:rPr>
              <w:t>письменн ый</w:t>
            </w:r>
            <w:r w:rsidRPr="005D2DD1">
              <w:t xml:space="preserve">  </w:t>
            </w:r>
            <w:r w:rsidRPr="005D2DD1">
              <w:tab/>
              <w:t xml:space="preserve"> </w:t>
            </w:r>
          </w:p>
          <w:p w14:paraId="68558F1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 </w:t>
            </w:r>
            <w:r w:rsidRPr="005D2DD1">
              <w:tab/>
              <w:t xml:space="preserve"> </w:t>
            </w:r>
          </w:p>
          <w:p w14:paraId="355F380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98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43F4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</w:tr>
      <w:tr w:rsidR="005D2DD1" w:rsidRPr="001C0564" w14:paraId="31B3293A" w14:textId="77777777" w:rsidTr="00802828">
        <w:trPr>
          <w:trHeight w:val="29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00741C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73411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95175A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ADA52C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A65BC9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1BD67B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0009D3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85A5AB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16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5C31459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6946D19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5CE2D59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718" w:type="dxa"/>
            <w:gridSpan w:val="3"/>
            <w:tcBorders>
              <w:top w:val="single" w:sz="6" w:space="0" w:color="000000"/>
              <w:left w:val="single" w:sz="6" w:space="0" w:color="000000"/>
              <w:bottom w:val="dashed" w:sz="12" w:space="0" w:color="FF0000"/>
              <w:right w:val="single" w:sz="6" w:space="0" w:color="000000"/>
            </w:tcBorders>
            <w:shd w:val="clear" w:color="auto" w:fill="F7FCF7"/>
          </w:tcPr>
          <w:p w14:paraId="0528A58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>Сайт «Я иду на урок</w:t>
            </w:r>
          </w:p>
        </w:tc>
        <w:tc>
          <w:tcPr>
            <w:tcW w:w="101" w:type="dxa"/>
            <w:gridSpan w:val="2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362CAD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 </w:t>
            </w:r>
          </w:p>
          <w:p w14:paraId="000C66B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76CC137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0E14093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 </w:t>
            </w:r>
          </w:p>
        </w:tc>
      </w:tr>
      <w:tr w:rsidR="005D2DD1" w:rsidRPr="005D2DD1" w14:paraId="4958DE0B" w14:textId="77777777" w:rsidTr="00802828">
        <w:trPr>
          <w:trHeight w:val="30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415529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6CDD7D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79C4DA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819AC4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1B2B31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54D669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B24B4B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FF4B3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double" w:sz="6" w:space="0" w:color="000000"/>
            </w:tcBorders>
          </w:tcPr>
          <w:p w14:paraId="46F58E6B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2718" w:type="dxa"/>
            <w:gridSpan w:val="3"/>
            <w:tcBorders>
              <w:top w:val="dashed" w:sz="12" w:space="0" w:color="FF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7FCF7"/>
          </w:tcPr>
          <w:p w14:paraId="5565681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начальной </w:t>
            </w:r>
            <w:r w:rsidRPr="005D2DD1">
              <w:tab/>
              <w:t>школы»: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2E568C80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1C0564" w14:paraId="513C9AD0" w14:textId="77777777" w:rsidTr="00802828">
        <w:trPr>
          <w:trHeight w:val="29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4B3A23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02515D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F85857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61EFAC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34932C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FEB1DD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FA2B93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669166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double" w:sz="6" w:space="0" w:color="000000"/>
            </w:tcBorders>
          </w:tcPr>
          <w:p w14:paraId="38E4DE95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2718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7FCF7"/>
          </w:tcPr>
          <w:p w14:paraId="3F3BBC84" w14:textId="77777777" w:rsidR="005D2DD1" w:rsidRPr="005D2DD1" w:rsidRDefault="00253105" w:rsidP="005D2DD1">
            <w:pPr>
              <w:spacing w:after="200" w:line="276" w:lineRule="auto"/>
            </w:pPr>
            <w:hyperlink r:id="rId51">
              <w:r w:rsidR="005D2DD1" w:rsidRPr="005D2DD1">
                <w:rPr>
                  <w:rStyle w:val="aff8"/>
                </w:rPr>
                <w:t>http://nsc.1september.ru/uro</w:t>
              </w:r>
            </w:hyperlink>
            <w:hyperlink r:id="rId52">
              <w:r w:rsidR="005D2DD1" w:rsidRPr="005D2DD1">
                <w:rPr>
                  <w:rStyle w:val="aff8"/>
                </w:rPr>
                <w:t xml:space="preserve"> </w:t>
              </w:r>
            </w:hyperlink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71BBEB3E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5D2DD1" w14:paraId="425F2302" w14:textId="77777777" w:rsidTr="00802828">
        <w:trPr>
          <w:trHeight w:val="315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0C0FFB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CDD1AB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F183E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5D4B3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1A8BB0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6DC691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67643F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7D87DF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double" w:sz="6" w:space="0" w:color="000000"/>
            </w:tcBorders>
          </w:tcPr>
          <w:p w14:paraId="34D25EB0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2718" w:type="dxa"/>
            <w:gridSpan w:val="3"/>
            <w:tcBorders>
              <w:top w:val="single" w:sz="12" w:space="0" w:color="000000"/>
              <w:left w:val="double" w:sz="6" w:space="0" w:color="000000"/>
              <w:bottom w:val="single" w:sz="12" w:space="0" w:color="000000"/>
              <w:right w:val="nil"/>
            </w:tcBorders>
          </w:tcPr>
          <w:p w14:paraId="0587564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u w:val="single"/>
              </w:rPr>
              <w:t>k</w:t>
            </w:r>
            <w:r w:rsidRPr="005D2DD1"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34051764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5D2DD1" w14:paraId="6F447E42" w14:textId="77777777" w:rsidTr="00802828">
        <w:trPr>
          <w:trHeight w:val="299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CEC8BC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F7B94D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8C931F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F4BF0F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52A880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16E853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DBB057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08BA9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35EA3906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2718" w:type="dxa"/>
            <w:gridSpan w:val="3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CF7"/>
          </w:tcPr>
          <w:p w14:paraId="759A67A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2.Электронная </w:t>
            </w:r>
            <w:r w:rsidRPr="005D2DD1">
              <w:tab/>
              <w:t>версия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3F886982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5D2DD1" w14:paraId="64A4C2BF" w14:textId="77777777" w:rsidTr="00802828">
        <w:trPr>
          <w:trHeight w:val="189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CA89B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D1B40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B310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4BE06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AB5E9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17B4C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3C94E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EA61A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298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71B7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</w:tr>
      <w:tr w:rsidR="005D2DD1" w:rsidRPr="001C0564" w14:paraId="70C70740" w14:textId="77777777" w:rsidTr="00802828">
        <w:tblPrEx>
          <w:tblCellMar>
            <w:top w:w="0" w:type="dxa"/>
            <w:right w:w="2" w:type="dxa"/>
          </w:tblCellMar>
        </w:tblPrEx>
        <w:trPr>
          <w:gridAfter w:val="1"/>
          <w:wAfter w:w="68" w:type="dxa"/>
          <w:trHeight w:val="108"/>
        </w:trPr>
        <w:tc>
          <w:tcPr>
            <w:tcW w:w="4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00D8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9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3BC5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6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D870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3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242E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4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D819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0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075D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32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565F2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парах: распределение имён существительных на две группы в зависимости от того, на какой вопрос   отвечают:   «что?»   или </w:t>
            </w:r>
          </w:p>
          <w:p w14:paraId="738C1F2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«кто?». Наблюдение за лексическим значением имён существительных. Упражнение: находить в тексте слова по </w:t>
            </w:r>
            <w:r w:rsidRPr="005D2DD1">
              <w:lastRenderedPageBreak/>
              <w:t xml:space="preserve">заданным  основаниям </w:t>
            </w:r>
          </w:p>
          <w:p w14:paraId="6194BEF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(например, слова, называющие явления природы, черты характера и  т. д.). </w:t>
            </w:r>
          </w:p>
          <w:p w14:paraId="226DE30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Дифференцированное задание: выявление общего признака группы   слов. </w:t>
            </w:r>
          </w:p>
        </w:tc>
        <w:tc>
          <w:tcPr>
            <w:tcW w:w="12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AE48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 </w:t>
            </w:r>
          </w:p>
        </w:tc>
        <w:tc>
          <w:tcPr>
            <w:tcW w:w="291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0DBAE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</w:tr>
      <w:tr w:rsidR="005D2DD1" w:rsidRPr="005D2DD1" w14:paraId="3D378587" w14:textId="77777777" w:rsidTr="00802828">
        <w:tblPrEx>
          <w:tblCellMar>
            <w:top w:w="0" w:type="dxa"/>
            <w:right w:w="2" w:type="dxa"/>
          </w:tblCellMar>
        </w:tblPrEx>
        <w:trPr>
          <w:gridAfter w:val="1"/>
          <w:wAfter w:w="68" w:type="dxa"/>
          <w:trHeight w:val="279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6E2766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EA455B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736A9B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CD9F25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5F08F5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E799E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076F1C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3E5053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1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A9C611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2C464AD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1FB0C6A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815" w:type="dxa"/>
            <w:gridSpan w:val="5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F7FCF7"/>
          </w:tcPr>
          <w:p w14:paraId="5BC2049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ab/>
            </w:r>
            <w:r w:rsidRPr="005D2DD1">
              <w:rPr>
                <w:u w:val="single"/>
              </w:rPr>
              <w:t xml:space="preserve">журнала </w:t>
            </w:r>
            <w:r w:rsidRPr="005D2DD1">
              <w:rPr>
                <w:u w:val="single"/>
              </w:rPr>
              <w:tab/>
              <w:t>«Начальная</w:t>
            </w:r>
            <w:r w:rsidRPr="005D2DD1">
              <w:t xml:space="preserve"> </w:t>
            </w:r>
          </w:p>
        </w:tc>
      </w:tr>
      <w:tr w:rsidR="005D2DD1" w:rsidRPr="005D2DD1" w14:paraId="4B3849BE" w14:textId="77777777" w:rsidTr="00802828">
        <w:tblPrEx>
          <w:tblCellMar>
            <w:top w:w="0" w:type="dxa"/>
            <w:right w:w="2" w:type="dxa"/>
          </w:tblCellMar>
        </w:tblPrEx>
        <w:trPr>
          <w:gridAfter w:val="1"/>
          <w:wAfter w:w="68" w:type="dxa"/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160A5001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24AC068A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839D3E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344DCF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99C276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C5EE8C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5D6E36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5A0979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02A4A77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846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7FCF7"/>
          </w:tcPr>
          <w:p w14:paraId="4177731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>школа»:</w:t>
            </w:r>
          </w:p>
        </w:tc>
        <w:tc>
          <w:tcPr>
            <w:tcW w:w="1969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764F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  <w:r w:rsidRPr="005D2DD1">
              <w:tab/>
              <w:t xml:space="preserve"> </w:t>
            </w:r>
          </w:p>
        </w:tc>
      </w:tr>
      <w:tr w:rsidR="005D2DD1" w:rsidRPr="001C0564" w14:paraId="4FFD67D3" w14:textId="77777777" w:rsidTr="00802828">
        <w:tblPrEx>
          <w:tblCellMar>
            <w:top w:w="0" w:type="dxa"/>
            <w:right w:w="2" w:type="dxa"/>
          </w:tblCellMar>
        </w:tblPrEx>
        <w:trPr>
          <w:gridAfter w:val="1"/>
          <w:wAfter w:w="68" w:type="dxa"/>
          <w:trHeight w:val="28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71CFD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3F78CC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09F017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4C9539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0570A4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BF219E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795C4D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75D6CEC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4CC6F20B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2815" w:type="dxa"/>
            <w:gridSpan w:val="5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F7FCF7"/>
          </w:tcPr>
          <w:p w14:paraId="07407CB9" w14:textId="77777777" w:rsidR="005D2DD1" w:rsidRPr="005D2DD1" w:rsidRDefault="00253105" w:rsidP="005D2DD1">
            <w:pPr>
              <w:spacing w:after="200" w:line="276" w:lineRule="auto"/>
            </w:pPr>
            <w:hyperlink r:id="rId53">
              <w:r w:rsidR="005D2DD1" w:rsidRPr="005D2DD1">
                <w:rPr>
                  <w:rStyle w:val="aff8"/>
                </w:rPr>
                <w:t>http://nsc.</w:t>
              </w:r>
            </w:hyperlink>
            <w:r w:rsidR="005D2DD1" w:rsidRPr="005D2DD1">
              <w:t xml:space="preserve">1september.ru/ind  </w:t>
            </w:r>
          </w:p>
        </w:tc>
      </w:tr>
      <w:tr w:rsidR="005D2DD1" w:rsidRPr="005D2DD1" w14:paraId="18DB32E5" w14:textId="77777777" w:rsidTr="00802828">
        <w:tblPrEx>
          <w:tblCellMar>
            <w:top w:w="0" w:type="dxa"/>
            <w:right w:w="2" w:type="dxa"/>
          </w:tblCellMar>
        </w:tblPrEx>
        <w:trPr>
          <w:gridAfter w:val="1"/>
          <w:wAfter w:w="68" w:type="dxa"/>
          <w:trHeight w:val="30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84E05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9F6FE0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93D166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D4F48B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B66511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501EA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B4F8F0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44BEC3DD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656CC35C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659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CF7"/>
          </w:tcPr>
          <w:p w14:paraId="188F849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>ex.php</w:t>
            </w:r>
          </w:p>
        </w:tc>
        <w:tc>
          <w:tcPr>
            <w:tcW w:w="2156" w:type="dxa"/>
            <w:gridSpan w:val="3"/>
            <w:vMerge w:val="restart"/>
            <w:tcBorders>
              <w:top w:val="single" w:sz="12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4DEDC2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  <w:r w:rsidRPr="005D2DD1">
              <w:tab/>
              <w:t xml:space="preserve"> </w:t>
            </w:r>
          </w:p>
          <w:p w14:paraId="04B1176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 </w:t>
            </w:r>
          </w:p>
        </w:tc>
      </w:tr>
      <w:tr w:rsidR="005D2DD1" w:rsidRPr="005D2DD1" w14:paraId="7DACEF49" w14:textId="77777777" w:rsidTr="00802828">
        <w:tblPrEx>
          <w:tblCellMar>
            <w:top w:w="0" w:type="dxa"/>
            <w:right w:w="2" w:type="dxa"/>
          </w:tblCellMar>
        </w:tblPrEx>
        <w:trPr>
          <w:gridAfter w:val="1"/>
          <w:wAfter w:w="68" w:type="dxa"/>
          <w:trHeight w:val="291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C2D5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36A20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AFE1A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63194A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E10AA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20913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2E409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307B5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427B8DCF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659" w:type="dxa"/>
            <w:gridSpan w:val="2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8FC1D2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1AF68083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1C0564" w14:paraId="38CBC7E9" w14:textId="77777777" w:rsidTr="00802828">
        <w:tblPrEx>
          <w:tblCellMar>
            <w:top w:w="0" w:type="dxa"/>
            <w:right w:w="2" w:type="dxa"/>
          </w:tblCellMar>
        </w:tblPrEx>
        <w:trPr>
          <w:gridAfter w:val="1"/>
          <w:wAfter w:w="68" w:type="dxa"/>
          <w:trHeight w:val="5566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64D19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5. </w:t>
            </w:r>
          </w:p>
          <w:p w14:paraId="2CC929F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2. </w:t>
            </w: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B53F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Глагол (ознакомление): общее значение, вопросы («что делать?», «что сделать?» и др.), употреб- ление в речи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16B9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4448" behindDoc="1" locked="0" layoutInCell="1" allowOverlap="1" wp14:anchorId="5C39DF73" wp14:editId="333E2FFF">
                      <wp:simplePos x="0" y="0"/>
                      <wp:positionH relativeFrom="column">
                        <wp:posOffset>55372</wp:posOffset>
                      </wp:positionH>
                      <wp:positionV relativeFrom="paragraph">
                        <wp:posOffset>-2260</wp:posOffset>
                      </wp:positionV>
                      <wp:extent cx="94615" cy="185420"/>
                      <wp:effectExtent l="0" t="0" r="0" b="0"/>
                      <wp:wrapNone/>
                      <wp:docPr id="201797" name="Group 2017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5420"/>
                                <a:chOff x="0" y="0"/>
                                <a:chExt cx="94615" cy="185420"/>
                              </a:xfrm>
                            </wpg:grpSpPr>
                            <wps:wsp>
                              <wps:cNvPr id="222324" name="Shape 222324"/>
                              <wps:cNvSpPr/>
                              <wps:spPr>
                                <a:xfrm>
                                  <a:off x="9525" y="4445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C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67" name="Shape 22467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68" name="Shape 22468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69" name="Shape 22469"/>
                              <wps:cNvSpPr/>
                              <wps:spPr>
                                <a:xfrm>
                                  <a:off x="9525" y="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70" name="Shape 22470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71" name="Shape 22471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72" name="Shape 22472"/>
                              <wps:cNvSpPr/>
                              <wps:spPr>
                                <a:xfrm>
                                  <a:off x="4445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73" name="Shape 22473"/>
                              <wps:cNvSpPr/>
                              <wps:spPr>
                                <a:xfrm>
                                  <a:off x="89535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74" name="Shape 22474"/>
                              <wps:cNvSpPr/>
                              <wps:spPr>
                                <a:xfrm>
                                  <a:off x="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75" name="Shape 22475"/>
                              <wps:cNvSpPr/>
                              <wps:spPr>
                                <a:xfrm>
                                  <a:off x="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76" name="Shape 22476"/>
                              <wps:cNvSpPr/>
                              <wps:spPr>
                                <a:xfrm>
                                  <a:off x="8890" y="18542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77" name="Shape 22477"/>
                              <wps:cNvSpPr/>
                              <wps:spPr>
                                <a:xfrm>
                                  <a:off x="8509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78" name="Shape 22478"/>
                              <wps:cNvSpPr/>
                              <wps:spPr>
                                <a:xfrm>
                                  <a:off x="8509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55FFF3" id="Group 201797" o:spid="_x0000_s1026" style="position:absolute;margin-left:4.35pt;margin-top:-.2pt;width:7.45pt;height:14.6pt;z-index:-251692032" coordsize="94615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">
                      <v:shape id="Shape 222324" o:spid="_x0000_s1027" style="position:absolute;left:9525;top:4445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" path="m,l76200,r,177165l,177165,,e" fillcolor="#f7fcf7" stroked="f" strokeweight="0">
                        <v:stroke miterlimit="83231f" joinstyle="miter"/>
                        <v:path arrowok="t" textboxrect="0,0,76200,177165"/>
                      </v:shape>
                      <v:shape id="Shape 22467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2468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" path="m,l8890,e" filled="f" strokecolor="red" strokeweight=".72pt">
                        <v:path arrowok="t" textboxrect="0,0,8890,0"/>
                      </v:shape>
                      <v:shape id="Shape 22469" o:spid="_x0000_s1030" style="position:absolute;left:952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22470" o:spid="_x0000_s1031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" path="m,l8890,e" filled="f" strokecolor="red" strokeweight=".72pt">
                        <v:path arrowok="t" textboxrect="0,0,8890,0"/>
                      </v:shape>
                      <v:shape id="Shape 22471" o:spid="_x0000_s1032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2472" o:spid="_x0000_s1033" style="position:absolute;left:4445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" path="m,l,176530e" filled="f" strokecolor="red" strokeweight=".72pt">
                        <v:path arrowok="t" textboxrect="0,0,0,176530"/>
                      </v:shape>
                      <v:shape id="Shape 22473" o:spid="_x0000_s1034" style="position:absolute;left:89535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" path="m,l,176530e" filled="f" strokecolor="red" strokeweight=".72pt">
                        <v:path arrowok="t" textboxrect="0,0,0,176530"/>
                      </v:shape>
                      <v:shape id="Shape 22474" o:spid="_x0000_s1035" style="position:absolute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2475" o:spid="_x0000_s1036" style="position:absolute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2476" o:spid="_x0000_s1037" style="position:absolute;left:8890;top:185420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22477" o:spid="_x0000_s1038" style="position:absolute;left:85090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2478" o:spid="_x0000_s1039" style="position:absolute;left:85090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5 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994E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6496" behindDoc="1" locked="0" layoutInCell="1" allowOverlap="1" wp14:anchorId="73C40EB8" wp14:editId="437594D1">
                      <wp:simplePos x="0" y="0"/>
                      <wp:positionH relativeFrom="column">
                        <wp:posOffset>58547</wp:posOffset>
                      </wp:positionH>
                      <wp:positionV relativeFrom="paragraph">
                        <wp:posOffset>-2260</wp:posOffset>
                      </wp:positionV>
                      <wp:extent cx="94615" cy="185420"/>
                      <wp:effectExtent l="0" t="0" r="0" b="0"/>
                      <wp:wrapNone/>
                      <wp:docPr id="201846" name="Group 201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5420"/>
                                <a:chOff x="0" y="0"/>
                                <a:chExt cx="94615" cy="185420"/>
                              </a:xfrm>
                            </wpg:grpSpPr>
                            <wps:wsp>
                              <wps:cNvPr id="222326" name="Shape 222326"/>
                              <wps:cNvSpPr/>
                              <wps:spPr>
                                <a:xfrm>
                                  <a:off x="8890" y="4445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C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80" name="Shape 22480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81" name="Shape 22481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82" name="Shape 22482"/>
                              <wps:cNvSpPr/>
                              <wps:spPr>
                                <a:xfrm>
                                  <a:off x="9525" y="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83" name="Shape 22483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84" name="Shape 22484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85" name="Shape 22485"/>
                              <wps:cNvSpPr/>
                              <wps:spPr>
                                <a:xfrm>
                                  <a:off x="5080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86" name="Shape 22486"/>
                              <wps:cNvSpPr/>
                              <wps:spPr>
                                <a:xfrm>
                                  <a:off x="90170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87" name="Shape 22487"/>
                              <wps:cNvSpPr/>
                              <wps:spPr>
                                <a:xfrm>
                                  <a:off x="0" y="18542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88" name="Shape 22488"/>
                              <wps:cNvSpPr/>
                              <wps:spPr>
                                <a:xfrm>
                                  <a:off x="0" y="18542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89" name="Shape 22489"/>
                              <wps:cNvSpPr/>
                              <wps:spPr>
                                <a:xfrm>
                                  <a:off x="9525" y="18542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90" name="Shape 22490"/>
                              <wps:cNvSpPr/>
                              <wps:spPr>
                                <a:xfrm>
                                  <a:off x="85725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91" name="Shape 22491"/>
                              <wps:cNvSpPr/>
                              <wps:spPr>
                                <a:xfrm>
                                  <a:off x="85725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A80DAF" id="Group 201846" o:spid="_x0000_s1026" style="position:absolute;margin-left:4.6pt;margin-top:-.2pt;width:7.45pt;height:14.6pt;z-index:-251689984" coordsize="94615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">
                      <v:shape id="Shape 222326" o:spid="_x0000_s1027" style="position:absolute;left:8890;top:4445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" path="m,l76200,r,177165l,177165,,e" fillcolor="#f7fcf7" stroked="f" strokeweight="0">
                        <v:stroke miterlimit="83231f" joinstyle="miter"/>
                        <v:path arrowok="t" textboxrect="0,0,76200,177165"/>
                      </v:shape>
                      <v:shape id="Shape 22480" o:spid="_x0000_s1028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" path="m,l9525,e" filled="f" strokecolor="red" strokeweight=".72pt">
                        <v:path arrowok="t" textboxrect="0,0,9525,0"/>
                      </v:shape>
                      <v:shape id="Shape 22481" o:spid="_x0000_s1029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22482" o:spid="_x0000_s1030" style="position:absolute;left:952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22483" o:spid="_x0000_s1031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2484" o:spid="_x0000_s1032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2485" o:spid="_x0000_s1033" style="position:absolute;left:5080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" path="m,l,176530e" filled="f" strokecolor="red" strokeweight=".72pt">
                        <v:path arrowok="t" textboxrect="0,0,0,176530"/>
                      </v:shape>
                      <v:shape id="Shape 22486" o:spid="_x0000_s1034" style="position:absolute;left:90170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" path="m,l,176530e" filled="f" strokecolor="red" strokeweight=".72pt">
                        <v:path arrowok="t" textboxrect="0,0,0,176530"/>
                      </v:shape>
                      <v:shape id="Shape 22487" o:spid="_x0000_s1035" style="position:absolute;top:18542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2488" o:spid="_x0000_s1036" style="position:absolute;top:18542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" path="m,l9525,e" filled="f" strokecolor="red" strokeweight=".72pt">
                        <v:path arrowok="t" textboxrect="0,0,9525,0"/>
                      </v:shape>
                      <v:shape id="Shape 22489" o:spid="_x0000_s1037" style="position:absolute;left:9525;top:185420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22490" o:spid="_x0000_s1038" style="position:absolute;left:85725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22491" o:spid="_x0000_s1039" style="position:absolute;left:85725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1AD2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8544" behindDoc="1" locked="0" layoutInCell="1" allowOverlap="1" wp14:anchorId="10DAE607" wp14:editId="38B754B0">
                      <wp:simplePos x="0" y="0"/>
                      <wp:positionH relativeFrom="column">
                        <wp:posOffset>56769</wp:posOffset>
                      </wp:positionH>
                      <wp:positionV relativeFrom="paragraph">
                        <wp:posOffset>-2260</wp:posOffset>
                      </wp:positionV>
                      <wp:extent cx="95250" cy="185420"/>
                      <wp:effectExtent l="0" t="0" r="0" b="0"/>
                      <wp:wrapNone/>
                      <wp:docPr id="201887" name="Group 2018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" cy="185420"/>
                                <a:chOff x="0" y="0"/>
                                <a:chExt cx="95250" cy="185420"/>
                              </a:xfrm>
                            </wpg:grpSpPr>
                            <wps:wsp>
                              <wps:cNvPr id="222328" name="Shape 222328"/>
                              <wps:cNvSpPr/>
                              <wps:spPr>
                                <a:xfrm>
                                  <a:off x="9525" y="4445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C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93" name="Shape 22493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94" name="Shape 22494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95" name="Shape 22495"/>
                              <wps:cNvSpPr/>
                              <wps:spPr>
                                <a:xfrm>
                                  <a:off x="9525" y="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96" name="Shape 22496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97" name="Shape 22497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98" name="Shape 22498"/>
                              <wps:cNvSpPr/>
                              <wps:spPr>
                                <a:xfrm>
                                  <a:off x="4445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99" name="Shape 22499"/>
                              <wps:cNvSpPr/>
                              <wps:spPr>
                                <a:xfrm>
                                  <a:off x="89535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00" name="Shape 22500"/>
                              <wps:cNvSpPr/>
                              <wps:spPr>
                                <a:xfrm>
                                  <a:off x="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01" name="Shape 22501"/>
                              <wps:cNvSpPr/>
                              <wps:spPr>
                                <a:xfrm>
                                  <a:off x="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02" name="Shape 22502"/>
                              <wps:cNvSpPr/>
                              <wps:spPr>
                                <a:xfrm>
                                  <a:off x="8890" y="18542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03" name="Shape 22503"/>
                              <wps:cNvSpPr/>
                              <wps:spPr>
                                <a:xfrm>
                                  <a:off x="85090" y="18542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04" name="Shape 22504"/>
                              <wps:cNvSpPr/>
                              <wps:spPr>
                                <a:xfrm>
                                  <a:off x="85090" y="18542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CC75C8" id="Group 201887" o:spid="_x0000_s1026" style="position:absolute;margin-left:4.45pt;margin-top:-.2pt;width:7.5pt;height:14.6pt;z-index:-251687936" coordsize="95250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">
                      <v:shape id="Shape 222328" o:spid="_x0000_s1027" style="position:absolute;left:9525;top:4445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" path="m,l76200,r,177165l,177165,,e" fillcolor="#f7fcf7" stroked="f" strokeweight="0">
                        <v:stroke miterlimit="83231f" joinstyle="miter"/>
                        <v:path arrowok="t" textboxrect="0,0,76200,177165"/>
                      </v:shape>
                      <v:shape id="Shape 22493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22494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2495" o:spid="_x0000_s1030" style="position:absolute;left:952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22496" o:spid="_x0000_s1031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" path="m,l9525,e" filled="f" strokecolor="red" strokeweight=".72pt">
                        <v:path arrowok="t" textboxrect="0,0,9525,0"/>
                      </v:shape>
                      <v:shape id="Shape 22497" o:spid="_x0000_s1032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2498" o:spid="_x0000_s1033" style="position:absolute;left:4445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" path="m,l,176530e" filled="f" strokecolor="red" strokeweight=".72pt">
                        <v:path arrowok="t" textboxrect="0,0,0,176530"/>
                      </v:shape>
                      <v:shape id="Shape 22499" o:spid="_x0000_s1034" style="position:absolute;left:89535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" path="m,l,176530e" filled="f" strokecolor="red" strokeweight=".72pt">
                        <v:path arrowok="t" textboxrect="0,0,0,176530"/>
                      </v:shape>
                      <v:shape id="Shape 22500" o:spid="_x0000_s1035" style="position:absolute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22501" o:spid="_x0000_s1036" style="position:absolute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2502" o:spid="_x0000_s1037" style="position:absolute;left:8890;top:185420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" path="m,l76200,e" filled="f" strokecolor="red" strokeweight=".72pt">
                        <v:path arrowok="t" textboxrect="0,0,76200,0"/>
                      </v:shape>
                      <v:shape id="Shape 22503" o:spid="_x0000_s1038" style="position:absolute;left:85090;top:18542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22504" o:spid="_x0000_s1039" style="position:absolute;left:85090;top:18542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D294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D48C4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Наблюдение за предложенным набором слов: что обознача ют, на какой вопрос отвечают, формулирование вывода, введение понятия </w:t>
            </w:r>
          </w:p>
          <w:p w14:paraId="6915C48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«глагол».Упражнение: распределение глаголов на две группы в зави симости от того, на какой вопрос отвечают: «что делать?»  или    «что сделать?».Наблюдение     за лексическим   значением глаголов.Дифференцированное задание: группировка глаголов в зависимости от того, называют они движение     или чувства.Практическая работа: выписать из набора слов только глаголы.Работа  в   парах: нахождение в тексте глаголов 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12EE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2B1064A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w:drawing>
                <wp:anchor distT="0" distB="0" distL="114300" distR="114300" simplePos="0" relativeHeight="251630592" behindDoc="1" locked="0" layoutInCell="1" allowOverlap="0" wp14:anchorId="6C38BBFA" wp14:editId="57905011">
                  <wp:simplePos x="0" y="0"/>
                  <wp:positionH relativeFrom="column">
                    <wp:posOffset>54228</wp:posOffset>
                  </wp:positionH>
                  <wp:positionV relativeFrom="paragraph">
                    <wp:posOffset>-35606</wp:posOffset>
                  </wp:positionV>
                  <wp:extent cx="649225" cy="780288"/>
                  <wp:effectExtent l="0" t="0" r="0" b="0"/>
                  <wp:wrapNone/>
                  <wp:docPr id="218701" name="Picture 2187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701" name="Picture 21870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5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D2DD1">
              <w:t xml:space="preserve"> Текущи й, устный,</w:t>
            </w:r>
          </w:p>
          <w:p w14:paraId="2EF2184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u w:val="single"/>
              </w:rPr>
              <w:t xml:space="preserve">письменн </w:t>
            </w:r>
            <w:r w:rsidRPr="005D2DD1">
              <w:t xml:space="preserve">ый  </w:t>
            </w:r>
            <w:r w:rsidRPr="005D2DD1">
              <w:tab/>
              <w:t xml:space="preserve"> </w:t>
            </w:r>
          </w:p>
          <w:p w14:paraId="189998A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57824876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C22B221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1A187EF9" w14:textId="77777777" w:rsidR="005D2DD1" w:rsidRPr="005D2DD1" w:rsidRDefault="005D2DD1" w:rsidP="005D2DD1">
            <w:pPr>
              <w:spacing w:after="200" w:line="276" w:lineRule="auto"/>
            </w:pPr>
          </w:p>
        </w:tc>
      </w:tr>
    </w:tbl>
    <w:p w14:paraId="7CC10AFC" w14:textId="77777777" w:rsidR="005D2DD1" w:rsidRPr="005D2DD1" w:rsidRDefault="005D2DD1" w:rsidP="005D2DD1">
      <w:pPr>
        <w:rPr>
          <w:lang w:val="ru-RU"/>
        </w:rPr>
      </w:pPr>
      <w:r w:rsidRPr="005D2DD1">
        <w:rPr>
          <w:lang w:val="ru-RU"/>
        </w:rPr>
        <w:lastRenderedPageBreak/>
        <w:t xml:space="preserve"> </w:t>
      </w:r>
    </w:p>
    <w:tbl>
      <w:tblPr>
        <w:tblStyle w:val="TableGrid"/>
        <w:tblW w:w="15389" w:type="dxa"/>
        <w:tblInd w:w="146" w:type="dxa"/>
        <w:tblCellMar>
          <w:top w:w="3" w:type="dxa"/>
        </w:tblCellMar>
        <w:tblLook w:val="04A0" w:firstRow="1" w:lastRow="0" w:firstColumn="1" w:lastColumn="0" w:noHBand="0" w:noVBand="1"/>
      </w:tblPr>
      <w:tblGrid>
        <w:gridCol w:w="471"/>
        <w:gridCol w:w="2909"/>
        <w:gridCol w:w="642"/>
        <w:gridCol w:w="1363"/>
        <w:gridCol w:w="1405"/>
        <w:gridCol w:w="988"/>
        <w:gridCol w:w="3266"/>
        <w:gridCol w:w="96"/>
        <w:gridCol w:w="310"/>
        <w:gridCol w:w="863"/>
        <w:gridCol w:w="153"/>
        <w:gridCol w:w="2923"/>
      </w:tblGrid>
      <w:tr w:rsidR="005D2DD1" w:rsidRPr="001C0564" w14:paraId="3F498830" w14:textId="77777777" w:rsidTr="00802828">
        <w:trPr>
          <w:trHeight w:val="108"/>
        </w:trPr>
        <w:tc>
          <w:tcPr>
            <w:tcW w:w="4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F617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72DB6FF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5. </w:t>
            </w:r>
          </w:p>
          <w:p w14:paraId="67625C9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3. </w:t>
            </w:r>
          </w:p>
          <w:p w14:paraId="438730B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34650C9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239FC49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4346556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7C47749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5C50775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15FFC86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10B727C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5D7DBE6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3BFE6FB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2B1010A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225B9C5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9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9FFB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5C22D85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Имя прилагательное (ознакомление): общее значение, вопросы («какой?», «какая?», «какое?», «какие?»), употребление в речи </w:t>
            </w:r>
          </w:p>
          <w:p w14:paraId="3FD2F79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1B71689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68C5878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7CECFB6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2A7511C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6836FEA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20D3B82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754BF96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7EAB79F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1374117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66CED65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2802FA0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6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F315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3453C88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2640" behindDoc="1" locked="0" layoutInCell="1" allowOverlap="1" wp14:anchorId="565C8BE5" wp14:editId="376FA35D">
                      <wp:simplePos x="0" y="0"/>
                      <wp:positionH relativeFrom="column">
                        <wp:posOffset>55372</wp:posOffset>
                      </wp:positionH>
                      <wp:positionV relativeFrom="paragraph">
                        <wp:posOffset>-9753</wp:posOffset>
                      </wp:positionV>
                      <wp:extent cx="94615" cy="184786"/>
                      <wp:effectExtent l="0" t="0" r="0" b="0"/>
                      <wp:wrapNone/>
                      <wp:docPr id="179326" name="Group 179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4786"/>
                                <a:chOff x="0" y="0"/>
                                <a:chExt cx="94615" cy="184786"/>
                              </a:xfrm>
                            </wpg:grpSpPr>
                            <wps:wsp>
                              <wps:cNvPr id="222330" name="Shape 222330"/>
                              <wps:cNvSpPr/>
                              <wps:spPr>
                                <a:xfrm>
                                  <a:off x="9525" y="5080"/>
                                  <a:ext cx="762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26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C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64" name="Shape 23664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65" name="Shape 23665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66" name="Shape 23666"/>
                              <wps:cNvSpPr/>
                              <wps:spPr>
                                <a:xfrm>
                                  <a:off x="9525" y="636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67" name="Shape 23667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68" name="Shape 23668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69" name="Shape 23669"/>
                              <wps:cNvSpPr/>
                              <wps:spPr>
                                <a:xfrm>
                                  <a:off x="4445" y="5080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70" name="Shape 23670"/>
                              <wps:cNvSpPr/>
                              <wps:spPr>
                                <a:xfrm>
                                  <a:off x="89535" y="5080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71" name="Shape 23671"/>
                              <wps:cNvSpPr/>
                              <wps:spPr>
                                <a:xfrm>
                                  <a:off x="0" y="184786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72" name="Shape 23672"/>
                              <wps:cNvSpPr/>
                              <wps:spPr>
                                <a:xfrm>
                                  <a:off x="0" y="184786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73" name="Shape 23673"/>
                              <wps:cNvSpPr/>
                              <wps:spPr>
                                <a:xfrm>
                                  <a:off x="8890" y="184786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74" name="Shape 23674"/>
                              <wps:cNvSpPr/>
                              <wps:spPr>
                                <a:xfrm>
                                  <a:off x="85090" y="184786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75" name="Shape 23675"/>
                              <wps:cNvSpPr/>
                              <wps:spPr>
                                <a:xfrm>
                                  <a:off x="85090" y="184786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239730" id="Group 179326" o:spid="_x0000_s1026" style="position:absolute;margin-left:4.35pt;margin-top:-.75pt;width:7.45pt;height:14.55pt;z-index:-251683840" coordsize="94615,184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">
                      <v:shape id="Shape 222330" o:spid="_x0000_s1027" style="position:absolute;left:9525;top:5080;width:76200;height:175260;visibility:visible;mso-wrap-style:square;v-text-anchor:top" coordsize="762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" path="m,l76200,r,175260l,175260,,e" fillcolor="#f7fcf7" stroked="f" strokeweight="0">
                        <v:stroke miterlimit="83231f" joinstyle="miter"/>
                        <v:path arrowok="t" textboxrect="0,0,76200,175260"/>
                      </v:shape>
                      <v:shape id="Shape 23664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3665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23666" o:spid="_x0000_s1030" style="position:absolute;left:9525;top:636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23667" o:spid="_x0000_s1031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3668" o:spid="_x0000_s1032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" path="m,l8890,e" filled="f" strokecolor="red" strokeweight=".72pt">
                        <v:path arrowok="t" textboxrect="0,0,8890,0"/>
                      </v:shape>
                      <v:shape id="Shape 23669" o:spid="_x0000_s1033" style="position:absolute;left:4445;top:5080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" path="m,l,175260e" filled="f" strokecolor="red" strokeweight=".72pt">
                        <v:path arrowok="t" textboxrect="0,0,0,175260"/>
                      </v:shape>
                      <v:shape id="Shape 23670" o:spid="_x0000_s1034" style="position:absolute;left:89535;top:5080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" path="m,l,175260e" filled="f" strokecolor="red" strokeweight=".72pt">
                        <v:path arrowok="t" textboxrect="0,0,0,175260"/>
                      </v:shape>
                      <v:shape id="Shape 23671" o:spid="_x0000_s1035" style="position:absolute;top:184786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3672" o:spid="_x0000_s1036" style="position:absolute;top:184786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3673" o:spid="_x0000_s1037" style="position:absolute;left:8890;top:184786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" path="m,l76200,e" filled="f" strokecolor="red" strokeweight=".72pt">
                        <v:path arrowok="t" textboxrect="0,0,76200,0"/>
                      </v:shape>
                      <v:shape id="Shape 23674" o:spid="_x0000_s1038" style="position:absolute;left:85090;top:184786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3675" o:spid="_x0000_s1039" style="position:absolute;left:85090;top:184786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5 </w:t>
            </w:r>
          </w:p>
          <w:p w14:paraId="0D41475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1C5B0CC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6C061A4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412A72B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1480231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12CFC55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47D237C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66B1B3D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4A4D18F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0AC2CD9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6E55CCE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6CA1C85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3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F0A4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2B89C51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4688" behindDoc="1" locked="0" layoutInCell="1" allowOverlap="1" wp14:anchorId="50DAF216" wp14:editId="7A8624E2">
                      <wp:simplePos x="0" y="0"/>
                      <wp:positionH relativeFrom="column">
                        <wp:posOffset>58547</wp:posOffset>
                      </wp:positionH>
                      <wp:positionV relativeFrom="paragraph">
                        <wp:posOffset>-9753</wp:posOffset>
                      </wp:positionV>
                      <wp:extent cx="94615" cy="184786"/>
                      <wp:effectExtent l="0" t="0" r="0" b="0"/>
                      <wp:wrapNone/>
                      <wp:docPr id="179515" name="Group 1795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4786"/>
                                <a:chOff x="0" y="0"/>
                                <a:chExt cx="94615" cy="184786"/>
                              </a:xfrm>
                            </wpg:grpSpPr>
                            <wps:wsp>
                              <wps:cNvPr id="222332" name="Shape 222332"/>
                              <wps:cNvSpPr/>
                              <wps:spPr>
                                <a:xfrm>
                                  <a:off x="8890" y="5080"/>
                                  <a:ext cx="762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26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C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77" name="Shape 23677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78" name="Shape 23678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79" name="Shape 23679"/>
                              <wps:cNvSpPr/>
                              <wps:spPr>
                                <a:xfrm>
                                  <a:off x="9525" y="636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0" name="Shape 23680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1" name="Shape 23681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2" name="Shape 23682"/>
                              <wps:cNvSpPr/>
                              <wps:spPr>
                                <a:xfrm>
                                  <a:off x="5080" y="5080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3" name="Shape 23683"/>
                              <wps:cNvSpPr/>
                              <wps:spPr>
                                <a:xfrm>
                                  <a:off x="90170" y="5080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4" name="Shape 23684"/>
                              <wps:cNvSpPr/>
                              <wps:spPr>
                                <a:xfrm>
                                  <a:off x="0" y="184786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5" name="Shape 23685"/>
                              <wps:cNvSpPr/>
                              <wps:spPr>
                                <a:xfrm>
                                  <a:off x="0" y="184786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6" name="Shape 23686"/>
                              <wps:cNvSpPr/>
                              <wps:spPr>
                                <a:xfrm>
                                  <a:off x="9525" y="184786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7" name="Shape 23687"/>
                              <wps:cNvSpPr/>
                              <wps:spPr>
                                <a:xfrm>
                                  <a:off x="85725" y="184786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8" name="Shape 23688"/>
                              <wps:cNvSpPr/>
                              <wps:spPr>
                                <a:xfrm>
                                  <a:off x="85725" y="184786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54E2D8" id="Group 179515" o:spid="_x0000_s1026" style="position:absolute;margin-left:4.6pt;margin-top:-.75pt;width:7.45pt;height:14.55pt;z-index:-251681792" coordsize="94615,184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">
                      <v:shape id="Shape 222332" o:spid="_x0000_s1027" style="position:absolute;left:8890;top:5080;width:76200;height:175260;visibility:visible;mso-wrap-style:square;v-text-anchor:top" coordsize="762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" path="m,l76200,r,175260l,175260,,e" fillcolor="#f7fcf7" stroked="f" strokeweight="0">
                        <v:stroke miterlimit="83231f" joinstyle="miter"/>
                        <v:path arrowok="t" textboxrect="0,0,76200,175260"/>
                      </v:shape>
                      <v:shape id="Shape 23677" o:spid="_x0000_s1028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3678" o:spid="_x0000_s1029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" path="m,l9525,e" filled="f" strokecolor="red" strokeweight=".72pt">
                        <v:path arrowok="t" textboxrect="0,0,9525,0"/>
                      </v:shape>
                      <v:shape id="Shape 23679" o:spid="_x0000_s1030" style="position:absolute;left:9525;top:636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23680" o:spid="_x0000_s1031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" path="m,l8890,e" filled="f" strokecolor="red" strokeweight=".72pt">
                        <v:path arrowok="t" textboxrect="0,0,8890,0"/>
                      </v:shape>
                      <v:shape id="Shape 23681" o:spid="_x0000_s1032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3682" o:spid="_x0000_s1033" style="position:absolute;left:5080;top:5080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" path="m,l,175260e" filled="f" strokecolor="red" strokeweight=".72pt">
                        <v:path arrowok="t" textboxrect="0,0,0,175260"/>
                      </v:shape>
                      <v:shape id="Shape 23683" o:spid="_x0000_s1034" style="position:absolute;left:90170;top:5080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" path="m,l,175260e" filled="f" strokecolor="red" strokeweight=".72pt">
                        <v:path arrowok="t" textboxrect="0,0,0,175260"/>
                      </v:shape>
                      <v:shape id="Shape 23684" o:spid="_x0000_s1035" style="position:absolute;top:184786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23685" o:spid="_x0000_s1036" style="position:absolute;top:184786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23686" o:spid="_x0000_s1037" style="position:absolute;left:9525;top:184786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23687" o:spid="_x0000_s1038" style="position:absolute;left:85725;top:184786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3688" o:spid="_x0000_s1039" style="position:absolute;left:85725;top:184786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  <w:p w14:paraId="5F5BF7B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663C512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3301F4D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6D1A0A3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1B067F0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634304A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1D15885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5E1BD14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6C39B8E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7D76B99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4EBB1A6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7AF0593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4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CCDC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279044D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6736" behindDoc="1" locked="0" layoutInCell="1" allowOverlap="1" wp14:anchorId="0741EBB7" wp14:editId="06FC7778">
                      <wp:simplePos x="0" y="0"/>
                      <wp:positionH relativeFrom="column">
                        <wp:posOffset>56769</wp:posOffset>
                      </wp:positionH>
                      <wp:positionV relativeFrom="paragraph">
                        <wp:posOffset>-9753</wp:posOffset>
                      </wp:positionV>
                      <wp:extent cx="95250" cy="184786"/>
                      <wp:effectExtent l="0" t="0" r="0" b="0"/>
                      <wp:wrapNone/>
                      <wp:docPr id="179601" name="Group 1796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" cy="184786"/>
                                <a:chOff x="0" y="0"/>
                                <a:chExt cx="95250" cy="184786"/>
                              </a:xfrm>
                            </wpg:grpSpPr>
                            <wps:wsp>
                              <wps:cNvPr id="222334" name="Shape 222334"/>
                              <wps:cNvSpPr/>
                              <wps:spPr>
                                <a:xfrm>
                                  <a:off x="9525" y="5080"/>
                                  <a:ext cx="762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26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C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0" name="Shape 23690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1" name="Shape 23691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2" name="Shape 23692"/>
                              <wps:cNvSpPr/>
                              <wps:spPr>
                                <a:xfrm>
                                  <a:off x="9525" y="636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3" name="Shape 23693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4" name="Shape 23694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5" name="Shape 23695"/>
                              <wps:cNvSpPr/>
                              <wps:spPr>
                                <a:xfrm>
                                  <a:off x="4445" y="5080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6" name="Shape 23696"/>
                              <wps:cNvSpPr/>
                              <wps:spPr>
                                <a:xfrm>
                                  <a:off x="89535" y="5080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7" name="Shape 23697"/>
                              <wps:cNvSpPr/>
                              <wps:spPr>
                                <a:xfrm>
                                  <a:off x="0" y="184786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8" name="Shape 23698"/>
                              <wps:cNvSpPr/>
                              <wps:spPr>
                                <a:xfrm>
                                  <a:off x="0" y="184786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9" name="Shape 23699"/>
                              <wps:cNvSpPr/>
                              <wps:spPr>
                                <a:xfrm>
                                  <a:off x="8890" y="184786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0" name="Shape 23700"/>
                              <wps:cNvSpPr/>
                              <wps:spPr>
                                <a:xfrm>
                                  <a:off x="85090" y="184786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1" name="Shape 23701"/>
                              <wps:cNvSpPr/>
                              <wps:spPr>
                                <a:xfrm>
                                  <a:off x="85090" y="184786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F88FCE" id="Group 179601" o:spid="_x0000_s1026" style="position:absolute;margin-left:4.45pt;margin-top:-.75pt;width:7.5pt;height:14.55pt;z-index:-251679744" coordsize="95250,184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">
                      <v:shape id="Shape 222334" o:spid="_x0000_s1027" style="position:absolute;left:9525;top:5080;width:76200;height:175260;visibility:visible;mso-wrap-style:square;v-text-anchor:top" coordsize="762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" path="m,l76200,r,175260l,175260,,e" fillcolor="#f7fcf7" stroked="f" strokeweight="0">
                        <v:stroke miterlimit="83231f" joinstyle="miter"/>
                        <v:path arrowok="t" textboxrect="0,0,76200,175260"/>
                      </v:shape>
                      <v:shape id="Shape 23690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3691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3692" o:spid="_x0000_s1030" style="position:absolute;left:9525;top:636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23693" o:spid="_x0000_s1031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3694" o:spid="_x0000_s1032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3695" o:spid="_x0000_s1033" style="position:absolute;left:4445;top:5080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" path="m,l,175260e" filled="f" strokecolor="red" strokeweight=".72pt">
                        <v:path arrowok="t" textboxrect="0,0,0,175260"/>
                      </v:shape>
                      <v:shape id="Shape 23696" o:spid="_x0000_s1034" style="position:absolute;left:89535;top:5080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" path="m,l,175260e" filled="f" strokecolor="red" strokeweight=".72pt">
                        <v:path arrowok="t" textboxrect="0,0,0,175260"/>
                      </v:shape>
                      <v:shape id="Shape 23697" o:spid="_x0000_s1035" style="position:absolute;top:184786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3698" o:spid="_x0000_s1036" style="position:absolute;top:184786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23699" o:spid="_x0000_s1037" style="position:absolute;left:8890;top:184786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23700" o:spid="_x0000_s1038" style="position:absolute;left:85090;top:184786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" path="m,l9525,e" filled="f" strokecolor="red" strokeweight=".72pt">
                        <v:path arrowok="t" textboxrect="0,0,9525,0"/>
                      </v:shape>
                      <v:shape id="Shape 23701" o:spid="_x0000_s1039" style="position:absolute;left:85090;top:184786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  <w:p w14:paraId="64AE6A7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12380A9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0AFAF9C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594D269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7FCEBD9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394BDC9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2E5A503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59C4332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56EA816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7D74503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7237615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519D57F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0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43613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32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62CD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0222F91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Наблюдение за предложенным набором слов: что обознача ют, на какой вопрос отвечают, формулирование вывода, введение понятия «имя прилагательное».Работа в парах:     распределение     имён прилагательных на три группы в зависимости от того, на какой вопрос отвечают: «какой?», </w:t>
            </w:r>
          </w:p>
          <w:p w14:paraId="12BBB28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«какое?», </w:t>
            </w:r>
          </w:p>
          <w:p w14:paraId="45BD2C4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ab/>
              <w:t xml:space="preserve">«какая?».Наблюдение </w:t>
            </w:r>
            <w:r w:rsidRPr="005D2DD1">
              <w:tab/>
              <w:t xml:space="preserve">за </w:t>
            </w:r>
          </w:p>
          <w:p w14:paraId="05588FF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лексическим значением   имён прилагательных.Дифференциро ванное задание: выявление общего признака группы имён прилагательных.Практическая работа: выписывание из текста имён прилага тельных </w:t>
            </w:r>
          </w:p>
        </w:tc>
        <w:tc>
          <w:tcPr>
            <w:tcW w:w="129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7A6F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9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EDEA7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</w:tr>
      <w:tr w:rsidR="005D2DD1" w:rsidRPr="005D2DD1" w14:paraId="13500311" w14:textId="77777777" w:rsidTr="00802828">
        <w:trPr>
          <w:trHeight w:val="289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FA7DEC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BD6A19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9C3719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FA87C9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37EB5C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4CEAE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DBBE5D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A22BC9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21A9DFA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043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7FCF7"/>
          </w:tcPr>
          <w:p w14:paraId="0CF5A14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>Письменн</w:t>
            </w:r>
          </w:p>
        </w:tc>
        <w:tc>
          <w:tcPr>
            <w:tcW w:w="156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638B63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08B3809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695949E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u w:val="single"/>
              </w:rPr>
              <w:t xml:space="preserve"> </w:t>
            </w:r>
            <w:r w:rsidRPr="005D2DD1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74A7A4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5D2DD1" w14:paraId="4F19C451" w14:textId="77777777" w:rsidTr="00802828">
        <w:trPr>
          <w:trHeight w:val="32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925766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2FD50C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0D03E7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5B86E5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52A7BA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F96EAE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17B019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7ACB9355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30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7FCF7"/>
          </w:tcPr>
          <w:p w14:paraId="6EE0259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>ый</w:t>
            </w:r>
          </w:p>
        </w:tc>
        <w:tc>
          <w:tcPr>
            <w:tcW w:w="742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14:paraId="280E88C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50A2881F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4CE5D5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5D2DD1" w14:paraId="18B13F0F" w14:textId="77777777" w:rsidTr="00802828">
        <w:trPr>
          <w:trHeight w:val="279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8D2A26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96BBAA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AA23A7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268EAB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3BF72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85ACD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44C937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4E8084B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30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7FCF7"/>
          </w:tcPr>
          <w:p w14:paraId="2492D96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u w:val="single"/>
              </w:rPr>
              <w:t>ко</w:t>
            </w:r>
          </w:p>
        </w:tc>
        <w:tc>
          <w:tcPr>
            <w:tcW w:w="742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F7FCF7"/>
          </w:tcPr>
          <w:p w14:paraId="30AAE1B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u w:val="single"/>
              </w:rPr>
              <w:t>нтроль;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26A20425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85D10A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5D2DD1" w14:paraId="1D7799E0" w14:textId="77777777" w:rsidTr="00802828">
        <w:trPr>
          <w:trHeight w:val="429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CCE6E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843B3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A1FE4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D63CF3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D2F4A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BEAD9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D4CD1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3268BA6E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30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6C4D2E4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7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77DB7939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39C67E69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EC61FB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1C0564" w14:paraId="3F94EC14" w14:textId="77777777" w:rsidTr="00802828">
        <w:trPr>
          <w:trHeight w:val="107"/>
        </w:trPr>
        <w:tc>
          <w:tcPr>
            <w:tcW w:w="4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6E8F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7134F7B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5. </w:t>
            </w:r>
          </w:p>
          <w:p w14:paraId="181118F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4. </w:t>
            </w:r>
          </w:p>
          <w:p w14:paraId="62F715E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3C0FB01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40E2F0D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5D3D5DF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16499C2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20F74C9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4A423C4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9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07B6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 </w:t>
            </w:r>
          </w:p>
          <w:p w14:paraId="155B6DB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Предлог. Отличие предлогов от приставок. Наиболее распространённые предлоги: </w:t>
            </w:r>
            <w:r w:rsidRPr="005D2DD1">
              <w:rPr>
                <w:b/>
              </w:rPr>
              <w:t xml:space="preserve">в, на, из, без, над, до, у, о, об </w:t>
            </w:r>
            <w:r w:rsidRPr="005D2DD1">
              <w:t xml:space="preserve">и др. </w:t>
            </w:r>
          </w:p>
          <w:p w14:paraId="6F8E02D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3610C74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3CB8E2E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1BE58D0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5060794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201A291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26A6E79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6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05BD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 </w:t>
            </w:r>
          </w:p>
          <w:p w14:paraId="4A9FE68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38784" behindDoc="1" locked="0" layoutInCell="1" allowOverlap="1" wp14:anchorId="1E7FDB9C" wp14:editId="2A18BF2C">
                      <wp:simplePos x="0" y="0"/>
                      <wp:positionH relativeFrom="column">
                        <wp:posOffset>55372</wp:posOffset>
                      </wp:positionH>
                      <wp:positionV relativeFrom="paragraph">
                        <wp:posOffset>-2641</wp:posOffset>
                      </wp:positionV>
                      <wp:extent cx="94615" cy="186055"/>
                      <wp:effectExtent l="0" t="0" r="0" b="0"/>
                      <wp:wrapNone/>
                      <wp:docPr id="181244" name="Group 1812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6055"/>
                                <a:chOff x="0" y="0"/>
                                <a:chExt cx="94615" cy="186055"/>
                              </a:xfrm>
                            </wpg:grpSpPr>
                            <wps:wsp>
                              <wps:cNvPr id="222336" name="Shape 222336"/>
                              <wps:cNvSpPr/>
                              <wps:spPr>
                                <a:xfrm>
                                  <a:off x="9525" y="4445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C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3" name="Shape 23703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4" name="Shape 23704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5" name="Shape 23705"/>
                              <wps:cNvSpPr/>
                              <wps:spPr>
                                <a:xfrm>
                                  <a:off x="9525" y="63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6" name="Shape 23706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7" name="Shape 23707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8" name="Shape 23708"/>
                              <wps:cNvSpPr/>
                              <wps:spPr>
                                <a:xfrm>
                                  <a:off x="4445" y="4445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9" name="Shape 23709"/>
                              <wps:cNvSpPr/>
                              <wps:spPr>
                                <a:xfrm>
                                  <a:off x="89535" y="4445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10" name="Shape 23710"/>
                              <wps:cNvSpPr/>
                              <wps:spPr>
                                <a:xfrm>
                                  <a:off x="0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11" name="Shape 23711"/>
                              <wps:cNvSpPr/>
                              <wps:spPr>
                                <a:xfrm>
                                  <a:off x="0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12" name="Shape 23712"/>
                              <wps:cNvSpPr/>
                              <wps:spPr>
                                <a:xfrm>
                                  <a:off x="8890" y="18605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13" name="Shape 23713"/>
                              <wps:cNvSpPr/>
                              <wps:spPr>
                                <a:xfrm>
                                  <a:off x="85090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14" name="Shape 23714"/>
                              <wps:cNvSpPr/>
                              <wps:spPr>
                                <a:xfrm>
                                  <a:off x="85090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3B12A5" id="Group 181244" o:spid="_x0000_s1026" style="position:absolute;margin-left:4.35pt;margin-top:-.2pt;width:7.45pt;height:14.65pt;z-index:-251677696" coordsize="94615,186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">
                      <v:shape id="Shape 222336" o:spid="_x0000_s1027" style="position:absolute;left:9525;top:4445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" path="m,l76200,r,177165l,177165,,e" fillcolor="#f7fcf7" stroked="f" strokeweight="0">
                        <v:stroke miterlimit="83231f" joinstyle="miter"/>
                        <v:path arrowok="t" textboxrect="0,0,76200,177165"/>
                      </v:shape>
                      <v:shape id="Shape 23703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3704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3705" o:spid="_x0000_s1030" style="position:absolute;left:9525;top:63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23706" o:spid="_x0000_s1031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3707" o:spid="_x0000_s1032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3708" o:spid="_x0000_s1033" style="position:absolute;left:4445;top:4445;width:0;height:177165;visibility:visible;mso-wrap-style:square;v-text-anchor:top" coordsize="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" path="m,l,177165e" filled="f" strokecolor="red" strokeweight=".72pt">
                        <v:path arrowok="t" textboxrect="0,0,0,177165"/>
                      </v:shape>
                      <v:shape id="Shape 23709" o:spid="_x0000_s1034" style="position:absolute;left:89535;top:4445;width:0;height:177165;visibility:visible;mso-wrap-style:square;v-text-anchor:top" coordsize="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" path="m,l,177165e" filled="f" strokecolor="red" strokeweight=".72pt">
                        <v:path arrowok="t" textboxrect="0,0,0,177165"/>
                      </v:shape>
                      <v:shape id="Shape 23710" o:spid="_x0000_s1035" style="position:absolute;top:18605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23711" o:spid="_x0000_s1036" style="position:absolute;top:18605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3712" o:spid="_x0000_s1037" style="position:absolute;left:8890;top:18605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23713" o:spid="_x0000_s1038" style="position:absolute;left:85090;top:18605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3714" o:spid="_x0000_s1039" style="position:absolute;left:85090;top:18605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4 </w:t>
            </w:r>
          </w:p>
          <w:p w14:paraId="735A9A8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75E7520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4642FC3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12D26E7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2DE4DD0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4000B49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761D6E5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3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E8C6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 </w:t>
            </w:r>
          </w:p>
          <w:p w14:paraId="48FDC11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1 </w:t>
            </w:r>
          </w:p>
          <w:p w14:paraId="49E619A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1B72E44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21AC2BA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6513271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2ACF888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76B48CF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079099E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4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BFE6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 </w:t>
            </w:r>
          </w:p>
          <w:p w14:paraId="370C12C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40832" behindDoc="1" locked="0" layoutInCell="1" allowOverlap="1" wp14:anchorId="126ACA1D" wp14:editId="25D866D2">
                      <wp:simplePos x="0" y="0"/>
                      <wp:positionH relativeFrom="column">
                        <wp:posOffset>56769</wp:posOffset>
                      </wp:positionH>
                      <wp:positionV relativeFrom="paragraph">
                        <wp:posOffset>-2641</wp:posOffset>
                      </wp:positionV>
                      <wp:extent cx="95250" cy="186055"/>
                      <wp:effectExtent l="0" t="0" r="0" b="0"/>
                      <wp:wrapNone/>
                      <wp:docPr id="181621" name="Group 1816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" cy="186055"/>
                                <a:chOff x="0" y="0"/>
                                <a:chExt cx="95250" cy="186055"/>
                              </a:xfrm>
                            </wpg:grpSpPr>
                            <wps:wsp>
                              <wps:cNvPr id="222338" name="Shape 222338"/>
                              <wps:cNvSpPr/>
                              <wps:spPr>
                                <a:xfrm>
                                  <a:off x="9525" y="4445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C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16" name="Shape 23716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17" name="Shape 23717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18" name="Shape 23718"/>
                              <wps:cNvSpPr/>
                              <wps:spPr>
                                <a:xfrm>
                                  <a:off x="9525" y="63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19" name="Shape 23719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20" name="Shape 23720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21" name="Shape 23721"/>
                              <wps:cNvSpPr/>
                              <wps:spPr>
                                <a:xfrm>
                                  <a:off x="4445" y="4445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22" name="Shape 23722"/>
                              <wps:cNvSpPr/>
                              <wps:spPr>
                                <a:xfrm>
                                  <a:off x="89535" y="4445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23" name="Shape 23723"/>
                              <wps:cNvSpPr/>
                              <wps:spPr>
                                <a:xfrm>
                                  <a:off x="0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24" name="Shape 23724"/>
                              <wps:cNvSpPr/>
                              <wps:spPr>
                                <a:xfrm>
                                  <a:off x="0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25" name="Shape 23725"/>
                              <wps:cNvSpPr/>
                              <wps:spPr>
                                <a:xfrm>
                                  <a:off x="8890" y="18605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26" name="Shape 23726"/>
                              <wps:cNvSpPr/>
                              <wps:spPr>
                                <a:xfrm>
                                  <a:off x="85090" y="18605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27" name="Shape 23727"/>
                              <wps:cNvSpPr/>
                              <wps:spPr>
                                <a:xfrm>
                                  <a:off x="85090" y="18605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6113B7" id="Group 181621" o:spid="_x0000_s1026" style="position:absolute;margin-left:4.45pt;margin-top:-.2pt;width:7.5pt;height:14.65pt;z-index:-251675648" coordsize="95250,186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">
                      <v:shape id="Shape 222338" o:spid="_x0000_s1027" style="position:absolute;left:9525;top:4445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" path="m,l76200,r,177165l,177165,,e" fillcolor="#f7fcf7" stroked="f" strokeweight="0">
                        <v:stroke miterlimit="83231f" joinstyle="miter"/>
                        <v:path arrowok="t" textboxrect="0,0,76200,177165"/>
                      </v:shape>
                      <v:shape id="Shape 23716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3717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23718" o:spid="_x0000_s1030" style="position:absolute;left:9525;top:63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" path="m,l76200,e" filled="f" strokecolor="red" strokeweight=".72pt">
                        <v:path arrowok="t" textboxrect="0,0,76200,0"/>
                      </v:shape>
                      <v:shape id="Shape 23719" o:spid="_x0000_s1031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3720" o:spid="_x0000_s1032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" path="m,l9525,e" filled="f" strokecolor="red" strokeweight=".72pt">
                        <v:path arrowok="t" textboxrect="0,0,9525,0"/>
                      </v:shape>
                      <v:shape id="Shape 23721" o:spid="_x0000_s1033" style="position:absolute;left:4445;top:4445;width:0;height:177165;visibility:visible;mso-wrap-style:square;v-text-anchor:top" coordsize="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" path="m,l,177165e" filled="f" strokecolor="red" strokeweight=".72pt">
                        <v:path arrowok="t" textboxrect="0,0,0,177165"/>
                      </v:shape>
                      <v:shape id="Shape 23722" o:spid="_x0000_s1034" style="position:absolute;left:89535;top:4445;width:0;height:177165;visibility:visible;mso-wrap-style:square;v-text-anchor:top" coordsize="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" path="m,l,177165e" filled="f" strokecolor="red" strokeweight=".72pt">
                        <v:path arrowok="t" textboxrect="0,0,0,177165"/>
                      </v:shape>
                      <v:shape id="Shape 23723" o:spid="_x0000_s1035" style="position:absolute;top:18605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3724" o:spid="_x0000_s1036" style="position:absolute;top:18605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3725" o:spid="_x0000_s1037" style="position:absolute;left:8890;top:18605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23726" o:spid="_x0000_s1038" style="position:absolute;left:85090;top:18605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3727" o:spid="_x0000_s1039" style="position:absolute;left:85090;top:18605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  <w:p w14:paraId="653865A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3FA1AFC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38E26BB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614C462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462CB9E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3CE4F4C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368EC3D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0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CEC2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 </w:t>
            </w:r>
          </w:p>
        </w:tc>
        <w:tc>
          <w:tcPr>
            <w:tcW w:w="32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B3E4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638FE0A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Учебный диалог «Чем похожи и чем различаются предлоги и приставки?».Совместное </w:t>
            </w:r>
          </w:p>
          <w:p w14:paraId="21AB85B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составление алгоритма различения приставок и предлогов.Списывание предложений с раскрытием скобок на основе применения </w:t>
            </w:r>
          </w:p>
          <w:p w14:paraId="4C34DBA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алгоритма различения предлогов </w:t>
            </w:r>
            <w:r w:rsidRPr="005D2DD1">
              <w:tab/>
              <w:t xml:space="preserve">и приставок.Творческая работа: составление предложений, в которых есть одинаково звучащие предлоги и приставки </w:t>
            </w:r>
          </w:p>
        </w:tc>
        <w:tc>
          <w:tcPr>
            <w:tcW w:w="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2DA5A6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 </w:t>
            </w:r>
          </w:p>
        </w:tc>
        <w:tc>
          <w:tcPr>
            <w:tcW w:w="30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DCBBE26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7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C4A7445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15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F5B6B4F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309370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5D2DD1" w14:paraId="54A34B70" w14:textId="77777777" w:rsidTr="00802828">
        <w:trPr>
          <w:trHeight w:val="29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31A48A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822F4E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5D8FC4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61102B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B623C7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876130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A8246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C88BB6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248A961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3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7FCF7"/>
          </w:tcPr>
          <w:p w14:paraId="73ABEBC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>П</w:t>
            </w:r>
          </w:p>
        </w:tc>
        <w:tc>
          <w:tcPr>
            <w:tcW w:w="742" w:type="dxa"/>
            <w:tcBorders>
              <w:top w:val="single" w:sz="6" w:space="0" w:color="000000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F7FCF7"/>
          </w:tcPr>
          <w:p w14:paraId="258231A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>исьменн</w:t>
            </w:r>
          </w:p>
        </w:tc>
        <w:tc>
          <w:tcPr>
            <w:tcW w:w="156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EB88CC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58FE248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28CB641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CCCB63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5D2DD1" w14:paraId="50C0CF89" w14:textId="77777777" w:rsidTr="00802828">
        <w:trPr>
          <w:trHeight w:val="32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91E38D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D36639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0575EC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8990B6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8175E0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93F177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A3029A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AA7936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30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7FCF7"/>
          </w:tcPr>
          <w:p w14:paraId="29CEBED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>ый</w:t>
            </w:r>
          </w:p>
        </w:tc>
        <w:tc>
          <w:tcPr>
            <w:tcW w:w="742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14:paraId="7B7D2C6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0C1E5360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71546F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5D2DD1" w14:paraId="266129EB" w14:textId="77777777" w:rsidTr="00802828">
        <w:trPr>
          <w:trHeight w:val="28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E690DE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5053D1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AC311F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E554F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F883EF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EA2E41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FD69ED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0DD57BAC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1043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CF7"/>
          </w:tcPr>
          <w:p w14:paraId="51F62F6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>контроль;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6C856BEA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89E69E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5D2DD1" w14:paraId="1C6191A0" w14:textId="77777777" w:rsidTr="00802828">
        <w:trPr>
          <w:trHeight w:val="2945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1F323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96C9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7C5D4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D4237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1F68C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C260A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C048E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4CC79AE5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104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08E1ED5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07418A7A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6A2D87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5D2DD1" w14:paraId="41587378" w14:textId="77777777" w:rsidTr="00802828">
        <w:trPr>
          <w:trHeight w:val="504"/>
        </w:trPr>
        <w:tc>
          <w:tcPr>
            <w:tcW w:w="34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1C6B1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Итого по разделу: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44FB2A" w14:textId="77777777" w:rsidR="005D2DD1" w:rsidRPr="005D2DD1" w:rsidRDefault="005D2DD1" w:rsidP="005D2DD1">
            <w:pPr>
              <w:spacing w:after="200" w:line="276" w:lineRule="auto"/>
            </w:pPr>
          </w:p>
          <w:tbl>
            <w:tblPr>
              <w:tblStyle w:val="TableGrid"/>
              <w:tblW w:w="240" w:type="dxa"/>
              <w:tblInd w:w="102" w:type="dxa"/>
              <w:tblCellMar>
                <w:left w:w="6" w:type="dxa"/>
              </w:tblCellMar>
              <w:tblLook w:val="04A0" w:firstRow="1" w:lastRow="0" w:firstColumn="1" w:lastColumn="0" w:noHBand="0" w:noVBand="1"/>
            </w:tblPr>
            <w:tblGrid>
              <w:gridCol w:w="250"/>
            </w:tblGrid>
            <w:tr w:rsidR="005D2DD1" w:rsidRPr="005D2DD1" w14:paraId="36063D4B" w14:textId="77777777" w:rsidTr="00802828">
              <w:trPr>
                <w:trHeight w:val="276"/>
              </w:trPr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CF7"/>
                </w:tcPr>
                <w:p w14:paraId="506461BC" w14:textId="77777777" w:rsidR="005D2DD1" w:rsidRPr="005D2DD1" w:rsidRDefault="005D2DD1" w:rsidP="005D2DD1">
                  <w:pPr>
                    <w:spacing w:after="200" w:line="276" w:lineRule="auto"/>
                  </w:pPr>
                  <w:r w:rsidRPr="005D2DD1">
                    <w:t>19</w:t>
                  </w:r>
                </w:p>
              </w:tc>
            </w:tr>
          </w:tbl>
          <w:p w14:paraId="286A317A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1133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F8D6E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</w:tr>
      <w:tr w:rsidR="005D2DD1" w:rsidRPr="005D2DD1" w14:paraId="70176DB4" w14:textId="77777777" w:rsidTr="00802828">
        <w:trPr>
          <w:trHeight w:val="470"/>
        </w:trPr>
        <w:tc>
          <w:tcPr>
            <w:tcW w:w="15389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52947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Раздел 6. </w:t>
            </w:r>
            <w:r w:rsidRPr="005D2DD1">
              <w:rPr>
                <w:b/>
              </w:rPr>
              <w:t xml:space="preserve">Синтаксис </w:t>
            </w:r>
          </w:p>
        </w:tc>
      </w:tr>
    </w:tbl>
    <w:p w14:paraId="4DD87A9E" w14:textId="77777777" w:rsidR="005D2DD1" w:rsidRPr="005D2DD1" w:rsidRDefault="005D2DD1" w:rsidP="005D2DD1">
      <w:pPr>
        <w:rPr>
          <w:lang w:val="ru-RU"/>
        </w:rPr>
      </w:pPr>
      <w:r w:rsidRPr="005D2DD1">
        <w:rPr>
          <w:lang w:val="ru-RU"/>
        </w:rPr>
        <w:t xml:space="preserve"> </w:t>
      </w:r>
    </w:p>
    <w:tbl>
      <w:tblPr>
        <w:tblStyle w:val="TableGrid"/>
        <w:tblW w:w="15389" w:type="dxa"/>
        <w:tblInd w:w="146" w:type="dxa"/>
        <w:tblCellMar>
          <w:top w:w="7" w:type="dxa"/>
          <w:left w:w="7" w:type="dxa"/>
          <w:right w:w="18" w:type="dxa"/>
        </w:tblCellMar>
        <w:tblLook w:val="04A0" w:firstRow="1" w:lastRow="0" w:firstColumn="1" w:lastColumn="0" w:noHBand="0" w:noVBand="1"/>
      </w:tblPr>
      <w:tblGrid>
        <w:gridCol w:w="475"/>
        <w:gridCol w:w="2929"/>
        <w:gridCol w:w="648"/>
        <w:gridCol w:w="1388"/>
        <w:gridCol w:w="1431"/>
        <w:gridCol w:w="1008"/>
        <w:gridCol w:w="3231"/>
        <w:gridCol w:w="1292"/>
        <w:gridCol w:w="2987"/>
      </w:tblGrid>
      <w:tr w:rsidR="005D2DD1" w:rsidRPr="005D2DD1" w14:paraId="5BF21548" w14:textId="77777777" w:rsidTr="00802828">
        <w:trPr>
          <w:trHeight w:val="1849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4CC5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6. </w:t>
            </w:r>
          </w:p>
          <w:p w14:paraId="5880611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1. </w:t>
            </w: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19019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Порядок слов в </w:t>
            </w:r>
          </w:p>
          <w:p w14:paraId="6A5E3EE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предложении; связь слов в предложении </w:t>
            </w:r>
          </w:p>
          <w:p w14:paraId="3CA0810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(повторение). </w:t>
            </w:r>
          </w:p>
          <w:p w14:paraId="7482EA9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Предложение как единица </w:t>
            </w:r>
            <w:r w:rsidRPr="005D2DD1">
              <w:lastRenderedPageBreak/>
              <w:t xml:space="preserve">языка.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DB4A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42880" behindDoc="1" locked="0" layoutInCell="1" allowOverlap="1" wp14:anchorId="79ED472C" wp14:editId="1ED06EBA">
                      <wp:simplePos x="0" y="0"/>
                      <wp:positionH relativeFrom="column">
                        <wp:posOffset>55372</wp:posOffset>
                      </wp:positionH>
                      <wp:positionV relativeFrom="paragraph">
                        <wp:posOffset>-609</wp:posOffset>
                      </wp:positionV>
                      <wp:extent cx="94615" cy="184786"/>
                      <wp:effectExtent l="0" t="0" r="0" b="0"/>
                      <wp:wrapNone/>
                      <wp:docPr id="191886" name="Group 1918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4786"/>
                                <a:chOff x="0" y="0"/>
                                <a:chExt cx="94615" cy="184786"/>
                              </a:xfrm>
                            </wpg:grpSpPr>
                            <wps:wsp>
                              <wps:cNvPr id="222340" name="Shape 222340"/>
                              <wps:cNvSpPr/>
                              <wps:spPr>
                                <a:xfrm>
                                  <a:off x="9525" y="5080"/>
                                  <a:ext cx="762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26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23" name="Shape 25123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24" name="Shape 25124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25" name="Shape 25125"/>
                              <wps:cNvSpPr/>
                              <wps:spPr>
                                <a:xfrm>
                                  <a:off x="9525" y="636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26" name="Shape 25126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27" name="Shape 25127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28" name="Shape 25128"/>
                              <wps:cNvSpPr/>
                              <wps:spPr>
                                <a:xfrm>
                                  <a:off x="4445" y="5080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29" name="Shape 25129"/>
                              <wps:cNvSpPr/>
                              <wps:spPr>
                                <a:xfrm>
                                  <a:off x="89535" y="5080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30" name="Shape 25130"/>
                              <wps:cNvSpPr/>
                              <wps:spPr>
                                <a:xfrm>
                                  <a:off x="0" y="184786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31" name="Shape 25131"/>
                              <wps:cNvSpPr/>
                              <wps:spPr>
                                <a:xfrm>
                                  <a:off x="0" y="184786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32" name="Shape 25132"/>
                              <wps:cNvSpPr/>
                              <wps:spPr>
                                <a:xfrm>
                                  <a:off x="8890" y="184786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33" name="Shape 25133"/>
                              <wps:cNvSpPr/>
                              <wps:spPr>
                                <a:xfrm>
                                  <a:off x="85090" y="184786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34" name="Shape 25134"/>
                              <wps:cNvSpPr/>
                              <wps:spPr>
                                <a:xfrm>
                                  <a:off x="85090" y="184786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3C7F39" id="Group 191886" o:spid="_x0000_s1026" style="position:absolute;margin-left:4.35pt;margin-top:-.05pt;width:7.45pt;height:14.55pt;z-index:-251673600" coordsize="94615,184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">
                      <v:shape id="Shape 222340" o:spid="_x0000_s1027" style="position:absolute;left:9525;top:5080;width:76200;height:175260;visibility:visible;mso-wrap-style:square;v-text-anchor:top" coordsize="762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" path="m,l76200,r,175260l,175260,,e" fillcolor="#fff186" stroked="f" strokeweight="0">
                        <v:stroke miterlimit="83231f" joinstyle="miter"/>
                        <v:path arrowok="t" textboxrect="0,0,76200,175260"/>
                      </v:shape>
                      <v:shape id="Shape 25123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5124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5125" o:spid="_x0000_s1030" style="position:absolute;left:9525;top:636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25126" o:spid="_x0000_s1031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5127" o:spid="_x0000_s1032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5128" o:spid="_x0000_s1033" style="position:absolute;left:4445;top:5080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" path="m,l,175260e" filled="f" strokecolor="red" strokeweight=".72pt">
                        <v:path arrowok="t" textboxrect="0,0,0,175260"/>
                      </v:shape>
                      <v:shape id="Shape 25129" o:spid="_x0000_s1034" style="position:absolute;left:89535;top:5080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" path="m,l,175260e" filled="f" strokecolor="red" strokeweight=".72pt">
                        <v:path arrowok="t" textboxrect="0,0,0,175260"/>
                      </v:shape>
                      <v:shape id="Shape 25130" o:spid="_x0000_s1035" style="position:absolute;top:184786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25131" o:spid="_x0000_s1036" style="position:absolute;top:184786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5132" o:spid="_x0000_s1037" style="position:absolute;left:8890;top:184786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25133" o:spid="_x0000_s1038" style="position:absolute;left:85090;top:184786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5134" o:spid="_x0000_s1039" style="position:absolute;left:85090;top:184786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2 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7A3B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4928" behindDoc="1" locked="0" layoutInCell="1" allowOverlap="1" wp14:anchorId="3D34A645" wp14:editId="27DB7099">
                      <wp:simplePos x="0" y="0"/>
                      <wp:positionH relativeFrom="column">
                        <wp:posOffset>58547</wp:posOffset>
                      </wp:positionH>
                      <wp:positionV relativeFrom="paragraph">
                        <wp:posOffset>-609</wp:posOffset>
                      </wp:positionV>
                      <wp:extent cx="94615" cy="184786"/>
                      <wp:effectExtent l="0" t="0" r="0" b="0"/>
                      <wp:wrapNone/>
                      <wp:docPr id="191911" name="Group 1919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4786"/>
                                <a:chOff x="0" y="0"/>
                                <a:chExt cx="94615" cy="184786"/>
                              </a:xfrm>
                            </wpg:grpSpPr>
                            <wps:wsp>
                              <wps:cNvPr id="222342" name="Shape 222342"/>
                              <wps:cNvSpPr/>
                              <wps:spPr>
                                <a:xfrm>
                                  <a:off x="8890" y="5080"/>
                                  <a:ext cx="762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26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36" name="Shape 25136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37" name="Shape 25137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38" name="Shape 25138"/>
                              <wps:cNvSpPr/>
                              <wps:spPr>
                                <a:xfrm>
                                  <a:off x="9525" y="636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39" name="Shape 25139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40" name="Shape 25140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41" name="Shape 25141"/>
                              <wps:cNvSpPr/>
                              <wps:spPr>
                                <a:xfrm>
                                  <a:off x="5080" y="5080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42" name="Shape 25142"/>
                              <wps:cNvSpPr/>
                              <wps:spPr>
                                <a:xfrm>
                                  <a:off x="90170" y="5080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43" name="Shape 25143"/>
                              <wps:cNvSpPr/>
                              <wps:spPr>
                                <a:xfrm>
                                  <a:off x="0" y="184786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44" name="Shape 25144"/>
                              <wps:cNvSpPr/>
                              <wps:spPr>
                                <a:xfrm>
                                  <a:off x="0" y="184786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45" name="Shape 25145"/>
                              <wps:cNvSpPr/>
                              <wps:spPr>
                                <a:xfrm>
                                  <a:off x="9525" y="184786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46" name="Shape 25146"/>
                              <wps:cNvSpPr/>
                              <wps:spPr>
                                <a:xfrm>
                                  <a:off x="85725" y="184786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47" name="Shape 25147"/>
                              <wps:cNvSpPr/>
                              <wps:spPr>
                                <a:xfrm>
                                  <a:off x="85725" y="184786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771130" id="Group 191911" o:spid="_x0000_s1026" style="position:absolute;margin-left:4.6pt;margin-top:-.05pt;width:7.45pt;height:14.55pt;z-index:-251671552" coordsize="94615,184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">
                      <v:shape id="Shape 222342" o:spid="_x0000_s1027" style="position:absolute;left:8890;top:5080;width:76200;height:175260;visibility:visible;mso-wrap-style:square;v-text-anchor:top" coordsize="762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" path="m,l76200,r,175260l,175260,,e" fillcolor="#fff186" stroked="f" strokeweight="0">
                        <v:stroke miterlimit="83231f" joinstyle="miter"/>
                        <v:path arrowok="t" textboxrect="0,0,76200,175260"/>
                      </v:shape>
                      <v:shape id="Shape 25136" o:spid="_x0000_s1028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25137" o:spid="_x0000_s1029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5138" o:spid="_x0000_s1030" style="position:absolute;left:9525;top:636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" path="m,l76200,e" filled="f" strokecolor="red" strokeweight=".72pt">
                        <v:path arrowok="t" textboxrect="0,0,76200,0"/>
                      </v:shape>
                      <v:shape id="Shape 25139" o:spid="_x0000_s1031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25140" o:spid="_x0000_s1032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25141" o:spid="_x0000_s1033" style="position:absolute;left:5080;top:5080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" path="m,l,175260e" filled="f" strokecolor="red" strokeweight=".72pt">
                        <v:path arrowok="t" textboxrect="0,0,0,175260"/>
                      </v:shape>
                      <v:shape id="Shape 25142" o:spid="_x0000_s1034" style="position:absolute;left:90170;top:5080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" path="m,l,175260e" filled="f" strokecolor="red" strokeweight=".72pt">
                        <v:path arrowok="t" textboxrect="0,0,0,175260"/>
                      </v:shape>
                      <v:shape id="Shape 25143" o:spid="_x0000_s1035" style="position:absolute;top:184786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5144" o:spid="_x0000_s1036" style="position:absolute;top:184786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25145" o:spid="_x0000_s1037" style="position:absolute;left:9525;top:184786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25146" o:spid="_x0000_s1038" style="position:absolute;left:85725;top:184786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5147" o:spid="_x0000_s1039" style="position:absolute;left:85725;top:184786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0566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6976" behindDoc="1" locked="0" layoutInCell="1" allowOverlap="1" wp14:anchorId="287B54A8" wp14:editId="1E6B77EA">
                      <wp:simplePos x="0" y="0"/>
                      <wp:positionH relativeFrom="column">
                        <wp:posOffset>56769</wp:posOffset>
                      </wp:positionH>
                      <wp:positionV relativeFrom="paragraph">
                        <wp:posOffset>-609</wp:posOffset>
                      </wp:positionV>
                      <wp:extent cx="95250" cy="184786"/>
                      <wp:effectExtent l="0" t="0" r="0" b="0"/>
                      <wp:wrapNone/>
                      <wp:docPr id="191946" name="Group 1919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" cy="184786"/>
                                <a:chOff x="0" y="0"/>
                                <a:chExt cx="95250" cy="184786"/>
                              </a:xfrm>
                            </wpg:grpSpPr>
                            <wps:wsp>
                              <wps:cNvPr id="222344" name="Shape 222344"/>
                              <wps:cNvSpPr/>
                              <wps:spPr>
                                <a:xfrm>
                                  <a:off x="9525" y="5080"/>
                                  <a:ext cx="762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26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49" name="Shape 25149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50" name="Shape 25150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51" name="Shape 25151"/>
                              <wps:cNvSpPr/>
                              <wps:spPr>
                                <a:xfrm>
                                  <a:off x="9525" y="636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52" name="Shape 25152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53" name="Shape 25153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54" name="Shape 25154"/>
                              <wps:cNvSpPr/>
                              <wps:spPr>
                                <a:xfrm>
                                  <a:off x="4445" y="5080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55" name="Shape 25155"/>
                              <wps:cNvSpPr/>
                              <wps:spPr>
                                <a:xfrm>
                                  <a:off x="89535" y="5080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56" name="Shape 25156"/>
                              <wps:cNvSpPr/>
                              <wps:spPr>
                                <a:xfrm>
                                  <a:off x="0" y="184786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57" name="Shape 25157"/>
                              <wps:cNvSpPr/>
                              <wps:spPr>
                                <a:xfrm>
                                  <a:off x="0" y="184786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58" name="Shape 25158"/>
                              <wps:cNvSpPr/>
                              <wps:spPr>
                                <a:xfrm>
                                  <a:off x="8890" y="184786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59" name="Shape 25159"/>
                              <wps:cNvSpPr/>
                              <wps:spPr>
                                <a:xfrm>
                                  <a:off x="85090" y="184786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60" name="Shape 25160"/>
                              <wps:cNvSpPr/>
                              <wps:spPr>
                                <a:xfrm>
                                  <a:off x="85090" y="184786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34EBCE" id="Group 191946" o:spid="_x0000_s1026" style="position:absolute;margin-left:4.45pt;margin-top:-.05pt;width:7.5pt;height:14.55pt;z-index:-251669504" coordsize="95250,184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">
                      <v:shape id="Shape 222344" o:spid="_x0000_s1027" style="position:absolute;left:9525;top:5080;width:76200;height:175260;visibility:visible;mso-wrap-style:square;v-text-anchor:top" coordsize="762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" path="m,l76200,r,175260l,175260,,e" fillcolor="#fff186" stroked="f" strokeweight="0">
                        <v:stroke miterlimit="83231f" joinstyle="miter"/>
                        <v:path arrowok="t" textboxrect="0,0,76200,175260"/>
                      </v:shape>
                      <v:shape id="Shape 25149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25150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5151" o:spid="_x0000_s1030" style="position:absolute;left:9525;top:636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25152" o:spid="_x0000_s1031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5153" o:spid="_x0000_s1032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5154" o:spid="_x0000_s1033" style="position:absolute;left:4445;top:5080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" path="m,l,175260e" filled="f" strokecolor="red" strokeweight=".72pt">
                        <v:path arrowok="t" textboxrect="0,0,0,175260"/>
                      </v:shape>
                      <v:shape id="Shape 25155" o:spid="_x0000_s1034" style="position:absolute;left:89535;top:5080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" path="m,l,175260e" filled="f" strokecolor="red" strokeweight=".72pt">
                        <v:path arrowok="t" textboxrect="0,0,0,175260"/>
                      </v:shape>
                      <v:shape id="Shape 25156" o:spid="_x0000_s1035" style="position:absolute;top:184786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5157" o:spid="_x0000_s1036" style="position:absolute;top:184786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5158" o:spid="_x0000_s1037" style="position:absolute;left:8890;top:184786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" path="m,l76200,e" filled="f" strokecolor="red" strokeweight=".72pt">
                        <v:path arrowok="t" textboxrect="0,0,76200,0"/>
                      </v:shape>
                      <v:shape id="Shape 25159" o:spid="_x0000_s1038" style="position:absolute;left:85090;top:184786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5160" o:spid="_x0000_s1039" style="position:absolute;left:85090;top:184786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" path="m,l9525,e" filled="f" strokecolor="red" strokeweight=".72pt">
                        <v:path arrowok="t" textboxrect="0,0,9525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0A79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32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9CF0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Обсуждение проблемного вопроса «Чем различаются предложение  и  „не предложение“?». Наблюдение за связью слов в предложении. </w:t>
            </w:r>
          </w:p>
          <w:p w14:paraId="5F4724F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Упражнение:   запись </w:t>
            </w:r>
            <w:r w:rsidRPr="005D2DD1">
              <w:lastRenderedPageBreak/>
              <w:t xml:space="preserve">предложений с употреблением слов в предложениях в нужной форме (с опорой на собственный речевой опыт). Работа в парах: составление предложений из набора слов 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61FC2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 </w:t>
            </w:r>
          </w:p>
          <w:p w14:paraId="15128D7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w:drawing>
                <wp:anchor distT="0" distB="0" distL="114300" distR="114300" simplePos="0" relativeHeight="251649024" behindDoc="1" locked="0" layoutInCell="1" allowOverlap="0" wp14:anchorId="1BE41F68" wp14:editId="199592A1">
                  <wp:simplePos x="0" y="0"/>
                  <wp:positionH relativeFrom="column">
                    <wp:posOffset>54228</wp:posOffset>
                  </wp:positionH>
                  <wp:positionV relativeFrom="paragraph">
                    <wp:posOffset>-36353</wp:posOffset>
                  </wp:positionV>
                  <wp:extent cx="658368" cy="783336"/>
                  <wp:effectExtent l="0" t="0" r="0" b="0"/>
                  <wp:wrapNone/>
                  <wp:docPr id="218703" name="Picture 2187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703" name="Picture 21870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783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D2DD1">
              <w:t xml:space="preserve"> </w:t>
            </w:r>
            <w:r w:rsidRPr="005D2DD1">
              <w:rPr>
                <w:u w:val="single"/>
              </w:rPr>
              <w:t>Текущий,</w:t>
            </w:r>
            <w:r w:rsidRPr="005D2DD1">
              <w:t xml:space="preserve"> </w:t>
            </w:r>
            <w:r w:rsidRPr="005D2DD1">
              <w:rPr>
                <w:u w:val="single"/>
              </w:rPr>
              <w:t>устный,</w:t>
            </w:r>
            <w:r w:rsidRPr="005D2DD1">
              <w:t xml:space="preserve">  </w:t>
            </w:r>
            <w:r w:rsidRPr="005D2DD1">
              <w:rPr>
                <w:u w:val="single"/>
              </w:rPr>
              <w:t>письменн</w:t>
            </w:r>
            <w:r w:rsidRPr="005D2DD1">
              <w:t xml:space="preserve"> ый </w:t>
            </w:r>
            <w:r w:rsidRPr="005D2DD1">
              <w:tab/>
              <w:t xml:space="preserve"> </w:t>
            </w:r>
          </w:p>
          <w:p w14:paraId="03CA551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9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F300C" w14:textId="77777777" w:rsidR="005D2DD1" w:rsidRPr="005D2DD1" w:rsidRDefault="005D2DD1" w:rsidP="005D2DD1">
            <w:pPr>
              <w:spacing w:after="200" w:line="276" w:lineRule="auto"/>
              <w:rPr>
                <w:lang w:val="en-US"/>
              </w:rPr>
            </w:pPr>
            <w:r w:rsidRPr="005D2DD1">
              <w:rPr>
                <w:lang w:val="en-US"/>
              </w:rPr>
              <w:t xml:space="preserve">school- collection.edu.ru/catalog/s earch/ </w:t>
            </w:r>
          </w:p>
          <w:p w14:paraId="2152E3EC" w14:textId="77777777" w:rsidR="005D2DD1" w:rsidRPr="005D2DD1" w:rsidRDefault="005D2DD1" w:rsidP="005D2DD1">
            <w:pPr>
              <w:spacing w:after="200" w:line="276" w:lineRule="auto"/>
              <w:rPr>
                <w:lang w:val="en-US"/>
              </w:rPr>
            </w:pPr>
            <w:r w:rsidRPr="005D2DD1">
              <w:t>Интерактивные</w:t>
            </w:r>
            <w:r w:rsidRPr="005D2DD1">
              <w:rPr>
                <w:lang w:val="en-US"/>
              </w:rPr>
              <w:t xml:space="preserve"> </w:t>
            </w:r>
            <w:r w:rsidRPr="005D2DD1">
              <w:t>плакаты</w:t>
            </w:r>
            <w:r w:rsidRPr="005D2DD1">
              <w:rPr>
                <w:lang w:val="en-US"/>
              </w:rPr>
              <w:t xml:space="preserve"> </w:t>
            </w:r>
          </w:p>
          <w:p w14:paraId="03FEAAFB" w14:textId="77777777" w:rsidR="005D2DD1" w:rsidRPr="005D2DD1" w:rsidRDefault="005D2DD1" w:rsidP="005D2DD1">
            <w:pPr>
              <w:spacing w:after="200" w:line="276" w:lineRule="auto"/>
              <w:rPr>
                <w:lang w:val="en-US"/>
              </w:rPr>
            </w:pPr>
            <w:r w:rsidRPr="005D2DD1">
              <w:rPr>
                <w:lang w:val="en-US"/>
              </w:rPr>
              <w:t xml:space="preserve">https://infourok.ru/interakt ivnie-pravila-po-russkomu- </w:t>
            </w:r>
            <w:r w:rsidRPr="005D2DD1">
              <w:rPr>
                <w:lang w:val="en-US"/>
              </w:rPr>
              <w:lastRenderedPageBreak/>
              <w:t xml:space="preserve">yaziku- </w:t>
            </w:r>
          </w:p>
        </w:tc>
      </w:tr>
      <w:tr w:rsidR="005D2DD1" w:rsidRPr="005D2DD1" w14:paraId="014F9E25" w14:textId="77777777" w:rsidTr="00802828">
        <w:trPr>
          <w:trHeight w:val="2127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74A8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6. </w:t>
            </w:r>
          </w:p>
          <w:p w14:paraId="0B6372B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2. </w:t>
            </w: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35980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Предложение и слово. Отличие предложения от слова. Наблюдение за выделением в устной речи одного из слов предложения (логическое ударение)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4FB9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1072" behindDoc="1" locked="0" layoutInCell="1" allowOverlap="1" wp14:anchorId="1A26E6A9" wp14:editId="616B8F66">
                      <wp:simplePos x="0" y="0"/>
                      <wp:positionH relativeFrom="column">
                        <wp:posOffset>55372</wp:posOffset>
                      </wp:positionH>
                      <wp:positionV relativeFrom="paragraph">
                        <wp:posOffset>914</wp:posOffset>
                      </wp:positionV>
                      <wp:extent cx="94615" cy="184150"/>
                      <wp:effectExtent l="0" t="0" r="0" b="0"/>
                      <wp:wrapNone/>
                      <wp:docPr id="195175" name="Group 195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4150"/>
                                <a:chOff x="0" y="0"/>
                                <a:chExt cx="94615" cy="184150"/>
                              </a:xfrm>
                            </wpg:grpSpPr>
                            <wps:wsp>
                              <wps:cNvPr id="222346" name="Shape 222346"/>
                              <wps:cNvSpPr/>
                              <wps:spPr>
                                <a:xfrm>
                                  <a:off x="9525" y="4445"/>
                                  <a:ext cx="762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26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62" name="Shape 25162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63" name="Shape 25163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64" name="Shape 25164"/>
                              <wps:cNvSpPr/>
                              <wps:spPr>
                                <a:xfrm>
                                  <a:off x="9525" y="63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65" name="Shape 25165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66" name="Shape 25166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67" name="Shape 25167"/>
                              <wps:cNvSpPr/>
                              <wps:spPr>
                                <a:xfrm>
                                  <a:off x="4445" y="4445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68" name="Shape 25168"/>
                              <wps:cNvSpPr/>
                              <wps:spPr>
                                <a:xfrm>
                                  <a:off x="89535" y="4445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69" name="Shape 25169"/>
                              <wps:cNvSpPr/>
                              <wps:spPr>
                                <a:xfrm>
                                  <a:off x="0" y="18415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0" name="Shape 25170"/>
                              <wps:cNvSpPr/>
                              <wps:spPr>
                                <a:xfrm>
                                  <a:off x="0" y="18415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1" name="Shape 25171"/>
                              <wps:cNvSpPr/>
                              <wps:spPr>
                                <a:xfrm>
                                  <a:off x="8890" y="18415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2" name="Shape 25172"/>
                              <wps:cNvSpPr/>
                              <wps:spPr>
                                <a:xfrm>
                                  <a:off x="85090" y="18415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3" name="Shape 25173"/>
                              <wps:cNvSpPr/>
                              <wps:spPr>
                                <a:xfrm>
                                  <a:off x="85090" y="18415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965254" id="Group 195175" o:spid="_x0000_s1026" style="position:absolute;margin-left:4.35pt;margin-top:.05pt;width:7.45pt;height:14.5pt;z-index:-251665408" coordsize="94615,1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">
                      <v:shape id="Shape 222346" o:spid="_x0000_s1027" style="position:absolute;left:9525;top:4445;width:76200;height:175260;visibility:visible;mso-wrap-style:square;v-text-anchor:top" coordsize="762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" path="m,l76200,r,175260l,175260,,e" fillcolor="#fff186" stroked="f" strokeweight="0">
                        <v:stroke miterlimit="83231f" joinstyle="miter"/>
                        <v:path arrowok="t" textboxrect="0,0,76200,175260"/>
                      </v:shape>
                      <v:shape id="Shape 25162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5163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5164" o:spid="_x0000_s1030" style="position:absolute;left:9525;top:63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25165" o:spid="_x0000_s1031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5166" o:spid="_x0000_s1032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5167" o:spid="_x0000_s1033" style="position:absolute;left:4445;top:4445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" path="m,l,175260e" filled="f" strokecolor="red" strokeweight=".72pt">
                        <v:path arrowok="t" textboxrect="0,0,0,175260"/>
                      </v:shape>
                      <v:shape id="Shape 25168" o:spid="_x0000_s1034" style="position:absolute;left:89535;top:4445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" path="m,l,175260e" filled="f" strokecolor="red" strokeweight=".72pt">
                        <v:path arrowok="t" textboxrect="0,0,0,175260"/>
                      </v:shape>
                      <v:shape id="Shape 25169" o:spid="_x0000_s1035" style="position:absolute;top:18415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5170" o:spid="_x0000_s1036" style="position:absolute;top:18415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25171" o:spid="_x0000_s1037" style="position:absolute;left:8890;top:184150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25172" o:spid="_x0000_s1038" style="position:absolute;left:85090;top:18415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5173" o:spid="_x0000_s1039" style="position:absolute;left:85090;top:18415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2 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47D3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3120" behindDoc="1" locked="0" layoutInCell="1" allowOverlap="1" wp14:anchorId="76692A1F" wp14:editId="3B81E0F2">
                      <wp:simplePos x="0" y="0"/>
                      <wp:positionH relativeFrom="column">
                        <wp:posOffset>58547</wp:posOffset>
                      </wp:positionH>
                      <wp:positionV relativeFrom="paragraph">
                        <wp:posOffset>914</wp:posOffset>
                      </wp:positionV>
                      <wp:extent cx="94615" cy="184150"/>
                      <wp:effectExtent l="0" t="0" r="0" b="0"/>
                      <wp:wrapNone/>
                      <wp:docPr id="195226" name="Group 1952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4150"/>
                                <a:chOff x="0" y="0"/>
                                <a:chExt cx="94615" cy="184150"/>
                              </a:xfrm>
                            </wpg:grpSpPr>
                            <wps:wsp>
                              <wps:cNvPr id="222348" name="Shape 222348"/>
                              <wps:cNvSpPr/>
                              <wps:spPr>
                                <a:xfrm>
                                  <a:off x="8890" y="4445"/>
                                  <a:ext cx="762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26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5" name="Shape 25175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6" name="Shape 25176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7" name="Shape 25177"/>
                              <wps:cNvSpPr/>
                              <wps:spPr>
                                <a:xfrm>
                                  <a:off x="9525" y="63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8" name="Shape 25178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9" name="Shape 25179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80" name="Shape 25180"/>
                              <wps:cNvSpPr/>
                              <wps:spPr>
                                <a:xfrm>
                                  <a:off x="5080" y="4445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81" name="Shape 25181"/>
                              <wps:cNvSpPr/>
                              <wps:spPr>
                                <a:xfrm>
                                  <a:off x="90170" y="4445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82" name="Shape 25182"/>
                              <wps:cNvSpPr/>
                              <wps:spPr>
                                <a:xfrm>
                                  <a:off x="0" y="18415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83" name="Shape 25183"/>
                              <wps:cNvSpPr/>
                              <wps:spPr>
                                <a:xfrm>
                                  <a:off x="0" y="18415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84" name="Shape 25184"/>
                              <wps:cNvSpPr/>
                              <wps:spPr>
                                <a:xfrm>
                                  <a:off x="9525" y="18415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85" name="Shape 25185"/>
                              <wps:cNvSpPr/>
                              <wps:spPr>
                                <a:xfrm>
                                  <a:off x="85725" y="18415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86" name="Shape 25186"/>
                              <wps:cNvSpPr/>
                              <wps:spPr>
                                <a:xfrm>
                                  <a:off x="85725" y="18415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51AB21" id="Group 195226" o:spid="_x0000_s1026" style="position:absolute;margin-left:4.6pt;margin-top:.05pt;width:7.45pt;height:14.5pt;z-index:-251663360" coordsize="94615,1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">
                      <v:shape id="Shape 222348" o:spid="_x0000_s1027" style="position:absolute;left:8890;top:4445;width:76200;height:175260;visibility:visible;mso-wrap-style:square;v-text-anchor:top" coordsize="762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" path="m,l76200,r,175260l,175260,,e" fillcolor="#fff186" stroked="f" strokeweight="0">
                        <v:stroke miterlimit="83231f" joinstyle="miter"/>
                        <v:path arrowok="t" textboxrect="0,0,76200,175260"/>
                      </v:shape>
                      <v:shape id="Shape 25175" o:spid="_x0000_s1028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5176" o:spid="_x0000_s1029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5177" o:spid="_x0000_s1030" style="position:absolute;left:9525;top:63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25178" o:spid="_x0000_s1031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" path="m,l8890,e" filled="f" strokecolor="red" strokeweight=".72pt">
                        <v:path arrowok="t" textboxrect="0,0,8890,0"/>
                      </v:shape>
                      <v:shape id="Shape 25179" o:spid="_x0000_s1032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25180" o:spid="_x0000_s1033" style="position:absolute;left:5080;top:4445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" path="m,l,175260e" filled="f" strokecolor="red" strokeweight=".72pt">
                        <v:path arrowok="t" textboxrect="0,0,0,175260"/>
                      </v:shape>
                      <v:shape id="Shape 25181" o:spid="_x0000_s1034" style="position:absolute;left:90170;top:4445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" path="m,l,175260e" filled="f" strokecolor="red" strokeweight=".72pt">
                        <v:path arrowok="t" textboxrect="0,0,0,175260"/>
                      </v:shape>
                      <v:shape id="Shape 25182" o:spid="_x0000_s1035" style="position:absolute;top:18415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25183" o:spid="_x0000_s1036" style="position:absolute;top:18415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25184" o:spid="_x0000_s1037" style="position:absolute;left:9525;top:184150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25185" o:spid="_x0000_s1038" style="position:absolute;left:85725;top:18415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5186" o:spid="_x0000_s1039" style="position:absolute;left:85725;top:18415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37BA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5168" behindDoc="1" locked="0" layoutInCell="1" allowOverlap="1" wp14:anchorId="009F7D28" wp14:editId="019127D3">
                      <wp:simplePos x="0" y="0"/>
                      <wp:positionH relativeFrom="column">
                        <wp:posOffset>56769</wp:posOffset>
                      </wp:positionH>
                      <wp:positionV relativeFrom="paragraph">
                        <wp:posOffset>914</wp:posOffset>
                      </wp:positionV>
                      <wp:extent cx="95250" cy="184150"/>
                      <wp:effectExtent l="0" t="0" r="0" b="0"/>
                      <wp:wrapNone/>
                      <wp:docPr id="195278" name="Group 1952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" cy="184150"/>
                                <a:chOff x="0" y="0"/>
                                <a:chExt cx="95250" cy="184150"/>
                              </a:xfrm>
                            </wpg:grpSpPr>
                            <wps:wsp>
                              <wps:cNvPr id="222350" name="Shape 222350"/>
                              <wps:cNvSpPr/>
                              <wps:spPr>
                                <a:xfrm>
                                  <a:off x="9525" y="4445"/>
                                  <a:ext cx="762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26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88" name="Shape 25188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89" name="Shape 25189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0" name="Shape 25190"/>
                              <wps:cNvSpPr/>
                              <wps:spPr>
                                <a:xfrm>
                                  <a:off x="9525" y="63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1" name="Shape 25191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2" name="Shape 25192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3" name="Shape 25193"/>
                              <wps:cNvSpPr/>
                              <wps:spPr>
                                <a:xfrm>
                                  <a:off x="4445" y="4445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4" name="Shape 25194"/>
                              <wps:cNvSpPr/>
                              <wps:spPr>
                                <a:xfrm>
                                  <a:off x="89535" y="4445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5" name="Shape 25195"/>
                              <wps:cNvSpPr/>
                              <wps:spPr>
                                <a:xfrm>
                                  <a:off x="0" y="18415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6" name="Shape 25196"/>
                              <wps:cNvSpPr/>
                              <wps:spPr>
                                <a:xfrm>
                                  <a:off x="0" y="18415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7" name="Shape 25197"/>
                              <wps:cNvSpPr/>
                              <wps:spPr>
                                <a:xfrm>
                                  <a:off x="8890" y="18415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8" name="Shape 25198"/>
                              <wps:cNvSpPr/>
                              <wps:spPr>
                                <a:xfrm>
                                  <a:off x="85090" y="18415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9" name="Shape 25199"/>
                              <wps:cNvSpPr/>
                              <wps:spPr>
                                <a:xfrm>
                                  <a:off x="85090" y="18415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C35FC5" id="Group 195278" o:spid="_x0000_s1026" style="position:absolute;margin-left:4.45pt;margin-top:.05pt;width:7.5pt;height:14.5pt;z-index:-251661312" coordsize="95250,1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">
                      <v:shape id="Shape 222350" o:spid="_x0000_s1027" style="position:absolute;left:9525;top:4445;width:76200;height:175260;visibility:visible;mso-wrap-style:square;v-text-anchor:top" coordsize="762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" path="m,l76200,r,175260l,175260,,e" fillcolor="#fff186" stroked="f" strokeweight="0">
                        <v:stroke miterlimit="83231f" joinstyle="miter"/>
                        <v:path arrowok="t" textboxrect="0,0,76200,175260"/>
                      </v:shape>
                      <v:shape id="Shape 25188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" path="m,l8890,e" filled="f" strokecolor="red" strokeweight=".72pt">
                        <v:path arrowok="t" textboxrect="0,0,8890,0"/>
                      </v:shape>
                      <v:shape id="Shape 25189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25190" o:spid="_x0000_s1030" style="position:absolute;left:9525;top:63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" path="m,l76200,e" filled="f" strokecolor="red" strokeweight=".72pt">
                        <v:path arrowok="t" textboxrect="0,0,76200,0"/>
                      </v:shape>
                      <v:shape id="Shape 25191" o:spid="_x0000_s1031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25192" o:spid="_x0000_s1032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25193" o:spid="_x0000_s1033" style="position:absolute;left:4445;top:4445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" path="m,l,175260e" filled="f" strokecolor="red" strokeweight=".72pt">
                        <v:path arrowok="t" textboxrect="0,0,0,175260"/>
                      </v:shape>
                      <v:shape id="Shape 25194" o:spid="_x0000_s1034" style="position:absolute;left:89535;top:4445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" path="m,l,175260e" filled="f" strokecolor="red" strokeweight=".72pt">
                        <v:path arrowok="t" textboxrect="0,0,0,175260"/>
                      </v:shape>
                      <v:shape id="Shape 25195" o:spid="_x0000_s1035" style="position:absolute;top:18415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5196" o:spid="_x0000_s1036" style="position:absolute;top:18415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5197" o:spid="_x0000_s1037" style="position:absolute;left:8890;top:184150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25198" o:spid="_x0000_s1038" style="position:absolute;left:85090;top:18415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" path="m,l9525,e" filled="f" strokecolor="red" strokeweight=".72pt">
                        <v:path arrowok="t" textboxrect="0,0,9525,0"/>
                      </v:shape>
                      <v:shape id="Shape 25199" o:spid="_x0000_s1039" style="position:absolute;left:85090;top:18415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EBA7D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375DE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DA26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3CEC6B0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w:drawing>
                <wp:anchor distT="0" distB="0" distL="114300" distR="114300" simplePos="0" relativeHeight="251657216" behindDoc="1" locked="0" layoutInCell="1" allowOverlap="0" wp14:anchorId="38B17749" wp14:editId="0B3A0240">
                  <wp:simplePos x="0" y="0"/>
                  <wp:positionH relativeFrom="column">
                    <wp:posOffset>54228</wp:posOffset>
                  </wp:positionH>
                  <wp:positionV relativeFrom="paragraph">
                    <wp:posOffset>-35717</wp:posOffset>
                  </wp:positionV>
                  <wp:extent cx="658368" cy="780288"/>
                  <wp:effectExtent l="0" t="0" r="0" b="0"/>
                  <wp:wrapNone/>
                  <wp:docPr id="218705" name="Picture 2187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705" name="Picture 21870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D2DD1">
              <w:t xml:space="preserve"> Текущий, </w:t>
            </w:r>
            <w:r w:rsidRPr="005D2DD1">
              <w:rPr>
                <w:u w:val="single"/>
              </w:rPr>
              <w:t>устный,</w:t>
            </w:r>
            <w:r w:rsidRPr="005D2DD1">
              <w:t xml:space="preserve">  </w:t>
            </w:r>
            <w:r w:rsidRPr="005D2DD1">
              <w:rPr>
                <w:u w:val="single"/>
              </w:rPr>
              <w:t>письменн</w:t>
            </w:r>
            <w:r w:rsidRPr="005D2DD1">
              <w:t xml:space="preserve"> ый </w:t>
            </w:r>
            <w:r w:rsidRPr="005D2DD1">
              <w:tab/>
              <w:t xml:space="preserve"> </w:t>
            </w:r>
          </w:p>
          <w:p w14:paraId="54D330C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0238F3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5D2DD1" w14:paraId="7B7F17E4" w14:textId="77777777" w:rsidTr="00802828">
        <w:trPr>
          <w:trHeight w:val="1848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2991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6. </w:t>
            </w:r>
          </w:p>
          <w:p w14:paraId="5567717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3. </w:t>
            </w: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79391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Виды предложений по цели высказывания: повествовательные, вопросительные, побудительные предложения.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1585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4B750A7F" wp14:editId="64207B48">
                      <wp:simplePos x="0" y="0"/>
                      <wp:positionH relativeFrom="column">
                        <wp:posOffset>55372</wp:posOffset>
                      </wp:positionH>
                      <wp:positionV relativeFrom="paragraph">
                        <wp:posOffset>660</wp:posOffset>
                      </wp:positionV>
                      <wp:extent cx="94615" cy="185420"/>
                      <wp:effectExtent l="0" t="0" r="0" b="0"/>
                      <wp:wrapNone/>
                      <wp:docPr id="198542" name="Group 1985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5420"/>
                                <a:chOff x="0" y="0"/>
                                <a:chExt cx="94615" cy="185420"/>
                              </a:xfrm>
                            </wpg:grpSpPr>
                            <wps:wsp>
                              <wps:cNvPr id="222352" name="Shape 222352"/>
                              <wps:cNvSpPr/>
                              <wps:spPr>
                                <a:xfrm>
                                  <a:off x="9525" y="4445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01" name="Shape 25201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02" name="Shape 25202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03" name="Shape 25203"/>
                              <wps:cNvSpPr/>
                              <wps:spPr>
                                <a:xfrm>
                                  <a:off x="9525" y="63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04" name="Shape 25204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05" name="Shape 25205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06" name="Shape 25206"/>
                              <wps:cNvSpPr/>
                              <wps:spPr>
                                <a:xfrm>
                                  <a:off x="4445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07" name="Shape 25207"/>
                              <wps:cNvSpPr/>
                              <wps:spPr>
                                <a:xfrm>
                                  <a:off x="89535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08" name="Shape 25208"/>
                              <wps:cNvSpPr/>
                              <wps:spPr>
                                <a:xfrm>
                                  <a:off x="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09" name="Shape 25209"/>
                              <wps:cNvSpPr/>
                              <wps:spPr>
                                <a:xfrm>
                                  <a:off x="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10" name="Shape 25210"/>
                              <wps:cNvSpPr/>
                              <wps:spPr>
                                <a:xfrm>
                                  <a:off x="8890" y="18542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11" name="Shape 25211"/>
                              <wps:cNvSpPr/>
                              <wps:spPr>
                                <a:xfrm>
                                  <a:off x="8509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12" name="Shape 25212"/>
                              <wps:cNvSpPr/>
                              <wps:spPr>
                                <a:xfrm>
                                  <a:off x="8509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20BB2E" id="Group 198542" o:spid="_x0000_s1026" style="position:absolute;margin-left:4.35pt;margin-top:.05pt;width:7.45pt;height:14.6pt;z-index:-251657216" coordsize="94615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">
                      <v:shape id="Shape 222352" o:spid="_x0000_s1027" style="position:absolute;left:9525;top:4445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" path="m,l76200,r,177165l,177165,,e" fillcolor="#fff186" stroked="f" strokeweight="0">
                        <v:stroke miterlimit="83231f" joinstyle="miter"/>
                        <v:path arrowok="t" textboxrect="0,0,76200,177165"/>
                      </v:shape>
                      <v:shape id="Shape 25201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5202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5203" o:spid="_x0000_s1030" style="position:absolute;left:9525;top:63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25204" o:spid="_x0000_s1031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25205" o:spid="_x0000_s1032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5206" o:spid="_x0000_s1033" style="position:absolute;left:4445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" path="m,l,176530e" filled="f" strokecolor="red" strokeweight=".72pt">
                        <v:path arrowok="t" textboxrect="0,0,0,176530"/>
                      </v:shape>
                      <v:shape id="Shape 25207" o:spid="_x0000_s1034" style="position:absolute;left:89535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" path="m,l,176530e" filled="f" strokecolor="red" strokeweight=".72pt">
                        <v:path arrowok="t" textboxrect="0,0,0,176530"/>
                      </v:shape>
                      <v:shape id="Shape 25208" o:spid="_x0000_s1035" style="position:absolute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" path="m,l8890,e" filled="f" strokecolor="red" strokeweight=".72pt">
                        <v:path arrowok="t" textboxrect="0,0,8890,0"/>
                      </v:shape>
                      <v:shape id="Shape 25209" o:spid="_x0000_s1036" style="position:absolute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25210" o:spid="_x0000_s1037" style="position:absolute;left:8890;top:185420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" path="m,l76200,e" filled="f" strokecolor="red" strokeweight=".72pt">
                        <v:path arrowok="t" textboxrect="0,0,76200,0"/>
                      </v:shape>
                      <v:shape id="Shape 25211" o:spid="_x0000_s1038" style="position:absolute;left:85090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5212" o:spid="_x0000_s1039" style="position:absolute;left:85090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2 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7DC9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4D266E7E" wp14:editId="5669C2D8">
                      <wp:simplePos x="0" y="0"/>
                      <wp:positionH relativeFrom="column">
                        <wp:posOffset>58547</wp:posOffset>
                      </wp:positionH>
                      <wp:positionV relativeFrom="paragraph">
                        <wp:posOffset>660</wp:posOffset>
                      </wp:positionV>
                      <wp:extent cx="94615" cy="185420"/>
                      <wp:effectExtent l="0" t="0" r="0" b="0"/>
                      <wp:wrapNone/>
                      <wp:docPr id="198610" name="Group 1986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5420"/>
                                <a:chOff x="0" y="0"/>
                                <a:chExt cx="94615" cy="185420"/>
                              </a:xfrm>
                            </wpg:grpSpPr>
                            <wps:wsp>
                              <wps:cNvPr id="222354" name="Shape 222354"/>
                              <wps:cNvSpPr/>
                              <wps:spPr>
                                <a:xfrm>
                                  <a:off x="8890" y="4445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14" name="Shape 25214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15" name="Shape 25215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16" name="Shape 25216"/>
                              <wps:cNvSpPr/>
                              <wps:spPr>
                                <a:xfrm>
                                  <a:off x="9525" y="63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17" name="Shape 25217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18" name="Shape 25218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19" name="Shape 25219"/>
                              <wps:cNvSpPr/>
                              <wps:spPr>
                                <a:xfrm>
                                  <a:off x="5080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20" name="Shape 25220"/>
                              <wps:cNvSpPr/>
                              <wps:spPr>
                                <a:xfrm>
                                  <a:off x="90170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21" name="Shape 25221"/>
                              <wps:cNvSpPr/>
                              <wps:spPr>
                                <a:xfrm>
                                  <a:off x="0" y="18542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22" name="Shape 25222"/>
                              <wps:cNvSpPr/>
                              <wps:spPr>
                                <a:xfrm>
                                  <a:off x="0" y="18542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23" name="Shape 25223"/>
                              <wps:cNvSpPr/>
                              <wps:spPr>
                                <a:xfrm>
                                  <a:off x="9525" y="18542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24" name="Shape 25224"/>
                              <wps:cNvSpPr/>
                              <wps:spPr>
                                <a:xfrm>
                                  <a:off x="85725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25" name="Shape 25225"/>
                              <wps:cNvSpPr/>
                              <wps:spPr>
                                <a:xfrm>
                                  <a:off x="85725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A579F5" id="Group 198610" o:spid="_x0000_s1026" style="position:absolute;margin-left:4.6pt;margin-top:.05pt;width:7.45pt;height:14.6pt;z-index:-251655168" coordsize="94615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">
                      <v:shape id="Shape 222354" o:spid="_x0000_s1027" style="position:absolute;left:8890;top:4445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" path="m,l76200,r,177165l,177165,,e" fillcolor="#fff186" stroked="f" strokeweight="0">
                        <v:stroke miterlimit="83231f" joinstyle="miter"/>
                        <v:path arrowok="t" textboxrect="0,0,76200,177165"/>
                      </v:shape>
                      <v:shape id="Shape 25214" o:spid="_x0000_s1028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5215" o:spid="_x0000_s1029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5216" o:spid="_x0000_s1030" style="position:absolute;left:9525;top:63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25217" o:spid="_x0000_s1031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5218" o:spid="_x0000_s1032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" path="m,l8890,e" filled="f" strokecolor="red" strokeweight=".72pt">
                        <v:path arrowok="t" textboxrect="0,0,8890,0"/>
                      </v:shape>
                      <v:shape id="Shape 25219" o:spid="_x0000_s1033" style="position:absolute;left:5080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" path="m,l,176530e" filled="f" strokecolor="red" strokeweight=".72pt">
                        <v:path arrowok="t" textboxrect="0,0,0,176530"/>
                      </v:shape>
                      <v:shape id="Shape 25220" o:spid="_x0000_s1034" style="position:absolute;left:90170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" path="m,l,176530e" filled="f" strokecolor="red" strokeweight=".72pt">
                        <v:path arrowok="t" textboxrect="0,0,0,176530"/>
                      </v:shape>
                      <v:shape id="Shape 25221" o:spid="_x0000_s1035" style="position:absolute;top:18542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25222" o:spid="_x0000_s1036" style="position:absolute;top:18542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25223" o:spid="_x0000_s1037" style="position:absolute;left:9525;top:185420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25224" o:spid="_x0000_s1038" style="position:absolute;left:85725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25225" o:spid="_x0000_s1039" style="position:absolute;left:85725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6BA3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3264C7F7" wp14:editId="5F580CFF">
                      <wp:simplePos x="0" y="0"/>
                      <wp:positionH relativeFrom="column">
                        <wp:posOffset>56769</wp:posOffset>
                      </wp:positionH>
                      <wp:positionV relativeFrom="paragraph">
                        <wp:posOffset>660</wp:posOffset>
                      </wp:positionV>
                      <wp:extent cx="95250" cy="185420"/>
                      <wp:effectExtent l="0" t="0" r="0" b="0"/>
                      <wp:wrapNone/>
                      <wp:docPr id="198660" name="Group 1986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" cy="185420"/>
                                <a:chOff x="0" y="0"/>
                                <a:chExt cx="95250" cy="185420"/>
                              </a:xfrm>
                            </wpg:grpSpPr>
                            <wps:wsp>
                              <wps:cNvPr id="222356" name="Shape 222356"/>
                              <wps:cNvSpPr/>
                              <wps:spPr>
                                <a:xfrm>
                                  <a:off x="9525" y="4445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27" name="Shape 25227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28" name="Shape 25228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29" name="Shape 25229"/>
                              <wps:cNvSpPr/>
                              <wps:spPr>
                                <a:xfrm>
                                  <a:off x="9525" y="63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30" name="Shape 25230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31" name="Shape 25231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32" name="Shape 25232"/>
                              <wps:cNvSpPr/>
                              <wps:spPr>
                                <a:xfrm>
                                  <a:off x="4445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33" name="Shape 25233"/>
                              <wps:cNvSpPr/>
                              <wps:spPr>
                                <a:xfrm>
                                  <a:off x="89535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34" name="Shape 25234"/>
                              <wps:cNvSpPr/>
                              <wps:spPr>
                                <a:xfrm>
                                  <a:off x="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35" name="Shape 25235"/>
                              <wps:cNvSpPr/>
                              <wps:spPr>
                                <a:xfrm>
                                  <a:off x="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36" name="Shape 25236"/>
                              <wps:cNvSpPr/>
                              <wps:spPr>
                                <a:xfrm>
                                  <a:off x="8890" y="18542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37" name="Shape 25237"/>
                              <wps:cNvSpPr/>
                              <wps:spPr>
                                <a:xfrm>
                                  <a:off x="85090" y="18542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38" name="Shape 25238"/>
                              <wps:cNvSpPr/>
                              <wps:spPr>
                                <a:xfrm>
                                  <a:off x="85090" y="18542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BA2581" id="Group 198660" o:spid="_x0000_s1026" style="position:absolute;margin-left:4.45pt;margin-top:.05pt;width:7.5pt;height:14.6pt;z-index:-251653120" coordsize="95250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">
                      <v:shape id="Shape 222356" o:spid="_x0000_s1027" style="position:absolute;left:9525;top:4445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" path="m,l76200,r,177165l,177165,,e" fillcolor="#fff186" stroked="f" strokeweight="0">
                        <v:stroke miterlimit="83231f" joinstyle="miter"/>
                        <v:path arrowok="t" textboxrect="0,0,76200,177165"/>
                      </v:shape>
                      <v:shape id="Shape 25227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25228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" path="m,l8890,e" filled="f" strokecolor="red" strokeweight=".72pt">
                        <v:path arrowok="t" textboxrect="0,0,8890,0"/>
                      </v:shape>
                      <v:shape id="Shape 25229" o:spid="_x0000_s1030" style="position:absolute;left:9525;top:63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25230" o:spid="_x0000_s1031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" path="m,l9525,e" filled="f" strokecolor="red" strokeweight=".72pt">
                        <v:path arrowok="t" textboxrect="0,0,9525,0"/>
                      </v:shape>
                      <v:shape id="Shape 25231" o:spid="_x0000_s1032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25232" o:spid="_x0000_s1033" style="position:absolute;left:4445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" path="m,l,176530e" filled="f" strokecolor="red" strokeweight=".72pt">
                        <v:path arrowok="t" textboxrect="0,0,0,176530"/>
                      </v:shape>
                      <v:shape id="Shape 25233" o:spid="_x0000_s1034" style="position:absolute;left:89535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" path="m,l,176530e" filled="f" strokecolor="red" strokeweight=".72pt">
                        <v:path arrowok="t" textboxrect="0,0,0,176530"/>
                      </v:shape>
                      <v:shape id="Shape 25234" o:spid="_x0000_s1035" style="position:absolute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5235" o:spid="_x0000_s1036" style="position:absolute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5236" o:spid="_x0000_s1037" style="position:absolute;left:8890;top:185420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25237" o:spid="_x0000_s1038" style="position:absolute;left:85090;top:18542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5238" o:spid="_x0000_s1039" style="position:absolute;left:85090;top:18542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" path="m,l9525,e" filled="f" strokecolor="red" strokeweight=".72pt">
                        <v:path arrowok="t" textboxrect="0,0,9525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39C2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32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79CCC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Работа с рисунками и подписями к рисункам (предложения различаются по цели высказывания, например: «Снег идёт. Снег идёт? Снег, иди!»): сравнение ситуаций, изображённых на рисунке, формулирование вывода о </w:t>
            </w:r>
            <w:r w:rsidRPr="005D2DD1">
              <w:lastRenderedPageBreak/>
              <w:t xml:space="preserve">целях, с которыми произносятся предложения. Учебный диалог «Как соотносятся знаки препинания в   конце предложения с целевой установкой предложения?». Составление таблицы «Виды предложений  по    цели высказывания»,    подбор примеров. Работа с рисунками и подписями к рисункам </w:t>
            </w:r>
          </w:p>
          <w:p w14:paraId="6EB27F0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(предложения различаются по эмоциональной   окраске, например: «Ландыши расцвели. </w:t>
            </w:r>
          </w:p>
          <w:p w14:paraId="50C0365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ab/>
              <w:t xml:space="preserve">Ландыши </w:t>
            </w:r>
            <w:r w:rsidRPr="005D2DD1">
              <w:tab/>
              <w:t xml:space="preserve"> расцвели!»): 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178C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 </w:t>
            </w:r>
          </w:p>
          <w:p w14:paraId="62B2531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w:drawing>
                <wp:anchor distT="0" distB="0" distL="114300" distR="114300" simplePos="0" relativeHeight="251665408" behindDoc="1" locked="0" layoutInCell="1" allowOverlap="0" wp14:anchorId="4FF76A4D" wp14:editId="61B5F9BE">
                  <wp:simplePos x="0" y="0"/>
                  <wp:positionH relativeFrom="column">
                    <wp:posOffset>54228</wp:posOffset>
                  </wp:positionH>
                  <wp:positionV relativeFrom="paragraph">
                    <wp:posOffset>-34321</wp:posOffset>
                  </wp:positionV>
                  <wp:extent cx="658368" cy="777240"/>
                  <wp:effectExtent l="0" t="0" r="0" b="0"/>
                  <wp:wrapNone/>
                  <wp:docPr id="218707" name="Picture 2187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707" name="Picture 218707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D2DD1">
              <w:t xml:space="preserve"> Текущий, </w:t>
            </w:r>
            <w:r w:rsidRPr="005D2DD1">
              <w:rPr>
                <w:u w:val="single"/>
              </w:rPr>
              <w:t>устный,</w:t>
            </w:r>
            <w:r w:rsidRPr="005D2DD1">
              <w:t xml:space="preserve">  </w:t>
            </w:r>
            <w:r w:rsidRPr="005D2DD1">
              <w:rPr>
                <w:u w:val="single"/>
              </w:rPr>
              <w:t>письменн</w:t>
            </w:r>
            <w:r w:rsidRPr="005D2DD1">
              <w:t xml:space="preserve"> ый </w:t>
            </w:r>
            <w:r w:rsidRPr="005D2DD1">
              <w:tab/>
              <w:t xml:space="preserve"> </w:t>
            </w:r>
          </w:p>
          <w:p w14:paraId="6E2A5E3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6D3B0B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1C0564" w14:paraId="6F746709" w14:textId="77777777" w:rsidTr="00802828">
        <w:trPr>
          <w:trHeight w:val="4524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4928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6. </w:t>
            </w:r>
          </w:p>
          <w:p w14:paraId="7136BD2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4. </w:t>
            </w: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284A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Виды предложений по эмоциональной окраске (по интонации): восклицательные и невосклицательные предложения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73F8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 wp14:anchorId="1D3ACBD6" wp14:editId="73AA941A">
                      <wp:simplePos x="0" y="0"/>
                      <wp:positionH relativeFrom="column">
                        <wp:posOffset>55372</wp:posOffset>
                      </wp:positionH>
                      <wp:positionV relativeFrom="paragraph">
                        <wp:posOffset>2057</wp:posOffset>
                      </wp:positionV>
                      <wp:extent cx="94615" cy="185420"/>
                      <wp:effectExtent l="0" t="0" r="0" b="0"/>
                      <wp:wrapNone/>
                      <wp:docPr id="202355" name="Group 202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5420"/>
                                <a:chOff x="0" y="0"/>
                                <a:chExt cx="94615" cy="185420"/>
                              </a:xfrm>
                            </wpg:grpSpPr>
                            <wps:wsp>
                              <wps:cNvPr id="222358" name="Shape 222358"/>
                              <wps:cNvSpPr/>
                              <wps:spPr>
                                <a:xfrm>
                                  <a:off x="9525" y="4445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40" name="Shape 25240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41" name="Shape 25241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42" name="Shape 25242"/>
                              <wps:cNvSpPr/>
                              <wps:spPr>
                                <a:xfrm>
                                  <a:off x="9525" y="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43" name="Shape 25243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44" name="Shape 25244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45" name="Shape 25245"/>
                              <wps:cNvSpPr/>
                              <wps:spPr>
                                <a:xfrm>
                                  <a:off x="4445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46" name="Shape 25246"/>
                              <wps:cNvSpPr/>
                              <wps:spPr>
                                <a:xfrm>
                                  <a:off x="89535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47" name="Shape 25247"/>
                              <wps:cNvSpPr/>
                              <wps:spPr>
                                <a:xfrm>
                                  <a:off x="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48" name="Shape 25248"/>
                              <wps:cNvSpPr/>
                              <wps:spPr>
                                <a:xfrm>
                                  <a:off x="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49" name="Shape 25249"/>
                              <wps:cNvSpPr/>
                              <wps:spPr>
                                <a:xfrm>
                                  <a:off x="8890" y="18542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50" name="Shape 25250"/>
                              <wps:cNvSpPr/>
                              <wps:spPr>
                                <a:xfrm>
                                  <a:off x="8509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51" name="Shape 25251"/>
                              <wps:cNvSpPr/>
                              <wps:spPr>
                                <a:xfrm>
                                  <a:off x="8509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950F3C" id="Group 202355" o:spid="_x0000_s1026" style="position:absolute;margin-left:4.35pt;margin-top:.15pt;width:7.45pt;height:14.6pt;z-index:-251649024" coordsize="94615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">
                      <v:shape id="Shape 222358" o:spid="_x0000_s1027" style="position:absolute;left:9525;top:4445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" path="m,l76200,r,177165l,177165,,e" fillcolor="#fff186" stroked="f" strokeweight="0">
                        <v:stroke miterlimit="83231f" joinstyle="miter"/>
                        <v:path arrowok="t" textboxrect="0,0,76200,177165"/>
                      </v:shape>
                      <v:shape id="Shape 25240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25241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5242" o:spid="_x0000_s1030" style="position:absolute;left:952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25243" o:spid="_x0000_s1031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5244" o:spid="_x0000_s1032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25245" o:spid="_x0000_s1033" style="position:absolute;left:4445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" path="m,l,176530e" filled="f" strokecolor="red" strokeweight=".72pt">
                        <v:path arrowok="t" textboxrect="0,0,0,176530"/>
                      </v:shape>
                      <v:shape id="Shape 25246" o:spid="_x0000_s1034" style="position:absolute;left:89535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" path="m,l,176530e" filled="f" strokecolor="red" strokeweight=".72pt">
                        <v:path arrowok="t" textboxrect="0,0,0,176530"/>
                      </v:shape>
                      <v:shape id="Shape 25247" o:spid="_x0000_s1035" style="position:absolute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5248" o:spid="_x0000_s1036" style="position:absolute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" path="m,l8890,e" filled="f" strokecolor="red" strokeweight=".72pt">
                        <v:path arrowok="t" textboxrect="0,0,8890,0"/>
                      </v:shape>
                      <v:shape id="Shape 25249" o:spid="_x0000_s1037" style="position:absolute;left:8890;top:185420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25250" o:spid="_x0000_s1038" style="position:absolute;left:85090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25251" o:spid="_x0000_s1039" style="position:absolute;left:85090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2 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DD20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1" locked="0" layoutInCell="1" allowOverlap="1" wp14:anchorId="72008E99" wp14:editId="1A6B65D1">
                      <wp:simplePos x="0" y="0"/>
                      <wp:positionH relativeFrom="column">
                        <wp:posOffset>58547</wp:posOffset>
                      </wp:positionH>
                      <wp:positionV relativeFrom="paragraph">
                        <wp:posOffset>2057</wp:posOffset>
                      </wp:positionV>
                      <wp:extent cx="94615" cy="185420"/>
                      <wp:effectExtent l="0" t="0" r="0" b="0"/>
                      <wp:wrapNone/>
                      <wp:docPr id="202367" name="Group 2023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5420"/>
                                <a:chOff x="0" y="0"/>
                                <a:chExt cx="94615" cy="185420"/>
                              </a:xfrm>
                            </wpg:grpSpPr>
                            <wps:wsp>
                              <wps:cNvPr id="222360" name="Shape 222360"/>
                              <wps:cNvSpPr/>
                              <wps:spPr>
                                <a:xfrm>
                                  <a:off x="8890" y="4445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53" name="Shape 25253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54" name="Shape 25254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55" name="Shape 25255"/>
                              <wps:cNvSpPr/>
                              <wps:spPr>
                                <a:xfrm>
                                  <a:off x="9525" y="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56" name="Shape 25256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57" name="Shape 25257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58" name="Shape 25258"/>
                              <wps:cNvSpPr/>
                              <wps:spPr>
                                <a:xfrm>
                                  <a:off x="5080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59" name="Shape 25259"/>
                              <wps:cNvSpPr/>
                              <wps:spPr>
                                <a:xfrm>
                                  <a:off x="90170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60" name="Shape 25260"/>
                              <wps:cNvSpPr/>
                              <wps:spPr>
                                <a:xfrm>
                                  <a:off x="0" y="18542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61" name="Shape 25261"/>
                              <wps:cNvSpPr/>
                              <wps:spPr>
                                <a:xfrm>
                                  <a:off x="0" y="18542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62" name="Shape 25262"/>
                              <wps:cNvSpPr/>
                              <wps:spPr>
                                <a:xfrm>
                                  <a:off x="9525" y="18542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63" name="Shape 25263"/>
                              <wps:cNvSpPr/>
                              <wps:spPr>
                                <a:xfrm>
                                  <a:off x="85725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64" name="Shape 25264"/>
                              <wps:cNvSpPr/>
                              <wps:spPr>
                                <a:xfrm>
                                  <a:off x="85725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3E3770" id="Group 202367" o:spid="_x0000_s1026" style="position:absolute;margin-left:4.6pt;margin-top:.15pt;width:7.45pt;height:14.6pt;z-index:-251646976" coordsize="94615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">
                      <v:shape id="Shape 222360" o:spid="_x0000_s1027" style="position:absolute;left:8890;top:4445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" path="m,l76200,r,177165l,177165,,e" fillcolor="#fff186" stroked="f" strokeweight="0">
                        <v:stroke miterlimit="83231f" joinstyle="miter"/>
                        <v:path arrowok="t" textboxrect="0,0,76200,177165"/>
                      </v:shape>
                      <v:shape id="Shape 25253" o:spid="_x0000_s1028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25254" o:spid="_x0000_s1029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5255" o:spid="_x0000_s1030" style="position:absolute;left:952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25256" o:spid="_x0000_s1031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5257" o:spid="_x0000_s1032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5258" o:spid="_x0000_s1033" style="position:absolute;left:5080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" path="m,l,176530e" filled="f" strokecolor="red" strokeweight=".72pt">
                        <v:path arrowok="t" textboxrect="0,0,0,176530"/>
                      </v:shape>
                      <v:shape id="Shape 25259" o:spid="_x0000_s1034" style="position:absolute;left:90170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" path="m,l,176530e" filled="f" strokecolor="red" strokeweight=".72pt">
                        <v:path arrowok="t" textboxrect="0,0,0,176530"/>
                      </v:shape>
                      <v:shape id="Shape 25260" o:spid="_x0000_s1035" style="position:absolute;top:18542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" path="m,l9525,e" filled="f" strokecolor="red" strokeweight=".72pt">
                        <v:path arrowok="t" textboxrect="0,0,9525,0"/>
                      </v:shape>
                      <v:shape id="Shape 25261" o:spid="_x0000_s1036" style="position:absolute;top:18542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25262" o:spid="_x0000_s1037" style="position:absolute;left:9525;top:185420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25263" o:spid="_x0000_s1038" style="position:absolute;left:85725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5264" o:spid="_x0000_s1039" style="position:absolute;left:85725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1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E124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252DBB80" wp14:editId="667ED64B">
                      <wp:simplePos x="0" y="0"/>
                      <wp:positionH relativeFrom="column">
                        <wp:posOffset>56769</wp:posOffset>
                      </wp:positionH>
                      <wp:positionV relativeFrom="paragraph">
                        <wp:posOffset>2057</wp:posOffset>
                      </wp:positionV>
                      <wp:extent cx="95250" cy="185420"/>
                      <wp:effectExtent l="0" t="0" r="0" b="0"/>
                      <wp:wrapNone/>
                      <wp:docPr id="202405" name="Group 202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" cy="185420"/>
                                <a:chOff x="0" y="0"/>
                                <a:chExt cx="95250" cy="185420"/>
                              </a:xfrm>
                            </wpg:grpSpPr>
                            <wps:wsp>
                              <wps:cNvPr id="222362" name="Shape 222362"/>
                              <wps:cNvSpPr/>
                              <wps:spPr>
                                <a:xfrm>
                                  <a:off x="9525" y="4445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66" name="Shape 25266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67" name="Shape 25267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68" name="Shape 25268"/>
                              <wps:cNvSpPr/>
                              <wps:spPr>
                                <a:xfrm>
                                  <a:off x="9525" y="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69" name="Shape 25269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70" name="Shape 25270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71" name="Shape 25271"/>
                              <wps:cNvSpPr/>
                              <wps:spPr>
                                <a:xfrm>
                                  <a:off x="4445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72" name="Shape 25272"/>
                              <wps:cNvSpPr/>
                              <wps:spPr>
                                <a:xfrm>
                                  <a:off x="89535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73" name="Shape 25273"/>
                              <wps:cNvSpPr/>
                              <wps:spPr>
                                <a:xfrm>
                                  <a:off x="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74" name="Shape 25274"/>
                              <wps:cNvSpPr/>
                              <wps:spPr>
                                <a:xfrm>
                                  <a:off x="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75" name="Shape 25275"/>
                              <wps:cNvSpPr/>
                              <wps:spPr>
                                <a:xfrm>
                                  <a:off x="8890" y="18542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76" name="Shape 25276"/>
                              <wps:cNvSpPr/>
                              <wps:spPr>
                                <a:xfrm>
                                  <a:off x="85090" y="18542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77" name="Shape 25277"/>
                              <wps:cNvSpPr/>
                              <wps:spPr>
                                <a:xfrm>
                                  <a:off x="85090" y="18542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85433C" id="Group 202405" o:spid="_x0000_s1026" style="position:absolute;margin-left:4.45pt;margin-top:.15pt;width:7.5pt;height:14.6pt;z-index:-251644928" coordsize="95250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">
                      <v:shape id="Shape 222362" o:spid="_x0000_s1027" style="position:absolute;left:9525;top:4445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" path="m,l76200,r,177165l,177165,,e" fillcolor="#fff186" stroked="f" strokeweight="0">
                        <v:stroke miterlimit="83231f" joinstyle="miter"/>
                        <v:path arrowok="t" textboxrect="0,0,76200,177165"/>
                      </v:shape>
                      <v:shape id="Shape 25266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5267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5268" o:spid="_x0000_s1030" style="position:absolute;left:952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" path="m,l76200,e" filled="f" strokecolor="red" strokeweight=".72pt">
                        <v:path arrowok="t" textboxrect="0,0,76200,0"/>
                      </v:shape>
                      <v:shape id="Shape 25269" o:spid="_x0000_s1031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5270" o:spid="_x0000_s1032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" path="m,l9525,e" filled="f" strokecolor="red" strokeweight=".72pt">
                        <v:path arrowok="t" textboxrect="0,0,9525,0"/>
                      </v:shape>
                      <v:shape id="Shape 25271" o:spid="_x0000_s1033" style="position:absolute;left:4445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" path="m,l,176530e" filled="f" strokecolor="red" strokeweight=".72pt">
                        <v:path arrowok="t" textboxrect="0,0,0,176530"/>
                      </v:shape>
                      <v:shape id="Shape 25272" o:spid="_x0000_s1034" style="position:absolute;left:89535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" path="m,l,176530e" filled="f" strokecolor="red" strokeweight=".72pt">
                        <v:path arrowok="t" textboxrect="0,0,0,176530"/>
                      </v:shape>
                      <v:shape id="Shape 25273" o:spid="_x0000_s1035" style="position:absolute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5274" o:spid="_x0000_s1036" style="position:absolute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5275" o:spid="_x0000_s1037" style="position:absolute;left:8890;top:185420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25276" o:spid="_x0000_s1038" style="position:absolute;left:85090;top:18542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5277" o:spid="_x0000_s1039" style="position:absolute;left:85090;top:18542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11F0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0A144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7975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5A4635E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w:drawing>
                <wp:anchor distT="0" distB="0" distL="114300" distR="114300" simplePos="0" relativeHeight="251673600" behindDoc="1" locked="0" layoutInCell="1" allowOverlap="0" wp14:anchorId="2AEFEF50" wp14:editId="51BC9166">
                  <wp:simplePos x="0" y="0"/>
                  <wp:positionH relativeFrom="column">
                    <wp:posOffset>54228</wp:posOffset>
                  </wp:positionH>
                  <wp:positionV relativeFrom="paragraph">
                    <wp:posOffset>-35098</wp:posOffset>
                  </wp:positionV>
                  <wp:extent cx="649225" cy="777240"/>
                  <wp:effectExtent l="0" t="0" r="0" b="0"/>
                  <wp:wrapNone/>
                  <wp:docPr id="218709" name="Picture 2187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709" name="Picture 218709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5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D2DD1">
              <w:t xml:space="preserve"> Текущи й, устный, </w:t>
            </w:r>
            <w:r w:rsidRPr="005D2DD1">
              <w:rPr>
                <w:u w:val="single"/>
              </w:rPr>
              <w:t xml:space="preserve">письменн </w:t>
            </w:r>
            <w:r w:rsidRPr="005D2DD1">
              <w:t xml:space="preserve">ый </w:t>
            </w:r>
            <w:r w:rsidRPr="005D2DD1">
              <w:tab/>
              <w:t xml:space="preserve"> </w:t>
            </w:r>
          </w:p>
          <w:p w14:paraId="528DDEF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E941A" w14:textId="77777777" w:rsidR="005D2DD1" w:rsidRPr="005D2DD1" w:rsidRDefault="005D2DD1" w:rsidP="005D2DD1">
            <w:pPr>
              <w:spacing w:after="200" w:line="276" w:lineRule="auto"/>
            </w:pPr>
          </w:p>
        </w:tc>
      </w:tr>
    </w:tbl>
    <w:p w14:paraId="5FA1A9F2" w14:textId="77777777" w:rsidR="005D2DD1" w:rsidRPr="005D2DD1" w:rsidRDefault="005D2DD1" w:rsidP="005D2DD1">
      <w:pPr>
        <w:rPr>
          <w:lang w:val="ru-RU"/>
        </w:rPr>
      </w:pPr>
      <w:r w:rsidRPr="005D2DD1">
        <w:rPr>
          <w:lang w:val="ru-RU"/>
        </w:rPr>
        <w:t xml:space="preserve"> </w:t>
      </w:r>
    </w:p>
    <w:tbl>
      <w:tblPr>
        <w:tblStyle w:val="TableGrid"/>
        <w:tblW w:w="15389" w:type="dxa"/>
        <w:tblInd w:w="146" w:type="dxa"/>
        <w:tblCellMar>
          <w:top w:w="5" w:type="dxa"/>
          <w:left w:w="5" w:type="dxa"/>
          <w:right w:w="29" w:type="dxa"/>
        </w:tblCellMar>
        <w:tblLook w:val="04A0" w:firstRow="1" w:lastRow="0" w:firstColumn="1" w:lastColumn="0" w:noHBand="0" w:noVBand="1"/>
      </w:tblPr>
      <w:tblGrid>
        <w:gridCol w:w="474"/>
        <w:gridCol w:w="2925"/>
        <w:gridCol w:w="642"/>
        <w:gridCol w:w="1385"/>
        <w:gridCol w:w="1426"/>
        <w:gridCol w:w="1004"/>
        <w:gridCol w:w="3260"/>
        <w:gridCol w:w="1291"/>
        <w:gridCol w:w="2982"/>
      </w:tblGrid>
      <w:tr w:rsidR="005D2DD1" w:rsidRPr="001C0564" w14:paraId="461C0A88" w14:textId="77777777" w:rsidTr="00802828">
        <w:trPr>
          <w:trHeight w:val="3959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1957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 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0977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F1C1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4E41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E078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3144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BE43B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сравнение </w:t>
            </w:r>
            <w:r w:rsidRPr="005D2DD1">
              <w:tab/>
              <w:t xml:space="preserve">ситуаций, изображённых </w:t>
            </w:r>
            <w:r w:rsidRPr="005D2DD1">
              <w:tab/>
              <w:t xml:space="preserve">на </w:t>
            </w:r>
            <w:r w:rsidRPr="005D2DD1">
              <w:tab/>
              <w:t xml:space="preserve">рисунках, наблюдение за интонационным оформлением предложений.Работа в парах: сопоставление </w:t>
            </w:r>
            <w:r w:rsidRPr="005D2DD1">
              <w:tab/>
              <w:t xml:space="preserve">предложений, </w:t>
            </w:r>
          </w:p>
          <w:p w14:paraId="2038550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различающих </w:t>
            </w:r>
            <w:r w:rsidRPr="005D2DD1">
              <w:tab/>
              <w:t xml:space="preserve">ся  </w:t>
            </w:r>
            <w:r w:rsidRPr="005D2DD1">
              <w:tab/>
              <w:t xml:space="preserve">по эмоциональной </w:t>
            </w:r>
            <w:r w:rsidRPr="005D2DD1">
              <w:tab/>
              <w:t xml:space="preserve"> </w:t>
            </w:r>
            <w:r w:rsidRPr="005D2DD1">
              <w:tab/>
              <w:t xml:space="preserve">окраске, произношение     предложений с соответствующей интонацией.Практическая работа: </w:t>
            </w:r>
            <w:r w:rsidRPr="005D2DD1">
              <w:tab/>
              <w:t xml:space="preserve">выбирать </w:t>
            </w:r>
            <w:r w:rsidRPr="005D2DD1">
              <w:tab/>
              <w:t xml:space="preserve">из </w:t>
            </w:r>
            <w:r w:rsidRPr="005D2DD1">
              <w:tab/>
              <w:t xml:space="preserve">текста предложения </w:t>
            </w:r>
            <w:r w:rsidRPr="005D2DD1">
              <w:tab/>
              <w:t xml:space="preserve">по </w:t>
            </w:r>
            <w:r w:rsidRPr="005D2DD1">
              <w:tab/>
              <w:t xml:space="preserve"> заданным признакам 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2414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E73C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</w:tr>
      <w:tr w:rsidR="005D2DD1" w:rsidRPr="005D2DD1" w14:paraId="285E8BFA" w14:textId="77777777" w:rsidTr="00802828">
        <w:trPr>
          <w:trHeight w:val="500"/>
        </w:trPr>
        <w:tc>
          <w:tcPr>
            <w:tcW w:w="3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CCE59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Итого по разделу: 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vAlign w:val="center"/>
          </w:tcPr>
          <w:p w14:paraId="1B8F9D3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1" locked="0" layoutInCell="1" allowOverlap="1" wp14:anchorId="4A22DEE1" wp14:editId="36CD3C00">
                      <wp:simplePos x="0" y="0"/>
                      <wp:positionH relativeFrom="column">
                        <wp:posOffset>67437</wp:posOffset>
                      </wp:positionH>
                      <wp:positionV relativeFrom="paragraph">
                        <wp:posOffset>-7467</wp:posOffset>
                      </wp:positionV>
                      <wp:extent cx="76200" cy="179832"/>
                      <wp:effectExtent l="0" t="0" r="0" b="0"/>
                      <wp:wrapNone/>
                      <wp:docPr id="189096" name="Group 1890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9832"/>
                                <a:chOff x="0" y="0"/>
                                <a:chExt cx="76200" cy="179832"/>
                              </a:xfrm>
                            </wpg:grpSpPr>
                            <wps:wsp>
                              <wps:cNvPr id="222364" name="Shape 222364"/>
                              <wps:cNvSpPr/>
                              <wps:spPr>
                                <a:xfrm>
                                  <a:off x="0" y="0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C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881972" id="Group 189096" o:spid="_x0000_s1026" style="position:absolute;margin-left:5.3pt;margin-top:-.6pt;width:6pt;height:14.15pt;z-index:-251640832" coordsize="762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">
                      <v:shape id="Shape 222364" o:spid="_x0000_s1027" style="position:absolute;width:76200;height:179832;visibility:visible;mso-wrap-style:square;v-text-anchor:top" coordsize="7620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" path="m,l76200,r,179832l,179832,,e" fillcolor="#f7fcf7" stroked="f" strokeweight="0">
                        <v:stroke miterlimit="83231f" joinstyle="miter"/>
                        <v:path arrowok="t" textboxrect="0,0,76200,179832"/>
                      </v:shape>
                    </v:group>
                  </w:pict>
                </mc:Fallback>
              </mc:AlternateContent>
            </w:r>
            <w:r w:rsidRPr="005D2DD1">
              <w:t xml:space="preserve">8 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F8EB03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43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00A8C56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10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FB6AA2A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323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DAAEED0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12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1988E70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29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49D0F3D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5D2DD1" w14:paraId="6C035639" w14:textId="77777777" w:rsidTr="00802828">
        <w:trPr>
          <w:trHeight w:val="468"/>
        </w:trPr>
        <w:tc>
          <w:tcPr>
            <w:tcW w:w="54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4E2CBB9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Раздел 7. </w:t>
            </w:r>
            <w:r w:rsidRPr="005D2DD1">
              <w:rPr>
                <w:b/>
              </w:rPr>
              <w:t xml:space="preserve">Орфография и пунктуация </w:t>
            </w:r>
          </w:p>
        </w:tc>
        <w:tc>
          <w:tcPr>
            <w:tcW w:w="143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524FABA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10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6B382DF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323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FB05B8E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12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BB55FC8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29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828459C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1C0564" w14:paraId="66F62927" w14:textId="77777777" w:rsidTr="00802828">
        <w:trPr>
          <w:trHeight w:val="5167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FBFC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7. </w:t>
            </w:r>
          </w:p>
          <w:p w14:paraId="123CB42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1. 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D8BA0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Повторение правил право- писания, изученных в 1 классе: прописная буква в начале предложения и в именах собственных (имена, фамилии,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</w:t>
            </w:r>
            <w:r w:rsidRPr="005D2DD1">
              <w:rPr>
                <w:b/>
              </w:rPr>
              <w:t xml:space="preserve">жи, ши </w:t>
            </w:r>
            <w:r w:rsidRPr="005D2DD1">
              <w:t xml:space="preserve">(в положении под ударением), </w:t>
            </w:r>
            <w:r w:rsidRPr="005D2DD1">
              <w:rPr>
                <w:b/>
              </w:rPr>
              <w:t>ча, ща, чу, щу</w:t>
            </w:r>
            <w:r w:rsidRPr="005D2DD1">
              <w:t xml:space="preserve">; сочетания </w:t>
            </w:r>
            <w:r w:rsidRPr="005D2DD1">
              <w:rPr>
                <w:b/>
              </w:rPr>
              <w:t>чк, чн</w:t>
            </w:r>
            <w:r w:rsidRPr="005D2DD1">
              <w:t xml:space="preserve">. 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65614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1" locked="0" layoutInCell="1" allowOverlap="1" wp14:anchorId="7A8392CE" wp14:editId="24A3DBA1">
                      <wp:simplePos x="0" y="0"/>
                      <wp:positionH relativeFrom="column">
                        <wp:posOffset>54229</wp:posOffset>
                      </wp:positionH>
                      <wp:positionV relativeFrom="paragraph">
                        <wp:posOffset>-2260</wp:posOffset>
                      </wp:positionV>
                      <wp:extent cx="94615" cy="184150"/>
                      <wp:effectExtent l="0" t="0" r="0" b="0"/>
                      <wp:wrapNone/>
                      <wp:docPr id="189370" name="Group 1893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4150"/>
                                <a:chOff x="0" y="0"/>
                                <a:chExt cx="94615" cy="184150"/>
                              </a:xfrm>
                            </wpg:grpSpPr>
                            <wps:wsp>
                              <wps:cNvPr id="222366" name="Shape 222366"/>
                              <wps:cNvSpPr/>
                              <wps:spPr>
                                <a:xfrm>
                                  <a:off x="9525" y="4445"/>
                                  <a:ext cx="762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26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25" name="Shape 27025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26" name="Shape 27026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27" name="Shape 27027"/>
                              <wps:cNvSpPr/>
                              <wps:spPr>
                                <a:xfrm>
                                  <a:off x="9525" y="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28" name="Shape 27028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29" name="Shape 27029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30" name="Shape 27030"/>
                              <wps:cNvSpPr/>
                              <wps:spPr>
                                <a:xfrm>
                                  <a:off x="4445" y="4445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31" name="Shape 27031"/>
                              <wps:cNvSpPr/>
                              <wps:spPr>
                                <a:xfrm>
                                  <a:off x="89535" y="4445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32" name="Shape 27032"/>
                              <wps:cNvSpPr/>
                              <wps:spPr>
                                <a:xfrm>
                                  <a:off x="0" y="18415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33" name="Shape 27033"/>
                              <wps:cNvSpPr/>
                              <wps:spPr>
                                <a:xfrm>
                                  <a:off x="0" y="18415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34" name="Shape 27034"/>
                              <wps:cNvSpPr/>
                              <wps:spPr>
                                <a:xfrm>
                                  <a:off x="8890" y="18415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35" name="Shape 27035"/>
                              <wps:cNvSpPr/>
                              <wps:spPr>
                                <a:xfrm>
                                  <a:off x="85090" y="18415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36" name="Shape 27036"/>
                              <wps:cNvSpPr/>
                              <wps:spPr>
                                <a:xfrm>
                                  <a:off x="85090" y="18415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D97B28" id="Group 189370" o:spid="_x0000_s1026" style="position:absolute;margin-left:4.25pt;margin-top:-.2pt;width:7.45pt;height:14.5pt;z-index:-251638784" coordsize="94615,1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">
                      <v:shape id="Shape 222366" o:spid="_x0000_s1027" style="position:absolute;left:9525;top:4445;width:76200;height:175260;visibility:visible;mso-wrap-style:square;v-text-anchor:top" coordsize="762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" path="m,l76200,r,175260l,175260,,e" fillcolor="#fff186" stroked="f" strokeweight="0">
                        <v:stroke miterlimit="83231f" joinstyle="miter"/>
                        <v:path arrowok="t" textboxrect="0,0,76200,175260"/>
                      </v:shape>
                      <v:shape id="Shape 27025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7026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7027" o:spid="_x0000_s1030" style="position:absolute;left:952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" path="m,l76200,e" filled="f" strokecolor="red" strokeweight=".72pt">
                        <v:path arrowok="t" textboxrect="0,0,76200,0"/>
                      </v:shape>
                      <v:shape id="Shape 27028" o:spid="_x0000_s1031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" path="m,l8890,e" filled="f" strokecolor="red" strokeweight=".72pt">
                        <v:path arrowok="t" textboxrect="0,0,8890,0"/>
                      </v:shape>
                      <v:shape id="Shape 27029" o:spid="_x0000_s1032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27030" o:spid="_x0000_s1033" style="position:absolute;left:4445;top:4445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" path="m,l,175260e" filled="f" strokecolor="red" strokeweight=".72pt">
                        <v:path arrowok="t" textboxrect="0,0,0,175260"/>
                      </v:shape>
                      <v:shape id="Shape 27031" o:spid="_x0000_s1034" style="position:absolute;left:89535;top:4445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" path="m,l,175260e" filled="f" strokecolor="red" strokeweight=".72pt">
                        <v:path arrowok="t" textboxrect="0,0,0,175260"/>
                      </v:shape>
                      <v:shape id="Shape 27032" o:spid="_x0000_s1035" style="position:absolute;top:18415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7033" o:spid="_x0000_s1036" style="position:absolute;top:18415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7034" o:spid="_x0000_s1037" style="position:absolute;left:8890;top:184150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27035" o:spid="_x0000_s1038" style="position:absolute;left:85090;top:18415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7036" o:spid="_x0000_s1039" style="position:absolute;left:85090;top:18415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7 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2C11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1" locked="0" layoutInCell="1" allowOverlap="1" wp14:anchorId="3D2D6D74" wp14:editId="12CCDD4D">
                      <wp:simplePos x="0" y="0"/>
                      <wp:positionH relativeFrom="column">
                        <wp:posOffset>59754</wp:posOffset>
                      </wp:positionH>
                      <wp:positionV relativeFrom="paragraph">
                        <wp:posOffset>-2260</wp:posOffset>
                      </wp:positionV>
                      <wp:extent cx="94615" cy="184150"/>
                      <wp:effectExtent l="0" t="0" r="0" b="0"/>
                      <wp:wrapNone/>
                      <wp:docPr id="189652" name="Group 1896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4150"/>
                                <a:chOff x="0" y="0"/>
                                <a:chExt cx="94615" cy="184150"/>
                              </a:xfrm>
                            </wpg:grpSpPr>
                            <wps:wsp>
                              <wps:cNvPr id="222368" name="Shape 222368"/>
                              <wps:cNvSpPr/>
                              <wps:spPr>
                                <a:xfrm>
                                  <a:off x="8890" y="4445"/>
                                  <a:ext cx="762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26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38" name="Shape 27038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39" name="Shape 27039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40" name="Shape 27040"/>
                              <wps:cNvSpPr/>
                              <wps:spPr>
                                <a:xfrm>
                                  <a:off x="9525" y="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41" name="Shape 27041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42" name="Shape 27042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43" name="Shape 27043"/>
                              <wps:cNvSpPr/>
                              <wps:spPr>
                                <a:xfrm>
                                  <a:off x="5080" y="4445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44" name="Shape 27044"/>
                              <wps:cNvSpPr/>
                              <wps:spPr>
                                <a:xfrm>
                                  <a:off x="90170" y="4445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45" name="Shape 27045"/>
                              <wps:cNvSpPr/>
                              <wps:spPr>
                                <a:xfrm>
                                  <a:off x="0" y="18415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46" name="Shape 27046"/>
                              <wps:cNvSpPr/>
                              <wps:spPr>
                                <a:xfrm>
                                  <a:off x="0" y="18415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47" name="Shape 27047"/>
                              <wps:cNvSpPr/>
                              <wps:spPr>
                                <a:xfrm>
                                  <a:off x="9525" y="18415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48" name="Shape 27048"/>
                              <wps:cNvSpPr/>
                              <wps:spPr>
                                <a:xfrm>
                                  <a:off x="85725" y="18415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49" name="Shape 27049"/>
                              <wps:cNvSpPr/>
                              <wps:spPr>
                                <a:xfrm>
                                  <a:off x="85725" y="18415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DA9600" id="Group 189652" o:spid="_x0000_s1026" style="position:absolute;margin-left:4.7pt;margin-top:-.2pt;width:7.45pt;height:14.5pt;z-index:-251636736" coordsize="94615,1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">
                      <v:shape id="Shape 222368" o:spid="_x0000_s1027" style="position:absolute;left:8890;top:4445;width:76200;height:175260;visibility:visible;mso-wrap-style:square;v-text-anchor:top" coordsize="762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" path="m,l76200,r,175260l,175260,,e" fillcolor="#fff186" stroked="f" strokeweight="0">
                        <v:stroke miterlimit="83231f" joinstyle="miter"/>
                        <v:path arrowok="t" textboxrect="0,0,76200,175260"/>
                      </v:shape>
                      <v:shape id="Shape 27038" o:spid="_x0000_s1028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" path="m,l9525,e" filled="f" strokecolor="red" strokeweight=".72pt">
                        <v:path arrowok="t" textboxrect="0,0,9525,0"/>
                      </v:shape>
                      <v:shape id="Shape 27039" o:spid="_x0000_s1029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7040" o:spid="_x0000_s1030" style="position:absolute;left:952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" path="m,l76200,e" filled="f" strokecolor="red" strokeweight=".72pt">
                        <v:path arrowok="t" textboxrect="0,0,76200,0"/>
                      </v:shape>
                      <v:shape id="Shape 27041" o:spid="_x0000_s1031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7042" o:spid="_x0000_s1032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27043" o:spid="_x0000_s1033" style="position:absolute;left:5080;top:4445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" path="m,l,175260e" filled="f" strokecolor="red" strokeweight=".72pt">
                        <v:path arrowok="t" textboxrect="0,0,0,175260"/>
                      </v:shape>
                      <v:shape id="Shape 27044" o:spid="_x0000_s1034" style="position:absolute;left:90170;top:4445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" path="m,l,175260e" filled="f" strokecolor="red" strokeweight=".72pt">
                        <v:path arrowok="t" textboxrect="0,0,0,175260"/>
                      </v:shape>
                      <v:shape id="Shape 27045" o:spid="_x0000_s1035" style="position:absolute;top:18415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7046" o:spid="_x0000_s1036" style="position:absolute;top:18415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7047" o:spid="_x0000_s1037" style="position:absolute;left:9525;top:184150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27048" o:spid="_x0000_s1038" style="position:absolute;left:85725;top:18415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" path="m,l8890,e" filled="f" strokecolor="red" strokeweight=".72pt">
                        <v:path arrowok="t" textboxrect="0,0,8890,0"/>
                      </v:shape>
                      <v:shape id="Shape 27049" o:spid="_x0000_s1039" style="position:absolute;left:85725;top:18415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7057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1" locked="0" layoutInCell="1" allowOverlap="1" wp14:anchorId="58528480" wp14:editId="70B1FECF">
                      <wp:simplePos x="0" y="0"/>
                      <wp:positionH relativeFrom="column">
                        <wp:posOffset>56769</wp:posOffset>
                      </wp:positionH>
                      <wp:positionV relativeFrom="paragraph">
                        <wp:posOffset>-2260</wp:posOffset>
                      </wp:positionV>
                      <wp:extent cx="95250" cy="184150"/>
                      <wp:effectExtent l="0" t="0" r="0" b="0"/>
                      <wp:wrapNone/>
                      <wp:docPr id="189772" name="Group 1897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" cy="184150"/>
                                <a:chOff x="0" y="0"/>
                                <a:chExt cx="95250" cy="184150"/>
                              </a:xfrm>
                            </wpg:grpSpPr>
                            <wps:wsp>
                              <wps:cNvPr id="222370" name="Shape 222370"/>
                              <wps:cNvSpPr/>
                              <wps:spPr>
                                <a:xfrm>
                                  <a:off x="9525" y="4445"/>
                                  <a:ext cx="762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26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51" name="Shape 27051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52" name="Shape 27052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53" name="Shape 27053"/>
                              <wps:cNvSpPr/>
                              <wps:spPr>
                                <a:xfrm>
                                  <a:off x="9525" y="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54" name="Shape 27054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55" name="Shape 27055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56" name="Shape 27056"/>
                              <wps:cNvSpPr/>
                              <wps:spPr>
                                <a:xfrm>
                                  <a:off x="4445" y="4445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57" name="Shape 27057"/>
                              <wps:cNvSpPr/>
                              <wps:spPr>
                                <a:xfrm>
                                  <a:off x="89535" y="4445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58" name="Shape 27058"/>
                              <wps:cNvSpPr/>
                              <wps:spPr>
                                <a:xfrm>
                                  <a:off x="0" y="18415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59" name="Shape 27059"/>
                              <wps:cNvSpPr/>
                              <wps:spPr>
                                <a:xfrm>
                                  <a:off x="0" y="18415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60" name="Shape 27060"/>
                              <wps:cNvSpPr/>
                              <wps:spPr>
                                <a:xfrm>
                                  <a:off x="8890" y="18415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61" name="Shape 27061"/>
                              <wps:cNvSpPr/>
                              <wps:spPr>
                                <a:xfrm>
                                  <a:off x="85090" y="18415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62" name="Shape 27062"/>
                              <wps:cNvSpPr/>
                              <wps:spPr>
                                <a:xfrm>
                                  <a:off x="85090" y="18415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540E7F" id="Group 189772" o:spid="_x0000_s1026" style="position:absolute;margin-left:4.45pt;margin-top:-.2pt;width:7.5pt;height:14.5pt;z-index:-251634688" coordsize="95250,1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">
                      <v:shape id="Shape 222370" o:spid="_x0000_s1027" style="position:absolute;left:9525;top:4445;width:76200;height:175260;visibility:visible;mso-wrap-style:square;v-text-anchor:top" coordsize="762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" path="m,l76200,r,175260l,175260,,e" fillcolor="#fff186" stroked="f" strokeweight="0">
                        <v:stroke miterlimit="83231f" joinstyle="miter"/>
                        <v:path arrowok="t" textboxrect="0,0,76200,175260"/>
                      </v:shape>
                      <v:shape id="Shape 27051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7052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7053" o:spid="_x0000_s1030" style="position:absolute;left:952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27054" o:spid="_x0000_s1031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7055" o:spid="_x0000_s1032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27056" o:spid="_x0000_s1033" style="position:absolute;left:4445;top:4445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" path="m,l,175260e" filled="f" strokecolor="red" strokeweight=".72pt">
                        <v:path arrowok="t" textboxrect="0,0,0,175260"/>
                      </v:shape>
                      <v:shape id="Shape 27057" o:spid="_x0000_s1034" style="position:absolute;left:89535;top:4445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" path="m,l,175260e" filled="f" strokecolor="red" strokeweight=".72pt">
                        <v:path arrowok="t" textboxrect="0,0,0,175260"/>
                      </v:shape>
                      <v:shape id="Shape 27058" o:spid="_x0000_s1035" style="position:absolute;top:18415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" path="m,l8890,e" filled="f" strokecolor="red" strokeweight=".72pt">
                        <v:path arrowok="t" textboxrect="0,0,8890,0"/>
                      </v:shape>
                      <v:shape id="Shape 27059" o:spid="_x0000_s1036" style="position:absolute;top:18415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7060" o:spid="_x0000_s1037" style="position:absolute;left:8890;top:184150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27061" o:spid="_x0000_s1038" style="position:absolute;left:85090;top:18415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7062" o:spid="_x0000_s1039" style="position:absolute;left:85090;top:18415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AA71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7E70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Учебный диалог «Как использовать алгоритм порядка действий   при списывании?».Комментированн ое письмо: объяснение различия в звуко- буквенном составе записываемых слов.Упражнения   на закрепление   правила написания сочетаний жи, ши, ча, ща, чу, щу; чк, чн. </w:t>
            </w:r>
          </w:p>
          <w:p w14:paraId="3F47E08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Взаимопроверка. Осуществ- ление  самоконтроля </w:t>
            </w:r>
          </w:p>
          <w:p w14:paraId="437E3A3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использования </w:t>
            </w:r>
          </w:p>
          <w:p w14:paraId="5C8D3F2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правила.Наблюдение за языковым  материалом: формулирование на основе анализа предложенного 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BB05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08684A1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w:drawing>
                <wp:anchor distT="0" distB="0" distL="114300" distR="114300" simplePos="0" relativeHeight="251683840" behindDoc="1" locked="0" layoutInCell="1" allowOverlap="0" wp14:anchorId="77894302" wp14:editId="67DC8EA6">
                  <wp:simplePos x="0" y="0"/>
                  <wp:positionH relativeFrom="column">
                    <wp:posOffset>54228</wp:posOffset>
                  </wp:positionH>
                  <wp:positionV relativeFrom="paragraph">
                    <wp:posOffset>-35861</wp:posOffset>
                  </wp:positionV>
                  <wp:extent cx="649225" cy="780288"/>
                  <wp:effectExtent l="0" t="0" r="0" b="0"/>
                  <wp:wrapNone/>
                  <wp:docPr id="218711" name="Picture 2187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711" name="Picture 218711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5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D2DD1">
              <w:t xml:space="preserve"> Текущи й, устный, </w:t>
            </w:r>
            <w:r w:rsidRPr="005D2DD1">
              <w:rPr>
                <w:u w:val="single"/>
              </w:rPr>
              <w:t xml:space="preserve">письменн </w:t>
            </w:r>
            <w:r w:rsidRPr="005D2DD1">
              <w:t xml:space="preserve">ый  </w:t>
            </w:r>
            <w:r w:rsidRPr="005D2DD1">
              <w:tab/>
              <w:t xml:space="preserve"> </w:t>
            </w:r>
          </w:p>
          <w:p w14:paraId="23EF9B2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F89CC" w14:textId="77777777" w:rsidR="005D2DD1" w:rsidRPr="005D2DD1" w:rsidRDefault="00253105" w:rsidP="005D2DD1">
            <w:pPr>
              <w:spacing w:after="200" w:line="276" w:lineRule="auto"/>
            </w:pPr>
            <w:hyperlink r:id="rId60">
              <w:r w:rsidR="005D2DD1" w:rsidRPr="005D2DD1">
                <w:rPr>
                  <w:rStyle w:val="aff8"/>
                </w:rPr>
                <w:t>http</w:t>
              </w:r>
            </w:hyperlink>
            <w:hyperlink r:id="rId61">
              <w:r w:rsidR="005D2DD1" w:rsidRPr="005D2DD1">
                <w:rPr>
                  <w:rStyle w:val="aff8"/>
                </w:rPr>
                <w:t>://</w:t>
              </w:r>
            </w:hyperlink>
            <w:hyperlink r:id="rId62">
              <w:r w:rsidR="005D2DD1" w:rsidRPr="005D2DD1">
                <w:rPr>
                  <w:rStyle w:val="aff8"/>
                </w:rPr>
                <w:t>sch</w:t>
              </w:r>
            </w:hyperlink>
            <w:hyperlink r:id="rId63">
              <w:r w:rsidR="005D2DD1" w:rsidRPr="005D2DD1">
                <w:rPr>
                  <w:rStyle w:val="aff8"/>
                </w:rPr>
                <w:t>oo</w:t>
              </w:r>
            </w:hyperlink>
            <w:hyperlink r:id="rId64">
              <w:r w:rsidR="005D2DD1" w:rsidRPr="005D2DD1">
                <w:rPr>
                  <w:rStyle w:val="aff8"/>
                </w:rPr>
                <w:t>l</w:t>
              </w:r>
            </w:hyperlink>
            <w:hyperlink r:id="rId65">
              <w:r w:rsidR="005D2DD1" w:rsidRPr="005D2DD1">
                <w:rPr>
                  <w:rStyle w:val="aff8"/>
                </w:rPr>
                <w:t>-</w:t>
              </w:r>
            </w:hyperlink>
            <w:hyperlink r:id="rId66">
              <w:r w:rsidR="005D2DD1" w:rsidRPr="005D2DD1">
                <w:rPr>
                  <w:rStyle w:val="aff8"/>
                </w:rPr>
                <w:t>c</w:t>
              </w:r>
            </w:hyperlink>
            <w:hyperlink r:id="rId67">
              <w:r w:rsidR="005D2DD1" w:rsidRPr="005D2DD1">
                <w:rPr>
                  <w:rStyle w:val="aff8"/>
                </w:rPr>
                <w:t>o</w:t>
              </w:r>
            </w:hyperlink>
            <w:hyperlink r:id="rId68">
              <w:r w:rsidR="005D2DD1" w:rsidRPr="005D2DD1">
                <w:rPr>
                  <w:rStyle w:val="aff8"/>
                </w:rPr>
                <w:t>llecti</w:t>
              </w:r>
            </w:hyperlink>
            <w:hyperlink r:id="rId69">
              <w:r w:rsidR="005D2DD1" w:rsidRPr="005D2DD1">
                <w:rPr>
                  <w:rStyle w:val="aff8"/>
                </w:rPr>
                <w:t>o</w:t>
              </w:r>
            </w:hyperlink>
            <w:hyperlink r:id="rId70">
              <w:r w:rsidR="005D2DD1" w:rsidRPr="005D2DD1">
                <w:rPr>
                  <w:rStyle w:val="aff8"/>
                </w:rPr>
                <w:t>n</w:t>
              </w:r>
            </w:hyperlink>
            <w:hyperlink r:id="rId71">
              <w:r w:rsidR="005D2DD1" w:rsidRPr="005D2DD1">
                <w:rPr>
                  <w:rStyle w:val="aff8"/>
                </w:rPr>
                <w:t>.</w:t>
              </w:r>
            </w:hyperlink>
            <w:hyperlink r:id="rId72">
              <w:r w:rsidR="005D2DD1" w:rsidRPr="005D2DD1">
                <w:rPr>
                  <w:rStyle w:val="aff8"/>
                </w:rPr>
                <w:t>edu.ru/</w:t>
              </w:r>
            </w:hyperlink>
            <w:hyperlink r:id="rId73">
              <w:r w:rsidR="005D2DD1" w:rsidRPr="005D2DD1">
                <w:rPr>
                  <w:rStyle w:val="aff8"/>
                </w:rPr>
                <w:t xml:space="preserve"> </w:t>
              </w:r>
            </w:hyperlink>
          </w:p>
        </w:tc>
      </w:tr>
    </w:tbl>
    <w:p w14:paraId="0C95B967" w14:textId="77777777" w:rsidR="005D2DD1" w:rsidRPr="005D2DD1" w:rsidRDefault="005D2DD1" w:rsidP="005D2DD1">
      <w:pPr>
        <w:rPr>
          <w:lang w:val="ru-RU"/>
        </w:rPr>
      </w:pPr>
      <w:r w:rsidRPr="005D2DD1">
        <w:rPr>
          <w:lang w:val="ru-RU"/>
        </w:rPr>
        <w:t xml:space="preserve"> </w:t>
      </w:r>
    </w:p>
    <w:tbl>
      <w:tblPr>
        <w:tblStyle w:val="TableGrid"/>
        <w:tblW w:w="15389" w:type="dxa"/>
        <w:tblInd w:w="146" w:type="dxa"/>
        <w:tblCellMar>
          <w:top w:w="7" w:type="dxa"/>
          <w:left w:w="7" w:type="dxa"/>
          <w:right w:w="29" w:type="dxa"/>
        </w:tblCellMar>
        <w:tblLook w:val="04A0" w:firstRow="1" w:lastRow="0" w:firstColumn="1" w:lastColumn="0" w:noHBand="0" w:noVBand="1"/>
      </w:tblPr>
      <w:tblGrid>
        <w:gridCol w:w="475"/>
        <w:gridCol w:w="2929"/>
        <w:gridCol w:w="648"/>
        <w:gridCol w:w="1388"/>
        <w:gridCol w:w="1431"/>
        <w:gridCol w:w="1008"/>
        <w:gridCol w:w="3231"/>
        <w:gridCol w:w="1292"/>
        <w:gridCol w:w="2987"/>
      </w:tblGrid>
      <w:tr w:rsidR="005D2DD1" w:rsidRPr="001C0564" w14:paraId="21890F64" w14:textId="77777777" w:rsidTr="00802828">
        <w:trPr>
          <w:trHeight w:val="1849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65E0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7. </w:t>
            </w:r>
          </w:p>
          <w:p w14:paraId="1482734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2. </w:t>
            </w: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8C8BB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Формирование орфографической зоркости: осознание места </w:t>
            </w:r>
          </w:p>
          <w:p w14:paraId="09D88BB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возможного возникновения орфографической ошибки.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4301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1" locked="0" layoutInCell="1" allowOverlap="1" wp14:anchorId="135957F0" wp14:editId="658F5FA9">
                      <wp:simplePos x="0" y="0"/>
                      <wp:positionH relativeFrom="column">
                        <wp:posOffset>55372</wp:posOffset>
                      </wp:positionH>
                      <wp:positionV relativeFrom="paragraph">
                        <wp:posOffset>-609</wp:posOffset>
                      </wp:positionV>
                      <wp:extent cx="94615" cy="184786"/>
                      <wp:effectExtent l="0" t="0" r="0" b="0"/>
                      <wp:wrapNone/>
                      <wp:docPr id="199980" name="Group 1999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4786"/>
                                <a:chOff x="0" y="0"/>
                                <a:chExt cx="94615" cy="184786"/>
                              </a:xfrm>
                            </wpg:grpSpPr>
                            <wps:wsp>
                              <wps:cNvPr id="222372" name="Shape 222372"/>
                              <wps:cNvSpPr/>
                              <wps:spPr>
                                <a:xfrm>
                                  <a:off x="9525" y="5080"/>
                                  <a:ext cx="762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26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04" name="Shape 27804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05" name="Shape 27805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06" name="Shape 27806"/>
                              <wps:cNvSpPr/>
                              <wps:spPr>
                                <a:xfrm>
                                  <a:off x="9525" y="636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07" name="Shape 27807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08" name="Shape 27808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09" name="Shape 27809"/>
                              <wps:cNvSpPr/>
                              <wps:spPr>
                                <a:xfrm>
                                  <a:off x="4445" y="5080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10" name="Shape 27810"/>
                              <wps:cNvSpPr/>
                              <wps:spPr>
                                <a:xfrm>
                                  <a:off x="89535" y="5080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11" name="Shape 27811"/>
                              <wps:cNvSpPr/>
                              <wps:spPr>
                                <a:xfrm>
                                  <a:off x="0" y="184786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12" name="Shape 27812"/>
                              <wps:cNvSpPr/>
                              <wps:spPr>
                                <a:xfrm>
                                  <a:off x="0" y="184786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13" name="Shape 27813"/>
                              <wps:cNvSpPr/>
                              <wps:spPr>
                                <a:xfrm>
                                  <a:off x="8890" y="184786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14" name="Shape 27814"/>
                              <wps:cNvSpPr/>
                              <wps:spPr>
                                <a:xfrm>
                                  <a:off x="85090" y="184786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15" name="Shape 27815"/>
                              <wps:cNvSpPr/>
                              <wps:spPr>
                                <a:xfrm>
                                  <a:off x="85090" y="184786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38DBAF" id="Group 199980" o:spid="_x0000_s1026" style="position:absolute;margin-left:4.35pt;margin-top:-.05pt;width:7.45pt;height:14.55pt;z-index:-251630592" coordsize="94615,184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">
                      <v:shape id="Shape 222372" o:spid="_x0000_s1027" style="position:absolute;left:9525;top:5080;width:76200;height:175260;visibility:visible;mso-wrap-style:square;v-text-anchor:top" coordsize="762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" path="m,l76200,r,175260l,175260,,e" fillcolor="#fff186" stroked="f" strokeweight="0">
                        <v:stroke miterlimit="83231f" joinstyle="miter"/>
                        <v:path arrowok="t" textboxrect="0,0,76200,175260"/>
                      </v:shape>
                      <v:shape id="Shape 27804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7805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7806" o:spid="_x0000_s1030" style="position:absolute;left:9525;top:636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27807" o:spid="_x0000_s1031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7808" o:spid="_x0000_s1032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" path="m,l8890,e" filled="f" strokecolor="red" strokeweight=".72pt">
                        <v:path arrowok="t" textboxrect="0,0,8890,0"/>
                      </v:shape>
                      <v:shape id="Shape 27809" o:spid="_x0000_s1033" style="position:absolute;left:4445;top:5080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" path="m,l,175260e" filled="f" strokecolor="red" strokeweight=".72pt">
                        <v:path arrowok="t" textboxrect="0,0,0,175260"/>
                      </v:shape>
                      <v:shape id="Shape 27810" o:spid="_x0000_s1034" style="position:absolute;left:89535;top:5080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" path="m,l,175260e" filled="f" strokecolor="red" strokeweight=".72pt">
                        <v:path arrowok="t" textboxrect="0,0,0,175260"/>
                      </v:shape>
                      <v:shape id="Shape 27811" o:spid="_x0000_s1035" style="position:absolute;top:184786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7812" o:spid="_x0000_s1036" style="position:absolute;top:184786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7813" o:spid="_x0000_s1037" style="position:absolute;left:8890;top:184786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" path="m,l76200,e" filled="f" strokecolor="red" strokeweight=".72pt">
                        <v:path arrowok="t" textboxrect="0,0,76200,0"/>
                      </v:shape>
                      <v:shape id="Shape 27814" o:spid="_x0000_s1038" style="position:absolute;left:85090;top:184786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27815" o:spid="_x0000_s1039" style="position:absolute;left:85090;top:184786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7 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4AE1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1" locked="0" layoutInCell="1" allowOverlap="1" wp14:anchorId="4855CF8E" wp14:editId="1F08496A">
                      <wp:simplePos x="0" y="0"/>
                      <wp:positionH relativeFrom="column">
                        <wp:posOffset>58547</wp:posOffset>
                      </wp:positionH>
                      <wp:positionV relativeFrom="paragraph">
                        <wp:posOffset>-609</wp:posOffset>
                      </wp:positionV>
                      <wp:extent cx="94615" cy="184786"/>
                      <wp:effectExtent l="0" t="0" r="0" b="0"/>
                      <wp:wrapNone/>
                      <wp:docPr id="200001" name="Group 2000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4786"/>
                                <a:chOff x="0" y="0"/>
                                <a:chExt cx="94615" cy="184786"/>
                              </a:xfrm>
                            </wpg:grpSpPr>
                            <wps:wsp>
                              <wps:cNvPr id="222374" name="Shape 222374"/>
                              <wps:cNvSpPr/>
                              <wps:spPr>
                                <a:xfrm>
                                  <a:off x="8890" y="5080"/>
                                  <a:ext cx="762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26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17" name="Shape 27817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18" name="Shape 27818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19" name="Shape 27819"/>
                              <wps:cNvSpPr/>
                              <wps:spPr>
                                <a:xfrm>
                                  <a:off x="9525" y="636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20" name="Shape 27820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21" name="Shape 27821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22" name="Shape 27822"/>
                              <wps:cNvSpPr/>
                              <wps:spPr>
                                <a:xfrm>
                                  <a:off x="5080" y="5080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23" name="Shape 27823"/>
                              <wps:cNvSpPr/>
                              <wps:spPr>
                                <a:xfrm>
                                  <a:off x="90170" y="5080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24" name="Shape 27824"/>
                              <wps:cNvSpPr/>
                              <wps:spPr>
                                <a:xfrm>
                                  <a:off x="0" y="184786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25" name="Shape 27825"/>
                              <wps:cNvSpPr/>
                              <wps:spPr>
                                <a:xfrm>
                                  <a:off x="0" y="184786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26" name="Shape 27826"/>
                              <wps:cNvSpPr/>
                              <wps:spPr>
                                <a:xfrm>
                                  <a:off x="9525" y="184786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27" name="Shape 27827"/>
                              <wps:cNvSpPr/>
                              <wps:spPr>
                                <a:xfrm>
                                  <a:off x="85725" y="184786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28" name="Shape 27828"/>
                              <wps:cNvSpPr/>
                              <wps:spPr>
                                <a:xfrm>
                                  <a:off x="85725" y="184786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FDAB78" id="Group 200001" o:spid="_x0000_s1026" style="position:absolute;margin-left:4.6pt;margin-top:-.05pt;width:7.45pt;height:14.55pt;z-index:-251628544" coordsize="94615,184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">
                      <v:shape id="Shape 222374" o:spid="_x0000_s1027" style="position:absolute;left:8890;top:5080;width:76200;height:175260;visibility:visible;mso-wrap-style:square;v-text-anchor:top" coordsize="762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" path="m,l76200,r,175260l,175260,,e" fillcolor="#fff186" stroked="f" strokeweight="0">
                        <v:stroke miterlimit="83231f" joinstyle="miter"/>
                        <v:path arrowok="t" textboxrect="0,0,76200,175260"/>
                      </v:shape>
                      <v:shape id="Shape 27817" o:spid="_x0000_s1028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27818" o:spid="_x0000_s1029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" path="m,l9525,e" filled="f" strokecolor="red" strokeweight=".72pt">
                        <v:path arrowok="t" textboxrect="0,0,9525,0"/>
                      </v:shape>
                      <v:shape id="Shape 27819" o:spid="_x0000_s1030" style="position:absolute;left:9525;top:636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27820" o:spid="_x0000_s1031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27821" o:spid="_x0000_s1032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7822" o:spid="_x0000_s1033" style="position:absolute;left:5080;top:5080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" path="m,l,175260e" filled="f" strokecolor="red" strokeweight=".72pt">
                        <v:path arrowok="t" textboxrect="0,0,0,175260"/>
                      </v:shape>
                      <v:shape id="Shape 27823" o:spid="_x0000_s1034" style="position:absolute;left:90170;top:5080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" path="m,l,175260e" filled="f" strokecolor="red" strokeweight=".72pt">
                        <v:path arrowok="t" textboxrect="0,0,0,175260"/>
                      </v:shape>
                      <v:shape id="Shape 27824" o:spid="_x0000_s1035" style="position:absolute;top:184786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7825" o:spid="_x0000_s1036" style="position:absolute;top:184786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27826" o:spid="_x0000_s1037" style="position:absolute;left:9525;top:184786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" path="m,l76200,e" filled="f" strokecolor="red" strokeweight=".72pt">
                        <v:path arrowok="t" textboxrect="0,0,76200,0"/>
                      </v:shape>
                      <v:shape id="Shape 27827" o:spid="_x0000_s1038" style="position:absolute;left:85725;top:184786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7828" o:spid="_x0000_s1039" style="position:absolute;left:85725;top:184786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70E0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984" behindDoc="1" locked="0" layoutInCell="1" allowOverlap="1" wp14:anchorId="1BF51E48" wp14:editId="25978188">
                      <wp:simplePos x="0" y="0"/>
                      <wp:positionH relativeFrom="column">
                        <wp:posOffset>56769</wp:posOffset>
                      </wp:positionH>
                      <wp:positionV relativeFrom="paragraph">
                        <wp:posOffset>-609</wp:posOffset>
                      </wp:positionV>
                      <wp:extent cx="95250" cy="184786"/>
                      <wp:effectExtent l="0" t="0" r="0" b="0"/>
                      <wp:wrapNone/>
                      <wp:docPr id="200030" name="Group 2000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" cy="184786"/>
                                <a:chOff x="0" y="0"/>
                                <a:chExt cx="95250" cy="184786"/>
                              </a:xfrm>
                            </wpg:grpSpPr>
                            <wps:wsp>
                              <wps:cNvPr id="222376" name="Shape 222376"/>
                              <wps:cNvSpPr/>
                              <wps:spPr>
                                <a:xfrm>
                                  <a:off x="9525" y="5080"/>
                                  <a:ext cx="762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26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30" name="Shape 27830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31" name="Shape 27831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32" name="Shape 27832"/>
                              <wps:cNvSpPr/>
                              <wps:spPr>
                                <a:xfrm>
                                  <a:off x="9525" y="636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33" name="Shape 27833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34" name="Shape 27834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35" name="Shape 27835"/>
                              <wps:cNvSpPr/>
                              <wps:spPr>
                                <a:xfrm>
                                  <a:off x="4445" y="5080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36" name="Shape 27836"/>
                              <wps:cNvSpPr/>
                              <wps:spPr>
                                <a:xfrm>
                                  <a:off x="89535" y="5080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37" name="Shape 27837"/>
                              <wps:cNvSpPr/>
                              <wps:spPr>
                                <a:xfrm>
                                  <a:off x="0" y="184786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38" name="Shape 27838"/>
                              <wps:cNvSpPr/>
                              <wps:spPr>
                                <a:xfrm>
                                  <a:off x="0" y="184786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39" name="Shape 27839"/>
                              <wps:cNvSpPr/>
                              <wps:spPr>
                                <a:xfrm>
                                  <a:off x="8890" y="184786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40" name="Shape 27840"/>
                              <wps:cNvSpPr/>
                              <wps:spPr>
                                <a:xfrm>
                                  <a:off x="85090" y="184786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41" name="Shape 27841"/>
                              <wps:cNvSpPr/>
                              <wps:spPr>
                                <a:xfrm>
                                  <a:off x="85090" y="184786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F82575" id="Group 200030" o:spid="_x0000_s1026" style="position:absolute;margin-left:4.45pt;margin-top:-.05pt;width:7.5pt;height:14.55pt;z-index:-251626496" coordsize="95250,184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">
                      <v:shape id="Shape 222376" o:spid="_x0000_s1027" style="position:absolute;left:9525;top:5080;width:76200;height:175260;visibility:visible;mso-wrap-style:square;v-text-anchor:top" coordsize="762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" path="m,l76200,r,175260l,175260,,e" fillcolor="#fff186" stroked="f" strokeweight="0">
                        <v:stroke miterlimit="83231f" joinstyle="miter"/>
                        <v:path arrowok="t" textboxrect="0,0,76200,175260"/>
                      </v:shape>
                      <v:shape id="Shape 27830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7831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27832" o:spid="_x0000_s1030" style="position:absolute;left:9525;top:636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27833" o:spid="_x0000_s1031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27834" o:spid="_x0000_s1032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7835" o:spid="_x0000_s1033" style="position:absolute;left:4445;top:5080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" path="m,l,175260e" filled="f" strokecolor="red" strokeweight=".72pt">
                        <v:path arrowok="t" textboxrect="0,0,0,175260"/>
                      </v:shape>
                      <v:shape id="Shape 27836" o:spid="_x0000_s1034" style="position:absolute;left:89535;top:5080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" path="m,l,175260e" filled="f" strokecolor="red" strokeweight=".72pt">
                        <v:path arrowok="t" textboxrect="0,0,0,175260"/>
                      </v:shape>
                      <v:shape id="Shape 27837" o:spid="_x0000_s1035" style="position:absolute;top:184786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7838" o:spid="_x0000_s1036" style="position:absolute;top:184786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27839" o:spid="_x0000_s1037" style="position:absolute;left:8890;top:184786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27840" o:spid="_x0000_s1038" style="position:absolute;left:85090;top:184786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27841" o:spid="_x0000_s1039" style="position:absolute;left:85090;top:184786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3124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32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18D9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материала ответа на вопрос, связанный с правилом переноса слов, уточнение правила переноса слов (буквы й, ь, ъ).Работа с таблицей (в одном столбце слова разделены по слогам, в другом столбце эти же слова </w:t>
            </w:r>
            <w:r w:rsidRPr="005D2DD1">
              <w:lastRenderedPageBreak/>
              <w:t xml:space="preserve">разделены для пере носа): сопоставление различия деления слов на слоги и для переноса,  объяснение разницы.Практическая работа: запись слов с делением для переноса, осуществление самоконтроля при делении слов для </w:t>
            </w:r>
          </w:p>
          <w:p w14:paraId="75623C4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переноса.Дифференцированно е задание: нахождение слов по заданно му основанию (слова, которые нельзя перенести). </w:t>
            </w:r>
          </w:p>
          <w:p w14:paraId="54AFD09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Работа в парах: объяснять допущенные ошибки в делении слов для  переноса. </w:t>
            </w:r>
          </w:p>
          <w:p w14:paraId="77E1949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Самоконтроль: проверка своих письменных работ по другим предметам  с  целью исправления возможных ошибок на применение правила переноса слов. Практическая работа: запись предложений с использованием  правила написания собственных имён существительных. Работа в </w:t>
            </w:r>
            <w:r w:rsidRPr="005D2DD1">
              <w:lastRenderedPageBreak/>
              <w:t xml:space="preserve">парах: ответы на вопросы, в которых обязательно нужно будет применить правило написания собственных имён существительных.     Творческое 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EEC2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 </w:t>
            </w:r>
          </w:p>
          <w:p w14:paraId="6B86791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w:drawing>
                <wp:anchor distT="0" distB="0" distL="114300" distR="114300" simplePos="0" relativeHeight="251692032" behindDoc="1" locked="0" layoutInCell="1" allowOverlap="0" wp14:anchorId="4050FBEC" wp14:editId="7DDD6B71">
                  <wp:simplePos x="0" y="0"/>
                  <wp:positionH relativeFrom="column">
                    <wp:posOffset>54228</wp:posOffset>
                  </wp:positionH>
                  <wp:positionV relativeFrom="paragraph">
                    <wp:posOffset>-36353</wp:posOffset>
                  </wp:positionV>
                  <wp:extent cx="658368" cy="783336"/>
                  <wp:effectExtent l="0" t="0" r="0" b="0"/>
                  <wp:wrapNone/>
                  <wp:docPr id="218713" name="Picture 2187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713" name="Picture 21871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783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D2DD1">
              <w:t xml:space="preserve"> </w:t>
            </w:r>
            <w:r w:rsidRPr="005D2DD1">
              <w:rPr>
                <w:u w:val="single"/>
              </w:rPr>
              <w:t>Текущий,</w:t>
            </w:r>
            <w:r w:rsidRPr="005D2DD1">
              <w:t xml:space="preserve"> </w:t>
            </w:r>
            <w:r w:rsidRPr="005D2DD1">
              <w:rPr>
                <w:u w:val="single"/>
              </w:rPr>
              <w:t>устный,</w:t>
            </w:r>
            <w:r w:rsidRPr="005D2DD1">
              <w:t xml:space="preserve">  </w:t>
            </w:r>
            <w:r w:rsidRPr="005D2DD1">
              <w:rPr>
                <w:u w:val="single"/>
              </w:rPr>
              <w:t>письменн</w:t>
            </w:r>
            <w:r w:rsidRPr="005D2DD1">
              <w:t xml:space="preserve"> ый </w:t>
            </w:r>
            <w:r w:rsidRPr="005D2DD1">
              <w:tab/>
              <w:t xml:space="preserve"> </w:t>
            </w:r>
          </w:p>
          <w:p w14:paraId="20E0814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B9E69" w14:textId="77777777" w:rsidR="005D2DD1" w:rsidRPr="005D2DD1" w:rsidRDefault="00253105" w:rsidP="005D2DD1">
            <w:pPr>
              <w:spacing w:after="200" w:line="276" w:lineRule="auto"/>
            </w:pPr>
            <w:hyperlink r:id="rId74">
              <w:r w:rsidR="005D2DD1" w:rsidRPr="005D2DD1">
                <w:rPr>
                  <w:rStyle w:val="aff8"/>
                </w:rPr>
                <w:t>http</w:t>
              </w:r>
            </w:hyperlink>
            <w:hyperlink r:id="rId75">
              <w:r w:rsidR="005D2DD1" w:rsidRPr="005D2DD1">
                <w:rPr>
                  <w:rStyle w:val="aff8"/>
                </w:rPr>
                <w:t>://</w:t>
              </w:r>
            </w:hyperlink>
            <w:hyperlink r:id="rId76">
              <w:r w:rsidR="005D2DD1" w:rsidRPr="005D2DD1">
                <w:rPr>
                  <w:rStyle w:val="aff8"/>
                </w:rPr>
                <w:t>sch</w:t>
              </w:r>
            </w:hyperlink>
            <w:hyperlink r:id="rId77">
              <w:r w:rsidR="005D2DD1" w:rsidRPr="005D2DD1">
                <w:rPr>
                  <w:rStyle w:val="aff8"/>
                </w:rPr>
                <w:t>oo</w:t>
              </w:r>
            </w:hyperlink>
            <w:hyperlink r:id="rId78">
              <w:r w:rsidR="005D2DD1" w:rsidRPr="005D2DD1">
                <w:rPr>
                  <w:rStyle w:val="aff8"/>
                </w:rPr>
                <w:t>l</w:t>
              </w:r>
            </w:hyperlink>
            <w:hyperlink r:id="rId79">
              <w:r w:rsidR="005D2DD1" w:rsidRPr="005D2DD1">
                <w:rPr>
                  <w:rStyle w:val="aff8"/>
                </w:rPr>
                <w:t>-</w:t>
              </w:r>
            </w:hyperlink>
            <w:hyperlink r:id="rId80">
              <w:r w:rsidR="005D2DD1" w:rsidRPr="005D2DD1">
                <w:rPr>
                  <w:rStyle w:val="aff8"/>
                </w:rPr>
                <w:t>c</w:t>
              </w:r>
            </w:hyperlink>
            <w:hyperlink r:id="rId81">
              <w:r w:rsidR="005D2DD1" w:rsidRPr="005D2DD1">
                <w:rPr>
                  <w:rStyle w:val="aff8"/>
                </w:rPr>
                <w:t>o</w:t>
              </w:r>
            </w:hyperlink>
            <w:hyperlink r:id="rId82">
              <w:r w:rsidR="005D2DD1" w:rsidRPr="005D2DD1">
                <w:rPr>
                  <w:rStyle w:val="aff8"/>
                </w:rPr>
                <w:t>llecti</w:t>
              </w:r>
            </w:hyperlink>
            <w:hyperlink r:id="rId83">
              <w:r w:rsidR="005D2DD1" w:rsidRPr="005D2DD1">
                <w:rPr>
                  <w:rStyle w:val="aff8"/>
                </w:rPr>
                <w:t>o</w:t>
              </w:r>
            </w:hyperlink>
            <w:hyperlink r:id="rId84">
              <w:r w:rsidR="005D2DD1" w:rsidRPr="005D2DD1">
                <w:rPr>
                  <w:rStyle w:val="aff8"/>
                </w:rPr>
                <w:t>n</w:t>
              </w:r>
            </w:hyperlink>
            <w:hyperlink r:id="rId85">
              <w:r w:rsidR="005D2DD1" w:rsidRPr="005D2DD1">
                <w:rPr>
                  <w:rStyle w:val="aff8"/>
                </w:rPr>
                <w:t>.</w:t>
              </w:r>
            </w:hyperlink>
            <w:hyperlink r:id="rId86">
              <w:r w:rsidR="005D2DD1" w:rsidRPr="005D2DD1">
                <w:rPr>
                  <w:rStyle w:val="aff8"/>
                </w:rPr>
                <w:t>edu.ru/</w:t>
              </w:r>
            </w:hyperlink>
            <w:hyperlink r:id="rId87">
              <w:r w:rsidR="005D2DD1" w:rsidRPr="005D2DD1">
                <w:rPr>
                  <w:rStyle w:val="aff8"/>
                </w:rPr>
                <w:t xml:space="preserve"> </w:t>
              </w:r>
            </w:hyperlink>
          </w:p>
        </w:tc>
      </w:tr>
      <w:tr w:rsidR="005D2DD1" w:rsidRPr="001C0564" w14:paraId="6613C628" w14:textId="77777777" w:rsidTr="00802828">
        <w:trPr>
          <w:trHeight w:val="1416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2042B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7. </w:t>
            </w:r>
          </w:p>
          <w:p w14:paraId="4AAC936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3. </w:t>
            </w: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02C0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Понятие орфограммы.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6500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1" locked="0" layoutInCell="1" allowOverlap="1" wp14:anchorId="326FBEAB" wp14:editId="03F28044">
                      <wp:simplePos x="0" y="0"/>
                      <wp:positionH relativeFrom="column">
                        <wp:posOffset>55372</wp:posOffset>
                      </wp:positionH>
                      <wp:positionV relativeFrom="paragraph">
                        <wp:posOffset>914</wp:posOffset>
                      </wp:positionV>
                      <wp:extent cx="94615" cy="184150"/>
                      <wp:effectExtent l="0" t="0" r="0" b="0"/>
                      <wp:wrapNone/>
                      <wp:docPr id="205101" name="Group 205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4150"/>
                                <a:chOff x="0" y="0"/>
                                <a:chExt cx="94615" cy="184150"/>
                              </a:xfrm>
                            </wpg:grpSpPr>
                            <wps:wsp>
                              <wps:cNvPr id="222378" name="Shape 222378"/>
                              <wps:cNvSpPr/>
                              <wps:spPr>
                                <a:xfrm>
                                  <a:off x="9525" y="4445"/>
                                  <a:ext cx="762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26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43" name="Shape 27843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44" name="Shape 27844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45" name="Shape 27845"/>
                              <wps:cNvSpPr/>
                              <wps:spPr>
                                <a:xfrm>
                                  <a:off x="9525" y="63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46" name="Shape 27846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47" name="Shape 27847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48" name="Shape 27848"/>
                              <wps:cNvSpPr/>
                              <wps:spPr>
                                <a:xfrm>
                                  <a:off x="4445" y="4445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49" name="Shape 27849"/>
                              <wps:cNvSpPr/>
                              <wps:spPr>
                                <a:xfrm>
                                  <a:off x="89535" y="4445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50" name="Shape 27850"/>
                              <wps:cNvSpPr/>
                              <wps:spPr>
                                <a:xfrm>
                                  <a:off x="0" y="18415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51" name="Shape 27851"/>
                              <wps:cNvSpPr/>
                              <wps:spPr>
                                <a:xfrm>
                                  <a:off x="0" y="18415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52" name="Shape 27852"/>
                              <wps:cNvSpPr/>
                              <wps:spPr>
                                <a:xfrm>
                                  <a:off x="8890" y="18415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53" name="Shape 27853"/>
                              <wps:cNvSpPr/>
                              <wps:spPr>
                                <a:xfrm>
                                  <a:off x="85090" y="18415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54" name="Shape 27854"/>
                              <wps:cNvSpPr/>
                              <wps:spPr>
                                <a:xfrm>
                                  <a:off x="85090" y="18415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035989" id="Group 205101" o:spid="_x0000_s1026" style="position:absolute;margin-left:4.35pt;margin-top:.05pt;width:7.45pt;height:14.5pt;z-index:-251622400" coordsize="94615,1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">
                      <v:shape id="Shape 222378" o:spid="_x0000_s1027" style="position:absolute;left:9525;top:4445;width:76200;height:175260;visibility:visible;mso-wrap-style:square;v-text-anchor:top" coordsize="762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" path="m,l76200,r,175260l,175260,,e" fillcolor="#fff186" stroked="f" strokeweight="0">
                        <v:stroke miterlimit="83231f" joinstyle="miter"/>
                        <v:path arrowok="t" textboxrect="0,0,76200,175260"/>
                      </v:shape>
                      <v:shape id="Shape 27843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27844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7845" o:spid="_x0000_s1030" style="position:absolute;left:9525;top:63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27846" o:spid="_x0000_s1031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7847" o:spid="_x0000_s1032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7848" o:spid="_x0000_s1033" style="position:absolute;left:4445;top:4445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" path="m,l,175260e" filled="f" strokecolor="red" strokeweight=".72pt">
                        <v:path arrowok="t" textboxrect="0,0,0,175260"/>
                      </v:shape>
                      <v:shape id="Shape 27849" o:spid="_x0000_s1034" style="position:absolute;left:89535;top:4445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" path="m,l,175260e" filled="f" strokecolor="red" strokeweight=".72pt">
                        <v:path arrowok="t" textboxrect="0,0,0,175260"/>
                      </v:shape>
                      <v:shape id="Shape 27850" o:spid="_x0000_s1035" style="position:absolute;top:18415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7851" o:spid="_x0000_s1036" style="position:absolute;top:18415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7852" o:spid="_x0000_s1037" style="position:absolute;left:8890;top:184150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27853" o:spid="_x0000_s1038" style="position:absolute;left:85090;top:18415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7854" o:spid="_x0000_s1039" style="position:absolute;left:85090;top:18415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2 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7FE1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128" behindDoc="1" locked="0" layoutInCell="1" allowOverlap="1" wp14:anchorId="092F5187" wp14:editId="77574A95">
                      <wp:simplePos x="0" y="0"/>
                      <wp:positionH relativeFrom="column">
                        <wp:posOffset>58547</wp:posOffset>
                      </wp:positionH>
                      <wp:positionV relativeFrom="paragraph">
                        <wp:posOffset>914</wp:posOffset>
                      </wp:positionV>
                      <wp:extent cx="94615" cy="184150"/>
                      <wp:effectExtent l="0" t="0" r="0" b="0"/>
                      <wp:wrapNone/>
                      <wp:docPr id="205129" name="Group 205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4150"/>
                                <a:chOff x="0" y="0"/>
                                <a:chExt cx="94615" cy="184150"/>
                              </a:xfrm>
                            </wpg:grpSpPr>
                            <wps:wsp>
                              <wps:cNvPr id="222380" name="Shape 222380"/>
                              <wps:cNvSpPr/>
                              <wps:spPr>
                                <a:xfrm>
                                  <a:off x="8890" y="4445"/>
                                  <a:ext cx="762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26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56" name="Shape 27856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57" name="Shape 27857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58" name="Shape 27858"/>
                              <wps:cNvSpPr/>
                              <wps:spPr>
                                <a:xfrm>
                                  <a:off x="9525" y="63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59" name="Shape 27859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60" name="Shape 27860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61" name="Shape 27861"/>
                              <wps:cNvSpPr/>
                              <wps:spPr>
                                <a:xfrm>
                                  <a:off x="5080" y="4445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62" name="Shape 27862"/>
                              <wps:cNvSpPr/>
                              <wps:spPr>
                                <a:xfrm>
                                  <a:off x="90170" y="4445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63" name="Shape 27863"/>
                              <wps:cNvSpPr/>
                              <wps:spPr>
                                <a:xfrm>
                                  <a:off x="0" y="18415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64" name="Shape 27864"/>
                              <wps:cNvSpPr/>
                              <wps:spPr>
                                <a:xfrm>
                                  <a:off x="0" y="18415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65" name="Shape 27865"/>
                              <wps:cNvSpPr/>
                              <wps:spPr>
                                <a:xfrm>
                                  <a:off x="9525" y="18415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66" name="Shape 27866"/>
                              <wps:cNvSpPr/>
                              <wps:spPr>
                                <a:xfrm>
                                  <a:off x="85725" y="18415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67" name="Shape 27867"/>
                              <wps:cNvSpPr/>
                              <wps:spPr>
                                <a:xfrm>
                                  <a:off x="85725" y="18415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7AA403" id="Group 205129" o:spid="_x0000_s1026" style="position:absolute;margin-left:4.6pt;margin-top:.05pt;width:7.45pt;height:14.5pt;z-index:-251620352" coordsize="94615,1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">
                      <v:shape id="Shape 222380" o:spid="_x0000_s1027" style="position:absolute;left:8890;top:4445;width:76200;height:175260;visibility:visible;mso-wrap-style:square;v-text-anchor:top" coordsize="762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" path="m,l76200,r,175260l,175260,,e" fillcolor="#fff186" stroked="f" strokeweight="0">
                        <v:stroke miterlimit="83231f" joinstyle="miter"/>
                        <v:path arrowok="t" textboxrect="0,0,76200,175260"/>
                      </v:shape>
                      <v:shape id="Shape 27856" o:spid="_x0000_s1028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7857" o:spid="_x0000_s1029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7858" o:spid="_x0000_s1030" style="position:absolute;left:9525;top:63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" path="m,l76200,e" filled="f" strokecolor="red" strokeweight=".72pt">
                        <v:path arrowok="t" textboxrect="0,0,76200,0"/>
                      </v:shape>
                      <v:shape id="Shape 27859" o:spid="_x0000_s1031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27860" o:spid="_x0000_s1032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7861" o:spid="_x0000_s1033" style="position:absolute;left:5080;top:4445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" path="m,l,175260e" filled="f" strokecolor="red" strokeweight=".72pt">
                        <v:path arrowok="t" textboxrect="0,0,0,175260"/>
                      </v:shape>
                      <v:shape id="Shape 27862" o:spid="_x0000_s1034" style="position:absolute;left:90170;top:4445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" path="m,l,175260e" filled="f" strokecolor="red" strokeweight=".72pt">
                        <v:path arrowok="t" textboxrect="0,0,0,175260"/>
                      </v:shape>
                      <v:shape id="Shape 27863" o:spid="_x0000_s1035" style="position:absolute;top:18415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7864" o:spid="_x0000_s1036" style="position:absolute;top:18415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7865" o:spid="_x0000_s1037" style="position:absolute;left:9525;top:184150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27866" o:spid="_x0000_s1038" style="position:absolute;left:85725;top:18415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7867" o:spid="_x0000_s1039" style="position:absolute;left:85725;top:18415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ACBE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8176" behindDoc="1" locked="0" layoutInCell="1" allowOverlap="1" wp14:anchorId="6AD52C37" wp14:editId="0F0E1E03">
                      <wp:simplePos x="0" y="0"/>
                      <wp:positionH relativeFrom="column">
                        <wp:posOffset>56769</wp:posOffset>
                      </wp:positionH>
                      <wp:positionV relativeFrom="paragraph">
                        <wp:posOffset>914</wp:posOffset>
                      </wp:positionV>
                      <wp:extent cx="95250" cy="184150"/>
                      <wp:effectExtent l="0" t="0" r="0" b="0"/>
                      <wp:wrapNone/>
                      <wp:docPr id="205175" name="Group 205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" cy="184150"/>
                                <a:chOff x="0" y="0"/>
                                <a:chExt cx="95250" cy="184150"/>
                              </a:xfrm>
                            </wpg:grpSpPr>
                            <wps:wsp>
                              <wps:cNvPr id="222382" name="Shape 222382"/>
                              <wps:cNvSpPr/>
                              <wps:spPr>
                                <a:xfrm>
                                  <a:off x="9525" y="4445"/>
                                  <a:ext cx="762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26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69" name="Shape 27869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70" name="Shape 27870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71" name="Shape 27871"/>
                              <wps:cNvSpPr/>
                              <wps:spPr>
                                <a:xfrm>
                                  <a:off x="9525" y="63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72" name="Shape 27872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73" name="Shape 27873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74" name="Shape 27874"/>
                              <wps:cNvSpPr/>
                              <wps:spPr>
                                <a:xfrm>
                                  <a:off x="4445" y="4445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75" name="Shape 27875"/>
                              <wps:cNvSpPr/>
                              <wps:spPr>
                                <a:xfrm>
                                  <a:off x="89535" y="4445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76" name="Shape 27876"/>
                              <wps:cNvSpPr/>
                              <wps:spPr>
                                <a:xfrm>
                                  <a:off x="0" y="18415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77" name="Shape 27877"/>
                              <wps:cNvSpPr/>
                              <wps:spPr>
                                <a:xfrm>
                                  <a:off x="0" y="18415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78" name="Shape 27878"/>
                              <wps:cNvSpPr/>
                              <wps:spPr>
                                <a:xfrm>
                                  <a:off x="8890" y="18415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79" name="Shape 27879"/>
                              <wps:cNvSpPr/>
                              <wps:spPr>
                                <a:xfrm>
                                  <a:off x="85090" y="18415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80" name="Shape 27880"/>
                              <wps:cNvSpPr/>
                              <wps:spPr>
                                <a:xfrm>
                                  <a:off x="85090" y="18415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B80EF2" id="Group 205175" o:spid="_x0000_s1026" style="position:absolute;margin-left:4.45pt;margin-top:.05pt;width:7.5pt;height:14.5pt;z-index:-251618304" coordsize="95250,1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">
                      <v:shape id="Shape 222382" o:spid="_x0000_s1027" style="position:absolute;left:9525;top:4445;width:76200;height:175260;visibility:visible;mso-wrap-style:square;v-text-anchor:top" coordsize="762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" path="m,l76200,r,175260l,175260,,e" fillcolor="#fff186" stroked="f" strokeweight="0">
                        <v:stroke miterlimit="83231f" joinstyle="miter"/>
                        <v:path arrowok="t" textboxrect="0,0,76200,175260"/>
                      </v:shape>
                      <v:shape id="Shape 27869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7870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7871" o:spid="_x0000_s1030" style="position:absolute;left:9525;top:63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27872" o:spid="_x0000_s1031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27873" o:spid="_x0000_s1032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7874" o:spid="_x0000_s1033" style="position:absolute;left:4445;top:4445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" path="m,l,175260e" filled="f" strokecolor="red" strokeweight=".72pt">
                        <v:path arrowok="t" textboxrect="0,0,0,175260"/>
                      </v:shape>
                      <v:shape id="Shape 27875" o:spid="_x0000_s1034" style="position:absolute;left:89535;top:4445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" path="m,l,175260e" filled="f" strokecolor="red" strokeweight=".72pt">
                        <v:path arrowok="t" textboxrect="0,0,0,175260"/>
                      </v:shape>
                      <v:shape id="Shape 27876" o:spid="_x0000_s1035" style="position:absolute;top:18415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7877" o:spid="_x0000_s1036" style="position:absolute;top:18415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27878" o:spid="_x0000_s1037" style="position:absolute;left:8890;top:184150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" path="m,l76200,e" filled="f" strokecolor="red" strokeweight=".72pt">
                        <v:path arrowok="t" textboxrect="0,0,76200,0"/>
                      </v:shape>
                      <v:shape id="Shape 27879" o:spid="_x0000_s1038" style="position:absolute;left:85090;top:18415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7880" o:spid="_x0000_s1039" style="position:absolute;left:85090;top:18415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" path="m,l9525,e" filled="f" strokecolor="red" strokeweight=".72pt">
                        <v:path arrowok="t" textboxrect="0,0,9525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CE700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ACDC84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4863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42EE237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w:drawing>
                <wp:anchor distT="0" distB="0" distL="114300" distR="114300" simplePos="0" relativeHeight="251700224" behindDoc="1" locked="0" layoutInCell="1" allowOverlap="0" wp14:anchorId="2BA21F73" wp14:editId="059D47C3">
                  <wp:simplePos x="0" y="0"/>
                  <wp:positionH relativeFrom="column">
                    <wp:posOffset>54228</wp:posOffset>
                  </wp:positionH>
                  <wp:positionV relativeFrom="paragraph">
                    <wp:posOffset>-35717</wp:posOffset>
                  </wp:positionV>
                  <wp:extent cx="658368" cy="780288"/>
                  <wp:effectExtent l="0" t="0" r="0" b="0"/>
                  <wp:wrapNone/>
                  <wp:docPr id="218715" name="Picture 2187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715" name="Picture 21871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D2DD1">
              <w:t xml:space="preserve"> Текущий, </w:t>
            </w:r>
            <w:r w:rsidRPr="005D2DD1">
              <w:rPr>
                <w:u w:val="single"/>
              </w:rPr>
              <w:t>устный,</w:t>
            </w:r>
            <w:r w:rsidRPr="005D2DD1">
              <w:t xml:space="preserve">  </w:t>
            </w:r>
            <w:r w:rsidRPr="005D2DD1">
              <w:rPr>
                <w:u w:val="single"/>
              </w:rPr>
              <w:t>письменн</w:t>
            </w:r>
            <w:r w:rsidRPr="005D2DD1">
              <w:t xml:space="preserve"> ый </w:t>
            </w:r>
            <w:r w:rsidRPr="005D2DD1">
              <w:tab/>
              <w:t xml:space="preserve"> </w:t>
            </w:r>
          </w:p>
          <w:p w14:paraId="44D3F94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FF417" w14:textId="77777777" w:rsidR="005D2DD1" w:rsidRPr="005D2DD1" w:rsidRDefault="00253105" w:rsidP="005D2DD1">
            <w:pPr>
              <w:spacing w:after="200" w:line="276" w:lineRule="auto"/>
            </w:pPr>
            <w:hyperlink r:id="rId88">
              <w:r w:rsidR="005D2DD1" w:rsidRPr="005D2DD1">
                <w:rPr>
                  <w:rStyle w:val="aff8"/>
                </w:rPr>
                <w:t>http</w:t>
              </w:r>
            </w:hyperlink>
            <w:hyperlink r:id="rId89">
              <w:r w:rsidR="005D2DD1" w:rsidRPr="005D2DD1">
                <w:rPr>
                  <w:rStyle w:val="aff8"/>
                </w:rPr>
                <w:t>://</w:t>
              </w:r>
            </w:hyperlink>
            <w:hyperlink r:id="rId90">
              <w:r w:rsidR="005D2DD1" w:rsidRPr="005D2DD1">
                <w:rPr>
                  <w:rStyle w:val="aff8"/>
                </w:rPr>
                <w:t>sch</w:t>
              </w:r>
            </w:hyperlink>
            <w:hyperlink r:id="rId91">
              <w:r w:rsidR="005D2DD1" w:rsidRPr="005D2DD1">
                <w:rPr>
                  <w:rStyle w:val="aff8"/>
                </w:rPr>
                <w:t>oo</w:t>
              </w:r>
            </w:hyperlink>
            <w:hyperlink r:id="rId92">
              <w:r w:rsidR="005D2DD1" w:rsidRPr="005D2DD1">
                <w:rPr>
                  <w:rStyle w:val="aff8"/>
                </w:rPr>
                <w:t>l</w:t>
              </w:r>
            </w:hyperlink>
            <w:hyperlink r:id="rId93">
              <w:r w:rsidR="005D2DD1" w:rsidRPr="005D2DD1">
                <w:rPr>
                  <w:rStyle w:val="aff8"/>
                </w:rPr>
                <w:t>-</w:t>
              </w:r>
            </w:hyperlink>
            <w:hyperlink r:id="rId94">
              <w:r w:rsidR="005D2DD1" w:rsidRPr="005D2DD1">
                <w:rPr>
                  <w:rStyle w:val="aff8"/>
                </w:rPr>
                <w:t>c</w:t>
              </w:r>
            </w:hyperlink>
            <w:hyperlink r:id="rId95">
              <w:r w:rsidR="005D2DD1" w:rsidRPr="005D2DD1">
                <w:rPr>
                  <w:rStyle w:val="aff8"/>
                </w:rPr>
                <w:t>o</w:t>
              </w:r>
            </w:hyperlink>
            <w:hyperlink r:id="rId96">
              <w:r w:rsidR="005D2DD1" w:rsidRPr="005D2DD1">
                <w:rPr>
                  <w:rStyle w:val="aff8"/>
                </w:rPr>
                <w:t>llecti</w:t>
              </w:r>
            </w:hyperlink>
            <w:hyperlink r:id="rId97">
              <w:r w:rsidR="005D2DD1" w:rsidRPr="005D2DD1">
                <w:rPr>
                  <w:rStyle w:val="aff8"/>
                </w:rPr>
                <w:t>o</w:t>
              </w:r>
            </w:hyperlink>
            <w:hyperlink r:id="rId98">
              <w:r w:rsidR="005D2DD1" w:rsidRPr="005D2DD1">
                <w:rPr>
                  <w:rStyle w:val="aff8"/>
                </w:rPr>
                <w:t>n</w:t>
              </w:r>
            </w:hyperlink>
            <w:hyperlink r:id="rId99">
              <w:r w:rsidR="005D2DD1" w:rsidRPr="005D2DD1">
                <w:rPr>
                  <w:rStyle w:val="aff8"/>
                </w:rPr>
                <w:t>.</w:t>
              </w:r>
            </w:hyperlink>
            <w:hyperlink r:id="rId100">
              <w:r w:rsidR="005D2DD1" w:rsidRPr="005D2DD1">
                <w:rPr>
                  <w:rStyle w:val="aff8"/>
                </w:rPr>
                <w:t>edu.ru/</w:t>
              </w:r>
            </w:hyperlink>
            <w:hyperlink r:id="rId101">
              <w:r w:rsidR="005D2DD1" w:rsidRPr="005D2DD1">
                <w:rPr>
                  <w:rStyle w:val="aff8"/>
                </w:rPr>
                <w:t xml:space="preserve"> </w:t>
              </w:r>
            </w:hyperlink>
          </w:p>
        </w:tc>
      </w:tr>
      <w:tr w:rsidR="005D2DD1" w:rsidRPr="001C0564" w14:paraId="2CBEE76E" w14:textId="77777777" w:rsidTr="00802828">
        <w:trPr>
          <w:trHeight w:val="1575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5E86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7. </w:t>
            </w:r>
          </w:p>
          <w:p w14:paraId="3AD1017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4. </w:t>
            </w: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323AD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Использование различных способов решения орфографической задачи в зависимости от места орфограммы в слове.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78F8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2272" behindDoc="1" locked="0" layoutInCell="1" allowOverlap="1" wp14:anchorId="7DD6B42A" wp14:editId="30CAB588">
                      <wp:simplePos x="0" y="0"/>
                      <wp:positionH relativeFrom="column">
                        <wp:posOffset>55372</wp:posOffset>
                      </wp:positionH>
                      <wp:positionV relativeFrom="paragraph">
                        <wp:posOffset>2184</wp:posOffset>
                      </wp:positionV>
                      <wp:extent cx="94615" cy="185420"/>
                      <wp:effectExtent l="0" t="0" r="0" b="0"/>
                      <wp:wrapNone/>
                      <wp:docPr id="206966" name="Group 2069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5420"/>
                                <a:chOff x="0" y="0"/>
                                <a:chExt cx="94615" cy="185420"/>
                              </a:xfrm>
                            </wpg:grpSpPr>
                            <wps:wsp>
                              <wps:cNvPr id="222384" name="Shape 222384"/>
                              <wps:cNvSpPr/>
                              <wps:spPr>
                                <a:xfrm>
                                  <a:off x="9525" y="4445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82" name="Shape 27882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83" name="Shape 27883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84" name="Shape 27884"/>
                              <wps:cNvSpPr/>
                              <wps:spPr>
                                <a:xfrm>
                                  <a:off x="9525" y="63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85" name="Shape 27885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86" name="Shape 27886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87" name="Shape 27887"/>
                              <wps:cNvSpPr/>
                              <wps:spPr>
                                <a:xfrm>
                                  <a:off x="4445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88" name="Shape 27888"/>
                              <wps:cNvSpPr/>
                              <wps:spPr>
                                <a:xfrm>
                                  <a:off x="89535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89" name="Shape 27889"/>
                              <wps:cNvSpPr/>
                              <wps:spPr>
                                <a:xfrm>
                                  <a:off x="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90" name="Shape 27890"/>
                              <wps:cNvSpPr/>
                              <wps:spPr>
                                <a:xfrm>
                                  <a:off x="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91" name="Shape 27891"/>
                              <wps:cNvSpPr/>
                              <wps:spPr>
                                <a:xfrm>
                                  <a:off x="8890" y="18542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92" name="Shape 27892"/>
                              <wps:cNvSpPr/>
                              <wps:spPr>
                                <a:xfrm>
                                  <a:off x="8509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93" name="Shape 27893"/>
                              <wps:cNvSpPr/>
                              <wps:spPr>
                                <a:xfrm>
                                  <a:off x="8509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E2CF9A" id="Group 206966" o:spid="_x0000_s1026" style="position:absolute;margin-left:4.35pt;margin-top:.15pt;width:7.45pt;height:14.6pt;z-index:-251614208" coordsize="94615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">
                      <v:shape id="Shape 222384" o:spid="_x0000_s1027" style="position:absolute;left:9525;top:4445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" path="m,l76200,r,177165l,177165,,e" fillcolor="#fff186" stroked="f" strokeweight="0">
                        <v:stroke miterlimit="83231f" joinstyle="miter"/>
                        <v:path arrowok="t" textboxrect="0,0,76200,177165"/>
                      </v:shape>
                      <v:shape id="Shape 27882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7883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7884" o:spid="_x0000_s1030" style="position:absolute;left:9525;top:63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27885" o:spid="_x0000_s1031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7886" o:spid="_x0000_s1032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7887" o:spid="_x0000_s1033" style="position:absolute;left:4445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" path="m,l,176530e" filled="f" strokecolor="red" strokeweight=".72pt">
                        <v:path arrowok="t" textboxrect="0,0,0,176530"/>
                      </v:shape>
                      <v:shape id="Shape 27888" o:spid="_x0000_s1034" style="position:absolute;left:89535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" path="m,l,176530e" filled="f" strokecolor="red" strokeweight=".72pt">
                        <v:path arrowok="t" textboxrect="0,0,0,176530"/>
                      </v:shape>
                      <v:shape id="Shape 27889" o:spid="_x0000_s1035" style="position:absolute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7890" o:spid="_x0000_s1036" style="position:absolute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7891" o:spid="_x0000_s1037" style="position:absolute;left:8890;top:185420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27892" o:spid="_x0000_s1038" style="position:absolute;left:85090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7893" o:spid="_x0000_s1039" style="position:absolute;left:85090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7 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96CE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4320" behindDoc="1" locked="0" layoutInCell="1" allowOverlap="1" wp14:anchorId="6BA2E910" wp14:editId="63D3EFAA">
                      <wp:simplePos x="0" y="0"/>
                      <wp:positionH relativeFrom="column">
                        <wp:posOffset>58547</wp:posOffset>
                      </wp:positionH>
                      <wp:positionV relativeFrom="paragraph">
                        <wp:posOffset>2184</wp:posOffset>
                      </wp:positionV>
                      <wp:extent cx="94615" cy="185420"/>
                      <wp:effectExtent l="0" t="0" r="0" b="0"/>
                      <wp:wrapNone/>
                      <wp:docPr id="207000" name="Group 2070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5420"/>
                                <a:chOff x="0" y="0"/>
                                <a:chExt cx="94615" cy="185420"/>
                              </a:xfrm>
                            </wpg:grpSpPr>
                            <wps:wsp>
                              <wps:cNvPr id="222386" name="Shape 222386"/>
                              <wps:cNvSpPr/>
                              <wps:spPr>
                                <a:xfrm>
                                  <a:off x="8890" y="4445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95" name="Shape 27895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96" name="Shape 27896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97" name="Shape 27897"/>
                              <wps:cNvSpPr/>
                              <wps:spPr>
                                <a:xfrm>
                                  <a:off x="9525" y="63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98" name="Shape 27898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99" name="Shape 27899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00" name="Shape 27900"/>
                              <wps:cNvSpPr/>
                              <wps:spPr>
                                <a:xfrm>
                                  <a:off x="5080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01" name="Shape 27901"/>
                              <wps:cNvSpPr/>
                              <wps:spPr>
                                <a:xfrm>
                                  <a:off x="90170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02" name="Shape 27902"/>
                              <wps:cNvSpPr/>
                              <wps:spPr>
                                <a:xfrm>
                                  <a:off x="0" y="18542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03" name="Shape 27903"/>
                              <wps:cNvSpPr/>
                              <wps:spPr>
                                <a:xfrm>
                                  <a:off x="0" y="18542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04" name="Shape 27904"/>
                              <wps:cNvSpPr/>
                              <wps:spPr>
                                <a:xfrm>
                                  <a:off x="9525" y="18542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05" name="Shape 27905"/>
                              <wps:cNvSpPr/>
                              <wps:spPr>
                                <a:xfrm>
                                  <a:off x="85725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06" name="Shape 27906"/>
                              <wps:cNvSpPr/>
                              <wps:spPr>
                                <a:xfrm>
                                  <a:off x="85725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0CAB3B" id="Group 207000" o:spid="_x0000_s1026" style="position:absolute;margin-left:4.6pt;margin-top:.15pt;width:7.45pt;height:14.6pt;z-index:-251612160" coordsize="94615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">
                      <v:shape id="Shape 222386" o:spid="_x0000_s1027" style="position:absolute;left:8890;top:4445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" path="m,l76200,r,177165l,177165,,e" fillcolor="#fff186" stroked="f" strokeweight="0">
                        <v:stroke miterlimit="83231f" joinstyle="miter"/>
                        <v:path arrowok="t" textboxrect="0,0,76200,177165"/>
                      </v:shape>
                      <v:shape id="Shape 27895" o:spid="_x0000_s1028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7896" o:spid="_x0000_s1029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7897" o:spid="_x0000_s1030" style="position:absolute;left:9525;top:63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27898" o:spid="_x0000_s1031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" path="m,l8890,e" filled="f" strokecolor="red" strokeweight=".72pt">
                        <v:path arrowok="t" textboxrect="0,0,8890,0"/>
                      </v:shape>
                      <v:shape id="Shape 27899" o:spid="_x0000_s1032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27900" o:spid="_x0000_s1033" style="position:absolute;left:5080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" path="m,l,176530e" filled="f" strokecolor="red" strokeweight=".72pt">
                        <v:path arrowok="t" textboxrect="0,0,0,176530"/>
                      </v:shape>
                      <v:shape id="Shape 27901" o:spid="_x0000_s1034" style="position:absolute;left:90170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" path="m,l,176530e" filled="f" strokecolor="red" strokeweight=".72pt">
                        <v:path arrowok="t" textboxrect="0,0,0,176530"/>
                      </v:shape>
                      <v:shape id="Shape 27902" o:spid="_x0000_s1035" style="position:absolute;top:18542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7903" o:spid="_x0000_s1036" style="position:absolute;top:18542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7904" o:spid="_x0000_s1037" style="position:absolute;left:9525;top:185420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27905" o:spid="_x0000_s1038" style="position:absolute;left:85725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7906" o:spid="_x0000_s1039" style="position:absolute;left:85725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4C63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6368" behindDoc="1" locked="0" layoutInCell="1" allowOverlap="1" wp14:anchorId="549E397A" wp14:editId="550FECAA">
                      <wp:simplePos x="0" y="0"/>
                      <wp:positionH relativeFrom="column">
                        <wp:posOffset>56769</wp:posOffset>
                      </wp:positionH>
                      <wp:positionV relativeFrom="paragraph">
                        <wp:posOffset>2184</wp:posOffset>
                      </wp:positionV>
                      <wp:extent cx="95250" cy="185420"/>
                      <wp:effectExtent l="0" t="0" r="0" b="0"/>
                      <wp:wrapNone/>
                      <wp:docPr id="207063" name="Group 2070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" cy="185420"/>
                                <a:chOff x="0" y="0"/>
                                <a:chExt cx="95250" cy="185420"/>
                              </a:xfrm>
                            </wpg:grpSpPr>
                            <wps:wsp>
                              <wps:cNvPr id="222388" name="Shape 222388"/>
                              <wps:cNvSpPr/>
                              <wps:spPr>
                                <a:xfrm>
                                  <a:off x="9525" y="4445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08" name="Shape 27908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09" name="Shape 27909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10" name="Shape 27910"/>
                              <wps:cNvSpPr/>
                              <wps:spPr>
                                <a:xfrm>
                                  <a:off x="9525" y="63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11" name="Shape 27911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12" name="Shape 27912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13" name="Shape 27913"/>
                              <wps:cNvSpPr/>
                              <wps:spPr>
                                <a:xfrm>
                                  <a:off x="4445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14" name="Shape 27914"/>
                              <wps:cNvSpPr/>
                              <wps:spPr>
                                <a:xfrm>
                                  <a:off x="89535" y="4445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15" name="Shape 27915"/>
                              <wps:cNvSpPr/>
                              <wps:spPr>
                                <a:xfrm>
                                  <a:off x="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16" name="Shape 27916"/>
                              <wps:cNvSpPr/>
                              <wps:spPr>
                                <a:xfrm>
                                  <a:off x="0" y="18542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17" name="Shape 27917"/>
                              <wps:cNvSpPr/>
                              <wps:spPr>
                                <a:xfrm>
                                  <a:off x="8890" y="18542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18" name="Shape 27918"/>
                              <wps:cNvSpPr/>
                              <wps:spPr>
                                <a:xfrm>
                                  <a:off x="85090" y="18542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19" name="Shape 27919"/>
                              <wps:cNvSpPr/>
                              <wps:spPr>
                                <a:xfrm>
                                  <a:off x="85090" y="18542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4245BC" id="Group 207063" o:spid="_x0000_s1026" style="position:absolute;margin-left:4.45pt;margin-top:.15pt;width:7.5pt;height:14.6pt;z-index:-251610112" coordsize="95250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">
                      <v:shape id="Shape 222388" o:spid="_x0000_s1027" style="position:absolute;left:9525;top:4445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" path="m,l76200,r,177165l,177165,,e" fillcolor="#fff186" stroked="f" strokeweight="0">
                        <v:stroke miterlimit="83231f" joinstyle="miter"/>
                        <v:path arrowok="t" textboxrect="0,0,76200,177165"/>
                      </v:shape>
                      <v:shape id="Shape 27908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" path="m,l8890,e" filled="f" strokecolor="red" strokeweight=".72pt">
                        <v:path arrowok="t" textboxrect="0,0,8890,0"/>
                      </v:shape>
                      <v:shape id="Shape 27909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7910" o:spid="_x0000_s1030" style="position:absolute;left:9525;top:63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27911" o:spid="_x0000_s1031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7912" o:spid="_x0000_s1032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7913" o:spid="_x0000_s1033" style="position:absolute;left:4445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" path="m,l,176530e" filled="f" strokecolor="red" strokeweight=".72pt">
                        <v:path arrowok="t" textboxrect="0,0,0,176530"/>
                      </v:shape>
                      <v:shape id="Shape 27914" o:spid="_x0000_s1034" style="position:absolute;left:89535;top:4445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" path="m,l,176530e" filled="f" strokecolor="red" strokeweight=".72pt">
                        <v:path arrowok="t" textboxrect="0,0,0,176530"/>
                      </v:shape>
                      <v:shape id="Shape 27915" o:spid="_x0000_s1035" style="position:absolute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27916" o:spid="_x0000_s1036" style="position:absolute;top:18542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7917" o:spid="_x0000_s1037" style="position:absolute;left:8890;top:185420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27918" o:spid="_x0000_s1038" style="position:absolute;left:85090;top:18542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" path="m,l9525,e" filled="f" strokecolor="red" strokeweight=".72pt">
                        <v:path arrowok="t" textboxrect="0,0,9525,0"/>
                      </v:shape>
                      <v:shape id="Shape 27919" o:spid="_x0000_s1039" style="position:absolute;left:85090;top:185420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5316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A60FB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4E51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2CC6BEB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w:drawing>
                <wp:anchor distT="0" distB="0" distL="114300" distR="114300" simplePos="0" relativeHeight="251708416" behindDoc="1" locked="0" layoutInCell="1" allowOverlap="0" wp14:anchorId="5EF70C73" wp14:editId="46A577AF">
                  <wp:simplePos x="0" y="0"/>
                  <wp:positionH relativeFrom="column">
                    <wp:posOffset>54228</wp:posOffset>
                  </wp:positionH>
                  <wp:positionV relativeFrom="paragraph">
                    <wp:posOffset>-34320</wp:posOffset>
                  </wp:positionV>
                  <wp:extent cx="658368" cy="780288"/>
                  <wp:effectExtent l="0" t="0" r="0" b="0"/>
                  <wp:wrapNone/>
                  <wp:docPr id="218717" name="Picture 2187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717" name="Picture 218717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D2DD1">
              <w:t xml:space="preserve"> </w:t>
            </w:r>
            <w:r w:rsidRPr="005D2DD1">
              <w:rPr>
                <w:u w:val="single"/>
              </w:rPr>
              <w:t>Текущий,</w:t>
            </w:r>
            <w:r w:rsidRPr="005D2DD1">
              <w:t xml:space="preserve"> </w:t>
            </w:r>
            <w:r w:rsidRPr="005D2DD1">
              <w:rPr>
                <w:u w:val="single"/>
              </w:rPr>
              <w:t>устный,</w:t>
            </w:r>
            <w:r w:rsidRPr="005D2DD1">
              <w:t xml:space="preserve">  </w:t>
            </w:r>
            <w:r w:rsidRPr="005D2DD1">
              <w:rPr>
                <w:u w:val="single"/>
              </w:rPr>
              <w:t>письменн</w:t>
            </w:r>
            <w:r w:rsidRPr="005D2DD1">
              <w:t xml:space="preserve"> ый </w:t>
            </w:r>
            <w:r w:rsidRPr="005D2DD1">
              <w:tab/>
              <w:t xml:space="preserve"> </w:t>
            </w:r>
          </w:p>
          <w:p w14:paraId="5F8F2E0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66BB6" w14:textId="77777777" w:rsidR="005D2DD1" w:rsidRPr="005D2DD1" w:rsidRDefault="00253105" w:rsidP="005D2DD1">
            <w:pPr>
              <w:spacing w:after="200" w:line="276" w:lineRule="auto"/>
            </w:pPr>
            <w:hyperlink r:id="rId103">
              <w:r w:rsidR="005D2DD1" w:rsidRPr="005D2DD1">
                <w:rPr>
                  <w:rStyle w:val="aff8"/>
                </w:rPr>
                <w:t>http</w:t>
              </w:r>
            </w:hyperlink>
            <w:hyperlink r:id="rId104">
              <w:r w:rsidR="005D2DD1" w:rsidRPr="005D2DD1">
                <w:rPr>
                  <w:rStyle w:val="aff8"/>
                </w:rPr>
                <w:t>://</w:t>
              </w:r>
            </w:hyperlink>
            <w:hyperlink r:id="rId105">
              <w:r w:rsidR="005D2DD1" w:rsidRPr="005D2DD1">
                <w:rPr>
                  <w:rStyle w:val="aff8"/>
                </w:rPr>
                <w:t>sch</w:t>
              </w:r>
            </w:hyperlink>
            <w:hyperlink r:id="rId106">
              <w:r w:rsidR="005D2DD1" w:rsidRPr="005D2DD1">
                <w:rPr>
                  <w:rStyle w:val="aff8"/>
                </w:rPr>
                <w:t>oo</w:t>
              </w:r>
            </w:hyperlink>
            <w:hyperlink r:id="rId107">
              <w:r w:rsidR="005D2DD1" w:rsidRPr="005D2DD1">
                <w:rPr>
                  <w:rStyle w:val="aff8"/>
                </w:rPr>
                <w:t>l</w:t>
              </w:r>
            </w:hyperlink>
            <w:hyperlink r:id="rId108">
              <w:r w:rsidR="005D2DD1" w:rsidRPr="005D2DD1">
                <w:rPr>
                  <w:rStyle w:val="aff8"/>
                </w:rPr>
                <w:t>-</w:t>
              </w:r>
            </w:hyperlink>
            <w:hyperlink r:id="rId109">
              <w:r w:rsidR="005D2DD1" w:rsidRPr="005D2DD1">
                <w:rPr>
                  <w:rStyle w:val="aff8"/>
                </w:rPr>
                <w:t>c</w:t>
              </w:r>
            </w:hyperlink>
            <w:hyperlink r:id="rId110">
              <w:r w:rsidR="005D2DD1" w:rsidRPr="005D2DD1">
                <w:rPr>
                  <w:rStyle w:val="aff8"/>
                </w:rPr>
                <w:t>o</w:t>
              </w:r>
            </w:hyperlink>
            <w:hyperlink r:id="rId111">
              <w:r w:rsidR="005D2DD1" w:rsidRPr="005D2DD1">
                <w:rPr>
                  <w:rStyle w:val="aff8"/>
                </w:rPr>
                <w:t>llecti</w:t>
              </w:r>
            </w:hyperlink>
            <w:hyperlink r:id="rId112">
              <w:r w:rsidR="005D2DD1" w:rsidRPr="005D2DD1">
                <w:rPr>
                  <w:rStyle w:val="aff8"/>
                </w:rPr>
                <w:t>o</w:t>
              </w:r>
            </w:hyperlink>
            <w:hyperlink r:id="rId113">
              <w:r w:rsidR="005D2DD1" w:rsidRPr="005D2DD1">
                <w:rPr>
                  <w:rStyle w:val="aff8"/>
                </w:rPr>
                <w:t>n</w:t>
              </w:r>
            </w:hyperlink>
            <w:hyperlink r:id="rId114">
              <w:r w:rsidR="005D2DD1" w:rsidRPr="005D2DD1">
                <w:rPr>
                  <w:rStyle w:val="aff8"/>
                </w:rPr>
                <w:t>.</w:t>
              </w:r>
            </w:hyperlink>
            <w:hyperlink r:id="rId115">
              <w:r w:rsidR="005D2DD1" w:rsidRPr="005D2DD1">
                <w:rPr>
                  <w:rStyle w:val="aff8"/>
                </w:rPr>
                <w:t>edu.ru/</w:t>
              </w:r>
            </w:hyperlink>
            <w:hyperlink r:id="rId116">
              <w:r w:rsidR="005D2DD1" w:rsidRPr="005D2DD1">
                <w:rPr>
                  <w:rStyle w:val="aff8"/>
                </w:rPr>
                <w:t xml:space="preserve"> </w:t>
              </w:r>
            </w:hyperlink>
          </w:p>
        </w:tc>
      </w:tr>
      <w:tr w:rsidR="005D2DD1" w:rsidRPr="001C0564" w14:paraId="5AF4C58C" w14:textId="77777777" w:rsidTr="00802828">
        <w:trPr>
          <w:trHeight w:val="1575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1374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7. </w:t>
            </w:r>
          </w:p>
          <w:p w14:paraId="3972BA9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5. </w:t>
            </w: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6C3EB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Использование орфографического словаря учебника для определения (уточ- нения) написания слова.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EDDD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0464" behindDoc="1" locked="0" layoutInCell="1" allowOverlap="1" wp14:anchorId="54ED6198" wp14:editId="31C5E913">
                      <wp:simplePos x="0" y="0"/>
                      <wp:positionH relativeFrom="column">
                        <wp:posOffset>55372</wp:posOffset>
                      </wp:positionH>
                      <wp:positionV relativeFrom="paragraph">
                        <wp:posOffset>2311</wp:posOffset>
                      </wp:positionV>
                      <wp:extent cx="94615" cy="186055"/>
                      <wp:effectExtent l="0" t="0" r="0" b="0"/>
                      <wp:wrapNone/>
                      <wp:docPr id="208492" name="Group 2084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6055"/>
                                <a:chOff x="0" y="0"/>
                                <a:chExt cx="94615" cy="186055"/>
                              </a:xfrm>
                            </wpg:grpSpPr>
                            <wps:wsp>
                              <wps:cNvPr id="222390" name="Shape 222390"/>
                              <wps:cNvSpPr/>
                              <wps:spPr>
                                <a:xfrm>
                                  <a:off x="9525" y="4445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21" name="Shape 27921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22" name="Shape 27922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23" name="Shape 27923"/>
                              <wps:cNvSpPr/>
                              <wps:spPr>
                                <a:xfrm>
                                  <a:off x="9525" y="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24" name="Shape 27924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25" name="Shape 27925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26" name="Shape 27926"/>
                              <wps:cNvSpPr/>
                              <wps:spPr>
                                <a:xfrm>
                                  <a:off x="4445" y="4445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27" name="Shape 27927"/>
                              <wps:cNvSpPr/>
                              <wps:spPr>
                                <a:xfrm>
                                  <a:off x="89535" y="4445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28" name="Shape 27928"/>
                              <wps:cNvSpPr/>
                              <wps:spPr>
                                <a:xfrm>
                                  <a:off x="0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29" name="Shape 27929"/>
                              <wps:cNvSpPr/>
                              <wps:spPr>
                                <a:xfrm>
                                  <a:off x="0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30" name="Shape 27930"/>
                              <wps:cNvSpPr/>
                              <wps:spPr>
                                <a:xfrm>
                                  <a:off x="8890" y="18605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31" name="Shape 27931"/>
                              <wps:cNvSpPr/>
                              <wps:spPr>
                                <a:xfrm>
                                  <a:off x="85090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32" name="Shape 27932"/>
                              <wps:cNvSpPr/>
                              <wps:spPr>
                                <a:xfrm>
                                  <a:off x="85090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C21971" id="Group 208492" o:spid="_x0000_s1026" style="position:absolute;margin-left:4.35pt;margin-top:.2pt;width:7.45pt;height:14.65pt;z-index:-251606016" coordsize="94615,186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">
                      <v:shape id="Shape 222390" o:spid="_x0000_s1027" style="position:absolute;left:9525;top:4445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" path="m,l76200,r,177165l,177165,,e" fillcolor="#fff186" stroked="f" strokeweight="0">
                        <v:stroke miterlimit="83231f" joinstyle="miter"/>
                        <v:path arrowok="t" textboxrect="0,0,76200,177165"/>
                      </v:shape>
                      <v:shape id="Shape 27921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7922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27923" o:spid="_x0000_s1030" style="position:absolute;left:952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27924" o:spid="_x0000_s1031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7925" o:spid="_x0000_s1032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27926" o:spid="_x0000_s1033" style="position:absolute;left:4445;top:4445;width:0;height:177165;visibility:visible;mso-wrap-style:square;v-text-anchor:top" coordsize="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" path="m,l,177165e" filled="f" strokecolor="red" strokeweight=".72pt">
                        <v:path arrowok="t" textboxrect="0,0,0,177165"/>
                      </v:shape>
                      <v:shape id="Shape 27927" o:spid="_x0000_s1034" style="position:absolute;left:89535;top:4445;width:0;height:177165;visibility:visible;mso-wrap-style:square;v-text-anchor:top" coordsize="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" path="m,l,177165e" filled="f" strokecolor="red" strokeweight=".72pt">
                        <v:path arrowok="t" textboxrect="0,0,0,177165"/>
                      </v:shape>
                      <v:shape id="Shape 27928" o:spid="_x0000_s1035" style="position:absolute;top:18605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" path="m,l8890,e" filled="f" strokecolor="red" strokeweight=".72pt">
                        <v:path arrowok="t" textboxrect="0,0,8890,0"/>
                      </v:shape>
                      <v:shape id="Shape 27929" o:spid="_x0000_s1036" style="position:absolute;top:18605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7930" o:spid="_x0000_s1037" style="position:absolute;left:8890;top:18605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" path="m,l76200,e" filled="f" strokecolor="red" strokeweight=".72pt">
                        <v:path arrowok="t" textboxrect="0,0,76200,0"/>
                      </v:shape>
                      <v:shape id="Shape 27931" o:spid="_x0000_s1038" style="position:absolute;left:85090;top:18605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27932" o:spid="_x0000_s1039" style="position:absolute;left:85090;top:18605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5 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1D93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2512" behindDoc="1" locked="0" layoutInCell="1" allowOverlap="1" wp14:anchorId="108B441D" wp14:editId="49C0C794">
                      <wp:simplePos x="0" y="0"/>
                      <wp:positionH relativeFrom="column">
                        <wp:posOffset>58547</wp:posOffset>
                      </wp:positionH>
                      <wp:positionV relativeFrom="paragraph">
                        <wp:posOffset>2311</wp:posOffset>
                      </wp:positionV>
                      <wp:extent cx="94615" cy="186055"/>
                      <wp:effectExtent l="0" t="0" r="0" b="0"/>
                      <wp:wrapNone/>
                      <wp:docPr id="208520" name="Group 2085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6055"/>
                                <a:chOff x="0" y="0"/>
                                <a:chExt cx="94615" cy="186055"/>
                              </a:xfrm>
                            </wpg:grpSpPr>
                            <wps:wsp>
                              <wps:cNvPr id="222392" name="Shape 222392"/>
                              <wps:cNvSpPr/>
                              <wps:spPr>
                                <a:xfrm>
                                  <a:off x="8890" y="4445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34" name="Shape 27934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35" name="Shape 27935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36" name="Shape 27936"/>
                              <wps:cNvSpPr/>
                              <wps:spPr>
                                <a:xfrm>
                                  <a:off x="9525" y="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37" name="Shape 27937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38" name="Shape 27938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39" name="Shape 27939"/>
                              <wps:cNvSpPr/>
                              <wps:spPr>
                                <a:xfrm>
                                  <a:off x="5080" y="4445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40" name="Shape 27940"/>
                              <wps:cNvSpPr/>
                              <wps:spPr>
                                <a:xfrm>
                                  <a:off x="90170" y="4445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41" name="Shape 27941"/>
                              <wps:cNvSpPr/>
                              <wps:spPr>
                                <a:xfrm>
                                  <a:off x="0" y="18605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42" name="Shape 27942"/>
                              <wps:cNvSpPr/>
                              <wps:spPr>
                                <a:xfrm>
                                  <a:off x="0" y="18605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43" name="Shape 27943"/>
                              <wps:cNvSpPr/>
                              <wps:spPr>
                                <a:xfrm>
                                  <a:off x="9525" y="18605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44" name="Shape 27944"/>
                              <wps:cNvSpPr/>
                              <wps:spPr>
                                <a:xfrm>
                                  <a:off x="85725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45" name="Shape 27945"/>
                              <wps:cNvSpPr/>
                              <wps:spPr>
                                <a:xfrm>
                                  <a:off x="85725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9C4F11" id="Group 208520" o:spid="_x0000_s1026" style="position:absolute;margin-left:4.6pt;margin-top:.2pt;width:7.45pt;height:14.65pt;z-index:-251603968" coordsize="94615,186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">
                      <v:shape id="Shape 222392" o:spid="_x0000_s1027" style="position:absolute;left:8890;top:4445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" path="m,l76200,r,177165l,177165,,e" fillcolor="#fff186" stroked="f" strokeweight="0">
                        <v:stroke miterlimit="83231f" joinstyle="miter"/>
                        <v:path arrowok="t" textboxrect="0,0,76200,177165"/>
                      </v:shape>
                      <v:shape id="Shape 27934" o:spid="_x0000_s1028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7935" o:spid="_x0000_s1029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7936" o:spid="_x0000_s1030" style="position:absolute;left:952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27937" o:spid="_x0000_s1031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27938" o:spid="_x0000_s1032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27939" o:spid="_x0000_s1033" style="position:absolute;left:5080;top:4445;width:0;height:177165;visibility:visible;mso-wrap-style:square;v-text-anchor:top" coordsize="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" path="m,l,177165e" filled="f" strokecolor="red" strokeweight=".72pt">
                        <v:path arrowok="t" textboxrect="0,0,0,177165"/>
                      </v:shape>
                      <v:shape id="Shape 27940" o:spid="_x0000_s1034" style="position:absolute;left:90170;top:4445;width:0;height:177165;visibility:visible;mso-wrap-style:square;v-text-anchor:top" coordsize="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" path="m,l,177165e" filled="f" strokecolor="red" strokeweight=".72pt">
                        <v:path arrowok="t" textboxrect="0,0,0,177165"/>
                      </v:shape>
                      <v:shape id="Shape 27941" o:spid="_x0000_s1035" style="position:absolute;top:18605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7942" o:spid="_x0000_s1036" style="position:absolute;top:18605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7943" o:spid="_x0000_s1037" style="position:absolute;left:9525;top:18605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27944" o:spid="_x0000_s1038" style="position:absolute;left:85725;top:18605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27945" o:spid="_x0000_s1039" style="position:absolute;left:85725;top:18605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6592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4560" behindDoc="1" locked="0" layoutInCell="1" allowOverlap="1" wp14:anchorId="03B557B4" wp14:editId="5EF24D2F">
                      <wp:simplePos x="0" y="0"/>
                      <wp:positionH relativeFrom="column">
                        <wp:posOffset>56769</wp:posOffset>
                      </wp:positionH>
                      <wp:positionV relativeFrom="paragraph">
                        <wp:posOffset>2311</wp:posOffset>
                      </wp:positionV>
                      <wp:extent cx="95250" cy="186055"/>
                      <wp:effectExtent l="0" t="0" r="0" b="0"/>
                      <wp:wrapNone/>
                      <wp:docPr id="208551" name="Group 2085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" cy="186055"/>
                                <a:chOff x="0" y="0"/>
                                <a:chExt cx="95250" cy="186055"/>
                              </a:xfrm>
                            </wpg:grpSpPr>
                            <wps:wsp>
                              <wps:cNvPr id="222394" name="Shape 222394"/>
                              <wps:cNvSpPr/>
                              <wps:spPr>
                                <a:xfrm>
                                  <a:off x="9525" y="4445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47" name="Shape 27947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48" name="Shape 27948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49" name="Shape 27949"/>
                              <wps:cNvSpPr/>
                              <wps:spPr>
                                <a:xfrm>
                                  <a:off x="9525" y="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50" name="Shape 27950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51" name="Shape 27951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52" name="Shape 27952"/>
                              <wps:cNvSpPr/>
                              <wps:spPr>
                                <a:xfrm>
                                  <a:off x="4445" y="4445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53" name="Shape 27953"/>
                              <wps:cNvSpPr/>
                              <wps:spPr>
                                <a:xfrm>
                                  <a:off x="89535" y="4445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54" name="Shape 27954"/>
                              <wps:cNvSpPr/>
                              <wps:spPr>
                                <a:xfrm>
                                  <a:off x="0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55" name="Shape 27955"/>
                              <wps:cNvSpPr/>
                              <wps:spPr>
                                <a:xfrm>
                                  <a:off x="0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56" name="Shape 27956"/>
                              <wps:cNvSpPr/>
                              <wps:spPr>
                                <a:xfrm>
                                  <a:off x="8890" y="18605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57" name="Shape 27957"/>
                              <wps:cNvSpPr/>
                              <wps:spPr>
                                <a:xfrm>
                                  <a:off x="85090" y="18605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58" name="Shape 27958"/>
                              <wps:cNvSpPr/>
                              <wps:spPr>
                                <a:xfrm>
                                  <a:off x="85090" y="18605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174D93" id="Group 208551" o:spid="_x0000_s1026" style="position:absolute;margin-left:4.45pt;margin-top:.2pt;width:7.5pt;height:14.65pt;z-index:-251601920" coordsize="95250,186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">
                      <v:shape id="Shape 222394" o:spid="_x0000_s1027" style="position:absolute;left:9525;top:4445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" path="m,l76200,r,177165l,177165,,e" fillcolor="#fff186" stroked="f" strokeweight="0">
                        <v:stroke miterlimit="83231f" joinstyle="miter"/>
                        <v:path arrowok="t" textboxrect="0,0,76200,177165"/>
                      </v:shape>
                      <v:shape id="Shape 27947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27948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27949" o:spid="_x0000_s1030" style="position:absolute;left:952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27950" o:spid="_x0000_s1031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" path="m,l9525,e" filled="f" strokecolor="red" strokeweight=".72pt">
                        <v:path arrowok="t" textboxrect="0,0,9525,0"/>
                      </v:shape>
                      <v:shape id="Shape 27951" o:spid="_x0000_s1032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7952" o:spid="_x0000_s1033" style="position:absolute;left:4445;top:4445;width:0;height:177165;visibility:visible;mso-wrap-style:square;v-text-anchor:top" coordsize="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" path="m,l,177165e" filled="f" strokecolor="red" strokeweight=".72pt">
                        <v:path arrowok="t" textboxrect="0,0,0,177165"/>
                      </v:shape>
                      <v:shape id="Shape 27953" o:spid="_x0000_s1034" style="position:absolute;left:89535;top:4445;width:0;height:177165;visibility:visible;mso-wrap-style:square;v-text-anchor:top" coordsize="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" path="m,l,177165e" filled="f" strokecolor="red" strokeweight=".72pt">
                        <v:path arrowok="t" textboxrect="0,0,0,177165"/>
                      </v:shape>
                      <v:shape id="Shape 27954" o:spid="_x0000_s1035" style="position:absolute;top:18605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27955" o:spid="_x0000_s1036" style="position:absolute;top:18605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27956" o:spid="_x0000_s1037" style="position:absolute;left:8890;top:18605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27957" o:spid="_x0000_s1038" style="position:absolute;left:85090;top:18605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27958" o:spid="_x0000_s1039" style="position:absolute;left:85090;top:18605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" path="m,l9525,e" filled="f" strokecolor="red" strokeweight=".72pt">
                        <v:path arrowok="t" textboxrect="0,0,9525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7D4D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BCE64A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B88D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0A1D5F6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w:drawing>
                <wp:anchor distT="0" distB="0" distL="114300" distR="114300" simplePos="0" relativeHeight="251716608" behindDoc="1" locked="0" layoutInCell="1" allowOverlap="0" wp14:anchorId="1087F824" wp14:editId="4B473E6A">
                  <wp:simplePos x="0" y="0"/>
                  <wp:positionH relativeFrom="column">
                    <wp:posOffset>54228</wp:posOffset>
                  </wp:positionH>
                  <wp:positionV relativeFrom="paragraph">
                    <wp:posOffset>-36606</wp:posOffset>
                  </wp:positionV>
                  <wp:extent cx="658368" cy="780288"/>
                  <wp:effectExtent l="0" t="0" r="0" b="0"/>
                  <wp:wrapNone/>
                  <wp:docPr id="218719" name="Picture 2187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719" name="Picture 218719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D2DD1">
              <w:t xml:space="preserve"> </w:t>
            </w:r>
            <w:r w:rsidRPr="005D2DD1">
              <w:rPr>
                <w:u w:val="single"/>
              </w:rPr>
              <w:t>Текущий,</w:t>
            </w:r>
            <w:r w:rsidRPr="005D2DD1">
              <w:t xml:space="preserve"> </w:t>
            </w:r>
            <w:r w:rsidRPr="005D2DD1">
              <w:rPr>
                <w:u w:val="single"/>
              </w:rPr>
              <w:t>устный,</w:t>
            </w:r>
            <w:r w:rsidRPr="005D2DD1">
              <w:t xml:space="preserve">  </w:t>
            </w:r>
            <w:r w:rsidRPr="005D2DD1">
              <w:rPr>
                <w:u w:val="single"/>
              </w:rPr>
              <w:t>письменн</w:t>
            </w:r>
            <w:r w:rsidRPr="005D2DD1">
              <w:t xml:space="preserve"> ый </w:t>
            </w:r>
            <w:r w:rsidRPr="005D2DD1">
              <w:tab/>
              <w:t xml:space="preserve"> </w:t>
            </w:r>
          </w:p>
          <w:p w14:paraId="23E2785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08896" w14:textId="77777777" w:rsidR="005D2DD1" w:rsidRPr="005D2DD1" w:rsidRDefault="00253105" w:rsidP="005D2DD1">
            <w:pPr>
              <w:spacing w:after="200" w:line="276" w:lineRule="auto"/>
            </w:pPr>
            <w:hyperlink r:id="rId118">
              <w:r w:rsidR="005D2DD1" w:rsidRPr="005D2DD1">
                <w:rPr>
                  <w:rStyle w:val="aff8"/>
                </w:rPr>
                <w:t>http</w:t>
              </w:r>
            </w:hyperlink>
            <w:hyperlink r:id="rId119">
              <w:r w:rsidR="005D2DD1" w:rsidRPr="005D2DD1">
                <w:rPr>
                  <w:rStyle w:val="aff8"/>
                </w:rPr>
                <w:t>://</w:t>
              </w:r>
            </w:hyperlink>
            <w:hyperlink r:id="rId120">
              <w:r w:rsidR="005D2DD1" w:rsidRPr="005D2DD1">
                <w:rPr>
                  <w:rStyle w:val="aff8"/>
                </w:rPr>
                <w:t>sch</w:t>
              </w:r>
            </w:hyperlink>
            <w:hyperlink r:id="rId121">
              <w:r w:rsidR="005D2DD1" w:rsidRPr="005D2DD1">
                <w:rPr>
                  <w:rStyle w:val="aff8"/>
                </w:rPr>
                <w:t>oo</w:t>
              </w:r>
            </w:hyperlink>
            <w:hyperlink r:id="rId122">
              <w:r w:rsidR="005D2DD1" w:rsidRPr="005D2DD1">
                <w:rPr>
                  <w:rStyle w:val="aff8"/>
                </w:rPr>
                <w:t>l</w:t>
              </w:r>
            </w:hyperlink>
            <w:hyperlink r:id="rId123">
              <w:r w:rsidR="005D2DD1" w:rsidRPr="005D2DD1">
                <w:rPr>
                  <w:rStyle w:val="aff8"/>
                </w:rPr>
                <w:t>-</w:t>
              </w:r>
            </w:hyperlink>
            <w:hyperlink r:id="rId124">
              <w:r w:rsidR="005D2DD1" w:rsidRPr="005D2DD1">
                <w:rPr>
                  <w:rStyle w:val="aff8"/>
                </w:rPr>
                <w:t>c</w:t>
              </w:r>
            </w:hyperlink>
            <w:hyperlink r:id="rId125">
              <w:r w:rsidR="005D2DD1" w:rsidRPr="005D2DD1">
                <w:rPr>
                  <w:rStyle w:val="aff8"/>
                </w:rPr>
                <w:t>o</w:t>
              </w:r>
            </w:hyperlink>
            <w:hyperlink r:id="rId126">
              <w:r w:rsidR="005D2DD1" w:rsidRPr="005D2DD1">
                <w:rPr>
                  <w:rStyle w:val="aff8"/>
                </w:rPr>
                <w:t>llecti</w:t>
              </w:r>
            </w:hyperlink>
            <w:hyperlink r:id="rId127">
              <w:r w:rsidR="005D2DD1" w:rsidRPr="005D2DD1">
                <w:rPr>
                  <w:rStyle w:val="aff8"/>
                </w:rPr>
                <w:t>o</w:t>
              </w:r>
            </w:hyperlink>
            <w:hyperlink r:id="rId128">
              <w:r w:rsidR="005D2DD1" w:rsidRPr="005D2DD1">
                <w:rPr>
                  <w:rStyle w:val="aff8"/>
                </w:rPr>
                <w:t>n</w:t>
              </w:r>
            </w:hyperlink>
            <w:hyperlink r:id="rId129">
              <w:r w:rsidR="005D2DD1" w:rsidRPr="005D2DD1">
                <w:rPr>
                  <w:rStyle w:val="aff8"/>
                </w:rPr>
                <w:t>.</w:t>
              </w:r>
            </w:hyperlink>
            <w:hyperlink r:id="rId130">
              <w:r w:rsidR="005D2DD1" w:rsidRPr="005D2DD1">
                <w:rPr>
                  <w:rStyle w:val="aff8"/>
                </w:rPr>
                <w:t>edu.ru/</w:t>
              </w:r>
            </w:hyperlink>
            <w:hyperlink r:id="rId131">
              <w:r w:rsidR="005D2DD1" w:rsidRPr="005D2DD1">
                <w:rPr>
                  <w:rStyle w:val="aff8"/>
                </w:rPr>
                <w:t xml:space="preserve"> </w:t>
              </w:r>
            </w:hyperlink>
          </w:p>
        </w:tc>
      </w:tr>
      <w:tr w:rsidR="005D2DD1" w:rsidRPr="001C0564" w14:paraId="38C238FF" w14:textId="77777777" w:rsidTr="00802828">
        <w:trPr>
          <w:trHeight w:val="1359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B6AA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7. </w:t>
            </w:r>
          </w:p>
          <w:p w14:paraId="17470D2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6. </w:t>
            </w: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D0DA3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Контроль и самоконтроль при проверке собственных и предложенных текстов.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4FBD7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8656" behindDoc="1" locked="0" layoutInCell="1" allowOverlap="1" wp14:anchorId="07325156" wp14:editId="30670824">
                      <wp:simplePos x="0" y="0"/>
                      <wp:positionH relativeFrom="column">
                        <wp:posOffset>64897</wp:posOffset>
                      </wp:positionH>
                      <wp:positionV relativeFrom="paragraph">
                        <wp:posOffset>8153</wp:posOffset>
                      </wp:positionV>
                      <wp:extent cx="76200" cy="175260"/>
                      <wp:effectExtent l="0" t="0" r="0" b="0"/>
                      <wp:wrapNone/>
                      <wp:docPr id="211239" name="Group 211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5260"/>
                                <a:chOff x="0" y="0"/>
                                <a:chExt cx="76200" cy="175260"/>
                              </a:xfrm>
                            </wpg:grpSpPr>
                            <wps:wsp>
                              <wps:cNvPr id="222396" name="Shape 222396"/>
                              <wps:cNvSpPr/>
                              <wps:spPr>
                                <a:xfrm>
                                  <a:off x="0" y="0"/>
                                  <a:ext cx="762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26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EA0D0D" id="Group 211239" o:spid="_x0000_s1026" style="position:absolute;margin-left:5.1pt;margin-top:.65pt;width:6pt;height:13.8pt;z-index:-251597824" coordsize="7620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">
                      <v:shape id="Shape 222396" o:spid="_x0000_s1027" style="position:absolute;width:76200;height:175260;visibility:visible;mso-wrap-style:square;v-text-anchor:top" coordsize="762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" path="m,l76200,r,175260l,175260,,e" fillcolor="#fff186" stroked="f" strokeweight="0">
                        <v:stroke miterlimit="83231f" joinstyle="miter"/>
                        <v:path arrowok="t" textboxrect="0,0,76200,175260"/>
                      </v:shape>
                    </v:group>
                  </w:pict>
                </mc:Fallback>
              </mc:AlternateContent>
            </w:r>
            <w:r w:rsidRPr="005D2DD1">
              <w:t xml:space="preserve">2 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4E13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0704" behindDoc="1" locked="0" layoutInCell="1" allowOverlap="1" wp14:anchorId="7BB013E2" wp14:editId="2CF7B7E5">
                      <wp:simplePos x="0" y="0"/>
                      <wp:positionH relativeFrom="column">
                        <wp:posOffset>67437</wp:posOffset>
                      </wp:positionH>
                      <wp:positionV relativeFrom="paragraph">
                        <wp:posOffset>8153</wp:posOffset>
                      </wp:positionV>
                      <wp:extent cx="76200" cy="175260"/>
                      <wp:effectExtent l="0" t="0" r="0" b="0"/>
                      <wp:wrapNone/>
                      <wp:docPr id="211381" name="Group 2113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5260"/>
                                <a:chOff x="0" y="0"/>
                                <a:chExt cx="76200" cy="175260"/>
                              </a:xfrm>
                            </wpg:grpSpPr>
                            <wps:wsp>
                              <wps:cNvPr id="222398" name="Shape 222398"/>
                              <wps:cNvSpPr/>
                              <wps:spPr>
                                <a:xfrm>
                                  <a:off x="0" y="0"/>
                                  <a:ext cx="762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26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BE6B63" id="Group 211381" o:spid="_x0000_s1026" style="position:absolute;margin-left:5.3pt;margin-top:.65pt;width:6pt;height:13.8pt;z-index:-251595776" coordsize="7620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">
                      <v:shape id="Shape 222398" o:spid="_x0000_s1027" style="position:absolute;width:76200;height:175260;visibility:visible;mso-wrap-style:square;v-text-anchor:top" coordsize="762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" path="m,l76200,r,175260l,175260,,e" fillcolor="#fff186" stroked="f" strokeweight="0">
                        <v:stroke miterlimit="83231f" joinstyle="miter"/>
                        <v:path arrowok="t" textboxrect="0,0,76200,175260"/>
                      </v:shape>
                    </v:group>
                  </w:pict>
                </mc:Fallback>
              </mc:AlternateContent>
            </w:r>
            <w:r w:rsidRPr="005D2DD1">
              <w:t xml:space="preserve">1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FCF8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2752" behindDoc="1" locked="0" layoutInCell="1" allowOverlap="1" wp14:anchorId="36568A28" wp14:editId="30FF02B0">
                      <wp:simplePos x="0" y="0"/>
                      <wp:positionH relativeFrom="column">
                        <wp:posOffset>66294</wp:posOffset>
                      </wp:positionH>
                      <wp:positionV relativeFrom="paragraph">
                        <wp:posOffset>8153</wp:posOffset>
                      </wp:positionV>
                      <wp:extent cx="76200" cy="175260"/>
                      <wp:effectExtent l="0" t="0" r="0" b="0"/>
                      <wp:wrapNone/>
                      <wp:docPr id="211483" name="Group 2114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5260"/>
                                <a:chOff x="0" y="0"/>
                                <a:chExt cx="76200" cy="175260"/>
                              </a:xfrm>
                            </wpg:grpSpPr>
                            <wps:wsp>
                              <wps:cNvPr id="222400" name="Shape 222400"/>
                              <wps:cNvSpPr/>
                              <wps:spPr>
                                <a:xfrm>
                                  <a:off x="0" y="0"/>
                                  <a:ext cx="762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26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89180F" id="Group 211483" o:spid="_x0000_s1026" style="position:absolute;margin-left:5.2pt;margin-top:.65pt;width:6pt;height:13.8pt;z-index:-251593728" coordsize="7620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">
                      <v:shape id="Shape 222400" o:spid="_x0000_s1027" style="position:absolute;width:76200;height:175260;visibility:visible;mso-wrap-style:square;v-text-anchor:top" coordsize="762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" path="m,l76200,r,175260l,175260,,e" fillcolor="#fff186" stroked="f" strokeweight="0">
                        <v:stroke miterlimit="83231f" joinstyle="miter"/>
                        <v:path arrowok="t" textboxrect="0,0,76200,17526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9F0E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0C5704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300A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Итого вый, </w:t>
            </w:r>
          </w:p>
          <w:tbl>
            <w:tblPr>
              <w:tblStyle w:val="TableGrid"/>
              <w:tblW w:w="999" w:type="dxa"/>
              <w:tblInd w:w="88" w:type="dxa"/>
              <w:tblCellMar>
                <w:right w:w="5" w:type="dxa"/>
              </w:tblCellMar>
              <w:tblLook w:val="04A0" w:firstRow="1" w:lastRow="0" w:firstColumn="1" w:lastColumn="0" w:noHBand="0" w:noVBand="1"/>
            </w:tblPr>
            <w:tblGrid>
              <w:gridCol w:w="310"/>
              <w:gridCol w:w="689"/>
            </w:tblGrid>
            <w:tr w:rsidR="005D2DD1" w:rsidRPr="005D2DD1" w14:paraId="729DDCA8" w14:textId="77777777" w:rsidTr="00802828">
              <w:trPr>
                <w:trHeight w:val="296"/>
              </w:trPr>
              <w:tc>
                <w:tcPr>
                  <w:tcW w:w="999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1" w:space="0" w:color="FF0000"/>
                    <w:right w:val="dashed" w:sz="6" w:space="0" w:color="FF0000"/>
                  </w:tcBorders>
                  <w:shd w:val="clear" w:color="auto" w:fill="F7FCF7"/>
                </w:tcPr>
                <w:p w14:paraId="64ECFC74" w14:textId="77777777" w:rsidR="005D2DD1" w:rsidRPr="005D2DD1" w:rsidRDefault="005D2DD1" w:rsidP="005D2DD1">
                  <w:pPr>
                    <w:spacing w:after="200" w:line="276" w:lineRule="auto"/>
                  </w:pPr>
                  <w:r w:rsidRPr="005D2DD1">
                    <w:t>письменн</w:t>
                  </w:r>
                </w:p>
              </w:tc>
            </w:tr>
            <w:tr w:rsidR="005D2DD1" w:rsidRPr="005D2DD1" w14:paraId="7DAB7334" w14:textId="77777777" w:rsidTr="00802828">
              <w:trPr>
                <w:trHeight w:val="299"/>
              </w:trPr>
              <w:tc>
                <w:tcPr>
                  <w:tcW w:w="302" w:type="dxa"/>
                  <w:tcBorders>
                    <w:top w:val="dashed" w:sz="11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  <w:shd w:val="clear" w:color="auto" w:fill="F7FCF7"/>
                </w:tcPr>
                <w:p w14:paraId="2D27162A" w14:textId="77777777" w:rsidR="005D2DD1" w:rsidRPr="005D2DD1" w:rsidRDefault="005D2DD1" w:rsidP="005D2DD1">
                  <w:pPr>
                    <w:spacing w:after="200" w:line="276" w:lineRule="auto"/>
                  </w:pPr>
                  <w:r w:rsidRPr="005D2DD1">
                    <w:t>ый</w:t>
                  </w:r>
                </w:p>
              </w:tc>
              <w:tc>
                <w:tcPr>
                  <w:tcW w:w="698" w:type="dxa"/>
                  <w:tcBorders>
                    <w:top w:val="dashed" w:sz="11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4F8A09EC" w14:textId="77777777" w:rsidR="005D2DD1" w:rsidRPr="005D2DD1" w:rsidRDefault="005D2DD1" w:rsidP="005D2DD1">
                  <w:pPr>
                    <w:spacing w:after="200" w:line="276" w:lineRule="auto"/>
                  </w:pPr>
                  <w:r w:rsidRPr="005D2DD1">
                    <w:t xml:space="preserve"> </w:t>
                  </w:r>
                </w:p>
              </w:tc>
            </w:tr>
          </w:tbl>
          <w:p w14:paraId="356F953E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D2F09" w14:textId="77777777" w:rsidR="005D2DD1" w:rsidRPr="005D2DD1" w:rsidRDefault="00253105" w:rsidP="005D2DD1">
            <w:pPr>
              <w:spacing w:after="200" w:line="276" w:lineRule="auto"/>
            </w:pPr>
            <w:hyperlink r:id="rId132">
              <w:r w:rsidR="005D2DD1" w:rsidRPr="005D2DD1">
                <w:rPr>
                  <w:rStyle w:val="aff8"/>
                </w:rPr>
                <w:t>http</w:t>
              </w:r>
            </w:hyperlink>
            <w:hyperlink r:id="rId133">
              <w:r w:rsidR="005D2DD1" w:rsidRPr="005D2DD1">
                <w:rPr>
                  <w:rStyle w:val="aff8"/>
                </w:rPr>
                <w:t>://</w:t>
              </w:r>
            </w:hyperlink>
            <w:hyperlink r:id="rId134">
              <w:r w:rsidR="005D2DD1" w:rsidRPr="005D2DD1">
                <w:rPr>
                  <w:rStyle w:val="aff8"/>
                </w:rPr>
                <w:t>sch</w:t>
              </w:r>
            </w:hyperlink>
            <w:hyperlink r:id="rId135">
              <w:r w:rsidR="005D2DD1" w:rsidRPr="005D2DD1">
                <w:rPr>
                  <w:rStyle w:val="aff8"/>
                </w:rPr>
                <w:t>oo</w:t>
              </w:r>
            </w:hyperlink>
            <w:hyperlink r:id="rId136">
              <w:r w:rsidR="005D2DD1" w:rsidRPr="005D2DD1">
                <w:rPr>
                  <w:rStyle w:val="aff8"/>
                </w:rPr>
                <w:t>l</w:t>
              </w:r>
            </w:hyperlink>
            <w:hyperlink r:id="rId137">
              <w:r w:rsidR="005D2DD1" w:rsidRPr="005D2DD1">
                <w:rPr>
                  <w:rStyle w:val="aff8"/>
                </w:rPr>
                <w:t>-</w:t>
              </w:r>
            </w:hyperlink>
            <w:hyperlink r:id="rId138">
              <w:r w:rsidR="005D2DD1" w:rsidRPr="005D2DD1">
                <w:rPr>
                  <w:rStyle w:val="aff8"/>
                </w:rPr>
                <w:t>c</w:t>
              </w:r>
            </w:hyperlink>
            <w:hyperlink r:id="rId139">
              <w:r w:rsidR="005D2DD1" w:rsidRPr="005D2DD1">
                <w:rPr>
                  <w:rStyle w:val="aff8"/>
                </w:rPr>
                <w:t>o</w:t>
              </w:r>
            </w:hyperlink>
            <w:hyperlink r:id="rId140">
              <w:r w:rsidR="005D2DD1" w:rsidRPr="005D2DD1">
                <w:rPr>
                  <w:rStyle w:val="aff8"/>
                </w:rPr>
                <w:t>llecti</w:t>
              </w:r>
            </w:hyperlink>
            <w:hyperlink r:id="rId141">
              <w:r w:rsidR="005D2DD1" w:rsidRPr="005D2DD1">
                <w:rPr>
                  <w:rStyle w:val="aff8"/>
                </w:rPr>
                <w:t>o</w:t>
              </w:r>
            </w:hyperlink>
            <w:hyperlink r:id="rId142">
              <w:r w:rsidR="005D2DD1" w:rsidRPr="005D2DD1">
                <w:rPr>
                  <w:rStyle w:val="aff8"/>
                </w:rPr>
                <w:t>n</w:t>
              </w:r>
            </w:hyperlink>
            <w:hyperlink r:id="rId143">
              <w:r w:rsidR="005D2DD1" w:rsidRPr="005D2DD1">
                <w:rPr>
                  <w:rStyle w:val="aff8"/>
                </w:rPr>
                <w:t>.</w:t>
              </w:r>
            </w:hyperlink>
            <w:hyperlink r:id="rId144">
              <w:r w:rsidR="005D2DD1" w:rsidRPr="005D2DD1">
                <w:rPr>
                  <w:rStyle w:val="aff8"/>
                </w:rPr>
                <w:t>edu.ru/</w:t>
              </w:r>
            </w:hyperlink>
            <w:hyperlink r:id="rId145">
              <w:r w:rsidR="005D2DD1" w:rsidRPr="005D2DD1">
                <w:rPr>
                  <w:rStyle w:val="aff8"/>
                </w:rPr>
                <w:t xml:space="preserve"> </w:t>
              </w:r>
            </w:hyperlink>
          </w:p>
        </w:tc>
      </w:tr>
      <w:tr w:rsidR="005D2DD1" w:rsidRPr="001C0564" w14:paraId="694281A8" w14:textId="77777777" w:rsidTr="00802828">
        <w:trPr>
          <w:trHeight w:val="2622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11687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7. </w:t>
            </w:r>
          </w:p>
          <w:p w14:paraId="4CE1E1F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7. </w:t>
            </w: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7A6A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Ознакомление с правилами правописания и их применение: - разделительный мягкий знак; </w:t>
            </w:r>
          </w:p>
          <w:p w14:paraId="0AB195F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- сочетания </w:t>
            </w:r>
            <w:r w:rsidRPr="005D2DD1">
              <w:rPr>
                <w:b/>
              </w:rPr>
              <w:t>чт, щн, нч</w:t>
            </w:r>
            <w:r w:rsidRPr="005D2DD1">
              <w:t xml:space="preserve">; - проверяемые безударные гласные в корне слова;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3B04C" w14:textId="77777777" w:rsidR="005D2DD1" w:rsidRPr="005D2DD1" w:rsidRDefault="005D2DD1" w:rsidP="005D2DD1">
            <w:pPr>
              <w:spacing w:after="200" w:line="276" w:lineRule="auto"/>
            </w:pPr>
          </w:p>
          <w:tbl>
            <w:tblPr>
              <w:tblStyle w:val="TableGrid"/>
              <w:tblW w:w="240" w:type="dxa"/>
              <w:tblInd w:w="95" w:type="dxa"/>
              <w:tblCellMar>
                <w:left w:w="6" w:type="dxa"/>
              </w:tblCellMar>
              <w:tblLook w:val="04A0" w:firstRow="1" w:lastRow="0" w:firstColumn="1" w:lastColumn="0" w:noHBand="0" w:noVBand="1"/>
            </w:tblPr>
            <w:tblGrid>
              <w:gridCol w:w="250"/>
            </w:tblGrid>
            <w:tr w:rsidR="005D2DD1" w:rsidRPr="005D2DD1" w14:paraId="2FCB5C29" w14:textId="77777777" w:rsidTr="00802828">
              <w:trPr>
                <w:trHeight w:val="277"/>
              </w:trPr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186"/>
                </w:tcPr>
                <w:p w14:paraId="291F45F4" w14:textId="77777777" w:rsidR="005D2DD1" w:rsidRPr="005D2DD1" w:rsidRDefault="005D2DD1" w:rsidP="005D2DD1">
                  <w:pPr>
                    <w:spacing w:after="200" w:line="276" w:lineRule="auto"/>
                  </w:pPr>
                  <w:r w:rsidRPr="005D2DD1">
                    <w:t>14</w:t>
                  </w:r>
                </w:p>
              </w:tc>
            </w:tr>
          </w:tbl>
          <w:p w14:paraId="279B656A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E692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4800" behindDoc="1" locked="0" layoutInCell="1" allowOverlap="1" wp14:anchorId="4216F1D4" wp14:editId="05482E55">
                      <wp:simplePos x="0" y="0"/>
                      <wp:positionH relativeFrom="column">
                        <wp:posOffset>67437</wp:posOffset>
                      </wp:positionH>
                      <wp:positionV relativeFrom="paragraph">
                        <wp:posOffset>7519</wp:posOffset>
                      </wp:positionV>
                      <wp:extent cx="76200" cy="175895"/>
                      <wp:effectExtent l="0" t="0" r="0" b="0"/>
                      <wp:wrapNone/>
                      <wp:docPr id="211851" name="Group 2118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5895"/>
                                <a:chOff x="0" y="0"/>
                                <a:chExt cx="76200" cy="175895"/>
                              </a:xfrm>
                            </wpg:grpSpPr>
                            <wps:wsp>
                              <wps:cNvPr id="222402" name="Shape 222402"/>
                              <wps:cNvSpPr/>
                              <wps:spPr>
                                <a:xfrm>
                                  <a:off x="0" y="0"/>
                                  <a:ext cx="76200" cy="175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89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895"/>
                                      </a:lnTo>
                                      <a:lnTo>
                                        <a:pt x="0" y="1758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BBC07A" id="Group 211851" o:spid="_x0000_s1026" style="position:absolute;margin-left:5.3pt;margin-top:.6pt;width:6pt;height:13.85pt;z-index:-251591680" coordsize="76200,175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">
                      <v:shape id="Shape 222402" o:spid="_x0000_s1027" style="position:absolute;width:76200;height:175895;visibility:visible;mso-wrap-style:square;v-text-anchor:top" coordsize="76200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" path="m,l76200,r,175895l,175895,,e" fillcolor="#fff186" stroked="f" strokeweight="0">
                        <v:stroke miterlimit="83231f" joinstyle="miter"/>
                        <v:path arrowok="t" textboxrect="0,0,76200,175895"/>
                      </v:shape>
                    </v:group>
                  </w:pict>
                </mc:Fallback>
              </mc:AlternateContent>
            </w:r>
            <w:r w:rsidRPr="005D2DD1">
              <w:t xml:space="preserve">1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4C83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6848" behindDoc="1" locked="0" layoutInCell="1" allowOverlap="1" wp14:anchorId="3D261DF7" wp14:editId="7A585136">
                      <wp:simplePos x="0" y="0"/>
                      <wp:positionH relativeFrom="column">
                        <wp:posOffset>66294</wp:posOffset>
                      </wp:positionH>
                      <wp:positionV relativeFrom="paragraph">
                        <wp:posOffset>7519</wp:posOffset>
                      </wp:positionV>
                      <wp:extent cx="76200" cy="175895"/>
                      <wp:effectExtent l="0" t="0" r="0" b="0"/>
                      <wp:wrapNone/>
                      <wp:docPr id="211866" name="Group 2118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5895"/>
                                <a:chOff x="0" y="0"/>
                                <a:chExt cx="76200" cy="175895"/>
                              </a:xfrm>
                            </wpg:grpSpPr>
                            <wps:wsp>
                              <wps:cNvPr id="222404" name="Shape 222404"/>
                              <wps:cNvSpPr/>
                              <wps:spPr>
                                <a:xfrm>
                                  <a:off x="0" y="0"/>
                                  <a:ext cx="76200" cy="175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89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895"/>
                                      </a:lnTo>
                                      <a:lnTo>
                                        <a:pt x="0" y="1758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87F495" id="Group 211866" o:spid="_x0000_s1026" style="position:absolute;margin-left:5.2pt;margin-top:.6pt;width:6pt;height:13.85pt;z-index:-251589632" coordsize="76200,175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">
                      <v:shape id="Shape 222404" o:spid="_x0000_s1027" style="position:absolute;width:76200;height:175895;visibility:visible;mso-wrap-style:square;v-text-anchor:top" coordsize="76200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" path="m,l76200,r,175895l,175895,,e" fillcolor="#fff186" stroked="f" strokeweight="0">
                        <v:stroke miterlimit="83231f" joinstyle="miter"/>
                        <v:path arrowok="t" textboxrect="0,0,76200,175895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2F2E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C5AFB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B46B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A3E9B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b/>
              </w:rPr>
              <w:t xml:space="preserve"> </w:t>
            </w:r>
          </w:p>
          <w:p w14:paraId="3849DD29" w14:textId="77777777" w:rsidR="005D2DD1" w:rsidRPr="005D2DD1" w:rsidRDefault="00253105" w:rsidP="005D2DD1">
            <w:pPr>
              <w:spacing w:after="200" w:line="276" w:lineRule="auto"/>
            </w:pPr>
            <w:hyperlink r:id="rId146">
              <w:r w:rsidR="005D2DD1" w:rsidRPr="005D2DD1">
                <w:rPr>
                  <w:rStyle w:val="aff8"/>
                </w:rPr>
                <w:t>http</w:t>
              </w:r>
            </w:hyperlink>
            <w:hyperlink r:id="rId147">
              <w:r w:rsidR="005D2DD1" w:rsidRPr="005D2DD1">
                <w:rPr>
                  <w:rStyle w:val="aff8"/>
                </w:rPr>
                <w:t>://</w:t>
              </w:r>
            </w:hyperlink>
            <w:hyperlink r:id="rId148">
              <w:r w:rsidR="005D2DD1" w:rsidRPr="005D2DD1">
                <w:rPr>
                  <w:rStyle w:val="aff8"/>
                </w:rPr>
                <w:t>sch</w:t>
              </w:r>
            </w:hyperlink>
            <w:hyperlink r:id="rId149">
              <w:r w:rsidR="005D2DD1" w:rsidRPr="005D2DD1">
                <w:rPr>
                  <w:rStyle w:val="aff8"/>
                </w:rPr>
                <w:t>oo</w:t>
              </w:r>
            </w:hyperlink>
            <w:hyperlink r:id="rId150">
              <w:r w:rsidR="005D2DD1" w:rsidRPr="005D2DD1">
                <w:rPr>
                  <w:rStyle w:val="aff8"/>
                </w:rPr>
                <w:t>l</w:t>
              </w:r>
            </w:hyperlink>
            <w:hyperlink r:id="rId151">
              <w:r w:rsidR="005D2DD1" w:rsidRPr="005D2DD1">
                <w:rPr>
                  <w:rStyle w:val="aff8"/>
                </w:rPr>
                <w:t>-</w:t>
              </w:r>
            </w:hyperlink>
            <w:hyperlink r:id="rId152">
              <w:r w:rsidR="005D2DD1" w:rsidRPr="005D2DD1">
                <w:rPr>
                  <w:rStyle w:val="aff8"/>
                </w:rPr>
                <w:t>co</w:t>
              </w:r>
            </w:hyperlink>
            <w:hyperlink r:id="rId153">
              <w:r w:rsidR="005D2DD1" w:rsidRPr="005D2DD1">
                <w:rPr>
                  <w:rStyle w:val="aff8"/>
                </w:rPr>
                <w:t xml:space="preserve"> </w:t>
              </w:r>
            </w:hyperlink>
            <w:hyperlink r:id="rId154">
              <w:r w:rsidR="005D2DD1" w:rsidRPr="005D2DD1">
                <w:rPr>
                  <w:rStyle w:val="aff8"/>
                </w:rPr>
                <w:t>Р</w:t>
              </w:r>
            </w:hyperlink>
            <w:r w:rsidR="005D2DD1" w:rsidRPr="005D2DD1">
              <w:t>усские словари. Служба русского языка</w:t>
            </w:r>
            <w:hyperlink r:id="rId155">
              <w:r w:rsidR="005D2DD1" w:rsidRPr="005D2DD1">
                <w:rPr>
                  <w:rStyle w:val="aff8"/>
                </w:rPr>
                <w:t xml:space="preserve"> </w:t>
              </w:r>
            </w:hyperlink>
            <w:hyperlink r:id="rId156">
              <w:r w:rsidR="005D2DD1" w:rsidRPr="005D2DD1">
                <w:rPr>
                  <w:rStyle w:val="aff8"/>
                </w:rPr>
                <w:t>http://www.slovari.ru</w:t>
              </w:r>
            </w:hyperlink>
            <w:hyperlink r:id="rId157">
              <w:r w:rsidR="005D2DD1" w:rsidRPr="005D2DD1">
                <w:rPr>
                  <w:rStyle w:val="aff8"/>
                </w:rPr>
                <w:t xml:space="preserve"> </w:t>
              </w:r>
            </w:hyperlink>
          </w:p>
          <w:p w14:paraId="04B6330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Словари и энциклопедии on-line на </w:t>
            </w:r>
          </w:p>
          <w:p w14:paraId="5CD16CA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>Академик.ру</w:t>
            </w:r>
            <w:hyperlink r:id="rId158">
              <w:r w:rsidRPr="005D2DD1">
                <w:rPr>
                  <w:rStyle w:val="aff8"/>
                </w:rPr>
                <w:t xml:space="preserve"> </w:t>
              </w:r>
            </w:hyperlink>
            <w:hyperlink r:id="rId159">
              <w:r w:rsidRPr="005D2DD1">
                <w:rPr>
                  <w:rStyle w:val="aff8"/>
                </w:rPr>
                <w:t>http://dic.academic.r</w:t>
              </w:r>
            </w:hyperlink>
            <w:hyperlink r:id="rId160">
              <w:r w:rsidRPr="005D2DD1">
                <w:rPr>
                  <w:rStyle w:val="aff8"/>
                </w:rPr>
                <w:t xml:space="preserve"> </w:t>
              </w:r>
            </w:hyperlink>
            <w:hyperlink r:id="rId161">
              <w:r w:rsidRPr="005D2DD1">
                <w:rPr>
                  <w:rStyle w:val="aff8"/>
                </w:rPr>
                <w:t>u</w:t>
              </w:r>
            </w:hyperlink>
            <w:hyperlink r:id="rId162">
              <w:r w:rsidRPr="005D2DD1">
                <w:rPr>
                  <w:rStyle w:val="aff8"/>
                </w:rPr>
                <w:t xml:space="preserve"> </w:t>
              </w:r>
            </w:hyperlink>
          </w:p>
        </w:tc>
      </w:tr>
    </w:tbl>
    <w:p w14:paraId="37750A4F" w14:textId="77777777" w:rsidR="005D2DD1" w:rsidRPr="005D2DD1" w:rsidRDefault="005D2DD1" w:rsidP="005D2DD1">
      <w:pPr>
        <w:rPr>
          <w:lang w:val="ru-RU"/>
        </w:rPr>
      </w:pPr>
      <w:r w:rsidRPr="005D2DD1">
        <w:rPr>
          <w:lang w:val="ru-RU"/>
        </w:rPr>
        <w:t xml:space="preserve"> </w:t>
      </w:r>
    </w:p>
    <w:tbl>
      <w:tblPr>
        <w:tblStyle w:val="TableGrid"/>
        <w:tblW w:w="15389" w:type="dxa"/>
        <w:tblInd w:w="146" w:type="dxa"/>
        <w:tblCellMar>
          <w:top w:w="7" w:type="dxa"/>
          <w:left w:w="7" w:type="dxa"/>
          <w:right w:w="29" w:type="dxa"/>
        </w:tblCellMar>
        <w:tblLook w:val="04A0" w:firstRow="1" w:lastRow="0" w:firstColumn="1" w:lastColumn="0" w:noHBand="0" w:noVBand="1"/>
      </w:tblPr>
      <w:tblGrid>
        <w:gridCol w:w="475"/>
        <w:gridCol w:w="2929"/>
        <w:gridCol w:w="648"/>
        <w:gridCol w:w="1388"/>
        <w:gridCol w:w="1431"/>
        <w:gridCol w:w="1008"/>
        <w:gridCol w:w="3231"/>
        <w:gridCol w:w="1292"/>
        <w:gridCol w:w="2987"/>
      </w:tblGrid>
      <w:tr w:rsidR="005D2DD1" w:rsidRPr="001C0564" w14:paraId="21FB2035" w14:textId="77777777" w:rsidTr="00802828">
        <w:trPr>
          <w:trHeight w:val="10122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9515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 </w:t>
            </w: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24BE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- парные звонкие и глухие согласные в корне слова; - непроверяемые гласные и согласные (перечень слов в орфографическом словаре учебника); - прописная буква в именах собственных: </w:t>
            </w:r>
          </w:p>
          <w:p w14:paraId="1E359EF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имена, фамилии, отчества людей, клички животных, географические названия; - раздельное написание предлогов с именами существительными </w:t>
            </w:r>
          </w:p>
          <w:p w14:paraId="0A20A50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2168C17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4AD2884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09C2354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7A81B9F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5DC7C07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532ECA8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451C733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6F7CB41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1E1679A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 </w:t>
            </w:r>
          </w:p>
          <w:p w14:paraId="5F46C41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38DD122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140D2DD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58A37CB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12F592B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720A3C7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0DBE6DB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5D848A4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40BAB75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561858C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7F1196E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60D76EB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E547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 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BC379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ADA98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E25E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17BD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задание: написать текст, в котором встретится не менее шести имён собственных. Наблюдение за языковым материалом (слова с безударными гласными в корне слова или слова с парными по звонкости —  глухости согласными на конце слова): </w:t>
            </w:r>
          </w:p>
          <w:p w14:paraId="41C8CE4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знакомство         с         понятием </w:t>
            </w:r>
          </w:p>
          <w:p w14:paraId="4F9E7E9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«орфограмма». Обсуждение особенностей обозначения буквами проверяемых безударных   гласных   в   корне слова   в   процессе   сравнения написания ударных и безударных гласных в однокоренных словах. Учебный диалог «Как планировать порядок действий при выявлении места   возможной </w:t>
            </w:r>
          </w:p>
          <w:p w14:paraId="0E6A556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орфографической ошибки». Совместная разработка алгоритма применения орфограммы «Проверяемые безударные гласные   в   корне слова». Упражнение: нахождение и фиксация </w:t>
            </w:r>
            <w:r w:rsidRPr="005D2DD1">
              <w:lastRenderedPageBreak/>
              <w:t xml:space="preserve">орфограммы «Проверяемые безударные гласные   в   корне слова». Работа в парах: выявление в ряду родственных слов нескольких проверочных </w:t>
            </w:r>
          </w:p>
          <w:p w14:paraId="205BD46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слов. Дифференцированное задание: нахождение ошибок в подборе проверочных слов к словам с орфограммой 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0F1F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ED26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Словари русского языка на портале </w:t>
            </w:r>
          </w:p>
          <w:p w14:paraId="5F5A1B5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"Грамота.ру" </w:t>
            </w:r>
            <w:hyperlink r:id="rId163">
              <w:r w:rsidRPr="005D2DD1">
                <w:rPr>
                  <w:rStyle w:val="aff8"/>
                </w:rPr>
                <w:t>http://slovari.gramo</w:t>
              </w:r>
            </w:hyperlink>
            <w:hyperlink r:id="rId164">
              <w:r w:rsidRPr="005D2DD1">
                <w:rPr>
                  <w:rStyle w:val="aff8"/>
                </w:rPr>
                <w:t xml:space="preserve"> </w:t>
              </w:r>
            </w:hyperlink>
            <w:hyperlink r:id="rId165">
              <w:r w:rsidRPr="005D2DD1">
                <w:rPr>
                  <w:rStyle w:val="aff8"/>
                </w:rPr>
                <w:t>ta.ru</w:t>
              </w:r>
            </w:hyperlink>
            <w:hyperlink r:id="rId166">
              <w:r w:rsidRPr="005D2DD1">
                <w:rPr>
                  <w:rStyle w:val="aff8"/>
                </w:rPr>
                <w:t xml:space="preserve"> </w:t>
              </w:r>
            </w:hyperlink>
          </w:p>
          <w:p w14:paraId="1ED8EB9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Служба тематических толковых словарей </w:t>
            </w:r>
          </w:p>
          <w:p w14:paraId="02D214A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"Глоссарий.ру" </w:t>
            </w:r>
            <w:hyperlink r:id="rId167">
              <w:r w:rsidRPr="005D2DD1">
                <w:rPr>
                  <w:rStyle w:val="aff8"/>
                </w:rPr>
                <w:t>http://www.gloss</w:t>
              </w:r>
            </w:hyperlink>
            <w:hyperlink r:id="rId168">
              <w:r w:rsidRPr="005D2DD1">
                <w:rPr>
                  <w:rStyle w:val="aff8"/>
                </w:rPr>
                <w:t xml:space="preserve"> </w:t>
              </w:r>
            </w:hyperlink>
            <w:hyperlink r:id="rId169">
              <w:r w:rsidRPr="005D2DD1">
                <w:rPr>
                  <w:rStyle w:val="aff8"/>
                </w:rPr>
                <w:t>ary.ru</w:t>
              </w:r>
            </w:hyperlink>
            <w:hyperlink r:id="rId170">
              <w:r w:rsidRPr="005D2DD1">
                <w:rPr>
                  <w:rStyle w:val="aff8"/>
                </w:rPr>
                <w:t xml:space="preserve"> </w:t>
              </w:r>
            </w:hyperlink>
          </w:p>
          <w:p w14:paraId="506E677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>Толковый словарь живого великорусского языка В.И. Даля</w:t>
            </w:r>
            <w:hyperlink r:id="rId171">
              <w:r w:rsidRPr="005D2DD1">
                <w:rPr>
                  <w:rStyle w:val="aff8"/>
                </w:rPr>
                <w:t xml:space="preserve"> </w:t>
              </w:r>
            </w:hyperlink>
            <w:hyperlink r:id="rId172">
              <w:r w:rsidRPr="005D2DD1">
                <w:rPr>
                  <w:rStyle w:val="aff8"/>
                </w:rPr>
                <w:t>http://vidahl.agava.ru</w:t>
              </w:r>
            </w:hyperlink>
            <w:hyperlink r:id="rId173">
              <w:r w:rsidRPr="005D2DD1">
                <w:rPr>
                  <w:rStyle w:val="aff8"/>
                </w:rPr>
                <w:t xml:space="preserve"> </w:t>
              </w:r>
            </w:hyperlink>
            <w:r w:rsidRPr="005D2DD1">
              <w:rPr>
                <w:u w:val="single"/>
              </w:rPr>
              <w:t>llection.edu.ru/</w:t>
            </w:r>
            <w:r w:rsidRPr="005D2DD1">
              <w:t xml:space="preserve"> </w:t>
            </w:r>
          </w:p>
          <w:p w14:paraId="3684073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0214ADC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6E5C8AD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6F47D74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321B19A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54B431E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1FEB25A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1B10ADD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69E91A9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2EAD1F3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 </w:t>
            </w:r>
          </w:p>
          <w:p w14:paraId="42945CF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50BE9E6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3BD0DF1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570B5C3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69DE2C5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0B579E1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3B595AD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6DFF76B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7C7A780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015AFF0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1AF5A33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5C82D39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</w:tr>
    </w:tbl>
    <w:p w14:paraId="3A0F47CD" w14:textId="77777777" w:rsidR="005D2DD1" w:rsidRPr="005D2DD1" w:rsidRDefault="005D2DD1" w:rsidP="005D2DD1">
      <w:pPr>
        <w:rPr>
          <w:lang w:val="ru-RU"/>
        </w:rPr>
      </w:pPr>
      <w:r w:rsidRPr="005D2DD1">
        <w:rPr>
          <w:lang w:val="ru-RU"/>
        </w:rPr>
        <w:lastRenderedPageBreak/>
        <w:t xml:space="preserve"> </w:t>
      </w:r>
    </w:p>
    <w:tbl>
      <w:tblPr>
        <w:tblStyle w:val="TableGrid"/>
        <w:tblW w:w="15389" w:type="dxa"/>
        <w:tblInd w:w="146" w:type="dxa"/>
        <w:tblCellMar>
          <w:top w:w="5" w:type="dxa"/>
          <w:left w:w="5" w:type="dxa"/>
          <w:right w:w="29" w:type="dxa"/>
        </w:tblCellMar>
        <w:tblLook w:val="04A0" w:firstRow="1" w:lastRow="0" w:firstColumn="1" w:lastColumn="0" w:noHBand="0" w:noVBand="1"/>
      </w:tblPr>
      <w:tblGrid>
        <w:gridCol w:w="475"/>
        <w:gridCol w:w="2931"/>
        <w:gridCol w:w="644"/>
        <w:gridCol w:w="1390"/>
        <w:gridCol w:w="1431"/>
        <w:gridCol w:w="1008"/>
        <w:gridCol w:w="3231"/>
        <w:gridCol w:w="1292"/>
        <w:gridCol w:w="2987"/>
      </w:tblGrid>
      <w:tr w:rsidR="005D2DD1" w:rsidRPr="001C0564" w14:paraId="048497A3" w14:textId="77777777" w:rsidTr="00802828">
        <w:trPr>
          <w:trHeight w:val="736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2664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B883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583B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AE63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F751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3B153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AAE65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«Проверяемые </w:t>
            </w:r>
            <w:r w:rsidRPr="005D2DD1">
              <w:tab/>
              <w:t xml:space="preserve">безударные гласные в корне слова». 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3198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82BC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</w:tr>
      <w:tr w:rsidR="005D2DD1" w:rsidRPr="005D2DD1" w14:paraId="1FC55D05" w14:textId="77777777" w:rsidTr="00802828">
        <w:trPr>
          <w:trHeight w:val="496"/>
        </w:trPr>
        <w:tc>
          <w:tcPr>
            <w:tcW w:w="3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BA04F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Итого по разделу: 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vAlign w:val="center"/>
          </w:tcPr>
          <w:p w14:paraId="145DF6F0" w14:textId="77777777" w:rsidR="005D2DD1" w:rsidRPr="005D2DD1" w:rsidRDefault="005D2DD1" w:rsidP="005D2DD1">
            <w:pPr>
              <w:spacing w:after="200" w:line="276" w:lineRule="auto"/>
            </w:pPr>
          </w:p>
          <w:tbl>
            <w:tblPr>
              <w:tblStyle w:val="TableGrid"/>
              <w:tblW w:w="240" w:type="dxa"/>
              <w:tblInd w:w="101" w:type="dxa"/>
              <w:tblCellMar>
                <w:top w:w="12" w:type="dxa"/>
              </w:tblCellMar>
              <w:tblLook w:val="04A0" w:firstRow="1" w:lastRow="0" w:firstColumn="1" w:lastColumn="0" w:noHBand="0" w:noVBand="1"/>
            </w:tblPr>
            <w:tblGrid>
              <w:gridCol w:w="244"/>
            </w:tblGrid>
            <w:tr w:rsidR="005D2DD1" w:rsidRPr="005D2DD1" w14:paraId="1F5106F2" w14:textId="77777777" w:rsidTr="00802828">
              <w:trPr>
                <w:trHeight w:val="284"/>
              </w:trPr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CF7"/>
                </w:tcPr>
                <w:p w14:paraId="73D72270" w14:textId="77777777" w:rsidR="005D2DD1" w:rsidRPr="005D2DD1" w:rsidRDefault="005D2DD1" w:rsidP="005D2DD1">
                  <w:pPr>
                    <w:spacing w:after="200" w:line="276" w:lineRule="auto"/>
                  </w:pPr>
                  <w:r w:rsidRPr="005D2DD1">
                    <w:t>44</w:t>
                  </w:r>
                </w:p>
              </w:tc>
            </w:tr>
          </w:tbl>
          <w:p w14:paraId="028426E4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70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2D4BC6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2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64D0234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29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35A719C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5D2DD1" w14:paraId="585AD89F" w14:textId="77777777" w:rsidTr="00802828">
        <w:trPr>
          <w:trHeight w:val="472"/>
        </w:trPr>
        <w:tc>
          <w:tcPr>
            <w:tcW w:w="1111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718E392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Раздел 8. </w:t>
            </w:r>
            <w:r w:rsidRPr="005D2DD1">
              <w:rPr>
                <w:b/>
              </w:rPr>
              <w:t xml:space="preserve">Развитие речи </w:t>
            </w:r>
          </w:p>
        </w:tc>
        <w:tc>
          <w:tcPr>
            <w:tcW w:w="12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8332059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29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C6CE35A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1C0564" w14:paraId="71E9558E" w14:textId="77777777" w:rsidTr="00802828">
        <w:trPr>
          <w:trHeight w:val="8523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353F4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8. </w:t>
            </w:r>
          </w:p>
          <w:p w14:paraId="05CA4A4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1. 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FA54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Овладение основными умениями ведения разговора (начать, поддержать, закончить разговор, привлечь внимание и т. п.). </w:t>
            </w:r>
          </w:p>
          <w:p w14:paraId="6DC4BD2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Практическое овладение диалогической формой речи. Соблюдение норм речевого этикета и орфоэпических норм в ситуациях учебного и бытового общения. 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986F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8896" behindDoc="1" locked="0" layoutInCell="1" allowOverlap="1" wp14:anchorId="29308592" wp14:editId="4580FCBE">
                      <wp:simplePos x="0" y="0"/>
                      <wp:positionH relativeFrom="column">
                        <wp:posOffset>54229</wp:posOffset>
                      </wp:positionH>
                      <wp:positionV relativeFrom="paragraph">
                        <wp:posOffset>-355</wp:posOffset>
                      </wp:positionV>
                      <wp:extent cx="94615" cy="184785"/>
                      <wp:effectExtent l="0" t="0" r="0" b="0"/>
                      <wp:wrapNone/>
                      <wp:docPr id="184018" name="Group 1840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4785"/>
                                <a:chOff x="0" y="0"/>
                                <a:chExt cx="94615" cy="184785"/>
                              </a:xfrm>
                            </wpg:grpSpPr>
                            <wps:wsp>
                              <wps:cNvPr id="222406" name="Shape 222406"/>
                              <wps:cNvSpPr/>
                              <wps:spPr>
                                <a:xfrm>
                                  <a:off x="9525" y="4445"/>
                                  <a:ext cx="762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26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60" name="Shape 31060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61" name="Shape 31061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62" name="Shape 31062"/>
                              <wps:cNvSpPr/>
                              <wps:spPr>
                                <a:xfrm>
                                  <a:off x="9525" y="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63" name="Shape 31063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64" name="Shape 31064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65" name="Shape 31065"/>
                              <wps:cNvSpPr/>
                              <wps:spPr>
                                <a:xfrm>
                                  <a:off x="4445" y="4445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66" name="Shape 31066"/>
                              <wps:cNvSpPr/>
                              <wps:spPr>
                                <a:xfrm>
                                  <a:off x="89535" y="4445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67" name="Shape 31067"/>
                              <wps:cNvSpPr/>
                              <wps:spPr>
                                <a:xfrm>
                                  <a:off x="0" y="18478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68" name="Shape 31068"/>
                              <wps:cNvSpPr/>
                              <wps:spPr>
                                <a:xfrm>
                                  <a:off x="0" y="18478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69" name="Shape 31069"/>
                              <wps:cNvSpPr/>
                              <wps:spPr>
                                <a:xfrm>
                                  <a:off x="8890" y="18478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70" name="Shape 31070"/>
                              <wps:cNvSpPr/>
                              <wps:spPr>
                                <a:xfrm>
                                  <a:off x="85090" y="18478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71" name="Shape 31071"/>
                              <wps:cNvSpPr/>
                              <wps:spPr>
                                <a:xfrm>
                                  <a:off x="85090" y="18478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87EA31" id="Group 184018" o:spid="_x0000_s1026" style="position:absolute;margin-left:4.25pt;margin-top:-.05pt;width:7.45pt;height:14.55pt;z-index:-251587584" coordsize="94615,184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">
                      <v:shape id="Shape 222406" o:spid="_x0000_s1027" style="position:absolute;left:9525;top:4445;width:76200;height:175260;visibility:visible;mso-wrap-style:square;v-text-anchor:top" coordsize="762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" path="m,l76200,r,175260l,175260,,e" fillcolor="#fff186" stroked="f" strokeweight="0">
                        <v:stroke miterlimit="83231f" joinstyle="miter"/>
                        <v:path arrowok="t" textboxrect="0,0,76200,175260"/>
                      </v:shape>
                      <v:shape id="Shape 31060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" path="m,l8890,e" filled="f" strokecolor="red" strokeweight=".72pt">
                        <v:path arrowok="t" textboxrect="0,0,8890,0"/>
                      </v:shape>
                      <v:shape id="Shape 31061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31062" o:spid="_x0000_s1030" style="position:absolute;left:952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31063" o:spid="_x0000_s1031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31064" o:spid="_x0000_s1032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31065" o:spid="_x0000_s1033" style="position:absolute;left:4445;top:4445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" path="m,l,175260e" filled="f" strokecolor="red" strokeweight=".72pt">
                        <v:path arrowok="t" textboxrect="0,0,0,175260"/>
                      </v:shape>
                      <v:shape id="Shape 31066" o:spid="_x0000_s1034" style="position:absolute;left:89535;top:4445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" path="m,l,175260e" filled="f" strokecolor="red" strokeweight=".72pt">
                        <v:path arrowok="t" textboxrect="0,0,0,175260"/>
                      </v:shape>
                      <v:shape id="Shape 31067" o:spid="_x0000_s1035" style="position:absolute;top:18478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31068" o:spid="_x0000_s1036" style="position:absolute;top:18478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" path="m,l8890,e" filled="f" strokecolor="red" strokeweight=".72pt">
                        <v:path arrowok="t" textboxrect="0,0,8890,0"/>
                      </v:shape>
                      <v:shape id="Shape 31069" o:spid="_x0000_s1037" style="position:absolute;left:8890;top:18478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31070" o:spid="_x0000_s1038" style="position:absolute;left:85090;top:18478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31071" o:spid="_x0000_s1039" style="position:absolute;left:85090;top:18478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3 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C81A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0944" behindDoc="1" locked="0" layoutInCell="1" allowOverlap="1" wp14:anchorId="006CE28A" wp14:editId="6C3B6F9E">
                      <wp:simplePos x="0" y="0"/>
                      <wp:positionH relativeFrom="column">
                        <wp:posOffset>59754</wp:posOffset>
                      </wp:positionH>
                      <wp:positionV relativeFrom="paragraph">
                        <wp:posOffset>-355</wp:posOffset>
                      </wp:positionV>
                      <wp:extent cx="94615" cy="184785"/>
                      <wp:effectExtent l="0" t="0" r="0" b="0"/>
                      <wp:wrapNone/>
                      <wp:docPr id="184049" name="Group 1840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4785"/>
                                <a:chOff x="0" y="0"/>
                                <a:chExt cx="94615" cy="184785"/>
                              </a:xfrm>
                            </wpg:grpSpPr>
                            <wps:wsp>
                              <wps:cNvPr id="222408" name="Shape 222408"/>
                              <wps:cNvSpPr/>
                              <wps:spPr>
                                <a:xfrm>
                                  <a:off x="8890" y="4445"/>
                                  <a:ext cx="762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26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73" name="Shape 31073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74" name="Shape 31074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75" name="Shape 31075"/>
                              <wps:cNvSpPr/>
                              <wps:spPr>
                                <a:xfrm>
                                  <a:off x="9525" y="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76" name="Shape 31076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77" name="Shape 31077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78" name="Shape 31078"/>
                              <wps:cNvSpPr/>
                              <wps:spPr>
                                <a:xfrm>
                                  <a:off x="5080" y="4445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79" name="Shape 31079"/>
                              <wps:cNvSpPr/>
                              <wps:spPr>
                                <a:xfrm>
                                  <a:off x="90170" y="4445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80" name="Shape 31080"/>
                              <wps:cNvSpPr/>
                              <wps:spPr>
                                <a:xfrm>
                                  <a:off x="0" y="18478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81" name="Shape 31081"/>
                              <wps:cNvSpPr/>
                              <wps:spPr>
                                <a:xfrm>
                                  <a:off x="0" y="18478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82" name="Shape 31082"/>
                              <wps:cNvSpPr/>
                              <wps:spPr>
                                <a:xfrm>
                                  <a:off x="9525" y="18478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83" name="Shape 31083"/>
                              <wps:cNvSpPr/>
                              <wps:spPr>
                                <a:xfrm>
                                  <a:off x="85725" y="18478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84" name="Shape 31084"/>
                              <wps:cNvSpPr/>
                              <wps:spPr>
                                <a:xfrm>
                                  <a:off x="85725" y="18478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35CBDF" id="Group 184049" o:spid="_x0000_s1026" style="position:absolute;margin-left:4.7pt;margin-top:-.05pt;width:7.45pt;height:14.55pt;z-index:-251585536" coordsize="94615,184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">
                      <v:shape id="Shape 222408" o:spid="_x0000_s1027" style="position:absolute;left:8890;top:4445;width:76200;height:175260;visibility:visible;mso-wrap-style:square;v-text-anchor:top" coordsize="762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" path="m,l76200,r,175260l,175260,,e" fillcolor="#fff186" stroked="f" strokeweight="0">
                        <v:stroke miterlimit="83231f" joinstyle="miter"/>
                        <v:path arrowok="t" textboxrect="0,0,76200,175260"/>
                      </v:shape>
                      <v:shape id="Shape 31073" o:spid="_x0000_s1028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31074" o:spid="_x0000_s1029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31075" o:spid="_x0000_s1030" style="position:absolute;left:952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31076" o:spid="_x0000_s1031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31077" o:spid="_x0000_s1032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31078" o:spid="_x0000_s1033" style="position:absolute;left:5080;top:4445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" path="m,l,175260e" filled="f" strokecolor="red" strokeweight=".72pt">
                        <v:path arrowok="t" textboxrect="0,0,0,175260"/>
                      </v:shape>
                      <v:shape id="Shape 31079" o:spid="_x0000_s1034" style="position:absolute;left:90170;top:4445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" path="m,l,175260e" filled="f" strokecolor="red" strokeweight=".72pt">
                        <v:path arrowok="t" textboxrect="0,0,0,175260"/>
                      </v:shape>
                      <v:shape id="Shape 31080" o:spid="_x0000_s1035" style="position:absolute;top:18478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" path="m,l9525,e" filled="f" strokecolor="red" strokeweight=".72pt">
                        <v:path arrowok="t" textboxrect="0,0,9525,0"/>
                      </v:shape>
                      <v:shape id="Shape 31081" o:spid="_x0000_s1036" style="position:absolute;top:18478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31082" o:spid="_x0000_s1037" style="position:absolute;left:9525;top:18478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31083" o:spid="_x0000_s1038" style="position:absolute;left:85725;top:18478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31084" o:spid="_x0000_s1039" style="position:absolute;left:85725;top:18478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6090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2992" behindDoc="1" locked="0" layoutInCell="1" allowOverlap="1" wp14:anchorId="3F35F60A" wp14:editId="142CA365">
                      <wp:simplePos x="0" y="0"/>
                      <wp:positionH relativeFrom="column">
                        <wp:posOffset>56769</wp:posOffset>
                      </wp:positionH>
                      <wp:positionV relativeFrom="paragraph">
                        <wp:posOffset>-355</wp:posOffset>
                      </wp:positionV>
                      <wp:extent cx="95250" cy="184785"/>
                      <wp:effectExtent l="0" t="0" r="0" b="0"/>
                      <wp:wrapNone/>
                      <wp:docPr id="184068" name="Group 1840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" cy="184785"/>
                                <a:chOff x="0" y="0"/>
                                <a:chExt cx="95250" cy="184785"/>
                              </a:xfrm>
                            </wpg:grpSpPr>
                            <wps:wsp>
                              <wps:cNvPr id="222410" name="Shape 222410"/>
                              <wps:cNvSpPr/>
                              <wps:spPr>
                                <a:xfrm>
                                  <a:off x="9525" y="4445"/>
                                  <a:ext cx="762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26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86" name="Shape 31086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87" name="Shape 31087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88" name="Shape 31088"/>
                              <wps:cNvSpPr/>
                              <wps:spPr>
                                <a:xfrm>
                                  <a:off x="9525" y="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89" name="Shape 31089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90" name="Shape 31090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91" name="Shape 31091"/>
                              <wps:cNvSpPr/>
                              <wps:spPr>
                                <a:xfrm>
                                  <a:off x="4445" y="4445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92" name="Shape 31092"/>
                              <wps:cNvSpPr/>
                              <wps:spPr>
                                <a:xfrm>
                                  <a:off x="89535" y="4445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93" name="Shape 31093"/>
                              <wps:cNvSpPr/>
                              <wps:spPr>
                                <a:xfrm>
                                  <a:off x="0" y="18478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94" name="Shape 31094"/>
                              <wps:cNvSpPr/>
                              <wps:spPr>
                                <a:xfrm>
                                  <a:off x="0" y="18478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95" name="Shape 31095"/>
                              <wps:cNvSpPr/>
                              <wps:spPr>
                                <a:xfrm>
                                  <a:off x="8890" y="18478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96" name="Shape 31096"/>
                              <wps:cNvSpPr/>
                              <wps:spPr>
                                <a:xfrm>
                                  <a:off x="85090" y="18478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97" name="Shape 31097"/>
                              <wps:cNvSpPr/>
                              <wps:spPr>
                                <a:xfrm>
                                  <a:off x="85090" y="18478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F48A81" id="Group 184068" o:spid="_x0000_s1026" style="position:absolute;margin-left:4.45pt;margin-top:-.05pt;width:7.5pt;height:14.55pt;z-index:-251583488" coordsize="95250,184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">
                      <v:shape id="Shape 222410" o:spid="_x0000_s1027" style="position:absolute;left:9525;top:4445;width:76200;height:175260;visibility:visible;mso-wrap-style:square;v-text-anchor:top" coordsize="762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" path="m,l76200,r,175260l,175260,,e" fillcolor="#fff186" stroked="f" strokeweight="0">
                        <v:stroke miterlimit="83231f" joinstyle="miter"/>
                        <v:path arrowok="t" textboxrect="0,0,76200,175260"/>
                      </v:shape>
                      <v:shape id="Shape 31086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31087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31088" o:spid="_x0000_s1030" style="position:absolute;left:952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" path="m,l76200,e" filled="f" strokecolor="red" strokeweight=".72pt">
                        <v:path arrowok="t" textboxrect="0,0,76200,0"/>
                      </v:shape>
                      <v:shape id="Shape 31089" o:spid="_x0000_s1031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31090" o:spid="_x0000_s1032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" path="m,l9525,e" filled="f" strokecolor="red" strokeweight=".72pt">
                        <v:path arrowok="t" textboxrect="0,0,9525,0"/>
                      </v:shape>
                      <v:shape id="Shape 31091" o:spid="_x0000_s1033" style="position:absolute;left:4445;top:4445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" path="m,l,175260e" filled="f" strokecolor="red" strokeweight=".72pt">
                        <v:path arrowok="t" textboxrect="0,0,0,175260"/>
                      </v:shape>
                      <v:shape id="Shape 31092" o:spid="_x0000_s1034" style="position:absolute;left:89535;top:4445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" path="m,l,175260e" filled="f" strokecolor="red" strokeweight=".72pt">
                        <v:path arrowok="t" textboxrect="0,0,0,175260"/>
                      </v:shape>
                      <v:shape id="Shape 31093" o:spid="_x0000_s1035" style="position:absolute;top:18478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31094" o:spid="_x0000_s1036" style="position:absolute;top:18478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31095" o:spid="_x0000_s1037" style="position:absolute;left:8890;top:18478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31096" o:spid="_x0000_s1038" style="position:absolute;left:85090;top:18478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31097" o:spid="_x0000_s1039" style="position:absolute;left:85090;top:18478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44D7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CBDF5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Учебный диалог, в ходе которого учащиеся учатся определять  особенности ситуации общения: цели, задачи, состав участников, место, время, средства коммуникации. Обобщение результатов    диалога: сообщение учителя о том, что в ситуации общения важно удерживать цель общения, учитывать, с кем и где происходит общение, поскольку от этих особенностей ситуации зависит выбор языковых средств. Комментированный устный выбор правильной реплики из нескольких предложенных, обоснование целесообразности     выбора языковых     средств, соответствующих цели и условиям общения. Ролевые игры, разыгрывание сценок для отработки умений ведения разговора: начать, поддержать, закончить разговор, привлечь внимание и т. п. Творческое задание: создание собственных диалогов в  ситуациях </w:t>
            </w:r>
            <w:r w:rsidRPr="005D2DD1">
              <w:lastRenderedPageBreak/>
              <w:t xml:space="preserve">необходимости     начать, 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3C6A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 </w:t>
            </w:r>
          </w:p>
          <w:p w14:paraId="1529ABF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w:drawing>
                <wp:anchor distT="0" distB="0" distL="114300" distR="114300" simplePos="0" relativeHeight="251735040" behindDoc="1" locked="0" layoutInCell="1" allowOverlap="0" wp14:anchorId="0F85114B" wp14:editId="7EF5152D">
                  <wp:simplePos x="0" y="0"/>
                  <wp:positionH relativeFrom="column">
                    <wp:posOffset>54228</wp:posOffset>
                  </wp:positionH>
                  <wp:positionV relativeFrom="paragraph">
                    <wp:posOffset>-34971</wp:posOffset>
                  </wp:positionV>
                  <wp:extent cx="649225" cy="777240"/>
                  <wp:effectExtent l="0" t="0" r="0" b="0"/>
                  <wp:wrapNone/>
                  <wp:docPr id="218721" name="Picture 2187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721" name="Picture 218721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5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D2DD1">
              <w:t xml:space="preserve"> Текущи й, устный, </w:t>
            </w:r>
            <w:r w:rsidRPr="005D2DD1">
              <w:rPr>
                <w:u w:val="single"/>
              </w:rPr>
              <w:t xml:space="preserve">письменн </w:t>
            </w:r>
            <w:r w:rsidRPr="005D2DD1">
              <w:t xml:space="preserve">ый  </w:t>
            </w:r>
            <w:r w:rsidRPr="005D2DD1">
              <w:tab/>
              <w:t xml:space="preserve"> </w:t>
            </w:r>
          </w:p>
          <w:p w14:paraId="7AB824A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43F9E" w14:textId="77777777" w:rsidR="005D2DD1" w:rsidRPr="005D2DD1" w:rsidRDefault="00253105" w:rsidP="005D2DD1">
            <w:pPr>
              <w:spacing w:after="200" w:line="276" w:lineRule="auto"/>
            </w:pPr>
            <w:hyperlink r:id="rId175">
              <w:r w:rsidR="005D2DD1" w:rsidRPr="005D2DD1">
                <w:rPr>
                  <w:rStyle w:val="aff8"/>
                </w:rPr>
                <w:t>http</w:t>
              </w:r>
            </w:hyperlink>
            <w:hyperlink r:id="rId176">
              <w:r w:rsidR="005D2DD1" w:rsidRPr="005D2DD1">
                <w:rPr>
                  <w:rStyle w:val="aff8"/>
                </w:rPr>
                <w:t>://</w:t>
              </w:r>
            </w:hyperlink>
            <w:hyperlink r:id="rId177">
              <w:r w:rsidR="005D2DD1" w:rsidRPr="005D2DD1">
                <w:rPr>
                  <w:rStyle w:val="aff8"/>
                </w:rPr>
                <w:t>sch</w:t>
              </w:r>
            </w:hyperlink>
            <w:hyperlink r:id="rId178">
              <w:r w:rsidR="005D2DD1" w:rsidRPr="005D2DD1">
                <w:rPr>
                  <w:rStyle w:val="aff8"/>
                </w:rPr>
                <w:t>oo</w:t>
              </w:r>
            </w:hyperlink>
            <w:hyperlink r:id="rId179">
              <w:r w:rsidR="005D2DD1" w:rsidRPr="005D2DD1">
                <w:rPr>
                  <w:rStyle w:val="aff8"/>
                </w:rPr>
                <w:t>l</w:t>
              </w:r>
            </w:hyperlink>
            <w:hyperlink r:id="rId180">
              <w:r w:rsidR="005D2DD1" w:rsidRPr="005D2DD1">
                <w:rPr>
                  <w:rStyle w:val="aff8"/>
                </w:rPr>
                <w:t>-</w:t>
              </w:r>
            </w:hyperlink>
            <w:hyperlink r:id="rId181">
              <w:r w:rsidR="005D2DD1" w:rsidRPr="005D2DD1">
                <w:rPr>
                  <w:rStyle w:val="aff8"/>
                </w:rPr>
                <w:t>c</w:t>
              </w:r>
            </w:hyperlink>
            <w:hyperlink r:id="rId182">
              <w:r w:rsidR="005D2DD1" w:rsidRPr="005D2DD1">
                <w:rPr>
                  <w:rStyle w:val="aff8"/>
                </w:rPr>
                <w:t>o</w:t>
              </w:r>
            </w:hyperlink>
            <w:hyperlink r:id="rId183">
              <w:r w:rsidR="005D2DD1" w:rsidRPr="005D2DD1">
                <w:rPr>
                  <w:rStyle w:val="aff8"/>
                </w:rPr>
                <w:t>llecti</w:t>
              </w:r>
            </w:hyperlink>
            <w:hyperlink r:id="rId184">
              <w:r w:rsidR="005D2DD1" w:rsidRPr="005D2DD1">
                <w:rPr>
                  <w:rStyle w:val="aff8"/>
                </w:rPr>
                <w:t>o</w:t>
              </w:r>
            </w:hyperlink>
            <w:hyperlink r:id="rId185">
              <w:r w:rsidR="005D2DD1" w:rsidRPr="005D2DD1">
                <w:rPr>
                  <w:rStyle w:val="aff8"/>
                </w:rPr>
                <w:t>n</w:t>
              </w:r>
            </w:hyperlink>
            <w:hyperlink r:id="rId186">
              <w:r w:rsidR="005D2DD1" w:rsidRPr="005D2DD1">
                <w:rPr>
                  <w:rStyle w:val="aff8"/>
                </w:rPr>
                <w:t>.</w:t>
              </w:r>
            </w:hyperlink>
            <w:hyperlink r:id="rId187">
              <w:r w:rsidR="005D2DD1" w:rsidRPr="005D2DD1">
                <w:rPr>
                  <w:rStyle w:val="aff8"/>
                </w:rPr>
                <w:t>edu.ru/</w:t>
              </w:r>
            </w:hyperlink>
            <w:hyperlink r:id="rId188">
              <w:r w:rsidR="005D2DD1" w:rsidRPr="005D2DD1">
                <w:rPr>
                  <w:rStyle w:val="aff8"/>
                </w:rPr>
                <w:t xml:space="preserve"> </w:t>
              </w:r>
            </w:hyperlink>
          </w:p>
        </w:tc>
      </w:tr>
    </w:tbl>
    <w:p w14:paraId="1F841B87" w14:textId="77777777" w:rsidR="005D2DD1" w:rsidRPr="005D2DD1" w:rsidRDefault="005D2DD1" w:rsidP="005D2DD1">
      <w:pPr>
        <w:rPr>
          <w:lang w:val="ru-RU"/>
        </w:rPr>
      </w:pPr>
      <w:r w:rsidRPr="005D2DD1">
        <w:rPr>
          <w:lang w:val="ru-RU"/>
        </w:rPr>
        <w:t xml:space="preserve"> </w:t>
      </w:r>
    </w:p>
    <w:tbl>
      <w:tblPr>
        <w:tblStyle w:val="TableGrid"/>
        <w:tblW w:w="15389" w:type="dxa"/>
        <w:tblInd w:w="146" w:type="dxa"/>
        <w:tblCellMar>
          <w:top w:w="7" w:type="dxa"/>
          <w:left w:w="7" w:type="dxa"/>
          <w:right w:w="29" w:type="dxa"/>
        </w:tblCellMar>
        <w:tblLook w:val="04A0" w:firstRow="1" w:lastRow="0" w:firstColumn="1" w:lastColumn="0" w:noHBand="0" w:noVBand="1"/>
      </w:tblPr>
      <w:tblGrid>
        <w:gridCol w:w="475"/>
        <w:gridCol w:w="2929"/>
        <w:gridCol w:w="648"/>
        <w:gridCol w:w="1388"/>
        <w:gridCol w:w="1431"/>
        <w:gridCol w:w="1008"/>
        <w:gridCol w:w="3231"/>
        <w:gridCol w:w="1292"/>
        <w:gridCol w:w="2987"/>
      </w:tblGrid>
      <w:tr w:rsidR="005D2DD1" w:rsidRPr="001C0564" w14:paraId="07B6D28E" w14:textId="77777777" w:rsidTr="00802828">
        <w:trPr>
          <w:trHeight w:val="2881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0D61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 </w:t>
            </w: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23E9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7377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4699B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837C5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4CE7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B0CCE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поддержать,   закончить разговор, привлечь внимание и т. п. Наблюдение за нормами речевого этикета. Ролевая игра, в которую включена отработка этикетных  выражений. Самонаблюдение с целью оценить собственную речевую культуру во   время повседневного общения. 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1531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D9AC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</w:tr>
      <w:tr w:rsidR="005D2DD1" w:rsidRPr="005D2DD1" w14:paraId="4D1C0D5F" w14:textId="77777777" w:rsidTr="00802828">
        <w:trPr>
          <w:trHeight w:val="7448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84F6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8. </w:t>
            </w:r>
          </w:p>
          <w:p w14:paraId="38CAF6A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2. </w:t>
            </w: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4AB5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Умение договариваться и приходить к общему решению в совместной деятельности при проведении парной и групповой работы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E50E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7088" behindDoc="1" locked="0" layoutInCell="1" allowOverlap="1" wp14:anchorId="1B3A62A0" wp14:editId="29E65098">
                      <wp:simplePos x="0" y="0"/>
                      <wp:positionH relativeFrom="column">
                        <wp:posOffset>55372</wp:posOffset>
                      </wp:positionH>
                      <wp:positionV relativeFrom="paragraph">
                        <wp:posOffset>-609</wp:posOffset>
                      </wp:positionV>
                      <wp:extent cx="94615" cy="184785"/>
                      <wp:effectExtent l="0" t="0" r="0" b="0"/>
                      <wp:wrapNone/>
                      <wp:docPr id="184188" name="Group 1841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4785"/>
                                <a:chOff x="0" y="0"/>
                                <a:chExt cx="94615" cy="184785"/>
                              </a:xfrm>
                            </wpg:grpSpPr>
                            <wps:wsp>
                              <wps:cNvPr id="222412" name="Shape 222412"/>
                              <wps:cNvSpPr/>
                              <wps:spPr>
                                <a:xfrm>
                                  <a:off x="9525" y="4445"/>
                                  <a:ext cx="76200" cy="175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89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895"/>
                                      </a:lnTo>
                                      <a:lnTo>
                                        <a:pt x="0" y="1758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40" name="Shape 31840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41" name="Shape 31841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42" name="Shape 31842"/>
                              <wps:cNvSpPr/>
                              <wps:spPr>
                                <a:xfrm>
                                  <a:off x="9525" y="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43" name="Shape 31843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44" name="Shape 31844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45" name="Shape 31845"/>
                              <wps:cNvSpPr/>
                              <wps:spPr>
                                <a:xfrm>
                                  <a:off x="4445" y="4445"/>
                                  <a:ext cx="0" cy="175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895">
                                      <a:moveTo>
                                        <a:pt x="0" y="0"/>
                                      </a:moveTo>
                                      <a:lnTo>
                                        <a:pt x="0" y="17589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46" name="Shape 31846"/>
                              <wps:cNvSpPr/>
                              <wps:spPr>
                                <a:xfrm>
                                  <a:off x="89535" y="4445"/>
                                  <a:ext cx="0" cy="175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895">
                                      <a:moveTo>
                                        <a:pt x="0" y="0"/>
                                      </a:moveTo>
                                      <a:lnTo>
                                        <a:pt x="0" y="17589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47" name="Shape 31847"/>
                              <wps:cNvSpPr/>
                              <wps:spPr>
                                <a:xfrm>
                                  <a:off x="0" y="18478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48" name="Shape 31848"/>
                              <wps:cNvSpPr/>
                              <wps:spPr>
                                <a:xfrm>
                                  <a:off x="0" y="18478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49" name="Shape 31849"/>
                              <wps:cNvSpPr/>
                              <wps:spPr>
                                <a:xfrm>
                                  <a:off x="8890" y="18478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50" name="Shape 31850"/>
                              <wps:cNvSpPr/>
                              <wps:spPr>
                                <a:xfrm>
                                  <a:off x="85090" y="18478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51" name="Shape 31851"/>
                              <wps:cNvSpPr/>
                              <wps:spPr>
                                <a:xfrm>
                                  <a:off x="85090" y="18478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6EEF6C" id="Group 184188" o:spid="_x0000_s1026" style="position:absolute;margin-left:4.35pt;margin-top:-.05pt;width:7.45pt;height:14.55pt;z-index:-251579392" coordsize="94615,184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">
                      <v:shape id="Shape 222412" o:spid="_x0000_s1027" style="position:absolute;left:9525;top:4445;width:76200;height:175895;visibility:visible;mso-wrap-style:square;v-text-anchor:top" coordsize="76200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" path="m,l76200,r,175895l,175895,,e" fillcolor="#fff186" stroked="f" strokeweight="0">
                        <v:stroke miterlimit="83231f" joinstyle="miter"/>
                        <v:path arrowok="t" textboxrect="0,0,76200,175895"/>
                      </v:shape>
                      <v:shape id="Shape 31840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31841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31842" o:spid="_x0000_s1030" style="position:absolute;left:952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31843" o:spid="_x0000_s1031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31844" o:spid="_x0000_s1032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31845" o:spid="_x0000_s1033" style="position:absolute;left:4445;top:4445;width:0;height:175895;visibility:visible;mso-wrap-style:square;v-text-anchor:top" coordsize="0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" path="m,l,175895e" filled="f" strokecolor="red" strokeweight=".72pt">
                        <v:path arrowok="t" textboxrect="0,0,0,175895"/>
                      </v:shape>
                      <v:shape id="Shape 31846" o:spid="_x0000_s1034" style="position:absolute;left:89535;top:4445;width:0;height:175895;visibility:visible;mso-wrap-style:square;v-text-anchor:top" coordsize="0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" path="m,l,175895e" filled="f" strokecolor="red" strokeweight=".72pt">
                        <v:path arrowok="t" textboxrect="0,0,0,175895"/>
                      </v:shape>
                      <v:shape id="Shape 31847" o:spid="_x0000_s1035" style="position:absolute;top:18478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31848" o:spid="_x0000_s1036" style="position:absolute;top:18478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" path="m,l8890,e" filled="f" strokecolor="red" strokeweight=".72pt">
                        <v:path arrowok="t" textboxrect="0,0,8890,0"/>
                      </v:shape>
                      <v:shape id="Shape 31849" o:spid="_x0000_s1037" style="position:absolute;left:8890;top:18478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31850" o:spid="_x0000_s1038" style="position:absolute;left:85090;top:18478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31851" o:spid="_x0000_s1039" style="position:absolute;left:85090;top:18478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3 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239A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9136" behindDoc="1" locked="0" layoutInCell="1" allowOverlap="1" wp14:anchorId="03AEA11A" wp14:editId="5D6719AA">
                      <wp:simplePos x="0" y="0"/>
                      <wp:positionH relativeFrom="column">
                        <wp:posOffset>58547</wp:posOffset>
                      </wp:positionH>
                      <wp:positionV relativeFrom="paragraph">
                        <wp:posOffset>-609</wp:posOffset>
                      </wp:positionV>
                      <wp:extent cx="94615" cy="184785"/>
                      <wp:effectExtent l="0" t="0" r="0" b="0"/>
                      <wp:wrapNone/>
                      <wp:docPr id="184668" name="Group 1846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4785"/>
                                <a:chOff x="0" y="0"/>
                                <a:chExt cx="94615" cy="184785"/>
                              </a:xfrm>
                            </wpg:grpSpPr>
                            <wps:wsp>
                              <wps:cNvPr id="222414" name="Shape 222414"/>
                              <wps:cNvSpPr/>
                              <wps:spPr>
                                <a:xfrm>
                                  <a:off x="8890" y="4445"/>
                                  <a:ext cx="76200" cy="175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89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895"/>
                                      </a:lnTo>
                                      <a:lnTo>
                                        <a:pt x="0" y="1758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53" name="Shape 31853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54" name="Shape 31854"/>
                              <wps:cNvSpPr/>
                              <wps:spPr>
                                <a:xfrm>
                                  <a:off x="0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55" name="Shape 31855"/>
                              <wps:cNvSpPr/>
                              <wps:spPr>
                                <a:xfrm>
                                  <a:off x="9525" y="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56" name="Shape 31856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57" name="Shape 31857"/>
                              <wps:cNvSpPr/>
                              <wps:spPr>
                                <a:xfrm>
                                  <a:off x="8509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58" name="Shape 31858"/>
                              <wps:cNvSpPr/>
                              <wps:spPr>
                                <a:xfrm>
                                  <a:off x="5080" y="4445"/>
                                  <a:ext cx="0" cy="175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895">
                                      <a:moveTo>
                                        <a:pt x="0" y="0"/>
                                      </a:moveTo>
                                      <a:lnTo>
                                        <a:pt x="0" y="17589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59" name="Shape 31859"/>
                              <wps:cNvSpPr/>
                              <wps:spPr>
                                <a:xfrm>
                                  <a:off x="90170" y="4445"/>
                                  <a:ext cx="0" cy="175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895">
                                      <a:moveTo>
                                        <a:pt x="0" y="0"/>
                                      </a:moveTo>
                                      <a:lnTo>
                                        <a:pt x="0" y="17589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60" name="Shape 31860"/>
                              <wps:cNvSpPr/>
                              <wps:spPr>
                                <a:xfrm>
                                  <a:off x="0" y="18478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61" name="Shape 31861"/>
                              <wps:cNvSpPr/>
                              <wps:spPr>
                                <a:xfrm>
                                  <a:off x="0" y="18478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62" name="Shape 31862"/>
                              <wps:cNvSpPr/>
                              <wps:spPr>
                                <a:xfrm>
                                  <a:off x="9525" y="18478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63" name="Shape 31863"/>
                              <wps:cNvSpPr/>
                              <wps:spPr>
                                <a:xfrm>
                                  <a:off x="85725" y="18478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64" name="Shape 31864"/>
                              <wps:cNvSpPr/>
                              <wps:spPr>
                                <a:xfrm>
                                  <a:off x="85725" y="18478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524D85" id="Group 184668" o:spid="_x0000_s1026" style="position:absolute;margin-left:4.6pt;margin-top:-.05pt;width:7.45pt;height:14.55pt;z-index:-251577344" coordsize="94615,184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">
                      <v:shape id="Shape 222414" o:spid="_x0000_s1027" style="position:absolute;left:8890;top:4445;width:76200;height:175895;visibility:visible;mso-wrap-style:square;v-text-anchor:top" coordsize="76200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" path="m,l76200,r,175895l,175895,,e" fillcolor="#fff186" stroked="f" strokeweight="0">
                        <v:stroke miterlimit="83231f" joinstyle="miter"/>
                        <v:path arrowok="t" textboxrect="0,0,76200,175895"/>
                      </v:shape>
                      <v:shape id="Shape 31853" o:spid="_x0000_s1028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31854" o:spid="_x0000_s1029" style="position:absolute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31855" o:spid="_x0000_s1030" style="position:absolute;left:952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31856" o:spid="_x0000_s1031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31857" o:spid="_x0000_s1032" style="position:absolute;left:850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31858" o:spid="_x0000_s1033" style="position:absolute;left:5080;top:4445;width:0;height:175895;visibility:visible;mso-wrap-style:square;v-text-anchor:top" coordsize="0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" path="m,l,175895e" filled="f" strokecolor="red" strokeweight=".72pt">
                        <v:path arrowok="t" textboxrect="0,0,0,175895"/>
                      </v:shape>
                      <v:shape id="Shape 31859" o:spid="_x0000_s1034" style="position:absolute;left:90170;top:4445;width:0;height:175895;visibility:visible;mso-wrap-style:square;v-text-anchor:top" coordsize="0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" path="m,l,175895e" filled="f" strokecolor="red" strokeweight=".72pt">
                        <v:path arrowok="t" textboxrect="0,0,0,175895"/>
                      </v:shape>
                      <v:shape id="Shape 31860" o:spid="_x0000_s1035" style="position:absolute;top:18478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" path="m,l9525,e" filled="f" strokecolor="red" strokeweight=".72pt">
                        <v:path arrowok="t" textboxrect="0,0,9525,0"/>
                      </v:shape>
                      <v:shape id="Shape 31861" o:spid="_x0000_s1036" style="position:absolute;top:18478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31862" o:spid="_x0000_s1037" style="position:absolute;left:9525;top:18478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" path="m,l76200,e" filled="f" strokecolor="red" strokeweight=".72pt">
                        <v:path arrowok="t" textboxrect="0,0,76200,0"/>
                      </v:shape>
                      <v:shape id="Shape 31863" o:spid="_x0000_s1038" style="position:absolute;left:85725;top:18478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31864" o:spid="_x0000_s1039" style="position:absolute;left:85725;top:18478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BB5F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1184" behindDoc="1" locked="0" layoutInCell="1" allowOverlap="1" wp14:anchorId="575089F0" wp14:editId="47C8ADB4">
                      <wp:simplePos x="0" y="0"/>
                      <wp:positionH relativeFrom="column">
                        <wp:posOffset>56769</wp:posOffset>
                      </wp:positionH>
                      <wp:positionV relativeFrom="paragraph">
                        <wp:posOffset>-609</wp:posOffset>
                      </wp:positionV>
                      <wp:extent cx="95250" cy="184785"/>
                      <wp:effectExtent l="0" t="0" r="0" b="0"/>
                      <wp:wrapNone/>
                      <wp:docPr id="184699" name="Group 184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" cy="184785"/>
                                <a:chOff x="0" y="0"/>
                                <a:chExt cx="95250" cy="184785"/>
                              </a:xfrm>
                            </wpg:grpSpPr>
                            <wps:wsp>
                              <wps:cNvPr id="222416" name="Shape 222416"/>
                              <wps:cNvSpPr/>
                              <wps:spPr>
                                <a:xfrm>
                                  <a:off x="9525" y="4445"/>
                                  <a:ext cx="76200" cy="175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89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895"/>
                                      </a:lnTo>
                                      <a:lnTo>
                                        <a:pt x="0" y="1758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66" name="Shape 31866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67" name="Shape 31867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68" name="Shape 31868"/>
                              <wps:cNvSpPr/>
                              <wps:spPr>
                                <a:xfrm>
                                  <a:off x="9525" y="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69" name="Shape 31869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70" name="Shape 31870"/>
                              <wps:cNvSpPr/>
                              <wps:spPr>
                                <a:xfrm>
                                  <a:off x="85725" y="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71" name="Shape 31871"/>
                              <wps:cNvSpPr/>
                              <wps:spPr>
                                <a:xfrm>
                                  <a:off x="4445" y="4445"/>
                                  <a:ext cx="0" cy="175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895">
                                      <a:moveTo>
                                        <a:pt x="0" y="0"/>
                                      </a:moveTo>
                                      <a:lnTo>
                                        <a:pt x="0" y="17589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72" name="Shape 31872"/>
                              <wps:cNvSpPr/>
                              <wps:spPr>
                                <a:xfrm>
                                  <a:off x="89535" y="4445"/>
                                  <a:ext cx="0" cy="175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895">
                                      <a:moveTo>
                                        <a:pt x="0" y="0"/>
                                      </a:moveTo>
                                      <a:lnTo>
                                        <a:pt x="0" y="17589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73" name="Shape 31873"/>
                              <wps:cNvSpPr/>
                              <wps:spPr>
                                <a:xfrm>
                                  <a:off x="0" y="18478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74" name="Shape 31874"/>
                              <wps:cNvSpPr/>
                              <wps:spPr>
                                <a:xfrm>
                                  <a:off x="0" y="18478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75" name="Shape 31875"/>
                              <wps:cNvSpPr/>
                              <wps:spPr>
                                <a:xfrm>
                                  <a:off x="8890" y="18478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76" name="Shape 31876"/>
                              <wps:cNvSpPr/>
                              <wps:spPr>
                                <a:xfrm>
                                  <a:off x="85090" y="18478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77" name="Shape 31877"/>
                              <wps:cNvSpPr/>
                              <wps:spPr>
                                <a:xfrm>
                                  <a:off x="85090" y="18478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56C1C0" id="Group 184699" o:spid="_x0000_s1026" style="position:absolute;margin-left:4.45pt;margin-top:-.05pt;width:7.5pt;height:14.55pt;z-index:-251575296" coordsize="95250,184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">
                      <v:shape id="Shape 222416" o:spid="_x0000_s1027" style="position:absolute;left:9525;top:4445;width:76200;height:175895;visibility:visible;mso-wrap-style:square;v-text-anchor:top" coordsize="76200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" path="m,l76200,r,175895l,175895,,e" fillcolor="#fff186" stroked="f" strokeweight="0">
                        <v:stroke miterlimit="83231f" joinstyle="miter"/>
                        <v:path arrowok="t" textboxrect="0,0,76200,175895"/>
                      </v:shape>
                      <v:shape id="Shape 31866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31867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31868" o:spid="_x0000_s1030" style="position:absolute;left:952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" path="m,l76200,e" filled="f" strokecolor="red" strokeweight=".72pt">
                        <v:path arrowok="t" textboxrect="0,0,76200,0"/>
                      </v:shape>
                      <v:shape id="Shape 31869" o:spid="_x0000_s1031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" path="m,l9525,e" filled="f" strokecolor="red" strokeweight=".72pt">
                        <v:path arrowok="t" textboxrect="0,0,9525,0"/>
                      </v:shape>
                      <v:shape id="Shape 31870" o:spid="_x0000_s1032" style="position:absolute;left:8572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" path="m,l9525,e" filled="f" strokecolor="red" strokeweight=".72pt">
                        <v:path arrowok="t" textboxrect="0,0,9525,0"/>
                      </v:shape>
                      <v:shape id="Shape 31871" o:spid="_x0000_s1033" style="position:absolute;left:4445;top:4445;width:0;height:175895;visibility:visible;mso-wrap-style:square;v-text-anchor:top" coordsize="0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" path="m,l,175895e" filled="f" strokecolor="red" strokeweight=".72pt">
                        <v:path arrowok="t" textboxrect="0,0,0,175895"/>
                      </v:shape>
                      <v:shape id="Shape 31872" o:spid="_x0000_s1034" style="position:absolute;left:89535;top:4445;width:0;height:175895;visibility:visible;mso-wrap-style:square;v-text-anchor:top" coordsize="0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" path="m,l,175895e" filled="f" strokecolor="red" strokeweight=".72pt">
                        <v:path arrowok="t" textboxrect="0,0,0,175895"/>
                      </v:shape>
                      <v:shape id="Shape 31873" o:spid="_x0000_s1035" style="position:absolute;top:18478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31874" o:spid="_x0000_s1036" style="position:absolute;top:18478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31875" o:spid="_x0000_s1037" style="position:absolute;left:8890;top:18478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31876" o:spid="_x0000_s1038" style="position:absolute;left:85090;top:18478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31877" o:spid="_x0000_s1039" style="position:absolute;left:85090;top:184785;width:952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</v:group>
                  </w:pict>
                </mc:Fallback>
              </mc:AlternateContent>
            </w:r>
            <w:r w:rsidRPr="005D2DD1">
              <w:t xml:space="preserve">0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13BF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17690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Работа в группе: анализировать уместность  использования средств общения в предложенных  речевых ситуациях.Упражнение: </w:t>
            </w:r>
          </w:p>
          <w:p w14:paraId="5F23E3C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нахождение в предложенных текстах ошибок, связанных с правилами общения, нормами речевого этикета, исправление найденных ошибок.Ролевая игра «Наблюдатели», цель игры связана с оценива нием правильности выбора языковых и неязыковых средств устного общения на уроке и на переменах.Творческое задание: создать плакат с правилами участия в диалоге (умение слышать, точно реагировать на реплики, поддерживать разговор, приводить доводы).Речевой тренинг: при разыгрывании  ситуаций анализиро вать собственную успешность участия в диалоге, успешность участия в нём другой стороны 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69E7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705A0C2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w:drawing>
                <wp:anchor distT="0" distB="0" distL="114300" distR="114300" simplePos="0" relativeHeight="251743232" behindDoc="1" locked="0" layoutInCell="1" allowOverlap="0" wp14:anchorId="78BCB358" wp14:editId="7A3938D1">
                  <wp:simplePos x="0" y="0"/>
                  <wp:positionH relativeFrom="column">
                    <wp:posOffset>54228</wp:posOffset>
                  </wp:positionH>
                  <wp:positionV relativeFrom="paragraph">
                    <wp:posOffset>-37983</wp:posOffset>
                  </wp:positionV>
                  <wp:extent cx="649225" cy="780288"/>
                  <wp:effectExtent l="0" t="0" r="0" b="0"/>
                  <wp:wrapNone/>
                  <wp:docPr id="218723" name="Picture 2187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723" name="Picture 218723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5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D2DD1">
              <w:t xml:space="preserve"> Текущи й, устный,</w:t>
            </w:r>
          </w:p>
          <w:p w14:paraId="4991149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u w:val="single"/>
              </w:rPr>
              <w:t xml:space="preserve">письменн </w:t>
            </w:r>
            <w:r w:rsidRPr="005D2DD1">
              <w:t xml:space="preserve">ый  </w:t>
            </w:r>
            <w:r w:rsidRPr="005D2DD1">
              <w:tab/>
              <w:t xml:space="preserve"> </w:t>
            </w:r>
          </w:p>
          <w:p w14:paraId="5DD0291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C54CB2" w14:textId="77777777" w:rsidR="005D2DD1" w:rsidRPr="005D2DD1" w:rsidRDefault="00253105" w:rsidP="005D2DD1">
            <w:pPr>
              <w:spacing w:after="200" w:line="276" w:lineRule="auto"/>
            </w:pPr>
            <w:hyperlink r:id="rId190">
              <w:r w:rsidR="005D2DD1" w:rsidRPr="005D2DD1">
                <w:rPr>
                  <w:rStyle w:val="aff8"/>
                </w:rPr>
                <w:t>http://musabiqe.edu.az</w:t>
              </w:r>
            </w:hyperlink>
            <w:hyperlink r:id="rId191">
              <w:r w:rsidR="005D2DD1" w:rsidRPr="005D2DD1">
                <w:rPr>
                  <w:rStyle w:val="aff8"/>
                </w:rPr>
                <w:t xml:space="preserve"> </w:t>
              </w:r>
            </w:hyperlink>
          </w:p>
        </w:tc>
      </w:tr>
    </w:tbl>
    <w:p w14:paraId="4839E501" w14:textId="77777777" w:rsidR="005D2DD1" w:rsidRPr="005D2DD1" w:rsidRDefault="005D2DD1" w:rsidP="005D2DD1">
      <w:pPr>
        <w:rPr>
          <w:lang w:val="ru-RU"/>
        </w:rPr>
      </w:pPr>
      <w:r w:rsidRPr="005D2DD1">
        <w:rPr>
          <w:lang w:val="ru-RU"/>
        </w:rPr>
        <w:t xml:space="preserve"> </w:t>
      </w:r>
    </w:p>
    <w:tbl>
      <w:tblPr>
        <w:tblStyle w:val="TableGrid"/>
        <w:tblW w:w="15389" w:type="dxa"/>
        <w:tblInd w:w="146" w:type="dxa"/>
        <w:tblCellMar>
          <w:top w:w="7" w:type="dxa"/>
          <w:left w:w="7" w:type="dxa"/>
          <w:right w:w="29" w:type="dxa"/>
        </w:tblCellMar>
        <w:tblLook w:val="04A0" w:firstRow="1" w:lastRow="0" w:firstColumn="1" w:lastColumn="0" w:noHBand="0" w:noVBand="1"/>
      </w:tblPr>
      <w:tblGrid>
        <w:gridCol w:w="475"/>
        <w:gridCol w:w="2929"/>
        <w:gridCol w:w="648"/>
        <w:gridCol w:w="1388"/>
        <w:gridCol w:w="1431"/>
        <w:gridCol w:w="1008"/>
        <w:gridCol w:w="3231"/>
        <w:gridCol w:w="1292"/>
        <w:gridCol w:w="2987"/>
      </w:tblGrid>
      <w:tr w:rsidR="005D2DD1" w:rsidRPr="005D2DD1" w14:paraId="27555848" w14:textId="77777777" w:rsidTr="00802828">
        <w:trPr>
          <w:trHeight w:val="10137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33BF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8. </w:t>
            </w:r>
          </w:p>
          <w:p w14:paraId="2CF156F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3. </w:t>
            </w: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A1231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Составление устного рассказа по репродукции картины. Составление устного рассказа по личным наблюдениям и вопросам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CAE8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5280" behindDoc="1" locked="0" layoutInCell="1" allowOverlap="1" wp14:anchorId="0045A1E4" wp14:editId="0A6053F7">
                      <wp:simplePos x="0" y="0"/>
                      <wp:positionH relativeFrom="column">
                        <wp:posOffset>55372</wp:posOffset>
                      </wp:positionH>
                      <wp:positionV relativeFrom="paragraph">
                        <wp:posOffset>-609</wp:posOffset>
                      </wp:positionV>
                      <wp:extent cx="94615" cy="184786"/>
                      <wp:effectExtent l="0" t="0" r="0" b="0"/>
                      <wp:wrapNone/>
                      <wp:docPr id="182150" name="Group 1821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4786"/>
                                <a:chOff x="0" y="0"/>
                                <a:chExt cx="94615" cy="184786"/>
                              </a:xfrm>
                            </wpg:grpSpPr>
                            <wps:wsp>
                              <wps:cNvPr id="222418" name="Shape 222418"/>
                              <wps:cNvSpPr/>
                              <wps:spPr>
                                <a:xfrm>
                                  <a:off x="9525" y="5080"/>
                                  <a:ext cx="762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26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98" name="Shape 32498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99" name="Shape 32499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00" name="Shape 32500"/>
                              <wps:cNvSpPr/>
                              <wps:spPr>
                                <a:xfrm>
                                  <a:off x="9525" y="636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01" name="Shape 32501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02" name="Shape 32502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03" name="Shape 32503"/>
                              <wps:cNvSpPr/>
                              <wps:spPr>
                                <a:xfrm>
                                  <a:off x="4445" y="5080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04" name="Shape 32504"/>
                              <wps:cNvSpPr/>
                              <wps:spPr>
                                <a:xfrm>
                                  <a:off x="89535" y="5080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05" name="Shape 32505"/>
                              <wps:cNvSpPr/>
                              <wps:spPr>
                                <a:xfrm>
                                  <a:off x="0" y="184786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06" name="Shape 32506"/>
                              <wps:cNvSpPr/>
                              <wps:spPr>
                                <a:xfrm>
                                  <a:off x="0" y="184786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07" name="Shape 32507"/>
                              <wps:cNvSpPr/>
                              <wps:spPr>
                                <a:xfrm>
                                  <a:off x="8890" y="184786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08" name="Shape 32508"/>
                              <wps:cNvSpPr/>
                              <wps:spPr>
                                <a:xfrm>
                                  <a:off x="85090" y="184786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09" name="Shape 32509"/>
                              <wps:cNvSpPr/>
                              <wps:spPr>
                                <a:xfrm>
                                  <a:off x="85090" y="184786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B1E4D3" id="Group 182150" o:spid="_x0000_s1026" style="position:absolute;margin-left:4.35pt;margin-top:-.05pt;width:7.45pt;height:14.55pt;z-index:-251571200" coordsize="94615,184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">
                      <v:shape id="Shape 222418" o:spid="_x0000_s1027" style="position:absolute;left:9525;top:5080;width:76200;height:175260;visibility:visible;mso-wrap-style:square;v-text-anchor:top" coordsize="762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" path="m,l76200,r,175260l,175260,,e" fillcolor="#fff186" stroked="f" strokeweight="0">
                        <v:stroke miterlimit="83231f" joinstyle="miter"/>
                        <v:path arrowok="t" textboxrect="0,0,76200,175260"/>
                      </v:shape>
                      <v:shape id="Shape 32498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32499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32500" o:spid="_x0000_s1030" style="position:absolute;left:9525;top:636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32501" o:spid="_x0000_s1031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32502" o:spid="_x0000_s1032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32503" o:spid="_x0000_s1033" style="position:absolute;left:4445;top:5080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" path="m,l,175260e" filled="f" strokecolor="red" strokeweight=".72pt">
                        <v:path arrowok="t" textboxrect="0,0,0,175260"/>
                      </v:shape>
                      <v:shape id="Shape 32504" o:spid="_x0000_s1034" style="position:absolute;left:89535;top:5080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" path="m,l,175260e" filled="f" strokecolor="red" strokeweight=".72pt">
                        <v:path arrowok="t" textboxrect="0,0,0,175260"/>
                      </v:shape>
                      <v:shape id="Shape 32505" o:spid="_x0000_s1035" style="position:absolute;top:184786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32506" o:spid="_x0000_s1036" style="position:absolute;top:184786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32507" o:spid="_x0000_s1037" style="position:absolute;left:8890;top:184786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32508" o:spid="_x0000_s1038" style="position:absolute;left:85090;top:184786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" path="m,l8890,e" filled="f" strokecolor="red" strokeweight=".72pt">
                        <v:path arrowok="t" textboxrect="0,0,8890,0"/>
                      </v:shape>
                      <v:shape id="Shape 32509" o:spid="_x0000_s1039" style="position:absolute;left:85090;top:184786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3 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15F1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8F51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EDB4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500D6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Работа с репродукциями картин, рассматривание, анализ собственного эмоционального отклика на картину, ответы на поставленные  вопросы. </w:t>
            </w:r>
          </w:p>
          <w:p w14:paraId="2D1F597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Составление устного рассказа по картине с опорой на вопросы / с опорой на ключевые слова / самостоятельно.Экскурсия в художественный музей (при наличии в месте проживания) или виртуальная экскурсия по художественному музею. Выбор картины, которая произвела наибольшее впе- чатление во время экскурсии. Устный рассказ об  этой картине.Проектное         задание </w:t>
            </w:r>
          </w:p>
          <w:p w14:paraId="26B8591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«Готовим виртуальную экскурсию по  залам </w:t>
            </w:r>
          </w:p>
          <w:p w14:paraId="093F856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Третьяковской  галереи»: каждый ученик в классе выбирает одну картину и готовит о ней рассказ, все рассказы соединяются в целостную      экскурсию.Проект «Выставка </w:t>
            </w:r>
            <w:r w:rsidRPr="005D2DD1">
              <w:lastRenderedPageBreak/>
              <w:t xml:space="preserve">одной картины»: каждую неделю в классе проводится выставка одной картины, картины по очереди подбирают учащиеся класса и готовят         устный         рассказ о выбранной </w:t>
            </w:r>
          </w:p>
          <w:p w14:paraId="64EE82E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картине.Экскурсия,  по результатам которой составляется устный рассказ по личным наблюдениям во время 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0F61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 </w:t>
            </w:r>
          </w:p>
          <w:p w14:paraId="648DBB3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w:drawing>
                <wp:anchor distT="0" distB="0" distL="114300" distR="114300" simplePos="0" relativeHeight="251747328" behindDoc="1" locked="0" layoutInCell="1" allowOverlap="0" wp14:anchorId="2C81DDAF" wp14:editId="0D225836">
                  <wp:simplePos x="0" y="0"/>
                  <wp:positionH relativeFrom="column">
                    <wp:posOffset>54228</wp:posOffset>
                  </wp:positionH>
                  <wp:positionV relativeFrom="paragraph">
                    <wp:posOffset>-37639</wp:posOffset>
                  </wp:positionV>
                  <wp:extent cx="649225" cy="783336"/>
                  <wp:effectExtent l="0" t="0" r="0" b="0"/>
                  <wp:wrapNone/>
                  <wp:docPr id="218725" name="Picture 2187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725" name="Picture 218725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5" cy="783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D2DD1">
              <w:t xml:space="preserve"> Текущи й, устный,</w:t>
            </w:r>
          </w:p>
          <w:p w14:paraId="2C53947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u w:val="single"/>
              </w:rPr>
              <w:t xml:space="preserve">письменн </w:t>
            </w:r>
            <w:r w:rsidRPr="005D2DD1">
              <w:t xml:space="preserve">ый  </w:t>
            </w:r>
            <w:r w:rsidRPr="005D2DD1">
              <w:tab/>
              <w:t xml:space="preserve"> </w:t>
            </w:r>
          </w:p>
          <w:p w14:paraId="1D73FD5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9BC9C" w14:textId="77777777" w:rsidR="005D2DD1" w:rsidRPr="005D2DD1" w:rsidRDefault="00253105" w:rsidP="005D2DD1">
            <w:pPr>
              <w:spacing w:after="200" w:line="276" w:lineRule="auto"/>
            </w:pPr>
            <w:hyperlink r:id="rId193">
              <w:r w:rsidR="005D2DD1" w:rsidRPr="005D2DD1">
                <w:rPr>
                  <w:rStyle w:val="aff8"/>
                </w:rPr>
                <w:t>http://musabiqe.edu.az</w:t>
              </w:r>
            </w:hyperlink>
            <w:hyperlink r:id="rId194">
              <w:r w:rsidR="005D2DD1" w:rsidRPr="005D2DD1">
                <w:rPr>
                  <w:rStyle w:val="aff8"/>
                </w:rPr>
                <w:t xml:space="preserve"> </w:t>
              </w:r>
            </w:hyperlink>
          </w:p>
        </w:tc>
      </w:tr>
    </w:tbl>
    <w:p w14:paraId="1028910F" w14:textId="77777777" w:rsidR="005D2DD1" w:rsidRPr="005D2DD1" w:rsidRDefault="005D2DD1" w:rsidP="005D2DD1">
      <w:pPr>
        <w:rPr>
          <w:lang w:val="ru-RU"/>
        </w:rPr>
      </w:pPr>
      <w:r w:rsidRPr="005D2DD1">
        <w:rPr>
          <w:lang w:val="ru-RU"/>
        </w:rPr>
        <w:lastRenderedPageBreak/>
        <w:t xml:space="preserve"> </w:t>
      </w:r>
    </w:p>
    <w:tbl>
      <w:tblPr>
        <w:tblStyle w:val="TableGrid"/>
        <w:tblW w:w="15389" w:type="dxa"/>
        <w:tblInd w:w="146" w:type="dxa"/>
        <w:tblCellMar>
          <w:top w:w="7" w:type="dxa"/>
          <w:left w:w="7" w:type="dxa"/>
          <w:right w:w="29" w:type="dxa"/>
        </w:tblCellMar>
        <w:tblLook w:val="04A0" w:firstRow="1" w:lastRow="0" w:firstColumn="1" w:lastColumn="0" w:noHBand="0" w:noVBand="1"/>
      </w:tblPr>
      <w:tblGrid>
        <w:gridCol w:w="475"/>
        <w:gridCol w:w="2929"/>
        <w:gridCol w:w="648"/>
        <w:gridCol w:w="1388"/>
        <w:gridCol w:w="1431"/>
        <w:gridCol w:w="1008"/>
        <w:gridCol w:w="3231"/>
        <w:gridCol w:w="1292"/>
        <w:gridCol w:w="2987"/>
      </w:tblGrid>
      <w:tr w:rsidR="005D2DD1" w:rsidRPr="001C0564" w14:paraId="5CA1FD9B" w14:textId="77777777" w:rsidTr="00802828">
        <w:trPr>
          <w:trHeight w:val="734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1AA3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AE70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EC20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74EF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CC58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197B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E5331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экскурсии </w:t>
            </w:r>
            <w:r w:rsidRPr="005D2DD1">
              <w:tab/>
              <w:t xml:space="preserve">или </w:t>
            </w:r>
            <w:r w:rsidRPr="005D2DD1">
              <w:tab/>
              <w:t xml:space="preserve">по вопросам учителя 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7139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74DD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</w:tr>
      <w:tr w:rsidR="005D2DD1" w:rsidRPr="005D2DD1" w14:paraId="70841DE6" w14:textId="77777777" w:rsidTr="00802828">
        <w:trPr>
          <w:trHeight w:val="2123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B0EA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8. </w:t>
            </w:r>
          </w:p>
          <w:p w14:paraId="6ABF0E3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4. </w:t>
            </w: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91282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Текст. Признаки текста: смысловое единство предложений в тексте; последовательность предложений в тексте; выражение в тексте законченной мысли.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D2CC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9376" behindDoc="1" locked="0" layoutInCell="1" allowOverlap="1" wp14:anchorId="799ECB72" wp14:editId="5BEFC2F8">
                      <wp:simplePos x="0" y="0"/>
                      <wp:positionH relativeFrom="column">
                        <wp:posOffset>55372</wp:posOffset>
                      </wp:positionH>
                      <wp:positionV relativeFrom="paragraph">
                        <wp:posOffset>-1879</wp:posOffset>
                      </wp:positionV>
                      <wp:extent cx="94615" cy="184785"/>
                      <wp:effectExtent l="0" t="0" r="0" b="0"/>
                      <wp:wrapNone/>
                      <wp:docPr id="171971" name="Group 1719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4785"/>
                                <a:chOff x="0" y="0"/>
                                <a:chExt cx="94615" cy="184785"/>
                              </a:xfrm>
                            </wpg:grpSpPr>
                            <wps:wsp>
                              <wps:cNvPr id="222420" name="Shape 222420"/>
                              <wps:cNvSpPr/>
                              <wps:spPr>
                                <a:xfrm>
                                  <a:off x="9525" y="4445"/>
                                  <a:ext cx="762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26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20" name="Shape 33120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21" name="Shape 33121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22" name="Shape 33122"/>
                              <wps:cNvSpPr/>
                              <wps:spPr>
                                <a:xfrm>
                                  <a:off x="9525" y="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23" name="Shape 33123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24" name="Shape 33124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25" name="Shape 33125"/>
                              <wps:cNvSpPr/>
                              <wps:spPr>
                                <a:xfrm>
                                  <a:off x="4445" y="4445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26" name="Shape 33126"/>
                              <wps:cNvSpPr/>
                              <wps:spPr>
                                <a:xfrm>
                                  <a:off x="89535" y="4445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27" name="Shape 33127"/>
                              <wps:cNvSpPr/>
                              <wps:spPr>
                                <a:xfrm>
                                  <a:off x="0" y="18478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28" name="Shape 33128"/>
                              <wps:cNvSpPr/>
                              <wps:spPr>
                                <a:xfrm>
                                  <a:off x="0" y="18478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29" name="Shape 33129"/>
                              <wps:cNvSpPr/>
                              <wps:spPr>
                                <a:xfrm>
                                  <a:off x="8890" y="18478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30" name="Shape 33130"/>
                              <wps:cNvSpPr/>
                              <wps:spPr>
                                <a:xfrm>
                                  <a:off x="85090" y="18478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31" name="Shape 33131"/>
                              <wps:cNvSpPr/>
                              <wps:spPr>
                                <a:xfrm>
                                  <a:off x="85090" y="18478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795CF0" id="Group 171971" o:spid="_x0000_s1026" style="position:absolute;margin-left:4.35pt;margin-top:-.15pt;width:7.45pt;height:14.55pt;z-index:-251567104" coordsize="94615,184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">
                      <v:shape id="Shape 222420" o:spid="_x0000_s1027" style="position:absolute;left:9525;top:4445;width:76200;height:175260;visibility:visible;mso-wrap-style:square;v-text-anchor:top" coordsize="762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" path="m,l76200,r,175260l,175260,,e" fillcolor="#fff186" stroked="f" strokeweight="0">
                        <v:stroke miterlimit="83231f" joinstyle="miter"/>
                        <v:path arrowok="t" textboxrect="0,0,76200,175260"/>
                      </v:shape>
                      <v:shape id="Shape 33120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" path="m,l8890,e" filled="f" strokecolor="red" strokeweight=".72pt">
                        <v:path arrowok="t" textboxrect="0,0,8890,0"/>
                      </v:shape>
                      <v:shape id="Shape 33121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33122" o:spid="_x0000_s1030" style="position:absolute;left:952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33123" o:spid="_x0000_s1031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33124" o:spid="_x0000_s1032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33125" o:spid="_x0000_s1033" style="position:absolute;left:4445;top:4445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" path="m,l,175260e" filled="f" strokecolor="red" strokeweight=".72pt">
                        <v:path arrowok="t" textboxrect="0,0,0,175260"/>
                      </v:shape>
                      <v:shape id="Shape 33126" o:spid="_x0000_s1034" style="position:absolute;left:89535;top:4445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" path="m,l,175260e" filled="f" strokecolor="red" strokeweight=".72pt">
                        <v:path arrowok="t" textboxrect="0,0,0,175260"/>
                      </v:shape>
                      <v:shape id="Shape 33127" o:spid="_x0000_s1035" style="position:absolute;top:18478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33128" o:spid="_x0000_s1036" style="position:absolute;top:18478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" path="m,l8890,e" filled="f" strokecolor="red" strokeweight=".72pt">
                        <v:path arrowok="t" textboxrect="0,0,8890,0"/>
                      </v:shape>
                      <v:shape id="Shape 33129" o:spid="_x0000_s1037" style="position:absolute;left:8890;top:18478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33130" o:spid="_x0000_s1038" style="position:absolute;left:85090;top:18478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" path="m,l8890,e" filled="f" strokecolor="red" strokeweight=".72pt">
                        <v:path arrowok="t" textboxrect="0,0,8890,0"/>
                      </v:shape>
                      <v:shape id="Shape 33131" o:spid="_x0000_s1039" style="position:absolute;left:85090;top:18478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3 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C211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0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3D614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0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A451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32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C9BB8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Учебный диалог «Сравниваем слово, предложение, текст», выявление в ходе диалога сходства и различия слова, предложения,  текста. Наблюдение за языковым материалом: несколько примеров текстов и «не </w:t>
            </w:r>
          </w:p>
          <w:p w14:paraId="592C162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ab/>
              <w:t xml:space="preserve">текстов» </w:t>
            </w:r>
            <w:r w:rsidRPr="005D2DD1">
              <w:tab/>
              <w:t xml:space="preserve">(нарушена </w:t>
            </w:r>
          </w:p>
          <w:p w14:paraId="0B5B273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последовательность предложений / несколько предложений, которые не связаны единой темой / несколько предложений об одном и том же, но не выражающих  мысль), сравнение, выявление признаков текста: смысловое единство предложений в тексте; последовательность </w:t>
            </w:r>
          </w:p>
          <w:p w14:paraId="42FC60A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предложений в тексте; выражение в тексте законченной мысли. Работа в парах: различение текста и «не текста», аргументация своей точки зрения. Наблюдение за способами связи предложений в тексте, высказывание предположений о способах связи предложений в тексте. </w:t>
            </w:r>
          </w:p>
          <w:p w14:paraId="6714507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ab/>
              <w:t xml:space="preserve">Наблюдение </w:t>
            </w:r>
            <w:r w:rsidRPr="005D2DD1">
              <w:tab/>
              <w:t xml:space="preserve"> </w:t>
            </w:r>
            <w:r w:rsidRPr="005D2DD1">
              <w:tab/>
              <w:t xml:space="preserve">за </w:t>
            </w:r>
          </w:p>
          <w:p w14:paraId="1160AE3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последовательностью предложений </w:t>
            </w:r>
            <w:r w:rsidRPr="005D2DD1">
              <w:tab/>
              <w:t xml:space="preserve">в </w:t>
            </w:r>
            <w:r w:rsidRPr="005D2DD1">
              <w:tab/>
              <w:t xml:space="preserve">тексте. </w:t>
            </w:r>
          </w:p>
          <w:p w14:paraId="45094A6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Самостоятельная </w:t>
            </w:r>
            <w:r w:rsidRPr="005D2DD1">
              <w:tab/>
              <w:t xml:space="preserve">работа: восстановление 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82F0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 </w:t>
            </w:r>
          </w:p>
          <w:p w14:paraId="6DB00E2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w:drawing>
                <wp:anchor distT="0" distB="0" distL="114300" distR="114300" simplePos="0" relativeHeight="251751424" behindDoc="1" locked="0" layoutInCell="1" allowOverlap="0" wp14:anchorId="18179191" wp14:editId="5B38299D">
                  <wp:simplePos x="0" y="0"/>
                  <wp:positionH relativeFrom="column">
                    <wp:posOffset>54228</wp:posOffset>
                  </wp:positionH>
                  <wp:positionV relativeFrom="paragraph">
                    <wp:posOffset>-39745</wp:posOffset>
                  </wp:positionV>
                  <wp:extent cx="658368" cy="783336"/>
                  <wp:effectExtent l="0" t="0" r="0" b="0"/>
                  <wp:wrapNone/>
                  <wp:docPr id="218727" name="Picture 2187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727" name="Picture 218727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783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D2DD1">
              <w:t xml:space="preserve"> Текущий, </w:t>
            </w:r>
            <w:r w:rsidRPr="005D2DD1">
              <w:rPr>
                <w:u w:val="single"/>
              </w:rPr>
              <w:t>устный,</w:t>
            </w:r>
            <w:r w:rsidRPr="005D2DD1">
              <w:t xml:space="preserve">  </w:t>
            </w:r>
            <w:r w:rsidRPr="005D2DD1">
              <w:rPr>
                <w:u w:val="single"/>
              </w:rPr>
              <w:t>письменн</w:t>
            </w:r>
            <w:r w:rsidRPr="005D2DD1">
              <w:t xml:space="preserve"> ый </w:t>
            </w:r>
            <w:r w:rsidRPr="005D2DD1">
              <w:tab/>
              <w:t xml:space="preserve"> </w:t>
            </w:r>
          </w:p>
          <w:p w14:paraId="161CEC3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F4E1A" w14:textId="77777777" w:rsidR="005D2DD1" w:rsidRPr="005D2DD1" w:rsidRDefault="00253105" w:rsidP="005D2DD1">
            <w:pPr>
              <w:spacing w:after="200" w:line="276" w:lineRule="auto"/>
            </w:pPr>
            <w:hyperlink r:id="rId196">
              <w:r w:rsidR="005D2DD1" w:rsidRPr="005D2DD1">
                <w:rPr>
                  <w:rStyle w:val="aff8"/>
                </w:rPr>
                <w:t>http://musabiqe.edu.az</w:t>
              </w:r>
            </w:hyperlink>
            <w:hyperlink r:id="rId197">
              <w:r w:rsidR="005D2DD1" w:rsidRPr="005D2DD1">
                <w:rPr>
                  <w:rStyle w:val="aff8"/>
                </w:rPr>
                <w:t xml:space="preserve"> </w:t>
              </w:r>
            </w:hyperlink>
          </w:p>
        </w:tc>
      </w:tr>
      <w:tr w:rsidR="005D2DD1" w:rsidRPr="005D2DD1" w14:paraId="1EBCAD65" w14:textId="77777777" w:rsidTr="00802828">
        <w:trPr>
          <w:trHeight w:val="7472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BF47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8. </w:t>
            </w:r>
          </w:p>
          <w:p w14:paraId="095E797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5. </w:t>
            </w: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5690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 Типы текстов: описание, повествование, рассуждение, их особенности (первичное ознакомление).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9D80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3472" behindDoc="1" locked="0" layoutInCell="1" allowOverlap="1" wp14:anchorId="14A13FE2" wp14:editId="091C7E66">
                      <wp:simplePos x="0" y="0"/>
                      <wp:positionH relativeFrom="column">
                        <wp:posOffset>55372</wp:posOffset>
                      </wp:positionH>
                      <wp:positionV relativeFrom="paragraph">
                        <wp:posOffset>660</wp:posOffset>
                      </wp:positionV>
                      <wp:extent cx="94615" cy="184785"/>
                      <wp:effectExtent l="0" t="0" r="0" b="0"/>
                      <wp:wrapNone/>
                      <wp:docPr id="175590" name="Group 1755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4785"/>
                                <a:chOff x="0" y="0"/>
                                <a:chExt cx="94615" cy="184785"/>
                              </a:xfrm>
                            </wpg:grpSpPr>
                            <wps:wsp>
                              <wps:cNvPr id="222422" name="Shape 222422"/>
                              <wps:cNvSpPr/>
                              <wps:spPr>
                                <a:xfrm>
                                  <a:off x="9525" y="4445"/>
                                  <a:ext cx="76200" cy="175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89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895"/>
                                      </a:lnTo>
                                      <a:lnTo>
                                        <a:pt x="0" y="1758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33" name="Shape 33133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34" name="Shape 33134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35" name="Shape 33135"/>
                              <wps:cNvSpPr/>
                              <wps:spPr>
                                <a:xfrm>
                                  <a:off x="9525" y="63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36" name="Shape 33136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37" name="Shape 33137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38" name="Shape 33138"/>
                              <wps:cNvSpPr/>
                              <wps:spPr>
                                <a:xfrm>
                                  <a:off x="4445" y="4445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39" name="Shape 33139"/>
                              <wps:cNvSpPr/>
                              <wps:spPr>
                                <a:xfrm>
                                  <a:off x="89535" y="4445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40" name="Shape 33140"/>
                              <wps:cNvSpPr/>
                              <wps:spPr>
                                <a:xfrm>
                                  <a:off x="0" y="18478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41" name="Shape 33141"/>
                              <wps:cNvSpPr/>
                              <wps:spPr>
                                <a:xfrm>
                                  <a:off x="0" y="18478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42" name="Shape 33142"/>
                              <wps:cNvSpPr/>
                              <wps:spPr>
                                <a:xfrm>
                                  <a:off x="8890" y="18478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43" name="Shape 33143"/>
                              <wps:cNvSpPr/>
                              <wps:spPr>
                                <a:xfrm>
                                  <a:off x="85090" y="18478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44" name="Shape 33144"/>
                              <wps:cNvSpPr/>
                              <wps:spPr>
                                <a:xfrm>
                                  <a:off x="85090" y="18478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D46FBC" id="Group 175590" o:spid="_x0000_s1026" style="position:absolute;margin-left:4.35pt;margin-top:.05pt;width:7.45pt;height:14.55pt;z-index:-251563008" coordsize="94615,184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">
                      <v:shape id="Shape 222422" o:spid="_x0000_s1027" style="position:absolute;left:9525;top:4445;width:76200;height:175895;visibility:visible;mso-wrap-style:square;v-text-anchor:top" coordsize="76200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" path="m,l76200,r,175895l,175895,,e" fillcolor="#fff186" stroked="f" strokeweight="0">
                        <v:stroke miterlimit="83231f" joinstyle="miter"/>
                        <v:path arrowok="t" textboxrect="0,0,76200,175895"/>
                      </v:shape>
                      <v:shape id="Shape 33133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33134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33135" o:spid="_x0000_s1030" style="position:absolute;left:9525;top:63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33136" o:spid="_x0000_s1031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33137" o:spid="_x0000_s1032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33138" o:spid="_x0000_s1033" style="position:absolute;left:4445;top:4445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" path="m,l,175260e" filled="f" strokecolor="red" strokeweight=".72pt">
                        <v:path arrowok="t" textboxrect="0,0,0,175260"/>
                      </v:shape>
                      <v:shape id="Shape 33139" o:spid="_x0000_s1034" style="position:absolute;left:89535;top:4445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" path="m,l,175260e" filled="f" strokecolor="red" strokeweight=".72pt">
                        <v:path arrowok="t" textboxrect="0,0,0,175260"/>
                      </v:shape>
                      <v:shape id="Shape 33140" o:spid="_x0000_s1035" style="position:absolute;top:18478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33141" o:spid="_x0000_s1036" style="position:absolute;top:18478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33142" o:spid="_x0000_s1037" style="position:absolute;left:8890;top:18478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33143" o:spid="_x0000_s1038" style="position:absolute;left:85090;top:18478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33144" o:spid="_x0000_s1039" style="position:absolute;left:85090;top:18478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4 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152C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0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11B5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0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1E4C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3621415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9648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3181CB3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w:drawing>
                <wp:anchor distT="0" distB="0" distL="114300" distR="114300" simplePos="0" relativeHeight="251755520" behindDoc="1" locked="0" layoutInCell="1" allowOverlap="0" wp14:anchorId="2529B27F" wp14:editId="4BB188C1">
                  <wp:simplePos x="0" y="0"/>
                  <wp:positionH relativeFrom="column">
                    <wp:posOffset>54228</wp:posOffset>
                  </wp:positionH>
                  <wp:positionV relativeFrom="paragraph">
                    <wp:posOffset>-38999</wp:posOffset>
                  </wp:positionV>
                  <wp:extent cx="649225" cy="780288"/>
                  <wp:effectExtent l="0" t="0" r="0" b="0"/>
                  <wp:wrapNone/>
                  <wp:docPr id="218729" name="Picture 2187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729" name="Picture 218729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5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D2DD1">
              <w:t xml:space="preserve"> Текущи й, устный, </w:t>
            </w:r>
            <w:r w:rsidRPr="005D2DD1">
              <w:rPr>
                <w:u w:val="single"/>
              </w:rPr>
              <w:t xml:space="preserve">письменн </w:t>
            </w:r>
            <w:r w:rsidRPr="005D2DD1">
              <w:t xml:space="preserve">ый </w:t>
            </w:r>
            <w:r w:rsidRPr="005D2DD1">
              <w:tab/>
              <w:t xml:space="preserve"> </w:t>
            </w:r>
          </w:p>
          <w:p w14:paraId="5B5E87E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F765D" w14:textId="77777777" w:rsidR="005D2DD1" w:rsidRPr="005D2DD1" w:rsidRDefault="00253105" w:rsidP="005D2DD1">
            <w:pPr>
              <w:spacing w:after="200" w:line="276" w:lineRule="auto"/>
            </w:pPr>
            <w:hyperlink r:id="rId199">
              <w:r w:rsidR="005D2DD1" w:rsidRPr="005D2DD1">
                <w:rPr>
                  <w:rStyle w:val="aff8"/>
                </w:rPr>
                <w:t>http://musabiqe.edu.az</w:t>
              </w:r>
            </w:hyperlink>
            <w:hyperlink r:id="rId200">
              <w:r w:rsidR="005D2DD1" w:rsidRPr="005D2DD1">
                <w:rPr>
                  <w:rStyle w:val="aff8"/>
                </w:rPr>
                <w:t xml:space="preserve"> </w:t>
              </w:r>
            </w:hyperlink>
          </w:p>
        </w:tc>
      </w:tr>
    </w:tbl>
    <w:p w14:paraId="4754CCD7" w14:textId="77777777" w:rsidR="005D2DD1" w:rsidRPr="005D2DD1" w:rsidRDefault="005D2DD1" w:rsidP="005D2DD1">
      <w:pPr>
        <w:rPr>
          <w:lang w:val="ru-RU"/>
        </w:rPr>
      </w:pPr>
      <w:r w:rsidRPr="005D2DD1">
        <w:rPr>
          <w:lang w:val="ru-RU"/>
        </w:rPr>
        <w:lastRenderedPageBreak/>
        <w:t xml:space="preserve"> </w:t>
      </w:r>
    </w:p>
    <w:tbl>
      <w:tblPr>
        <w:tblStyle w:val="TableGrid"/>
        <w:tblW w:w="15389" w:type="dxa"/>
        <w:tblInd w:w="146" w:type="dxa"/>
        <w:tblCellMar>
          <w:top w:w="7" w:type="dxa"/>
          <w:left w:w="7" w:type="dxa"/>
          <w:right w:w="29" w:type="dxa"/>
        </w:tblCellMar>
        <w:tblLook w:val="04A0" w:firstRow="1" w:lastRow="0" w:firstColumn="1" w:lastColumn="0" w:noHBand="0" w:noVBand="1"/>
      </w:tblPr>
      <w:tblGrid>
        <w:gridCol w:w="475"/>
        <w:gridCol w:w="2929"/>
        <w:gridCol w:w="648"/>
        <w:gridCol w:w="1388"/>
        <w:gridCol w:w="1431"/>
        <w:gridCol w:w="1008"/>
        <w:gridCol w:w="3231"/>
        <w:gridCol w:w="1292"/>
        <w:gridCol w:w="2987"/>
      </w:tblGrid>
      <w:tr w:rsidR="005D2DD1" w:rsidRPr="005D2DD1" w14:paraId="629AA2E7" w14:textId="77777777" w:rsidTr="00802828">
        <w:trPr>
          <w:trHeight w:val="2079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3231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5A15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B4FBC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EC3E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F32C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B509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B04E7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деформированного текста — необходимо определить правильный порядок предложений в тексте. Практическая  работа: формулирование основной мысли предложенных текстов. 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BFAE6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2B0E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</w:tr>
      <w:tr w:rsidR="005D2DD1" w:rsidRPr="005D2DD1" w14:paraId="5B034D04" w14:textId="77777777" w:rsidTr="00802828">
        <w:trPr>
          <w:trHeight w:val="1417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86F3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8. </w:t>
            </w:r>
          </w:p>
          <w:p w14:paraId="7E7EFE5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6. </w:t>
            </w: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EF873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Знакомство с жанром поздравления.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3843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7568" behindDoc="1" locked="0" layoutInCell="1" allowOverlap="1" wp14:anchorId="74D82D0D" wp14:editId="24453CDE">
                      <wp:simplePos x="0" y="0"/>
                      <wp:positionH relativeFrom="column">
                        <wp:posOffset>55372</wp:posOffset>
                      </wp:positionH>
                      <wp:positionV relativeFrom="paragraph">
                        <wp:posOffset>-4038</wp:posOffset>
                      </wp:positionV>
                      <wp:extent cx="94615" cy="186690"/>
                      <wp:effectExtent l="0" t="0" r="0" b="0"/>
                      <wp:wrapNone/>
                      <wp:docPr id="202369" name="Group 2023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6690"/>
                                <a:chOff x="0" y="0"/>
                                <a:chExt cx="94615" cy="186690"/>
                              </a:xfrm>
                            </wpg:grpSpPr>
                            <wps:wsp>
                              <wps:cNvPr id="222424" name="Shape 222424"/>
                              <wps:cNvSpPr/>
                              <wps:spPr>
                                <a:xfrm>
                                  <a:off x="9525" y="5080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84" name="Shape 34184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85" name="Shape 34185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86" name="Shape 34186"/>
                              <wps:cNvSpPr/>
                              <wps:spPr>
                                <a:xfrm>
                                  <a:off x="9525" y="63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87" name="Shape 34187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88" name="Shape 34188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89" name="Shape 34189"/>
                              <wps:cNvSpPr/>
                              <wps:spPr>
                                <a:xfrm>
                                  <a:off x="4445" y="5080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90" name="Shape 34190"/>
                              <wps:cNvSpPr/>
                              <wps:spPr>
                                <a:xfrm>
                                  <a:off x="89535" y="5080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91" name="Shape 34191"/>
                              <wps:cNvSpPr/>
                              <wps:spPr>
                                <a:xfrm>
                                  <a:off x="0" y="18669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92" name="Shape 34192"/>
                              <wps:cNvSpPr/>
                              <wps:spPr>
                                <a:xfrm>
                                  <a:off x="0" y="18669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93" name="Shape 34193"/>
                              <wps:cNvSpPr/>
                              <wps:spPr>
                                <a:xfrm>
                                  <a:off x="8890" y="18669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94" name="Shape 34194"/>
                              <wps:cNvSpPr/>
                              <wps:spPr>
                                <a:xfrm>
                                  <a:off x="85090" y="18669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95" name="Shape 34195"/>
                              <wps:cNvSpPr/>
                              <wps:spPr>
                                <a:xfrm>
                                  <a:off x="85090" y="18669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FF74A7" id="Group 202369" o:spid="_x0000_s1026" style="position:absolute;margin-left:4.35pt;margin-top:-.3pt;width:7.45pt;height:14.7pt;z-index:-251558912" coordsize="94615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">
                      <v:shape id="Shape 222424" o:spid="_x0000_s1027" style="position:absolute;left:9525;top:5080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" path="m,l76200,r,177165l,177165,,e" fillcolor="#fff186" stroked="f" strokeweight="0">
                        <v:stroke miterlimit="83231f" joinstyle="miter"/>
                        <v:path arrowok="t" textboxrect="0,0,76200,177165"/>
                      </v:shape>
                      <v:shape id="Shape 34184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34185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34186" o:spid="_x0000_s1030" style="position:absolute;left:9525;top:63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34187" o:spid="_x0000_s1031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34188" o:spid="_x0000_s1032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" path="m,l8890,e" filled="f" strokecolor="red" strokeweight=".72pt">
                        <v:path arrowok="t" textboxrect="0,0,8890,0"/>
                      </v:shape>
                      <v:shape id="Shape 34189" o:spid="_x0000_s1033" style="position:absolute;left:4445;top:5080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" path="m,l,176530e" filled="f" strokecolor="red" strokeweight=".72pt">
                        <v:path arrowok="t" textboxrect="0,0,0,176530"/>
                      </v:shape>
                      <v:shape id="Shape 34190" o:spid="_x0000_s1034" style="position:absolute;left:89535;top:5080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" path="m,l,176530e" filled="f" strokecolor="red" strokeweight=".72pt">
                        <v:path arrowok="t" textboxrect="0,0,0,176530"/>
                      </v:shape>
                      <v:shape id="Shape 34191" o:spid="_x0000_s1035" style="position:absolute;top:1866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34192" o:spid="_x0000_s1036" style="position:absolute;top:1866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34193" o:spid="_x0000_s1037" style="position:absolute;left:8890;top:186690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34194" o:spid="_x0000_s1038" style="position:absolute;left:85090;top:1866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34195" o:spid="_x0000_s1039" style="position:absolute;left:85090;top:1866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2 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47BD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0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FA79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0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E414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32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0BE5D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Наблюдение за структурой текста, знакомство с абзацем как структурным компонентом текста, формулирование выводов о том, что в абзаце содержится микротема.Совместная работа: определение последовательности абзацев в тексте с нарушенным порядком следования абзацев.Индивидуальная работа: определение порядка следования абзацев.Дифференцированное задание: выделение абзацев в </w:t>
            </w:r>
          </w:p>
          <w:p w14:paraId="177D2BD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тексте, в котором абзацы не выделены.Обсуждение:  </w:t>
            </w:r>
            <w:r w:rsidRPr="005D2DD1">
              <w:tab/>
              <w:t xml:space="preserve">как связана основная мысль текста с содержа </w:t>
            </w:r>
            <w:r w:rsidRPr="005D2DD1">
              <w:tab/>
              <w:t xml:space="preserve">нием </w:t>
            </w:r>
            <w:r w:rsidRPr="005D2DD1">
              <w:tab/>
              <w:t xml:space="preserve"> каждого абзаца.Практическая   работа: формулирование </w:t>
            </w:r>
            <w:r w:rsidRPr="005D2DD1">
              <w:tab/>
              <w:t xml:space="preserve">основной мысли текста и основной мысли каждого </w:t>
            </w:r>
            <w:r w:rsidRPr="005D2DD1">
              <w:tab/>
              <w:t xml:space="preserve"> </w:t>
            </w:r>
            <w:r w:rsidRPr="005D2DD1">
              <w:tab/>
              <w:t xml:space="preserve">  абзаца; преобразование </w:t>
            </w:r>
            <w:r w:rsidRPr="005D2DD1">
              <w:tab/>
              <w:t xml:space="preserve">основной мысли </w:t>
            </w:r>
            <w:r w:rsidRPr="005D2DD1">
              <w:tab/>
              <w:t xml:space="preserve"> </w:t>
            </w:r>
            <w:r w:rsidRPr="005D2DD1">
              <w:tab/>
              <w:t xml:space="preserve">в </w:t>
            </w:r>
          </w:p>
          <w:p w14:paraId="3808B76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предложение.Комментированн ое выполнение задания: подбор заголовка к тексту с </w:t>
            </w:r>
          </w:p>
          <w:p w14:paraId="4171608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обязательной 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21BE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 </w:t>
            </w:r>
          </w:p>
          <w:p w14:paraId="4144369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w:drawing>
                <wp:anchor distT="0" distB="0" distL="114300" distR="114300" simplePos="0" relativeHeight="251759616" behindDoc="1" locked="0" layoutInCell="1" allowOverlap="0" wp14:anchorId="0F3CCEEB" wp14:editId="2ADABEAD">
                  <wp:simplePos x="0" y="0"/>
                  <wp:positionH relativeFrom="column">
                    <wp:posOffset>54228</wp:posOffset>
                  </wp:positionH>
                  <wp:positionV relativeFrom="paragraph">
                    <wp:posOffset>-35971</wp:posOffset>
                  </wp:positionV>
                  <wp:extent cx="658368" cy="780288"/>
                  <wp:effectExtent l="0" t="0" r="0" b="0"/>
                  <wp:wrapNone/>
                  <wp:docPr id="218731" name="Picture 2187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731" name="Picture 218731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D2DD1">
              <w:t xml:space="preserve"> </w:t>
            </w:r>
            <w:r w:rsidRPr="005D2DD1">
              <w:rPr>
                <w:u w:val="single"/>
              </w:rPr>
              <w:t>Текущий,</w:t>
            </w:r>
            <w:r w:rsidRPr="005D2DD1">
              <w:t xml:space="preserve"> </w:t>
            </w:r>
            <w:r w:rsidRPr="005D2DD1">
              <w:rPr>
                <w:u w:val="single"/>
              </w:rPr>
              <w:t>устный,</w:t>
            </w:r>
            <w:r w:rsidRPr="005D2DD1">
              <w:t xml:space="preserve">  </w:t>
            </w:r>
            <w:r w:rsidRPr="005D2DD1">
              <w:rPr>
                <w:u w:val="single"/>
              </w:rPr>
              <w:t>письменн</w:t>
            </w:r>
            <w:r w:rsidRPr="005D2DD1">
              <w:t xml:space="preserve"> </w:t>
            </w:r>
            <w:r w:rsidRPr="005D2DD1">
              <w:rPr>
                <w:u w:val="single"/>
              </w:rPr>
              <w:t>ый</w:t>
            </w:r>
            <w:r w:rsidRPr="005D2DD1">
              <w:t xml:space="preserve"> </w:t>
            </w:r>
            <w:r w:rsidRPr="005D2DD1">
              <w:tab/>
              <w:t xml:space="preserve"> </w:t>
            </w:r>
          </w:p>
          <w:p w14:paraId="70F027D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6024E" w14:textId="77777777" w:rsidR="005D2DD1" w:rsidRPr="005D2DD1" w:rsidRDefault="00253105" w:rsidP="005D2DD1">
            <w:pPr>
              <w:spacing w:after="200" w:line="276" w:lineRule="auto"/>
            </w:pPr>
            <w:hyperlink r:id="rId202">
              <w:r w:rsidR="005D2DD1" w:rsidRPr="005D2DD1">
                <w:rPr>
                  <w:rStyle w:val="aff8"/>
                </w:rPr>
                <w:t>http://musabiqe.edu.az</w:t>
              </w:r>
            </w:hyperlink>
            <w:hyperlink r:id="rId203">
              <w:r w:rsidR="005D2DD1" w:rsidRPr="005D2DD1">
                <w:rPr>
                  <w:rStyle w:val="aff8"/>
                </w:rPr>
                <w:t xml:space="preserve"> </w:t>
              </w:r>
            </w:hyperlink>
          </w:p>
        </w:tc>
      </w:tr>
      <w:tr w:rsidR="005D2DD1" w:rsidRPr="001C0564" w14:paraId="65E1DA9E" w14:textId="77777777" w:rsidTr="00802828">
        <w:trPr>
          <w:trHeight w:val="1844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E74C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8. </w:t>
            </w:r>
          </w:p>
          <w:p w14:paraId="47C21C4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7. </w:t>
            </w: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C4B06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Понимание текста: развитие умения формулировать простые выводы на основе информации, содержащейся в тексте.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057F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1664" behindDoc="1" locked="0" layoutInCell="1" allowOverlap="1" wp14:anchorId="24D1BA42" wp14:editId="1CE32D6D">
                      <wp:simplePos x="0" y="0"/>
                      <wp:positionH relativeFrom="column">
                        <wp:posOffset>55372</wp:posOffset>
                      </wp:positionH>
                      <wp:positionV relativeFrom="paragraph">
                        <wp:posOffset>-2514</wp:posOffset>
                      </wp:positionV>
                      <wp:extent cx="94615" cy="186690"/>
                      <wp:effectExtent l="0" t="0" r="0" b="0"/>
                      <wp:wrapNone/>
                      <wp:docPr id="206098" name="Group 2060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6690"/>
                                <a:chOff x="0" y="0"/>
                                <a:chExt cx="94615" cy="186690"/>
                              </a:xfrm>
                            </wpg:grpSpPr>
                            <wps:wsp>
                              <wps:cNvPr id="222426" name="Shape 222426"/>
                              <wps:cNvSpPr/>
                              <wps:spPr>
                                <a:xfrm>
                                  <a:off x="9525" y="5080"/>
                                  <a:ext cx="7620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16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165"/>
                                      </a:lnTo>
                                      <a:lnTo>
                                        <a:pt x="0" y="1771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97" name="Shape 34197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98" name="Shape 34198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99" name="Shape 34199"/>
                              <wps:cNvSpPr/>
                              <wps:spPr>
                                <a:xfrm>
                                  <a:off x="9525" y="63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00" name="Shape 34200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01" name="Shape 34201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02" name="Shape 34202"/>
                              <wps:cNvSpPr/>
                              <wps:spPr>
                                <a:xfrm>
                                  <a:off x="4445" y="5080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03" name="Shape 34203"/>
                              <wps:cNvSpPr/>
                              <wps:spPr>
                                <a:xfrm>
                                  <a:off x="89535" y="5080"/>
                                  <a:ext cx="0" cy="176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530">
                                      <a:moveTo>
                                        <a:pt x="0" y="0"/>
                                      </a:moveTo>
                                      <a:lnTo>
                                        <a:pt x="0" y="17653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04" name="Shape 34204"/>
                              <wps:cNvSpPr/>
                              <wps:spPr>
                                <a:xfrm>
                                  <a:off x="0" y="18669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05" name="Shape 34205"/>
                              <wps:cNvSpPr/>
                              <wps:spPr>
                                <a:xfrm>
                                  <a:off x="0" y="18669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06" name="Shape 34206"/>
                              <wps:cNvSpPr/>
                              <wps:spPr>
                                <a:xfrm>
                                  <a:off x="8890" y="18669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07" name="Shape 34207"/>
                              <wps:cNvSpPr/>
                              <wps:spPr>
                                <a:xfrm>
                                  <a:off x="85090" y="18669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08" name="Shape 34208"/>
                              <wps:cNvSpPr/>
                              <wps:spPr>
                                <a:xfrm>
                                  <a:off x="85090" y="18669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CD1E21" id="Group 206098" o:spid="_x0000_s1026" style="position:absolute;margin-left:4.35pt;margin-top:-.2pt;width:7.45pt;height:14.7pt;z-index:-251554816" coordsize="94615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">
                      <v:shape id="Shape 222426" o:spid="_x0000_s1027" style="position:absolute;left:9525;top:5080;width:76200;height:177165;visibility:visible;mso-wrap-style:square;v-text-anchor:top" coordsize="7620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" path="m,l76200,r,177165l,177165,,e" fillcolor="#fff186" stroked="f" strokeweight="0">
                        <v:stroke miterlimit="83231f" joinstyle="miter"/>
                        <v:path arrowok="t" textboxrect="0,0,76200,177165"/>
                      </v:shape>
                      <v:shape id="Shape 34197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34198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" path="m,l8890,e" filled="f" strokecolor="red" strokeweight=".72pt">
                        <v:path arrowok="t" textboxrect="0,0,8890,0"/>
                      </v:shape>
                      <v:shape id="Shape 34199" o:spid="_x0000_s1030" style="position:absolute;left:9525;top:63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34200" o:spid="_x0000_s1031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34201" o:spid="_x0000_s1032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34202" o:spid="_x0000_s1033" style="position:absolute;left:4445;top:5080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" path="m,l,176530e" filled="f" strokecolor="red" strokeweight=".72pt">
                        <v:path arrowok="t" textboxrect="0,0,0,176530"/>
                      </v:shape>
                      <v:shape id="Shape 34203" o:spid="_x0000_s1034" style="position:absolute;left:89535;top:5080;width:0;height:176530;visibility:visible;mso-wrap-style:square;v-text-anchor:top" coordsize="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" path="m,l,176530e" filled="f" strokecolor="red" strokeweight=".72pt">
                        <v:path arrowok="t" textboxrect="0,0,0,176530"/>
                      </v:shape>
                      <v:shape id="Shape 34204" o:spid="_x0000_s1035" style="position:absolute;top:1866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34205" o:spid="_x0000_s1036" style="position:absolute;top:1866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34206" o:spid="_x0000_s1037" style="position:absolute;left:8890;top:186690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34207" o:spid="_x0000_s1038" style="position:absolute;left:85090;top:1866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34208" o:spid="_x0000_s1039" style="position:absolute;left:85090;top:18669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4 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BF5B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0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DB2B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0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3EC6E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61D91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16E1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4A7A41E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w:drawing>
                <wp:anchor distT="0" distB="0" distL="114300" distR="114300" simplePos="0" relativeHeight="251763712" behindDoc="1" locked="0" layoutInCell="1" allowOverlap="0" wp14:anchorId="525271F5" wp14:editId="3FEAA928">
                  <wp:simplePos x="0" y="0"/>
                  <wp:positionH relativeFrom="column">
                    <wp:posOffset>54228</wp:posOffset>
                  </wp:positionH>
                  <wp:positionV relativeFrom="paragraph">
                    <wp:posOffset>-34320</wp:posOffset>
                  </wp:positionV>
                  <wp:extent cx="658368" cy="777240"/>
                  <wp:effectExtent l="0" t="0" r="0" b="0"/>
                  <wp:wrapNone/>
                  <wp:docPr id="218733" name="Picture 2187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733" name="Picture 218733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D2DD1">
              <w:t xml:space="preserve"> Текущий, </w:t>
            </w:r>
            <w:r w:rsidRPr="005D2DD1">
              <w:rPr>
                <w:u w:val="single"/>
              </w:rPr>
              <w:t>устный,</w:t>
            </w:r>
            <w:r w:rsidRPr="005D2DD1">
              <w:t xml:space="preserve">  </w:t>
            </w:r>
            <w:r w:rsidRPr="005D2DD1">
              <w:rPr>
                <w:u w:val="single"/>
              </w:rPr>
              <w:t>письменн</w:t>
            </w:r>
            <w:r w:rsidRPr="005D2DD1">
              <w:t xml:space="preserve"> ый </w:t>
            </w:r>
            <w:r w:rsidRPr="005D2DD1">
              <w:tab/>
              <w:t xml:space="preserve"> </w:t>
            </w:r>
          </w:p>
          <w:p w14:paraId="4F3FF07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82CF7" w14:textId="77777777" w:rsidR="005D2DD1" w:rsidRPr="005D2DD1" w:rsidRDefault="00253105" w:rsidP="005D2DD1">
            <w:pPr>
              <w:spacing w:after="200" w:line="276" w:lineRule="auto"/>
            </w:pPr>
            <w:hyperlink r:id="rId205">
              <w:r w:rsidR="005D2DD1" w:rsidRPr="005D2DD1">
                <w:rPr>
                  <w:rStyle w:val="aff8"/>
                </w:rPr>
                <w:t>http</w:t>
              </w:r>
            </w:hyperlink>
            <w:hyperlink r:id="rId206">
              <w:r w:rsidR="005D2DD1" w:rsidRPr="005D2DD1">
                <w:rPr>
                  <w:rStyle w:val="aff8"/>
                </w:rPr>
                <w:t>://</w:t>
              </w:r>
            </w:hyperlink>
            <w:hyperlink r:id="rId207">
              <w:r w:rsidR="005D2DD1" w:rsidRPr="005D2DD1">
                <w:rPr>
                  <w:rStyle w:val="aff8"/>
                </w:rPr>
                <w:t>sch</w:t>
              </w:r>
            </w:hyperlink>
            <w:hyperlink r:id="rId208">
              <w:r w:rsidR="005D2DD1" w:rsidRPr="005D2DD1">
                <w:rPr>
                  <w:rStyle w:val="aff8"/>
                </w:rPr>
                <w:t>oo</w:t>
              </w:r>
            </w:hyperlink>
            <w:hyperlink r:id="rId209">
              <w:r w:rsidR="005D2DD1" w:rsidRPr="005D2DD1">
                <w:rPr>
                  <w:rStyle w:val="aff8"/>
                </w:rPr>
                <w:t>l</w:t>
              </w:r>
            </w:hyperlink>
            <w:hyperlink r:id="rId210">
              <w:r w:rsidR="005D2DD1" w:rsidRPr="005D2DD1">
                <w:rPr>
                  <w:rStyle w:val="aff8"/>
                </w:rPr>
                <w:t>-</w:t>
              </w:r>
            </w:hyperlink>
            <w:hyperlink r:id="rId211">
              <w:r w:rsidR="005D2DD1" w:rsidRPr="005D2DD1">
                <w:rPr>
                  <w:rStyle w:val="aff8"/>
                </w:rPr>
                <w:t>c</w:t>
              </w:r>
            </w:hyperlink>
            <w:hyperlink r:id="rId212">
              <w:r w:rsidR="005D2DD1" w:rsidRPr="005D2DD1">
                <w:rPr>
                  <w:rStyle w:val="aff8"/>
                </w:rPr>
                <w:t>o</w:t>
              </w:r>
            </w:hyperlink>
            <w:hyperlink r:id="rId213">
              <w:r w:rsidR="005D2DD1" w:rsidRPr="005D2DD1">
                <w:rPr>
                  <w:rStyle w:val="aff8"/>
                </w:rPr>
                <w:t>llecti</w:t>
              </w:r>
            </w:hyperlink>
            <w:hyperlink r:id="rId214">
              <w:r w:rsidR="005D2DD1" w:rsidRPr="005D2DD1">
                <w:rPr>
                  <w:rStyle w:val="aff8"/>
                </w:rPr>
                <w:t>o</w:t>
              </w:r>
            </w:hyperlink>
            <w:hyperlink r:id="rId215">
              <w:r w:rsidR="005D2DD1" w:rsidRPr="005D2DD1">
                <w:rPr>
                  <w:rStyle w:val="aff8"/>
                </w:rPr>
                <w:t>n</w:t>
              </w:r>
            </w:hyperlink>
            <w:hyperlink r:id="rId216">
              <w:r w:rsidR="005D2DD1" w:rsidRPr="005D2DD1">
                <w:rPr>
                  <w:rStyle w:val="aff8"/>
                </w:rPr>
                <w:t>.</w:t>
              </w:r>
            </w:hyperlink>
            <w:hyperlink r:id="rId217">
              <w:r w:rsidR="005D2DD1" w:rsidRPr="005D2DD1">
                <w:rPr>
                  <w:rStyle w:val="aff8"/>
                </w:rPr>
                <w:t>edu.ru/</w:t>
              </w:r>
            </w:hyperlink>
            <w:hyperlink r:id="rId218">
              <w:r w:rsidR="005D2DD1" w:rsidRPr="005D2DD1">
                <w:rPr>
                  <w:rStyle w:val="aff8"/>
                </w:rPr>
                <w:t xml:space="preserve"> </w:t>
              </w:r>
            </w:hyperlink>
          </w:p>
        </w:tc>
      </w:tr>
      <w:tr w:rsidR="005D2DD1" w:rsidRPr="001C0564" w14:paraId="1F1C577A" w14:textId="77777777" w:rsidTr="00802828">
        <w:trPr>
          <w:trHeight w:val="4984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CC5E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8. </w:t>
            </w:r>
          </w:p>
          <w:p w14:paraId="4790F4F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8. </w:t>
            </w: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2EE4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Выразительное чтение текста вслух с соблюдением правильной интонации. </w:t>
            </w:r>
          </w:p>
          <w:p w14:paraId="344C740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Подробное изложение повествовательного текста объёмом 30—45 слов с опорой на вопросы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D41D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5760" behindDoc="1" locked="0" layoutInCell="1" allowOverlap="1" wp14:anchorId="2868459D" wp14:editId="434368F5">
                      <wp:simplePos x="0" y="0"/>
                      <wp:positionH relativeFrom="column">
                        <wp:posOffset>55372</wp:posOffset>
                      </wp:positionH>
                      <wp:positionV relativeFrom="paragraph">
                        <wp:posOffset>3454</wp:posOffset>
                      </wp:positionV>
                      <wp:extent cx="94615" cy="184150"/>
                      <wp:effectExtent l="0" t="0" r="0" b="0"/>
                      <wp:wrapNone/>
                      <wp:docPr id="207928" name="Group 2079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15" cy="184150"/>
                                <a:chOff x="0" y="0"/>
                                <a:chExt cx="94615" cy="184150"/>
                              </a:xfrm>
                            </wpg:grpSpPr>
                            <wps:wsp>
                              <wps:cNvPr id="222428" name="Shape 222428"/>
                              <wps:cNvSpPr/>
                              <wps:spPr>
                                <a:xfrm>
                                  <a:off x="9525" y="4445"/>
                                  <a:ext cx="76200" cy="175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5895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5895"/>
                                      </a:lnTo>
                                      <a:lnTo>
                                        <a:pt x="0" y="1758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18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10" name="Shape 34210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11" name="Shape 34211"/>
                              <wps:cNvSpPr/>
                              <wps:spPr>
                                <a:xfrm>
                                  <a:off x="0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12" name="Shape 34212"/>
                              <wps:cNvSpPr/>
                              <wps:spPr>
                                <a:xfrm>
                                  <a:off x="9525" y="63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13" name="Shape 34213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14" name="Shape 34214"/>
                              <wps:cNvSpPr/>
                              <wps:spPr>
                                <a:xfrm>
                                  <a:off x="85725" y="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15" name="Shape 34215"/>
                              <wps:cNvSpPr/>
                              <wps:spPr>
                                <a:xfrm>
                                  <a:off x="4445" y="4445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16" name="Shape 34216"/>
                              <wps:cNvSpPr/>
                              <wps:spPr>
                                <a:xfrm>
                                  <a:off x="89535" y="4445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17" name="Shape 34217"/>
                              <wps:cNvSpPr/>
                              <wps:spPr>
                                <a:xfrm>
                                  <a:off x="0" y="18415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18" name="Shape 34218"/>
                              <wps:cNvSpPr/>
                              <wps:spPr>
                                <a:xfrm>
                                  <a:off x="0" y="18415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19" name="Shape 34219"/>
                              <wps:cNvSpPr/>
                              <wps:spPr>
                                <a:xfrm>
                                  <a:off x="8890" y="18415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20" name="Shape 34220"/>
                              <wps:cNvSpPr/>
                              <wps:spPr>
                                <a:xfrm>
                                  <a:off x="85090" y="18415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21" name="Shape 34221"/>
                              <wps:cNvSpPr/>
                              <wps:spPr>
                                <a:xfrm>
                                  <a:off x="85090" y="18415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DC986A" id="Group 207928" o:spid="_x0000_s1026" style="position:absolute;margin-left:4.35pt;margin-top:.25pt;width:7.45pt;height:14.5pt;z-index:-251550720" coordsize="94615,1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">
                      <v:shape id="Shape 222428" o:spid="_x0000_s1027" style="position:absolute;left:9525;top:4445;width:76200;height:175895;visibility:visible;mso-wrap-style:square;v-text-anchor:top" coordsize="76200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" path="m,l76200,r,175895l,175895,,e" fillcolor="#fff186" stroked="f" strokeweight="0">
                        <v:stroke miterlimit="83231f" joinstyle="miter"/>
                        <v:path arrowok="t" textboxrect="0,0,76200,175895"/>
                      </v:shape>
                      <v:shape id="Shape 34210" o:spid="_x0000_s1028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" path="m,l8890,e" filled="f" strokecolor="red" strokeweight=".72pt">
                        <v:path arrowok="t" textboxrect="0,0,8890,0"/>
                      </v:shape>
                      <v:shape id="Shape 34211" o:spid="_x0000_s1029" style="position:absolute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" path="m,l8890,e" filled="f" strokecolor="red" strokeweight=".72pt">
                        <v:path arrowok="t" textboxrect="0,0,8890,0"/>
                      </v:shape>
                      <v:shape id="Shape 34212" o:spid="_x0000_s1030" style="position:absolute;left:9525;top:635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" path="m,l76200,e" filled="f" strokecolor="red" strokeweight=".72pt">
                        <v:path arrowok="t" textboxrect="0,0,76200,0"/>
                      </v:shape>
                      <v:shape id="Shape 34213" o:spid="_x0000_s1031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34214" o:spid="_x0000_s1032" style="position:absolute;left:85725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34215" o:spid="_x0000_s1033" style="position:absolute;left:4445;top:4445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" path="m,l,175260e" filled="f" strokecolor="red" strokeweight=".72pt">
                        <v:path arrowok="t" textboxrect="0,0,0,175260"/>
                      </v:shape>
                      <v:shape id="Shape 34216" o:spid="_x0000_s1034" style="position:absolute;left:89535;top:4445;width:0;height:175260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" path="m,l,175260e" filled="f" strokecolor="red" strokeweight=".72pt">
                        <v:path arrowok="t" textboxrect="0,0,0,175260"/>
                      </v:shape>
                      <v:shape id="Shape 34217" o:spid="_x0000_s1035" style="position:absolute;top:18415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  <v:shape id="Shape 34218" o:spid="_x0000_s1036" style="position:absolute;top:18415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" path="m,l8890,e" filled="f" strokecolor="red" strokeweight=".72pt">
                        <v:path arrowok="t" textboxrect="0,0,8890,0"/>
                      </v:shape>
                      <v:shape id="Shape 34219" o:spid="_x0000_s1037" style="position:absolute;left:8890;top:184150;width:76200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" path="m,l76200,e" filled="f" strokecolor="red" strokeweight=".72pt">
                        <v:path arrowok="t" textboxrect="0,0,76200,0"/>
                      </v:shape>
                      <v:shape id="Shape 34220" o:spid="_x0000_s1038" style="position:absolute;left:85090;top:18415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" path="m,l8890,e" filled="f" strokecolor="red" strokeweight=".72pt">
                        <v:path arrowok="t" textboxrect="0,0,8890,0"/>
                      </v:shape>
                      <v:shape id="Shape 34221" o:spid="_x0000_s1039" style="position:absolute;left:85090;top:184150;width:8890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" path="m,l8890,e" filled="f" strokecolor="red" strokeweight=".72pt">
                        <v:path arrowok="t" textboxrect="0,0,8890,0"/>
                      </v:shape>
                    </v:group>
                  </w:pict>
                </mc:Fallback>
              </mc:AlternateContent>
            </w:r>
            <w:r w:rsidRPr="005D2DD1">
              <w:t xml:space="preserve">4 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469AB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0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6896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0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13A4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5D98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64C0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  <w:p w14:paraId="6CEEC543" w14:textId="77777777" w:rsidR="005D2DD1" w:rsidRPr="005D2DD1" w:rsidRDefault="005D2DD1" w:rsidP="005D2DD1">
            <w:pPr>
              <w:spacing w:after="200" w:line="276" w:lineRule="auto"/>
            </w:pPr>
            <w:r w:rsidRPr="005D2DD1">
              <w:rPr>
                <w:noProof/>
              </w:rPr>
              <w:drawing>
                <wp:anchor distT="0" distB="0" distL="114300" distR="114300" simplePos="0" relativeHeight="251767808" behindDoc="1" locked="0" layoutInCell="1" allowOverlap="0" wp14:anchorId="0C1E5F71" wp14:editId="04401CC4">
                  <wp:simplePos x="0" y="0"/>
                  <wp:positionH relativeFrom="column">
                    <wp:posOffset>54228</wp:posOffset>
                  </wp:positionH>
                  <wp:positionV relativeFrom="paragraph">
                    <wp:posOffset>-40649</wp:posOffset>
                  </wp:positionV>
                  <wp:extent cx="649225" cy="783336"/>
                  <wp:effectExtent l="0" t="0" r="0" b="0"/>
                  <wp:wrapNone/>
                  <wp:docPr id="218735" name="Picture 2187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735" name="Picture 218735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5" cy="783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D2DD1">
              <w:t xml:space="preserve"> Текущи й, устный, </w:t>
            </w:r>
            <w:r w:rsidRPr="005D2DD1">
              <w:rPr>
                <w:u w:val="single"/>
              </w:rPr>
              <w:t>письменн ый</w:t>
            </w:r>
            <w:r w:rsidRPr="005D2DD1">
              <w:t xml:space="preserve"> </w:t>
            </w:r>
            <w:r w:rsidRPr="005D2DD1">
              <w:tab/>
              <w:t xml:space="preserve"> </w:t>
            </w:r>
          </w:p>
          <w:p w14:paraId="1F1281B2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641F0" w14:textId="77777777" w:rsidR="005D2DD1" w:rsidRPr="005D2DD1" w:rsidRDefault="00253105" w:rsidP="005D2DD1">
            <w:pPr>
              <w:spacing w:after="200" w:line="276" w:lineRule="auto"/>
            </w:pPr>
            <w:hyperlink r:id="rId220">
              <w:r w:rsidR="005D2DD1" w:rsidRPr="005D2DD1">
                <w:rPr>
                  <w:rStyle w:val="aff8"/>
                </w:rPr>
                <w:t>http</w:t>
              </w:r>
            </w:hyperlink>
            <w:hyperlink r:id="rId221">
              <w:r w:rsidR="005D2DD1" w:rsidRPr="005D2DD1">
                <w:rPr>
                  <w:rStyle w:val="aff8"/>
                </w:rPr>
                <w:t>://</w:t>
              </w:r>
            </w:hyperlink>
            <w:hyperlink r:id="rId222">
              <w:r w:rsidR="005D2DD1" w:rsidRPr="005D2DD1">
                <w:rPr>
                  <w:rStyle w:val="aff8"/>
                </w:rPr>
                <w:t>sch</w:t>
              </w:r>
            </w:hyperlink>
            <w:hyperlink r:id="rId223">
              <w:r w:rsidR="005D2DD1" w:rsidRPr="005D2DD1">
                <w:rPr>
                  <w:rStyle w:val="aff8"/>
                </w:rPr>
                <w:t>oo</w:t>
              </w:r>
            </w:hyperlink>
            <w:hyperlink r:id="rId224">
              <w:r w:rsidR="005D2DD1" w:rsidRPr="005D2DD1">
                <w:rPr>
                  <w:rStyle w:val="aff8"/>
                </w:rPr>
                <w:t>l</w:t>
              </w:r>
            </w:hyperlink>
            <w:hyperlink r:id="rId225">
              <w:r w:rsidR="005D2DD1" w:rsidRPr="005D2DD1">
                <w:rPr>
                  <w:rStyle w:val="aff8"/>
                </w:rPr>
                <w:t>-</w:t>
              </w:r>
            </w:hyperlink>
            <w:hyperlink r:id="rId226">
              <w:r w:rsidR="005D2DD1" w:rsidRPr="005D2DD1">
                <w:rPr>
                  <w:rStyle w:val="aff8"/>
                </w:rPr>
                <w:t>c</w:t>
              </w:r>
            </w:hyperlink>
            <w:hyperlink r:id="rId227">
              <w:r w:rsidR="005D2DD1" w:rsidRPr="005D2DD1">
                <w:rPr>
                  <w:rStyle w:val="aff8"/>
                </w:rPr>
                <w:t>o</w:t>
              </w:r>
            </w:hyperlink>
            <w:hyperlink r:id="rId228">
              <w:r w:rsidR="005D2DD1" w:rsidRPr="005D2DD1">
                <w:rPr>
                  <w:rStyle w:val="aff8"/>
                </w:rPr>
                <w:t>llecti</w:t>
              </w:r>
            </w:hyperlink>
            <w:hyperlink r:id="rId229">
              <w:r w:rsidR="005D2DD1" w:rsidRPr="005D2DD1">
                <w:rPr>
                  <w:rStyle w:val="aff8"/>
                </w:rPr>
                <w:t>o</w:t>
              </w:r>
            </w:hyperlink>
            <w:hyperlink r:id="rId230">
              <w:r w:rsidR="005D2DD1" w:rsidRPr="005D2DD1">
                <w:rPr>
                  <w:rStyle w:val="aff8"/>
                </w:rPr>
                <w:t>n</w:t>
              </w:r>
            </w:hyperlink>
            <w:hyperlink r:id="rId231">
              <w:r w:rsidR="005D2DD1" w:rsidRPr="005D2DD1">
                <w:rPr>
                  <w:rStyle w:val="aff8"/>
                </w:rPr>
                <w:t>.</w:t>
              </w:r>
            </w:hyperlink>
            <w:hyperlink r:id="rId232">
              <w:r w:rsidR="005D2DD1" w:rsidRPr="005D2DD1">
                <w:rPr>
                  <w:rStyle w:val="aff8"/>
                </w:rPr>
                <w:t>edu.ru/</w:t>
              </w:r>
            </w:hyperlink>
            <w:hyperlink r:id="rId233">
              <w:r w:rsidR="005D2DD1" w:rsidRPr="005D2DD1">
                <w:rPr>
                  <w:rStyle w:val="aff8"/>
                </w:rPr>
                <w:t xml:space="preserve"> </w:t>
              </w:r>
            </w:hyperlink>
          </w:p>
        </w:tc>
      </w:tr>
    </w:tbl>
    <w:p w14:paraId="1D549B25" w14:textId="77777777" w:rsidR="005D2DD1" w:rsidRPr="005D2DD1" w:rsidRDefault="005D2DD1" w:rsidP="005D2DD1">
      <w:pPr>
        <w:rPr>
          <w:lang w:val="ru-RU"/>
        </w:rPr>
      </w:pPr>
      <w:r w:rsidRPr="005D2DD1">
        <w:rPr>
          <w:lang w:val="ru-RU"/>
        </w:rPr>
        <w:t xml:space="preserve"> </w:t>
      </w:r>
    </w:p>
    <w:tbl>
      <w:tblPr>
        <w:tblStyle w:val="TableGrid"/>
        <w:tblW w:w="15389" w:type="dxa"/>
        <w:tblInd w:w="146" w:type="dxa"/>
        <w:tblCellMar>
          <w:top w:w="5" w:type="dxa"/>
          <w:left w:w="5" w:type="dxa"/>
          <w:right w:w="29" w:type="dxa"/>
        </w:tblCellMar>
        <w:tblLook w:val="04A0" w:firstRow="1" w:lastRow="0" w:firstColumn="1" w:lastColumn="0" w:noHBand="0" w:noVBand="1"/>
      </w:tblPr>
      <w:tblGrid>
        <w:gridCol w:w="475"/>
        <w:gridCol w:w="2931"/>
        <w:gridCol w:w="644"/>
        <w:gridCol w:w="1390"/>
        <w:gridCol w:w="1431"/>
        <w:gridCol w:w="1008"/>
        <w:gridCol w:w="3231"/>
        <w:gridCol w:w="1292"/>
        <w:gridCol w:w="2987"/>
      </w:tblGrid>
      <w:tr w:rsidR="005D2DD1" w:rsidRPr="001C0564" w14:paraId="6E3DD2BC" w14:textId="77777777" w:rsidTr="00802828">
        <w:trPr>
          <w:trHeight w:val="4496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09A4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lastRenderedPageBreak/>
              <w:t xml:space="preserve"> 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B8CB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1B959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04AA5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C887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B0B21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F6ADAD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аргументацией.Работа в группе: подбор различных заголовков к одному тексту.Практическая работа:  установление соответствия/несоот ветствия заголовка и    текста, аргументация своей точки зрения.Творческая  работа: составление текста по заданным характе ристикам — названию, количеству абзацев  и микротемам   каждого абзаца.Практическая работа: восстановление нарушенной последо вательности абзацев, запись исправленного текста 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1CAFE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569E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</w:tr>
      <w:tr w:rsidR="005D2DD1" w:rsidRPr="005D2DD1" w14:paraId="5C187447" w14:textId="77777777" w:rsidTr="00802828">
        <w:trPr>
          <w:trHeight w:val="496"/>
        </w:trPr>
        <w:tc>
          <w:tcPr>
            <w:tcW w:w="3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CA592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Итого по разделу: 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vAlign w:val="center"/>
          </w:tcPr>
          <w:p w14:paraId="71CA10F1" w14:textId="77777777" w:rsidR="005D2DD1" w:rsidRPr="005D2DD1" w:rsidRDefault="005D2DD1" w:rsidP="005D2DD1">
            <w:pPr>
              <w:spacing w:after="200" w:line="276" w:lineRule="auto"/>
            </w:pPr>
          </w:p>
          <w:tbl>
            <w:tblPr>
              <w:tblStyle w:val="TableGrid"/>
              <w:tblW w:w="240" w:type="dxa"/>
              <w:tblInd w:w="101" w:type="dxa"/>
              <w:tblCellMar>
                <w:top w:w="12" w:type="dxa"/>
              </w:tblCellMar>
              <w:tblLook w:val="04A0" w:firstRow="1" w:lastRow="0" w:firstColumn="1" w:lastColumn="0" w:noHBand="0" w:noVBand="1"/>
            </w:tblPr>
            <w:tblGrid>
              <w:gridCol w:w="244"/>
            </w:tblGrid>
            <w:tr w:rsidR="005D2DD1" w:rsidRPr="005D2DD1" w14:paraId="37A126A8" w14:textId="77777777" w:rsidTr="00802828">
              <w:trPr>
                <w:trHeight w:val="284"/>
              </w:trPr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CF7"/>
                </w:tcPr>
                <w:p w14:paraId="6FF8D21A" w14:textId="77777777" w:rsidR="005D2DD1" w:rsidRPr="005D2DD1" w:rsidRDefault="005D2DD1" w:rsidP="005D2DD1">
                  <w:pPr>
                    <w:spacing w:after="200" w:line="276" w:lineRule="auto"/>
                  </w:pPr>
                  <w:r w:rsidRPr="005D2DD1">
                    <w:t>26</w:t>
                  </w:r>
                </w:p>
              </w:tc>
            </w:tr>
          </w:tbl>
          <w:p w14:paraId="3C54D492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D6BC13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43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9DFAB67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8518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4BF5B26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5D2DD1" w14:paraId="6ED2B333" w14:textId="77777777" w:rsidTr="00802828">
        <w:trPr>
          <w:trHeight w:val="503"/>
        </w:trPr>
        <w:tc>
          <w:tcPr>
            <w:tcW w:w="3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31BFD4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Резервное время 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990167" w14:textId="77777777" w:rsidR="005D2DD1" w:rsidRPr="005D2DD1" w:rsidRDefault="005D2DD1" w:rsidP="005D2DD1">
            <w:pPr>
              <w:spacing w:after="200" w:line="276" w:lineRule="auto"/>
            </w:pPr>
          </w:p>
          <w:tbl>
            <w:tblPr>
              <w:tblStyle w:val="TableGrid"/>
              <w:tblW w:w="240" w:type="dxa"/>
              <w:tblInd w:w="95" w:type="dxa"/>
              <w:tblCellMar>
                <w:top w:w="2" w:type="dxa"/>
                <w:left w:w="6" w:type="dxa"/>
                <w:right w:w="54" w:type="dxa"/>
              </w:tblCellMar>
              <w:tblLook w:val="04A0" w:firstRow="1" w:lastRow="0" w:firstColumn="1" w:lastColumn="0" w:noHBand="0" w:noVBand="1"/>
            </w:tblPr>
            <w:tblGrid>
              <w:gridCol w:w="240"/>
            </w:tblGrid>
            <w:tr w:rsidR="005D2DD1" w:rsidRPr="005D2DD1" w14:paraId="1414357B" w14:textId="77777777" w:rsidTr="00802828">
              <w:trPr>
                <w:trHeight w:val="279"/>
              </w:trPr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CF7"/>
                </w:tcPr>
                <w:p w14:paraId="74D7C101" w14:textId="77777777" w:rsidR="005D2DD1" w:rsidRPr="005D2DD1" w:rsidRDefault="005D2DD1" w:rsidP="005D2DD1">
                  <w:pPr>
                    <w:spacing w:after="200" w:line="276" w:lineRule="auto"/>
                  </w:pPr>
                  <w:r w:rsidRPr="005D2DD1">
                    <w:t xml:space="preserve">8 </w:t>
                  </w:r>
                </w:p>
              </w:tc>
            </w:tr>
          </w:tbl>
          <w:p w14:paraId="66547BBC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21BC326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  <w:tc>
          <w:tcPr>
            <w:tcW w:w="143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E1A5935" w14:textId="77777777" w:rsidR="005D2DD1" w:rsidRPr="005D2DD1" w:rsidRDefault="005D2DD1" w:rsidP="005D2DD1">
            <w:pPr>
              <w:spacing w:after="200" w:line="276" w:lineRule="auto"/>
            </w:pPr>
          </w:p>
        </w:tc>
        <w:tc>
          <w:tcPr>
            <w:tcW w:w="8518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3DCF5E9" w14:textId="77777777" w:rsidR="005D2DD1" w:rsidRPr="005D2DD1" w:rsidRDefault="005D2DD1" w:rsidP="005D2DD1">
            <w:pPr>
              <w:spacing w:after="200" w:line="276" w:lineRule="auto"/>
            </w:pPr>
          </w:p>
        </w:tc>
      </w:tr>
      <w:tr w:rsidR="005D2DD1" w:rsidRPr="005D2DD1" w14:paraId="65C39A68" w14:textId="77777777" w:rsidTr="00802828">
        <w:trPr>
          <w:trHeight w:val="748"/>
        </w:trPr>
        <w:tc>
          <w:tcPr>
            <w:tcW w:w="3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319747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ОБЩЕЕ КОЛИЧЕСТВО ЧАСОВ ПО ПРОГРАММЕ 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14:paraId="1D853A10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136 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1454A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5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BFAAF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0 </w:t>
            </w:r>
          </w:p>
        </w:tc>
        <w:tc>
          <w:tcPr>
            <w:tcW w:w="85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CB408" w14:textId="77777777" w:rsidR="005D2DD1" w:rsidRPr="005D2DD1" w:rsidRDefault="005D2DD1" w:rsidP="005D2DD1">
            <w:pPr>
              <w:spacing w:after="200" w:line="276" w:lineRule="auto"/>
            </w:pPr>
            <w:r w:rsidRPr="005D2DD1">
              <w:t xml:space="preserve"> </w:t>
            </w:r>
          </w:p>
        </w:tc>
      </w:tr>
    </w:tbl>
    <w:p w14:paraId="1C0764C5" w14:textId="77777777" w:rsidR="00BD0CD2" w:rsidRPr="005D2DD1" w:rsidRDefault="00BD0CD2" w:rsidP="005D2DD1">
      <w:pPr>
        <w:rPr>
          <w:lang w:val="ru-RU"/>
        </w:rPr>
        <w:sectPr w:rsidR="00BD0CD2" w:rsidRPr="005D2DD1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62B19D00" w14:textId="77777777" w:rsidR="00BD0CD2" w:rsidRPr="005D2DD1" w:rsidRDefault="00BD0CD2" w:rsidP="005D2DD1">
      <w:pPr>
        <w:autoSpaceDE w:val="0"/>
        <w:autoSpaceDN w:val="0"/>
        <w:spacing w:after="78" w:line="220" w:lineRule="exact"/>
        <w:rPr>
          <w:lang w:val="ru-RU"/>
        </w:rPr>
      </w:pPr>
    </w:p>
    <w:p w14:paraId="52E0F51F" w14:textId="77777777" w:rsidR="00BD0CD2" w:rsidRPr="005D2DD1" w:rsidRDefault="0012464E" w:rsidP="005D2DD1">
      <w:pPr>
        <w:autoSpaceDE w:val="0"/>
        <w:autoSpaceDN w:val="0"/>
        <w:spacing w:after="0" w:line="230" w:lineRule="auto"/>
        <w:rPr>
          <w:lang w:val="ru-RU"/>
        </w:rPr>
      </w:pPr>
      <w:r w:rsidRPr="005D2DD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УЧЕБНО-МЕТОДИЧЕСКОЕ ОБЕСПЕЧЕНИЕ ОБРАЗОВАТЕЛЬНОГО ПРОЦЕССА </w:t>
      </w:r>
    </w:p>
    <w:p w14:paraId="1B288439" w14:textId="77777777" w:rsidR="00BD0CD2" w:rsidRPr="005D2DD1" w:rsidRDefault="0012464E" w:rsidP="005D2DD1">
      <w:pPr>
        <w:autoSpaceDE w:val="0"/>
        <w:autoSpaceDN w:val="0"/>
        <w:spacing w:before="346" w:after="0" w:line="382" w:lineRule="auto"/>
        <w:ind w:right="1440"/>
        <w:rPr>
          <w:lang w:val="ru-RU"/>
        </w:rPr>
      </w:pPr>
      <w:r w:rsidRPr="005D2DD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  <w:r w:rsidRPr="005D2DD1">
        <w:rPr>
          <w:lang w:val="ru-RU"/>
        </w:rPr>
        <w:br/>
      </w:r>
      <w:r w:rsidRPr="005D2DD1">
        <w:rPr>
          <w:rFonts w:ascii="Times New Roman" w:eastAsia="Times New Roman" w:hAnsi="Times New Roman"/>
          <w:color w:val="000000"/>
          <w:sz w:val="24"/>
          <w:lang w:val="ru-RU"/>
        </w:rPr>
        <w:t xml:space="preserve">Введите свой вариант: </w:t>
      </w:r>
      <w:r w:rsidRPr="005D2DD1">
        <w:rPr>
          <w:lang w:val="ru-RU"/>
        </w:rPr>
        <w:br/>
      </w:r>
      <w:r w:rsidRPr="005D2DD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  <w:r w:rsidRPr="005D2DD1">
        <w:rPr>
          <w:lang w:val="ru-RU"/>
        </w:rPr>
        <w:br/>
      </w:r>
      <w:r w:rsidRPr="005D2DD1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14:paraId="7C655000" w14:textId="77777777" w:rsidR="00BD0CD2" w:rsidRPr="005D2DD1" w:rsidRDefault="00BD0CD2" w:rsidP="005D2DD1">
      <w:pPr>
        <w:rPr>
          <w:lang w:val="ru-RU"/>
        </w:rPr>
        <w:sectPr w:rsidR="00BD0CD2" w:rsidRPr="005D2DD1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55BB1346" w14:textId="77777777" w:rsidR="00BD0CD2" w:rsidRPr="005D2DD1" w:rsidRDefault="00BD0CD2" w:rsidP="005D2DD1">
      <w:pPr>
        <w:autoSpaceDE w:val="0"/>
        <w:autoSpaceDN w:val="0"/>
        <w:spacing w:after="78" w:line="220" w:lineRule="exact"/>
        <w:rPr>
          <w:lang w:val="ru-RU"/>
        </w:rPr>
      </w:pPr>
    </w:p>
    <w:p w14:paraId="04DF4744" w14:textId="77777777" w:rsidR="00BD0CD2" w:rsidRPr="005D2DD1" w:rsidRDefault="0012464E" w:rsidP="005D2DD1">
      <w:pPr>
        <w:autoSpaceDE w:val="0"/>
        <w:autoSpaceDN w:val="0"/>
        <w:spacing w:after="0" w:line="379" w:lineRule="auto"/>
        <w:ind w:right="432"/>
        <w:rPr>
          <w:lang w:val="ru-RU"/>
        </w:rPr>
      </w:pPr>
      <w:r w:rsidRPr="005D2DD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5D2DD1">
        <w:rPr>
          <w:lang w:val="ru-RU"/>
        </w:rPr>
        <w:br/>
      </w:r>
      <w:r w:rsidRPr="005D2DD1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ЛАБОРАТОРНЫХ, ПРАКТИЧЕСКИХ РАБОТ, ДЕМОНСТРАЦИЙ</w:t>
      </w:r>
    </w:p>
    <w:p w14:paraId="04BD9F39" w14:textId="77777777" w:rsidR="00BD0CD2" w:rsidRPr="005D2DD1" w:rsidRDefault="00BD0CD2" w:rsidP="005D2DD1">
      <w:pPr>
        <w:rPr>
          <w:lang w:val="ru-RU"/>
        </w:rPr>
        <w:sectPr w:rsidR="00BD0CD2" w:rsidRPr="005D2DD1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799204ED" w14:textId="77777777" w:rsidR="0012464E" w:rsidRPr="005D2DD1" w:rsidRDefault="0012464E" w:rsidP="005D2DD1">
      <w:pPr>
        <w:rPr>
          <w:lang w:val="ru-RU"/>
        </w:rPr>
      </w:pPr>
    </w:p>
    <w:sectPr w:rsidR="0012464E" w:rsidRPr="005D2DD1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3ECF5" w14:textId="77777777" w:rsidR="00253105" w:rsidRDefault="00253105">
      <w:pPr>
        <w:spacing w:after="0" w:line="240" w:lineRule="auto"/>
      </w:pPr>
      <w:r>
        <w:separator/>
      </w:r>
    </w:p>
  </w:endnote>
  <w:endnote w:type="continuationSeparator" w:id="0">
    <w:p w14:paraId="10E69E82" w14:textId="77777777" w:rsidR="00253105" w:rsidRDefault="00253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">
    <w:altName w:val="Times New Roman"/>
    <w:panose1 w:val="02060603050605020204"/>
    <w:charset w:val="CC"/>
    <w:family w:val="roman"/>
    <w:pitch w:val="variable"/>
    <w:sig w:usb0="E50006FF" w:usb1="5200F9FB" w:usb2="0A04002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BF3F3" w14:textId="77777777" w:rsidR="00253105" w:rsidRDefault="00253105">
      <w:pPr>
        <w:spacing w:after="0" w:line="240" w:lineRule="auto"/>
      </w:pPr>
      <w:r>
        <w:separator/>
      </w:r>
    </w:p>
  </w:footnote>
  <w:footnote w:type="continuationSeparator" w:id="0">
    <w:p w14:paraId="0BC7F4EF" w14:textId="77777777" w:rsidR="00253105" w:rsidRDefault="002531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DAC2C" w14:textId="77777777" w:rsidR="008509BC" w:rsidRDefault="0012464E">
    <w:pPr>
      <w:tabs>
        <w:tab w:val="center" w:pos="490"/>
        <w:tab w:val="center" w:pos="2516"/>
        <w:tab w:val="center" w:pos="6660"/>
      </w:tabs>
      <w:spacing w:after="0" w:line="259" w:lineRule="auto"/>
    </w:pPr>
    <w:r>
      <w:rPr>
        <w:rFonts w:ascii="Calibri" w:eastAsia="Calibri" w:hAnsi="Calibri" w:cs="Calibri"/>
      </w:rPr>
      <w:tab/>
    </w:r>
    <w:r>
      <w:t>—</w:t>
    </w:r>
    <w:r>
      <w:rPr>
        <w:rFonts w:ascii="Arial" w:eastAsia="Arial" w:hAnsi="Arial" w:cs="Arial"/>
      </w:rPr>
      <w:t xml:space="preserve"> </w:t>
    </w:r>
    <w:r>
      <w:rPr>
        <w:rFonts w:ascii="Arial" w:eastAsia="Arial" w:hAnsi="Arial" w:cs="Arial"/>
      </w:rPr>
      <w:tab/>
    </w:r>
    <w:r>
      <w:t xml:space="preserve"> </w:t>
    </w:r>
    <w:r>
      <w:tab/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76D65" w14:textId="77777777" w:rsidR="008509BC" w:rsidRDefault="0012464E">
    <w:pPr>
      <w:tabs>
        <w:tab w:val="center" w:pos="490"/>
        <w:tab w:val="center" w:pos="2516"/>
        <w:tab w:val="center" w:pos="6660"/>
      </w:tabs>
      <w:spacing w:after="0" w:line="259" w:lineRule="auto"/>
    </w:pPr>
    <w:r>
      <w:rPr>
        <w:rFonts w:ascii="Calibri" w:eastAsia="Calibri" w:hAnsi="Calibri" w:cs="Calibri"/>
      </w:rPr>
      <w:tab/>
    </w:r>
    <w:r>
      <w:t>—</w:t>
    </w:r>
    <w:r>
      <w:rPr>
        <w:rFonts w:ascii="Arial" w:eastAsia="Arial" w:hAnsi="Arial" w:cs="Arial"/>
      </w:rPr>
      <w:t xml:space="preserve"> </w:t>
    </w:r>
    <w:r>
      <w:rPr>
        <w:rFonts w:ascii="Arial" w:eastAsia="Arial" w:hAnsi="Arial" w:cs="Arial"/>
      </w:rPr>
      <w:tab/>
    </w:r>
    <w:r>
      <w:t xml:space="preserve"> </w:t>
    </w:r>
    <w:r>
      <w:tab/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56485" w14:textId="77777777" w:rsidR="008509BC" w:rsidRDefault="0012464E">
    <w:pPr>
      <w:tabs>
        <w:tab w:val="center" w:pos="490"/>
        <w:tab w:val="center" w:pos="15552"/>
      </w:tabs>
      <w:spacing w:after="0" w:line="259" w:lineRule="auto"/>
    </w:pPr>
    <w:r>
      <w:rPr>
        <w:rFonts w:ascii="Calibri" w:eastAsia="Calibri" w:hAnsi="Calibri" w:cs="Calibri"/>
      </w:rPr>
      <w:tab/>
    </w:r>
    <w:r>
      <w:t>—</w:t>
    </w:r>
    <w:r>
      <w:rPr>
        <w:rFonts w:ascii="Arial" w:eastAsia="Arial" w:hAnsi="Arial" w:cs="Arial"/>
      </w:rPr>
      <w:t xml:space="preserve"> </w:t>
    </w:r>
    <w:r>
      <w:rPr>
        <w:rFonts w:ascii="Arial" w:eastAsia="Arial" w:hAnsi="Arial" w:cs="Arial"/>
      </w:rPr>
      <w:tab/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3206E99"/>
    <w:multiLevelType w:val="hybridMultilevel"/>
    <w:tmpl w:val="58123D10"/>
    <w:lvl w:ilvl="0" w:tplc="0B2ACDAE">
      <w:start w:val="1"/>
      <w:numFmt w:val="decimal"/>
      <w:lvlText w:val="%1."/>
      <w:lvlJc w:val="left"/>
      <w:pPr>
        <w:ind w:left="3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36A40B2">
      <w:start w:val="1"/>
      <w:numFmt w:val="lowerLetter"/>
      <w:lvlText w:val="%2"/>
      <w:lvlJc w:val="left"/>
      <w:pPr>
        <w:ind w:left="121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042B5F2">
      <w:start w:val="1"/>
      <w:numFmt w:val="lowerRoman"/>
      <w:lvlText w:val="%3"/>
      <w:lvlJc w:val="left"/>
      <w:pPr>
        <w:ind w:left="193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7F6EA62">
      <w:start w:val="1"/>
      <w:numFmt w:val="decimal"/>
      <w:lvlText w:val="%4"/>
      <w:lvlJc w:val="left"/>
      <w:pPr>
        <w:ind w:left="265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3EC0408">
      <w:start w:val="1"/>
      <w:numFmt w:val="lowerLetter"/>
      <w:lvlText w:val="%5"/>
      <w:lvlJc w:val="left"/>
      <w:pPr>
        <w:ind w:left="337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EB0F1DE">
      <w:start w:val="1"/>
      <w:numFmt w:val="lowerRoman"/>
      <w:lvlText w:val="%6"/>
      <w:lvlJc w:val="left"/>
      <w:pPr>
        <w:ind w:left="409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2D0C236">
      <w:start w:val="1"/>
      <w:numFmt w:val="decimal"/>
      <w:lvlText w:val="%7"/>
      <w:lvlJc w:val="left"/>
      <w:pPr>
        <w:ind w:left="481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E862526">
      <w:start w:val="1"/>
      <w:numFmt w:val="lowerLetter"/>
      <w:lvlText w:val="%8"/>
      <w:lvlJc w:val="left"/>
      <w:pPr>
        <w:ind w:left="553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612C4E6">
      <w:start w:val="1"/>
      <w:numFmt w:val="lowerRoman"/>
      <w:lvlText w:val="%9"/>
      <w:lvlJc w:val="left"/>
      <w:pPr>
        <w:ind w:left="625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3240BEE"/>
    <w:multiLevelType w:val="hybridMultilevel"/>
    <w:tmpl w:val="D4320C08"/>
    <w:lvl w:ilvl="0" w:tplc="D47670A0">
      <w:start w:val="1"/>
      <w:numFmt w:val="bullet"/>
      <w:lvlText w:val="•"/>
      <w:lvlJc w:val="left"/>
      <w:pPr>
        <w:ind w:left="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3601C12">
      <w:start w:val="1"/>
      <w:numFmt w:val="bullet"/>
      <w:lvlText w:val="o"/>
      <w:lvlJc w:val="left"/>
      <w:pPr>
        <w:ind w:left="18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C1A0110">
      <w:start w:val="1"/>
      <w:numFmt w:val="bullet"/>
      <w:lvlText w:val="▪"/>
      <w:lvlJc w:val="left"/>
      <w:pPr>
        <w:ind w:left="25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EE4BB6A">
      <w:start w:val="1"/>
      <w:numFmt w:val="bullet"/>
      <w:lvlText w:val="•"/>
      <w:lvlJc w:val="left"/>
      <w:pPr>
        <w:ind w:left="32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89E44B0">
      <w:start w:val="1"/>
      <w:numFmt w:val="bullet"/>
      <w:lvlText w:val="o"/>
      <w:lvlJc w:val="left"/>
      <w:pPr>
        <w:ind w:left="39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758FAB6">
      <w:start w:val="1"/>
      <w:numFmt w:val="bullet"/>
      <w:lvlText w:val="▪"/>
      <w:lvlJc w:val="left"/>
      <w:pPr>
        <w:ind w:left="46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ECE732A">
      <w:start w:val="1"/>
      <w:numFmt w:val="bullet"/>
      <w:lvlText w:val="•"/>
      <w:lvlJc w:val="left"/>
      <w:pPr>
        <w:ind w:left="54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9AAADDC">
      <w:start w:val="1"/>
      <w:numFmt w:val="bullet"/>
      <w:lvlText w:val="o"/>
      <w:lvlJc w:val="left"/>
      <w:pPr>
        <w:ind w:left="61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C2603BE">
      <w:start w:val="1"/>
      <w:numFmt w:val="bullet"/>
      <w:lvlText w:val="▪"/>
      <w:lvlJc w:val="left"/>
      <w:pPr>
        <w:ind w:left="68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CE77512"/>
    <w:multiLevelType w:val="hybridMultilevel"/>
    <w:tmpl w:val="05DE93F6"/>
    <w:lvl w:ilvl="0" w:tplc="E5FA2FFC">
      <w:start w:val="3"/>
      <w:numFmt w:val="decimal"/>
      <w:lvlText w:val="%1.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7053E0">
      <w:start w:val="1"/>
      <w:numFmt w:val="lowerLetter"/>
      <w:lvlText w:val="%2"/>
      <w:lvlJc w:val="left"/>
      <w:pPr>
        <w:ind w:left="1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A66280">
      <w:start w:val="1"/>
      <w:numFmt w:val="lowerRoman"/>
      <w:lvlText w:val="%3"/>
      <w:lvlJc w:val="left"/>
      <w:pPr>
        <w:ind w:left="1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1CE28C">
      <w:start w:val="1"/>
      <w:numFmt w:val="decimal"/>
      <w:lvlText w:val="%4"/>
      <w:lvlJc w:val="left"/>
      <w:pPr>
        <w:ind w:left="2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66D198">
      <w:start w:val="1"/>
      <w:numFmt w:val="lowerLetter"/>
      <w:lvlText w:val="%5"/>
      <w:lvlJc w:val="left"/>
      <w:pPr>
        <w:ind w:left="3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B20906">
      <w:start w:val="1"/>
      <w:numFmt w:val="lowerRoman"/>
      <w:lvlText w:val="%6"/>
      <w:lvlJc w:val="left"/>
      <w:pPr>
        <w:ind w:left="4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248044">
      <w:start w:val="1"/>
      <w:numFmt w:val="decimal"/>
      <w:lvlText w:val="%7"/>
      <w:lvlJc w:val="left"/>
      <w:pPr>
        <w:ind w:left="4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0A6300">
      <w:start w:val="1"/>
      <w:numFmt w:val="lowerLetter"/>
      <w:lvlText w:val="%8"/>
      <w:lvlJc w:val="left"/>
      <w:pPr>
        <w:ind w:left="5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66FB8A">
      <w:start w:val="1"/>
      <w:numFmt w:val="lowerRoman"/>
      <w:lvlText w:val="%9"/>
      <w:lvlJc w:val="left"/>
      <w:pPr>
        <w:ind w:left="6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2464E"/>
    <w:rsid w:val="0015074B"/>
    <w:rsid w:val="001C0564"/>
    <w:rsid w:val="00253105"/>
    <w:rsid w:val="0029639D"/>
    <w:rsid w:val="00326F90"/>
    <w:rsid w:val="00393FEC"/>
    <w:rsid w:val="005D2DD1"/>
    <w:rsid w:val="00AA1D8D"/>
    <w:rsid w:val="00B47730"/>
    <w:rsid w:val="00BD0CD2"/>
    <w:rsid w:val="00CB0664"/>
    <w:rsid w:val="00F4655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CB173D9"/>
  <w14:defaultImageDpi w14:val="300"/>
  <w15:docId w15:val="{9ECEC74F-4C61-498E-9132-F278E89C9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Grid">
    <w:name w:val="TableGrid"/>
    <w:rsid w:val="005D2DD1"/>
    <w:pPr>
      <w:spacing w:after="0" w:line="240" w:lineRule="auto"/>
    </w:pPr>
    <w:rPr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8">
    <w:name w:val="Hyperlink"/>
    <w:basedOn w:val="a2"/>
    <w:uiPriority w:val="99"/>
    <w:unhideWhenUsed/>
    <w:rsid w:val="005D2DD1"/>
    <w:rPr>
      <w:color w:val="0000FF" w:themeColor="hyperlink"/>
      <w:u w:val="single"/>
    </w:rPr>
  </w:style>
  <w:style w:type="paragraph" w:styleId="aff9">
    <w:name w:val="Balloon Text"/>
    <w:basedOn w:val="a1"/>
    <w:link w:val="affa"/>
    <w:uiPriority w:val="99"/>
    <w:semiHidden/>
    <w:unhideWhenUsed/>
    <w:rsid w:val="00393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a">
    <w:name w:val="Текст выноски Знак"/>
    <w:basedOn w:val="a2"/>
    <w:link w:val="aff9"/>
    <w:uiPriority w:val="99"/>
    <w:semiHidden/>
    <w:rsid w:val="00393F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0.png"/><Relationship Id="rId21" Type="http://schemas.openxmlformats.org/officeDocument/2006/relationships/hyperlink" Target="http://nsc/" TargetMode="External"/><Relationship Id="rId42" Type="http://schemas.openxmlformats.org/officeDocument/2006/relationships/hyperlink" Target="http://nsportal.ru/nachalnaya" TargetMode="External"/><Relationship Id="rId63" Type="http://schemas.openxmlformats.org/officeDocument/2006/relationships/hyperlink" Target="http://school-collection.edu.ru/" TargetMode="External"/><Relationship Id="rId84" Type="http://schemas.openxmlformats.org/officeDocument/2006/relationships/hyperlink" Target="http://school-collection.edu.ru/" TargetMode="External"/><Relationship Id="rId138" Type="http://schemas.openxmlformats.org/officeDocument/2006/relationships/hyperlink" Target="http://school-collection.edu.ru/" TargetMode="External"/><Relationship Id="rId159" Type="http://schemas.openxmlformats.org/officeDocument/2006/relationships/hyperlink" Target="http://dic.academic.ru/" TargetMode="External"/><Relationship Id="rId170" Type="http://schemas.openxmlformats.org/officeDocument/2006/relationships/hyperlink" Target="http://www.glossary.ru/" TargetMode="External"/><Relationship Id="rId191" Type="http://schemas.openxmlformats.org/officeDocument/2006/relationships/hyperlink" Target="http://musabiqe.edu.az/" TargetMode="External"/><Relationship Id="rId205" Type="http://schemas.openxmlformats.org/officeDocument/2006/relationships/hyperlink" Target="http://school-collection.edu.ru/" TargetMode="External"/><Relationship Id="rId226" Type="http://schemas.openxmlformats.org/officeDocument/2006/relationships/hyperlink" Target="http://school-collection.edu.ru/" TargetMode="External"/><Relationship Id="rId107" Type="http://schemas.openxmlformats.org/officeDocument/2006/relationships/hyperlink" Target="http://school-collection.edu.ru/" TargetMode="External"/><Relationship Id="rId11" Type="http://schemas.openxmlformats.org/officeDocument/2006/relationships/header" Target="header2.xml"/><Relationship Id="rId32" Type="http://schemas.openxmlformats.org/officeDocument/2006/relationships/hyperlink" Target="http://nachalka.com/" TargetMode="External"/><Relationship Id="rId53" Type="http://schemas.openxmlformats.org/officeDocument/2006/relationships/hyperlink" Target="http://nsc/" TargetMode="External"/><Relationship Id="rId74" Type="http://schemas.openxmlformats.org/officeDocument/2006/relationships/hyperlink" Target="http://school-collection.edu.ru/" TargetMode="External"/><Relationship Id="rId128" Type="http://schemas.openxmlformats.org/officeDocument/2006/relationships/hyperlink" Target="http://school-collection.edu.ru/" TargetMode="External"/><Relationship Id="rId149" Type="http://schemas.openxmlformats.org/officeDocument/2006/relationships/hyperlink" Target="http://school-co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school-collection.edu.ru/" TargetMode="External"/><Relationship Id="rId160" Type="http://schemas.openxmlformats.org/officeDocument/2006/relationships/hyperlink" Target="http://dic.academic.ru/" TargetMode="External"/><Relationship Id="rId181" Type="http://schemas.openxmlformats.org/officeDocument/2006/relationships/hyperlink" Target="http://school-collection.edu.ru/" TargetMode="External"/><Relationship Id="rId216" Type="http://schemas.openxmlformats.org/officeDocument/2006/relationships/hyperlink" Target="http://school-collection.edu.ru/" TargetMode="External"/><Relationship Id="rId22" Type="http://schemas.openxmlformats.org/officeDocument/2006/relationships/hyperlink" Target="http://nsc/" TargetMode="External"/><Relationship Id="rId43" Type="http://schemas.openxmlformats.org/officeDocument/2006/relationships/hyperlink" Target="http://f/" TargetMode="External"/><Relationship Id="rId64" Type="http://schemas.openxmlformats.org/officeDocument/2006/relationships/hyperlink" Target="http://school-collection.edu.ru/" TargetMode="External"/><Relationship Id="rId118" Type="http://schemas.openxmlformats.org/officeDocument/2006/relationships/hyperlink" Target="http://school-collection.edu.ru/" TargetMode="External"/><Relationship Id="rId139" Type="http://schemas.openxmlformats.org/officeDocument/2006/relationships/hyperlink" Target="http://school-collection.edu.ru/" TargetMode="External"/><Relationship Id="rId85" Type="http://schemas.openxmlformats.org/officeDocument/2006/relationships/hyperlink" Target="http://school-collection.edu.ru/" TargetMode="External"/><Relationship Id="rId150" Type="http://schemas.openxmlformats.org/officeDocument/2006/relationships/hyperlink" Target="http://school-co/" TargetMode="External"/><Relationship Id="rId171" Type="http://schemas.openxmlformats.org/officeDocument/2006/relationships/hyperlink" Target="http://vidahl.agava.ru/" TargetMode="External"/><Relationship Id="rId192" Type="http://schemas.openxmlformats.org/officeDocument/2006/relationships/image" Target="media/image23.png"/><Relationship Id="rId206" Type="http://schemas.openxmlformats.org/officeDocument/2006/relationships/hyperlink" Target="http://school-collection.edu.ru/" TargetMode="External"/><Relationship Id="rId227" Type="http://schemas.openxmlformats.org/officeDocument/2006/relationships/hyperlink" Target="http://school-collection.edu.ru/" TargetMode="External"/><Relationship Id="rId12" Type="http://schemas.openxmlformats.org/officeDocument/2006/relationships/header" Target="header3.xml"/><Relationship Id="rId33" Type="http://schemas.openxmlformats.org/officeDocument/2006/relationships/hyperlink" Target="http://rusedu.net/" TargetMode="External"/><Relationship Id="rId108" Type="http://schemas.openxmlformats.org/officeDocument/2006/relationships/hyperlink" Target="http://school-collection.edu.ru/" TargetMode="External"/><Relationship Id="rId129" Type="http://schemas.openxmlformats.org/officeDocument/2006/relationships/hyperlink" Target="http://school-collection.edu.ru/" TargetMode="External"/><Relationship Id="rId54" Type="http://schemas.openxmlformats.org/officeDocument/2006/relationships/image" Target="media/image13.png"/><Relationship Id="rId75" Type="http://schemas.openxmlformats.org/officeDocument/2006/relationships/hyperlink" Target="http://school-collection.edu.ru/" TargetMode="External"/><Relationship Id="rId96" Type="http://schemas.openxmlformats.org/officeDocument/2006/relationships/hyperlink" Target="http://school-collection.edu.ru/" TargetMode="External"/><Relationship Id="rId140" Type="http://schemas.openxmlformats.org/officeDocument/2006/relationships/hyperlink" Target="http://school-collection.edu.ru/" TargetMode="External"/><Relationship Id="rId161" Type="http://schemas.openxmlformats.org/officeDocument/2006/relationships/hyperlink" Target="http://dic.academic.ru/" TargetMode="External"/><Relationship Id="rId182" Type="http://schemas.openxmlformats.org/officeDocument/2006/relationships/hyperlink" Target="http://school-collection.edu.ru/" TargetMode="External"/><Relationship Id="rId217" Type="http://schemas.openxmlformats.org/officeDocument/2006/relationships/hyperlink" Target="http://school-collection.edu.ru/" TargetMode="External"/><Relationship Id="rId6" Type="http://schemas.openxmlformats.org/officeDocument/2006/relationships/footnotes" Target="footnotes.xml"/><Relationship Id="rId23" Type="http://schemas.openxmlformats.org/officeDocument/2006/relationships/hyperlink" Target="http://nsportal.ru/nachalnaya" TargetMode="External"/><Relationship Id="rId119" Type="http://schemas.openxmlformats.org/officeDocument/2006/relationships/hyperlink" Target="http://school-collection.edu.ru/" TargetMode="External"/><Relationship Id="rId44" Type="http://schemas.openxmlformats.org/officeDocument/2006/relationships/hyperlink" Target="http://f/" TargetMode="External"/><Relationship Id="rId65" Type="http://schemas.openxmlformats.org/officeDocument/2006/relationships/hyperlink" Target="http://school-collection.edu.ru/" TargetMode="External"/><Relationship Id="rId86" Type="http://schemas.openxmlformats.org/officeDocument/2006/relationships/hyperlink" Target="http://school-collection.edu.ru/" TargetMode="External"/><Relationship Id="rId130" Type="http://schemas.openxmlformats.org/officeDocument/2006/relationships/hyperlink" Target="http://school-collection.edu.ru/" TargetMode="External"/><Relationship Id="rId151" Type="http://schemas.openxmlformats.org/officeDocument/2006/relationships/hyperlink" Target="http://school-co/" TargetMode="External"/><Relationship Id="rId172" Type="http://schemas.openxmlformats.org/officeDocument/2006/relationships/hyperlink" Target="http://vidahl.agava.ru/" TargetMode="External"/><Relationship Id="rId193" Type="http://schemas.openxmlformats.org/officeDocument/2006/relationships/hyperlink" Target="http://musabiqe.edu.az/" TargetMode="External"/><Relationship Id="rId207" Type="http://schemas.openxmlformats.org/officeDocument/2006/relationships/hyperlink" Target="http://school-collection.edu.ru/" TargetMode="External"/><Relationship Id="rId228" Type="http://schemas.openxmlformats.org/officeDocument/2006/relationships/hyperlink" Target="http://school-collection.edu.ru/" TargetMode="External"/><Relationship Id="rId13" Type="http://schemas.openxmlformats.org/officeDocument/2006/relationships/image" Target="media/image3.png"/><Relationship Id="rId109" Type="http://schemas.openxmlformats.org/officeDocument/2006/relationships/hyperlink" Target="http://school-collection.edu.ru/" TargetMode="External"/><Relationship Id="rId34" Type="http://schemas.openxmlformats.org/officeDocument/2006/relationships/hyperlink" Target="http://nachalka.com/" TargetMode="External"/><Relationship Id="rId55" Type="http://schemas.openxmlformats.org/officeDocument/2006/relationships/image" Target="media/image14.png"/><Relationship Id="rId76" Type="http://schemas.openxmlformats.org/officeDocument/2006/relationships/hyperlink" Target="http://school-collection.edu.ru/" TargetMode="External"/><Relationship Id="rId97" Type="http://schemas.openxmlformats.org/officeDocument/2006/relationships/hyperlink" Target="http://school-collection.edu.ru/" TargetMode="External"/><Relationship Id="rId120" Type="http://schemas.openxmlformats.org/officeDocument/2006/relationships/hyperlink" Target="http://school-collection.edu.ru/" TargetMode="External"/><Relationship Id="rId141" Type="http://schemas.openxmlformats.org/officeDocument/2006/relationships/hyperlink" Target="http://school-collection.edu.ru/" TargetMode="External"/><Relationship Id="rId7" Type="http://schemas.openxmlformats.org/officeDocument/2006/relationships/endnotes" Target="endnotes.xml"/><Relationship Id="rId162" Type="http://schemas.openxmlformats.org/officeDocument/2006/relationships/hyperlink" Target="http://dic.academic.ru/" TargetMode="External"/><Relationship Id="rId183" Type="http://schemas.openxmlformats.org/officeDocument/2006/relationships/hyperlink" Target="http://school-collection.edu.ru/" TargetMode="External"/><Relationship Id="rId218" Type="http://schemas.openxmlformats.org/officeDocument/2006/relationships/hyperlink" Target="http://school-collection.edu.ru/" TargetMode="External"/><Relationship Id="rId24" Type="http://schemas.openxmlformats.org/officeDocument/2006/relationships/hyperlink" Target="http://nsportal.ru/nachalnaya" TargetMode="External"/><Relationship Id="rId45" Type="http://schemas.openxmlformats.org/officeDocument/2006/relationships/hyperlink" Target="http://f/" TargetMode="External"/><Relationship Id="rId66" Type="http://schemas.openxmlformats.org/officeDocument/2006/relationships/hyperlink" Target="http://school-collection.edu.ru/" TargetMode="External"/><Relationship Id="rId87" Type="http://schemas.openxmlformats.org/officeDocument/2006/relationships/hyperlink" Target="http://school-collection.edu.ru/" TargetMode="External"/><Relationship Id="rId110" Type="http://schemas.openxmlformats.org/officeDocument/2006/relationships/hyperlink" Target="http://school-collection.edu.ru/" TargetMode="External"/><Relationship Id="rId131" Type="http://schemas.openxmlformats.org/officeDocument/2006/relationships/hyperlink" Target="http://school-collection.edu.ru/" TargetMode="External"/><Relationship Id="rId152" Type="http://schemas.openxmlformats.org/officeDocument/2006/relationships/hyperlink" Target="http://school-co/" TargetMode="External"/><Relationship Id="rId173" Type="http://schemas.openxmlformats.org/officeDocument/2006/relationships/hyperlink" Target="http://vidahl.agava.ru/" TargetMode="External"/><Relationship Id="rId194" Type="http://schemas.openxmlformats.org/officeDocument/2006/relationships/hyperlink" Target="http://musabiqe.edu.az/" TargetMode="External"/><Relationship Id="rId208" Type="http://schemas.openxmlformats.org/officeDocument/2006/relationships/hyperlink" Target="http://school-collection.edu.ru/" TargetMode="External"/><Relationship Id="rId229" Type="http://schemas.openxmlformats.org/officeDocument/2006/relationships/hyperlink" Target="http://school-collection.edu.ru/" TargetMode="External"/><Relationship Id="rId14" Type="http://schemas.openxmlformats.org/officeDocument/2006/relationships/image" Target="media/image4.png"/><Relationship Id="rId35" Type="http://schemas.openxmlformats.org/officeDocument/2006/relationships/hyperlink" Target="http://nachalka.com/" TargetMode="External"/><Relationship Id="rId56" Type="http://schemas.openxmlformats.org/officeDocument/2006/relationships/image" Target="media/image15.png"/><Relationship Id="rId77" Type="http://schemas.openxmlformats.org/officeDocument/2006/relationships/hyperlink" Target="http://school-collection.edu.ru/" TargetMode="External"/><Relationship Id="rId100" Type="http://schemas.openxmlformats.org/officeDocument/2006/relationships/hyperlink" Target="http://school-collection.edu.ru/" TargetMode="External"/><Relationship Id="rId8" Type="http://schemas.openxmlformats.org/officeDocument/2006/relationships/image" Target="media/image1.jpeg"/><Relationship Id="rId98" Type="http://schemas.openxmlformats.org/officeDocument/2006/relationships/hyperlink" Target="http://school-collection.edu.ru/" TargetMode="External"/><Relationship Id="rId121" Type="http://schemas.openxmlformats.org/officeDocument/2006/relationships/hyperlink" Target="http://school-collection.edu.ru/" TargetMode="External"/><Relationship Id="rId142" Type="http://schemas.openxmlformats.org/officeDocument/2006/relationships/hyperlink" Target="http://school-collection.edu.ru/" TargetMode="External"/><Relationship Id="rId163" Type="http://schemas.openxmlformats.org/officeDocument/2006/relationships/hyperlink" Target="http://slovari.gramota.ru/" TargetMode="External"/><Relationship Id="rId184" Type="http://schemas.openxmlformats.org/officeDocument/2006/relationships/hyperlink" Target="http://school-collection.edu.ru/" TargetMode="External"/><Relationship Id="rId219" Type="http://schemas.openxmlformats.org/officeDocument/2006/relationships/image" Target="media/image28.png"/><Relationship Id="rId230" Type="http://schemas.openxmlformats.org/officeDocument/2006/relationships/hyperlink" Target="http://school-collection.edu.ru/" TargetMode="External"/><Relationship Id="rId25" Type="http://schemas.openxmlformats.org/officeDocument/2006/relationships/hyperlink" Target="http://nsportal.ru/nachalnaya" TargetMode="External"/><Relationship Id="rId46" Type="http://schemas.openxmlformats.org/officeDocument/2006/relationships/hyperlink" Target="http://f/" TargetMode="External"/><Relationship Id="rId67" Type="http://schemas.openxmlformats.org/officeDocument/2006/relationships/hyperlink" Target="http://school-collection.edu.ru/" TargetMode="External"/><Relationship Id="rId20" Type="http://schemas.openxmlformats.org/officeDocument/2006/relationships/hyperlink" Target="http://nsc/" TargetMode="External"/><Relationship Id="rId41" Type="http://schemas.openxmlformats.org/officeDocument/2006/relationships/hyperlink" Target="http://nsportal.ru/nachalnaya" TargetMode="External"/><Relationship Id="rId62" Type="http://schemas.openxmlformats.org/officeDocument/2006/relationships/hyperlink" Target="http://school-collection.edu.ru/" TargetMode="External"/><Relationship Id="rId83" Type="http://schemas.openxmlformats.org/officeDocument/2006/relationships/hyperlink" Target="http://school-collection.edu.ru/" TargetMode="External"/><Relationship Id="rId88" Type="http://schemas.openxmlformats.org/officeDocument/2006/relationships/hyperlink" Target="http://school-collection.edu.ru/" TargetMode="External"/><Relationship Id="rId111" Type="http://schemas.openxmlformats.org/officeDocument/2006/relationships/hyperlink" Target="http://school-collection.edu.ru/" TargetMode="External"/><Relationship Id="rId132" Type="http://schemas.openxmlformats.org/officeDocument/2006/relationships/hyperlink" Target="http://school-collection.edu.ru/" TargetMode="External"/><Relationship Id="rId153" Type="http://schemas.openxmlformats.org/officeDocument/2006/relationships/hyperlink" Target="http://school-co/" TargetMode="External"/><Relationship Id="rId174" Type="http://schemas.openxmlformats.org/officeDocument/2006/relationships/image" Target="media/image21.png"/><Relationship Id="rId179" Type="http://schemas.openxmlformats.org/officeDocument/2006/relationships/hyperlink" Target="http://school-collection.edu.ru/" TargetMode="External"/><Relationship Id="rId195" Type="http://schemas.openxmlformats.org/officeDocument/2006/relationships/image" Target="media/image24.png"/><Relationship Id="rId209" Type="http://schemas.openxmlformats.org/officeDocument/2006/relationships/hyperlink" Target="http://school-collection.edu.ru/" TargetMode="External"/><Relationship Id="rId190" Type="http://schemas.openxmlformats.org/officeDocument/2006/relationships/hyperlink" Target="http://musabiqe.edu.az/" TargetMode="External"/><Relationship Id="rId204" Type="http://schemas.openxmlformats.org/officeDocument/2006/relationships/image" Target="media/image27.png"/><Relationship Id="rId220" Type="http://schemas.openxmlformats.org/officeDocument/2006/relationships/hyperlink" Target="http://school-collection.edu.ru/" TargetMode="External"/><Relationship Id="rId225" Type="http://schemas.openxmlformats.org/officeDocument/2006/relationships/hyperlink" Target="http://school-collection.edu.ru/" TargetMode="External"/><Relationship Id="rId15" Type="http://schemas.openxmlformats.org/officeDocument/2006/relationships/image" Target="media/image5.png"/><Relationship Id="rId36" Type="http://schemas.openxmlformats.org/officeDocument/2006/relationships/hyperlink" Target="http://rusedu.net/" TargetMode="External"/><Relationship Id="rId57" Type="http://schemas.openxmlformats.org/officeDocument/2006/relationships/image" Target="media/image16.png"/><Relationship Id="rId106" Type="http://schemas.openxmlformats.org/officeDocument/2006/relationships/hyperlink" Target="http://school-collection.edu.ru/" TargetMode="External"/><Relationship Id="rId127" Type="http://schemas.openxmlformats.org/officeDocument/2006/relationships/hyperlink" Target="http://school-collection.edu.ru/" TargetMode="External"/><Relationship Id="rId10" Type="http://schemas.openxmlformats.org/officeDocument/2006/relationships/header" Target="header1.xml"/><Relationship Id="rId31" Type="http://schemas.openxmlformats.org/officeDocument/2006/relationships/hyperlink" Target="http://f/" TargetMode="External"/><Relationship Id="rId52" Type="http://schemas.openxmlformats.org/officeDocument/2006/relationships/hyperlink" Target="http://nsc.1september.ru/uro" TargetMode="External"/><Relationship Id="rId73" Type="http://schemas.openxmlformats.org/officeDocument/2006/relationships/hyperlink" Target="http://school-collection.edu.ru/" TargetMode="External"/><Relationship Id="rId78" Type="http://schemas.openxmlformats.org/officeDocument/2006/relationships/hyperlink" Target="http://school-collection.edu.ru/" TargetMode="External"/><Relationship Id="rId94" Type="http://schemas.openxmlformats.org/officeDocument/2006/relationships/hyperlink" Target="http://school-collection.edu.ru/" TargetMode="External"/><Relationship Id="rId99" Type="http://schemas.openxmlformats.org/officeDocument/2006/relationships/hyperlink" Target="http://school-collection.edu.ru/" TargetMode="External"/><Relationship Id="rId101" Type="http://schemas.openxmlformats.org/officeDocument/2006/relationships/hyperlink" Target="http://school-collection.edu.ru/" TargetMode="External"/><Relationship Id="rId122" Type="http://schemas.openxmlformats.org/officeDocument/2006/relationships/hyperlink" Target="http://school-collection.edu.ru/" TargetMode="External"/><Relationship Id="rId143" Type="http://schemas.openxmlformats.org/officeDocument/2006/relationships/hyperlink" Target="http://school-collection.edu.ru/" TargetMode="External"/><Relationship Id="rId148" Type="http://schemas.openxmlformats.org/officeDocument/2006/relationships/hyperlink" Target="http://school-co/" TargetMode="External"/><Relationship Id="rId164" Type="http://schemas.openxmlformats.org/officeDocument/2006/relationships/hyperlink" Target="http://slovari.gramota.ru/" TargetMode="External"/><Relationship Id="rId169" Type="http://schemas.openxmlformats.org/officeDocument/2006/relationships/hyperlink" Target="http://www.glossary.ru/" TargetMode="External"/><Relationship Id="rId185" Type="http://schemas.openxmlformats.org/officeDocument/2006/relationships/hyperlink" Target="http://school-collection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hyperlink" Target="http://school-collection.edu.ru/" TargetMode="External"/><Relationship Id="rId210" Type="http://schemas.openxmlformats.org/officeDocument/2006/relationships/hyperlink" Target="http://school-collection.edu.ru/" TargetMode="External"/><Relationship Id="rId215" Type="http://schemas.openxmlformats.org/officeDocument/2006/relationships/hyperlink" Target="http://school-collection.edu.ru/" TargetMode="External"/><Relationship Id="rId26" Type="http://schemas.openxmlformats.org/officeDocument/2006/relationships/hyperlink" Target="http://nsportal.ru/nachalnaya" TargetMode="External"/><Relationship Id="rId231" Type="http://schemas.openxmlformats.org/officeDocument/2006/relationships/hyperlink" Target="http://school-collection.edu.ru/" TargetMode="External"/><Relationship Id="rId47" Type="http://schemas.openxmlformats.org/officeDocument/2006/relationships/hyperlink" Target="http://f/" TargetMode="External"/><Relationship Id="rId68" Type="http://schemas.openxmlformats.org/officeDocument/2006/relationships/hyperlink" Target="http://school-collection.edu.ru/" TargetMode="External"/><Relationship Id="rId89" Type="http://schemas.openxmlformats.org/officeDocument/2006/relationships/hyperlink" Target="http://school-collection.edu.ru/" TargetMode="External"/><Relationship Id="rId112" Type="http://schemas.openxmlformats.org/officeDocument/2006/relationships/hyperlink" Target="http://school-collection.edu.ru/" TargetMode="External"/><Relationship Id="rId133" Type="http://schemas.openxmlformats.org/officeDocument/2006/relationships/hyperlink" Target="http://school-collection.edu.ru/" TargetMode="External"/><Relationship Id="rId154" Type="http://schemas.openxmlformats.org/officeDocument/2006/relationships/hyperlink" Target="http://school-co/" TargetMode="External"/><Relationship Id="rId175" Type="http://schemas.openxmlformats.org/officeDocument/2006/relationships/hyperlink" Target="http://school-collection.edu.ru/" TargetMode="External"/><Relationship Id="rId196" Type="http://schemas.openxmlformats.org/officeDocument/2006/relationships/hyperlink" Target="http://musabiqe.edu.az/" TargetMode="External"/><Relationship Id="rId200" Type="http://schemas.openxmlformats.org/officeDocument/2006/relationships/hyperlink" Target="http://musabiqe.edu.az/" TargetMode="External"/><Relationship Id="rId16" Type="http://schemas.openxmlformats.org/officeDocument/2006/relationships/image" Target="media/image6.png"/><Relationship Id="rId221" Type="http://schemas.openxmlformats.org/officeDocument/2006/relationships/hyperlink" Target="http://school-collection.edu.ru/" TargetMode="External"/><Relationship Id="rId37" Type="http://schemas.openxmlformats.org/officeDocument/2006/relationships/hyperlink" Target="http://www.uchportal.ru/" TargetMode="External"/><Relationship Id="rId58" Type="http://schemas.openxmlformats.org/officeDocument/2006/relationships/image" Target="media/image17.png"/><Relationship Id="rId79" Type="http://schemas.openxmlformats.org/officeDocument/2006/relationships/hyperlink" Target="http://school-collection.edu.ru/" TargetMode="External"/><Relationship Id="rId102" Type="http://schemas.openxmlformats.org/officeDocument/2006/relationships/image" Target="media/image19.png"/><Relationship Id="rId123" Type="http://schemas.openxmlformats.org/officeDocument/2006/relationships/hyperlink" Target="http://school-collection.edu.ru/" TargetMode="External"/><Relationship Id="rId144" Type="http://schemas.openxmlformats.org/officeDocument/2006/relationships/hyperlink" Target="http://school-collection.edu.ru/" TargetMode="External"/><Relationship Id="rId90" Type="http://schemas.openxmlformats.org/officeDocument/2006/relationships/hyperlink" Target="http://school-collection.edu.ru/" TargetMode="External"/><Relationship Id="rId165" Type="http://schemas.openxmlformats.org/officeDocument/2006/relationships/hyperlink" Target="http://slovari.gramota.ru/" TargetMode="External"/><Relationship Id="rId186" Type="http://schemas.openxmlformats.org/officeDocument/2006/relationships/hyperlink" Target="http://school-collection.edu.ru/" TargetMode="External"/><Relationship Id="rId211" Type="http://schemas.openxmlformats.org/officeDocument/2006/relationships/hyperlink" Target="http://school-collection.edu.ru/" TargetMode="External"/><Relationship Id="rId232" Type="http://schemas.openxmlformats.org/officeDocument/2006/relationships/hyperlink" Target="http://school-collection.edu.ru/" TargetMode="External"/><Relationship Id="rId27" Type="http://schemas.openxmlformats.org/officeDocument/2006/relationships/hyperlink" Target="http://f/" TargetMode="External"/><Relationship Id="rId48" Type="http://schemas.openxmlformats.org/officeDocument/2006/relationships/image" Target="media/image10.png"/><Relationship Id="rId69" Type="http://schemas.openxmlformats.org/officeDocument/2006/relationships/hyperlink" Target="http://school-collection.edu.ru/" TargetMode="External"/><Relationship Id="rId113" Type="http://schemas.openxmlformats.org/officeDocument/2006/relationships/hyperlink" Target="http://school-collection.edu.ru/" TargetMode="External"/><Relationship Id="rId134" Type="http://schemas.openxmlformats.org/officeDocument/2006/relationships/hyperlink" Target="http://school-collection.edu.ru/" TargetMode="External"/><Relationship Id="rId80" Type="http://schemas.openxmlformats.org/officeDocument/2006/relationships/hyperlink" Target="http://school-collection.edu.ru/" TargetMode="External"/><Relationship Id="rId155" Type="http://schemas.openxmlformats.org/officeDocument/2006/relationships/hyperlink" Target="http://www.slovari.ru/" TargetMode="External"/><Relationship Id="rId176" Type="http://schemas.openxmlformats.org/officeDocument/2006/relationships/hyperlink" Target="http://school-collection.edu.ru/" TargetMode="External"/><Relationship Id="rId197" Type="http://schemas.openxmlformats.org/officeDocument/2006/relationships/hyperlink" Target="http://musabiqe.edu.az/" TargetMode="External"/><Relationship Id="rId201" Type="http://schemas.openxmlformats.org/officeDocument/2006/relationships/image" Target="media/image26.png"/><Relationship Id="rId222" Type="http://schemas.openxmlformats.org/officeDocument/2006/relationships/hyperlink" Target="http://school-collection.edu.ru/" TargetMode="External"/><Relationship Id="rId17" Type="http://schemas.openxmlformats.org/officeDocument/2006/relationships/hyperlink" Target="http://nsc.1september.ru/uro" TargetMode="External"/><Relationship Id="rId38" Type="http://schemas.openxmlformats.org/officeDocument/2006/relationships/hyperlink" Target="http://www.uchportal.ru/" TargetMode="External"/><Relationship Id="rId59" Type="http://schemas.openxmlformats.org/officeDocument/2006/relationships/image" Target="media/image18.png"/><Relationship Id="rId103" Type="http://schemas.openxmlformats.org/officeDocument/2006/relationships/hyperlink" Target="http://school-collection.edu.ru/" TargetMode="External"/><Relationship Id="rId124" Type="http://schemas.openxmlformats.org/officeDocument/2006/relationships/hyperlink" Target="http://school-collection.edu.ru/" TargetMode="External"/><Relationship Id="rId70" Type="http://schemas.openxmlformats.org/officeDocument/2006/relationships/hyperlink" Target="http://school-collection.edu.ru/" TargetMode="External"/><Relationship Id="rId91" Type="http://schemas.openxmlformats.org/officeDocument/2006/relationships/hyperlink" Target="http://school-collection.edu.ru/" TargetMode="External"/><Relationship Id="rId145" Type="http://schemas.openxmlformats.org/officeDocument/2006/relationships/hyperlink" Target="http://school-collection.edu.ru/" TargetMode="External"/><Relationship Id="rId166" Type="http://schemas.openxmlformats.org/officeDocument/2006/relationships/hyperlink" Target="http://slovari.gramota.ru/" TargetMode="External"/><Relationship Id="rId187" Type="http://schemas.openxmlformats.org/officeDocument/2006/relationships/hyperlink" Target="http://school-collection.edu.ru/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school-collection.edu.ru/" TargetMode="External"/><Relationship Id="rId233" Type="http://schemas.openxmlformats.org/officeDocument/2006/relationships/hyperlink" Target="http://school-collection.edu.ru/" TargetMode="External"/><Relationship Id="rId28" Type="http://schemas.openxmlformats.org/officeDocument/2006/relationships/hyperlink" Target="http://f/" TargetMode="External"/><Relationship Id="rId49" Type="http://schemas.openxmlformats.org/officeDocument/2006/relationships/image" Target="media/image11.png"/><Relationship Id="rId114" Type="http://schemas.openxmlformats.org/officeDocument/2006/relationships/hyperlink" Target="http://school-collection.edu.ru/" TargetMode="External"/><Relationship Id="rId60" Type="http://schemas.openxmlformats.org/officeDocument/2006/relationships/hyperlink" Target="http://school-collection.edu.ru/" TargetMode="External"/><Relationship Id="rId81" Type="http://schemas.openxmlformats.org/officeDocument/2006/relationships/hyperlink" Target="http://school-collection.edu.ru/" TargetMode="External"/><Relationship Id="rId135" Type="http://schemas.openxmlformats.org/officeDocument/2006/relationships/hyperlink" Target="http://school-collection.edu.ru/" TargetMode="External"/><Relationship Id="rId156" Type="http://schemas.openxmlformats.org/officeDocument/2006/relationships/hyperlink" Target="http://www.slovari.ru/" TargetMode="External"/><Relationship Id="rId177" Type="http://schemas.openxmlformats.org/officeDocument/2006/relationships/hyperlink" Target="http://school-collection.edu.ru/" TargetMode="External"/><Relationship Id="rId198" Type="http://schemas.openxmlformats.org/officeDocument/2006/relationships/image" Target="media/image25.png"/><Relationship Id="rId202" Type="http://schemas.openxmlformats.org/officeDocument/2006/relationships/hyperlink" Target="http://musabiqe.edu.az/" TargetMode="External"/><Relationship Id="rId223" Type="http://schemas.openxmlformats.org/officeDocument/2006/relationships/hyperlink" Target="http://school-collection.edu.ru/" TargetMode="External"/><Relationship Id="rId18" Type="http://schemas.openxmlformats.org/officeDocument/2006/relationships/hyperlink" Target="http://nsc.1september.ru/uro" TargetMode="External"/><Relationship Id="rId39" Type="http://schemas.openxmlformats.org/officeDocument/2006/relationships/image" Target="media/image8.png"/><Relationship Id="rId50" Type="http://schemas.openxmlformats.org/officeDocument/2006/relationships/image" Target="media/image12.png"/><Relationship Id="rId104" Type="http://schemas.openxmlformats.org/officeDocument/2006/relationships/hyperlink" Target="http://school-collection.edu.ru/" TargetMode="External"/><Relationship Id="rId125" Type="http://schemas.openxmlformats.org/officeDocument/2006/relationships/hyperlink" Target="http://school-collection.edu.ru/" TargetMode="External"/><Relationship Id="rId146" Type="http://schemas.openxmlformats.org/officeDocument/2006/relationships/hyperlink" Target="http://school-co/" TargetMode="External"/><Relationship Id="rId167" Type="http://schemas.openxmlformats.org/officeDocument/2006/relationships/hyperlink" Target="http://www.glossary.ru/" TargetMode="External"/><Relationship Id="rId188" Type="http://schemas.openxmlformats.org/officeDocument/2006/relationships/hyperlink" Target="http://school-collection.edu.ru/" TargetMode="External"/><Relationship Id="rId71" Type="http://schemas.openxmlformats.org/officeDocument/2006/relationships/hyperlink" Target="http://school-collection.edu.ru/" TargetMode="External"/><Relationship Id="rId92" Type="http://schemas.openxmlformats.org/officeDocument/2006/relationships/hyperlink" Target="http://school-collection.edu.ru/" TargetMode="External"/><Relationship Id="rId213" Type="http://schemas.openxmlformats.org/officeDocument/2006/relationships/hyperlink" Target="http://school-collection.edu.ru/" TargetMode="External"/><Relationship Id="rId234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hyperlink" Target="http://f/" TargetMode="External"/><Relationship Id="rId40" Type="http://schemas.openxmlformats.org/officeDocument/2006/relationships/image" Target="media/image9.png"/><Relationship Id="rId115" Type="http://schemas.openxmlformats.org/officeDocument/2006/relationships/hyperlink" Target="http://school-collection.edu.ru/" TargetMode="External"/><Relationship Id="rId136" Type="http://schemas.openxmlformats.org/officeDocument/2006/relationships/hyperlink" Target="http://school-collection.edu.ru/" TargetMode="External"/><Relationship Id="rId157" Type="http://schemas.openxmlformats.org/officeDocument/2006/relationships/hyperlink" Target="http://www.slovari.ru/" TargetMode="External"/><Relationship Id="rId178" Type="http://schemas.openxmlformats.org/officeDocument/2006/relationships/hyperlink" Target="http://school-collection.edu.ru/" TargetMode="External"/><Relationship Id="rId61" Type="http://schemas.openxmlformats.org/officeDocument/2006/relationships/hyperlink" Target="http://school-collection.edu.ru/" TargetMode="External"/><Relationship Id="rId82" Type="http://schemas.openxmlformats.org/officeDocument/2006/relationships/hyperlink" Target="http://school-collection.edu.ru/" TargetMode="External"/><Relationship Id="rId199" Type="http://schemas.openxmlformats.org/officeDocument/2006/relationships/hyperlink" Target="http://musabiqe.edu.az/" TargetMode="External"/><Relationship Id="rId203" Type="http://schemas.openxmlformats.org/officeDocument/2006/relationships/hyperlink" Target="http://musabiqe.edu.az/" TargetMode="External"/><Relationship Id="rId19" Type="http://schemas.openxmlformats.org/officeDocument/2006/relationships/image" Target="media/image7.png"/><Relationship Id="rId224" Type="http://schemas.openxmlformats.org/officeDocument/2006/relationships/hyperlink" Target="http://school-collection.edu.ru/" TargetMode="External"/><Relationship Id="rId30" Type="http://schemas.openxmlformats.org/officeDocument/2006/relationships/hyperlink" Target="http://f/" TargetMode="External"/><Relationship Id="rId105" Type="http://schemas.openxmlformats.org/officeDocument/2006/relationships/hyperlink" Target="http://school-collection.edu.ru/" TargetMode="External"/><Relationship Id="rId126" Type="http://schemas.openxmlformats.org/officeDocument/2006/relationships/hyperlink" Target="http://school-collection.edu.ru/" TargetMode="External"/><Relationship Id="rId147" Type="http://schemas.openxmlformats.org/officeDocument/2006/relationships/hyperlink" Target="http://school-co/" TargetMode="External"/><Relationship Id="rId168" Type="http://schemas.openxmlformats.org/officeDocument/2006/relationships/hyperlink" Target="http://www.glossary.ru/" TargetMode="External"/><Relationship Id="rId51" Type="http://schemas.openxmlformats.org/officeDocument/2006/relationships/hyperlink" Target="http://nsc.1september.ru/uro" TargetMode="External"/><Relationship Id="rId72" Type="http://schemas.openxmlformats.org/officeDocument/2006/relationships/hyperlink" Target="http://school-collection.edu.ru/" TargetMode="External"/><Relationship Id="rId93" Type="http://schemas.openxmlformats.org/officeDocument/2006/relationships/hyperlink" Target="http://school-collection.edu.ru/" TargetMode="External"/><Relationship Id="rId189" Type="http://schemas.openxmlformats.org/officeDocument/2006/relationships/image" Target="media/image22.png"/><Relationship Id="rId3" Type="http://schemas.openxmlformats.org/officeDocument/2006/relationships/styles" Target="styles.xml"/><Relationship Id="rId214" Type="http://schemas.openxmlformats.org/officeDocument/2006/relationships/hyperlink" Target="http://school-collection.edu.ru/" TargetMode="External"/><Relationship Id="rId235" Type="http://schemas.openxmlformats.org/officeDocument/2006/relationships/theme" Target="theme/theme1.xml"/><Relationship Id="rId116" Type="http://schemas.openxmlformats.org/officeDocument/2006/relationships/hyperlink" Target="http://school-collection.edu.ru/" TargetMode="External"/><Relationship Id="rId137" Type="http://schemas.openxmlformats.org/officeDocument/2006/relationships/hyperlink" Target="http://school-collection.edu.ru/" TargetMode="External"/><Relationship Id="rId158" Type="http://schemas.openxmlformats.org/officeDocument/2006/relationships/hyperlink" Target="http://dic.academic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01BE0A-1B15-47DC-823F-5529BC3EF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52</Pages>
  <Words>8874</Words>
  <Characters>50588</Characters>
  <Application>Microsoft Office Word</Application>
  <DocSecurity>0</DocSecurity>
  <Lines>421</Lines>
  <Paragraphs>118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59344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НАТАША</cp:lastModifiedBy>
  <cp:revision>5</cp:revision>
  <cp:lastPrinted>2022-06-27T03:59:00Z</cp:lastPrinted>
  <dcterms:created xsi:type="dcterms:W3CDTF">2013-12-23T23:15:00Z</dcterms:created>
  <dcterms:modified xsi:type="dcterms:W3CDTF">2022-06-28T01:34:00Z</dcterms:modified>
  <cp:category/>
</cp:coreProperties>
</file>