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00740" w14:textId="574E735B" w:rsidR="001E79A6" w:rsidRDefault="004D0116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96D8C64" wp14:editId="446276AE">
            <wp:simplePos x="0" y="0"/>
            <wp:positionH relativeFrom="column">
              <wp:posOffset>-635</wp:posOffset>
            </wp:positionH>
            <wp:positionV relativeFrom="paragraph">
              <wp:posOffset>353695</wp:posOffset>
            </wp:positionV>
            <wp:extent cx="6067425" cy="8093710"/>
            <wp:effectExtent l="0" t="0" r="952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ADB58C" w14:textId="77AC4DEF" w:rsidR="001E79A6" w:rsidRDefault="00C80F7B" w:rsidP="004D011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  </w:t>
      </w:r>
    </w:p>
    <w:p w14:paraId="071A7ABA" w14:textId="77777777" w:rsidR="001E79A6" w:rsidRDefault="001E79A6">
      <w:pPr>
        <w:sectPr w:rsidR="001E79A6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1DE2F442" w14:textId="77777777" w:rsidR="001E79A6" w:rsidRDefault="001E79A6">
      <w:pPr>
        <w:autoSpaceDE w:val="0"/>
        <w:autoSpaceDN w:val="0"/>
        <w:spacing w:after="78" w:line="220" w:lineRule="exact"/>
      </w:pPr>
    </w:p>
    <w:p w14:paraId="26C154C8" w14:textId="77777777" w:rsidR="001E79A6" w:rsidRDefault="000C7AA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61DE3719" w14:textId="77777777" w:rsidR="001E79A6" w:rsidRPr="00AF5BFE" w:rsidRDefault="000C7AA0">
      <w:pPr>
        <w:autoSpaceDE w:val="0"/>
        <w:autoSpaceDN w:val="0"/>
        <w:spacing w:before="346" w:after="0"/>
        <w:ind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1 класса на уровне начального общего образования составлена на основе «Требований к результатам освоения основной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24F4AE00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59C3E966" w14:textId="77777777" w:rsidR="001E79A6" w:rsidRPr="00AF5BFE" w:rsidRDefault="000C7AA0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4BDDDF1F" w14:textId="77777777" w:rsidR="001E79A6" w:rsidRPr="00AF5BFE" w:rsidRDefault="000C7AA0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19C585C6" w14:textId="77777777" w:rsidR="001E79A6" w:rsidRPr="00AF5BFE" w:rsidRDefault="000C7AA0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49A9CAC8" w14:textId="77777777" w:rsidR="001E79A6" w:rsidRPr="00AF5BFE" w:rsidRDefault="000C7AA0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1D529EF" w14:textId="77777777" w:rsidR="001E79A6" w:rsidRPr="00AF5BFE" w:rsidRDefault="000C7AA0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9B6700B" w14:textId="77777777" w:rsidR="001E79A6" w:rsidRPr="00AF5BFE" w:rsidRDefault="000C7AA0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26F53502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27FF4D7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084CA45B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7F49F8C4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53D982DE" w14:textId="77777777" w:rsidR="001E79A6" w:rsidRPr="00AF5BFE" w:rsidRDefault="001E79A6">
      <w:pPr>
        <w:autoSpaceDE w:val="0"/>
        <w:autoSpaceDN w:val="0"/>
        <w:spacing w:after="66" w:line="220" w:lineRule="exact"/>
        <w:rPr>
          <w:lang w:val="ru-RU"/>
        </w:rPr>
      </w:pPr>
    </w:p>
    <w:p w14:paraId="5A7E6EAA" w14:textId="77777777" w:rsidR="001E79A6" w:rsidRPr="00AF5BFE" w:rsidRDefault="000C7AA0">
      <w:pPr>
        <w:autoSpaceDE w:val="0"/>
        <w:autoSpaceDN w:val="0"/>
        <w:spacing w:after="0"/>
        <w:ind w:right="432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 1 классе обязательно.</w:t>
      </w:r>
    </w:p>
    <w:p w14:paraId="3F685ECD" w14:textId="77777777" w:rsidR="001E79A6" w:rsidRPr="00AF5BFE" w:rsidRDefault="000C7AA0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2209BFA8" w14:textId="77777777" w:rsidR="001E79A6" w:rsidRPr="00AF5BFE" w:rsidRDefault="000C7AA0">
      <w:pPr>
        <w:autoSpaceDE w:val="0"/>
        <w:autoSpaceDN w:val="0"/>
        <w:spacing w:before="192"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 1 классе отводится 1 час в неделю, всего 33 часа.</w:t>
      </w:r>
    </w:p>
    <w:p w14:paraId="6B0A5A0F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072DDCFA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0583091D" w14:textId="77777777" w:rsidR="001E79A6" w:rsidRPr="00AF5BFE" w:rsidRDefault="000C7AA0">
      <w:pPr>
        <w:autoSpaceDE w:val="0"/>
        <w:autoSpaceDN w:val="0"/>
        <w:spacing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0F014A0C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346" w:after="0" w:line="271" w:lineRule="auto"/>
        <w:ind w:right="28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3F825DCA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0754E767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Рисование с натуры: разные листья и их форма.</w:t>
      </w:r>
    </w:p>
    <w:p w14:paraId="5F3E05CD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Представление о пропорциях: короткое — длинное. Развитие навыка видения соотношения частей целого (на основе рисунков животных).</w:t>
      </w:r>
    </w:p>
    <w:p w14:paraId="697169D4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3EF5DA7C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78CB932C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4D9EDCE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Эмоциональная выразительность цвета, способы выражение настроения в изображаемом сюжете.</w:t>
      </w:r>
    </w:p>
    <w:p w14:paraId="2784C431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2B6742CD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Тематическая композиция «Времена года». Контрастные цветовые состояния времён года.</w:t>
      </w:r>
    </w:p>
    <w:p w14:paraId="337A7263" w14:textId="77777777" w:rsidR="001E79A6" w:rsidRPr="00AF5BFE" w:rsidRDefault="000C7AA0">
      <w:pPr>
        <w:autoSpaceDE w:val="0"/>
        <w:autoSpaceDN w:val="0"/>
        <w:spacing w:before="70"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Живопись (гуашь), аппликация или смешанная техника.</w:t>
      </w:r>
    </w:p>
    <w:p w14:paraId="7B83177A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Техника монотипии. Представления о симметрии. Развитие воображения.</w:t>
      </w:r>
    </w:p>
    <w:p w14:paraId="6F28A984" w14:textId="77777777" w:rsidR="001E79A6" w:rsidRPr="00AF5BFE" w:rsidRDefault="000C7AA0">
      <w:pPr>
        <w:autoSpaceDE w:val="0"/>
        <w:autoSpaceDN w:val="0"/>
        <w:spacing w:before="190" w:after="0" w:line="262" w:lineRule="auto"/>
        <w:ind w:left="180" w:right="2016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Изображение в объёме. Приёмы работы с пластилином; дощечка, стек, тряпочка.</w:t>
      </w:r>
    </w:p>
    <w:p w14:paraId="05FC1316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Лепка зверушек из цельной формы (черепашки, ёжика, зайчика, птички и др.). Приёмы вытягивания, вдавливания, сгибания, скручивания.</w:t>
      </w:r>
    </w:p>
    <w:p w14:paraId="3274D649" w14:textId="77777777" w:rsidR="001E79A6" w:rsidRPr="00AF5BFE" w:rsidRDefault="000C7AA0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474D7733" w14:textId="77777777" w:rsidR="001E79A6" w:rsidRPr="00AF5BFE" w:rsidRDefault="000C7AA0">
      <w:pPr>
        <w:autoSpaceDE w:val="0"/>
        <w:autoSpaceDN w:val="0"/>
        <w:spacing w:before="72" w:after="0" w:line="262" w:lineRule="auto"/>
        <w:ind w:left="180" w:right="288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Бумажная пластика. Овладение первичными приёмами над- резания, закручивания, складывания. Объёмная аппликация из бумаги и картона.</w:t>
      </w:r>
    </w:p>
    <w:p w14:paraId="01E2C0B7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2" w:after="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7307D025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0DC906F8" w14:textId="77777777" w:rsidR="001E79A6" w:rsidRPr="00AF5BFE" w:rsidRDefault="000C7AA0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741D154F" w14:textId="77777777" w:rsidR="001E79A6" w:rsidRPr="00AF5BFE" w:rsidRDefault="000C7AA0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1AC760E7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Дизайн предмета: изготовление нарядной упаковки путём складывания бумаги и аппликации.</w:t>
      </w:r>
    </w:p>
    <w:p w14:paraId="6DDD324A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9DF3FCF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649FDD03" w14:textId="77777777" w:rsidR="001E79A6" w:rsidRPr="00AF5BFE" w:rsidRDefault="000C7AA0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Оригами — создание игрушки для новогодней ёлки. Приёмы складывания бумаги.</w:t>
      </w:r>
    </w:p>
    <w:p w14:paraId="63EE9CBF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5400315D" w14:textId="77777777" w:rsidR="001E79A6" w:rsidRPr="00AF5BFE" w:rsidRDefault="000C7AA0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26729ECB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16429BB4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2" w:after="0" w:line="271" w:lineRule="auto"/>
        <w:ind w:right="72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145C0696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297552D4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14F75A8C" w14:textId="77777777" w:rsidR="001E79A6" w:rsidRPr="00AF5BFE" w:rsidRDefault="000C7AA0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14:paraId="705963EE" w14:textId="77777777" w:rsidR="001E79A6" w:rsidRPr="00AF5BFE" w:rsidRDefault="000C7AA0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</w:r>
    </w:p>
    <w:p w14:paraId="305B8EB5" w14:textId="77777777" w:rsidR="001E79A6" w:rsidRPr="00AF5BFE" w:rsidRDefault="000C7AA0">
      <w:pPr>
        <w:autoSpaceDE w:val="0"/>
        <w:autoSpaceDN w:val="0"/>
        <w:spacing w:before="190" w:after="0" w:line="271" w:lineRule="auto"/>
        <w:ind w:left="180" w:right="720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Фотографирование мелких деталей природы, выражение ярких зрительных впечатлений. Обсуждение в условиях урока ученических фотографий, соответствующих изучаемой теме.</w:t>
      </w:r>
    </w:p>
    <w:p w14:paraId="437E894D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870" w:bottom="1440" w:left="666" w:header="720" w:footer="720" w:gutter="0"/>
          <w:cols w:space="720" w:equalWidth="0">
            <w:col w:w="10364" w:space="0"/>
          </w:cols>
          <w:docGrid w:linePitch="360"/>
        </w:sectPr>
      </w:pPr>
    </w:p>
    <w:p w14:paraId="686616C0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2F83C467" w14:textId="77777777" w:rsidR="001E79A6" w:rsidRPr="00AF5BFE" w:rsidRDefault="000C7AA0">
      <w:pPr>
        <w:autoSpaceDE w:val="0"/>
        <w:autoSpaceDN w:val="0"/>
        <w:spacing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6D127889" w14:textId="77777777" w:rsidR="001E79A6" w:rsidRPr="00AF5BFE" w:rsidRDefault="000C7AA0">
      <w:pPr>
        <w:autoSpaceDE w:val="0"/>
        <w:autoSpaceDN w:val="0"/>
        <w:spacing w:before="346"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78A706CB" w14:textId="77777777" w:rsidR="001E79A6" w:rsidRPr="00AF5BFE" w:rsidRDefault="000C7AA0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3ABC90A8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6F06610F" w14:textId="77777777" w:rsidR="001E79A6" w:rsidRPr="00AF5BFE" w:rsidRDefault="000C7AA0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62C66918" w14:textId="77777777" w:rsidR="001E79A6" w:rsidRPr="00AF5BFE" w:rsidRDefault="000C7AA0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70BAA63E" w14:textId="77777777" w:rsidR="001E79A6" w:rsidRPr="00AF5BFE" w:rsidRDefault="000C7AA0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43888146" w14:textId="77777777" w:rsidR="001E79A6" w:rsidRPr="00AF5BFE" w:rsidRDefault="000C7AA0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66D431DE" w14:textId="77777777" w:rsidR="001E79A6" w:rsidRPr="00AF5BFE" w:rsidRDefault="000C7AA0">
      <w:pPr>
        <w:autoSpaceDE w:val="0"/>
        <w:autoSpaceDN w:val="0"/>
        <w:spacing w:before="70" w:after="0"/>
        <w:ind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758A10E0" w14:textId="77777777" w:rsidR="001E79A6" w:rsidRPr="00AF5BFE" w:rsidRDefault="000C7AA0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4CB64B8C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87D228A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43A2B218" w14:textId="77777777" w:rsidR="001E79A6" w:rsidRPr="00AF5BFE" w:rsidRDefault="000C7AA0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539711C4" w14:textId="77777777" w:rsidR="001E79A6" w:rsidRPr="00AF5BFE" w:rsidRDefault="000C7AA0">
      <w:pPr>
        <w:autoSpaceDE w:val="0"/>
        <w:autoSpaceDN w:val="0"/>
        <w:spacing w:before="262"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65917E3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19A4FBE6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69606531" w14:textId="77777777" w:rsidR="001E79A6" w:rsidRPr="00AF5BFE" w:rsidRDefault="000C7AA0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AF5BF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3217034F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37E6C6DD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2B67EBF8" w14:textId="77777777" w:rsidR="001E79A6" w:rsidRPr="00AF5BFE" w:rsidRDefault="000C7AA0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4CD46135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0AA21F79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089E2A0B" w14:textId="77777777" w:rsidR="001E79A6" w:rsidRPr="00AF5BFE" w:rsidRDefault="000C7AA0">
      <w:pPr>
        <w:autoSpaceDE w:val="0"/>
        <w:autoSpaceDN w:val="0"/>
        <w:spacing w:before="262"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6BFAD9B" w14:textId="77777777" w:rsidR="001E79A6" w:rsidRPr="00AF5BFE" w:rsidRDefault="000C7AA0">
      <w:pPr>
        <w:autoSpaceDE w:val="0"/>
        <w:autoSpaceDN w:val="0"/>
        <w:spacing w:before="166" w:after="0"/>
        <w:ind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7273E354" w14:textId="77777777" w:rsidR="001E79A6" w:rsidRPr="00AF5BFE" w:rsidRDefault="000C7AA0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применения свойств простых графических материалов в самостоятельной</w:t>
      </w:r>
    </w:p>
    <w:p w14:paraId="62E50D6B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08409E1D" w14:textId="77777777" w:rsidR="001E79A6" w:rsidRPr="00AF5BFE" w:rsidRDefault="001E79A6">
      <w:pPr>
        <w:autoSpaceDE w:val="0"/>
        <w:autoSpaceDN w:val="0"/>
        <w:spacing w:after="66" w:line="220" w:lineRule="exact"/>
        <w:rPr>
          <w:lang w:val="ru-RU"/>
        </w:rPr>
      </w:pPr>
    </w:p>
    <w:p w14:paraId="31FE62A7" w14:textId="77777777" w:rsidR="001E79A6" w:rsidRPr="00AF5BFE" w:rsidRDefault="000C7AA0">
      <w:pPr>
        <w:autoSpaceDE w:val="0"/>
        <w:autoSpaceDN w:val="0"/>
        <w:spacing w:after="0" w:line="230" w:lineRule="auto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творческой работе в условиях урока.</w:t>
      </w:r>
    </w:p>
    <w:p w14:paraId="071B6947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41A27CA5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11949418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рисунка простого (плоского) предмета с натуры.</w:t>
      </w:r>
    </w:p>
    <w:p w14:paraId="0C022182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48CC21F6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первичные знания и навыки композиционного расположения изображения на листе.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5A3FBAE0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ind w:right="100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59F0FB6A" w14:textId="77777777" w:rsidR="001E79A6" w:rsidRPr="00AF5BFE" w:rsidRDefault="000C7AA0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CE9FBC2" w14:textId="77777777" w:rsidR="001E79A6" w:rsidRPr="00AF5BFE" w:rsidRDefault="000C7AA0">
      <w:pPr>
        <w:autoSpaceDE w:val="0"/>
        <w:autoSpaceDN w:val="0"/>
        <w:spacing w:before="190" w:after="0" w:line="262" w:lineRule="auto"/>
        <w:ind w:left="180" w:right="3888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красками «гуашь» в условиях урока.</w:t>
      </w:r>
    </w:p>
    <w:p w14:paraId="076C0AAF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56E2A0CF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4F3FF8B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64367F2B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19B96EEA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14:paraId="79E0B5C3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CA9E0D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Овладевать первичными навыками </w:t>
      </w:r>
      <w:proofErr w:type="spellStart"/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бумагопластики</w:t>
      </w:r>
      <w:proofErr w:type="spellEnd"/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 — создания объёмных форм из бумаги путём её складывания, надрезания, закручивания и др.</w:t>
      </w:r>
    </w:p>
    <w:p w14:paraId="5C247532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7DB0E31D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0605DB94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Учиться использовать правила симметрии в своей художественной деятельности.</w:t>
      </w:r>
    </w:p>
    <w:p w14:paraId="29C582FA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193E6BDE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знания о значении и назначении украшений в жизни людей.</w:t>
      </w:r>
    </w:p>
    <w:p w14:paraId="0ABCDC39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</w:t>
      </w:r>
    </w:p>
    <w:p w14:paraId="0A592F82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86" w:right="642" w:bottom="428" w:left="666" w:header="720" w:footer="720" w:gutter="0"/>
          <w:cols w:space="720" w:equalWidth="0">
            <w:col w:w="10592" w:space="0"/>
          </w:cols>
          <w:docGrid w:linePitch="360"/>
        </w:sectPr>
      </w:pPr>
    </w:p>
    <w:p w14:paraId="1A803591" w14:textId="77777777" w:rsidR="001E79A6" w:rsidRPr="00AF5BFE" w:rsidRDefault="001E79A6">
      <w:pPr>
        <w:autoSpaceDE w:val="0"/>
        <w:autoSpaceDN w:val="0"/>
        <w:spacing w:after="66" w:line="220" w:lineRule="exact"/>
        <w:rPr>
          <w:lang w:val="ru-RU"/>
        </w:rPr>
      </w:pPr>
    </w:p>
    <w:p w14:paraId="4393BD03" w14:textId="77777777" w:rsidR="001E79A6" w:rsidRPr="00AF5BFE" w:rsidRDefault="000C7AA0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промыслов) и опыт практической художественной деятельности по мотивам игрушки выбранного промысла.</w:t>
      </w:r>
    </w:p>
    <w:p w14:paraId="15C704EB" w14:textId="77777777" w:rsidR="001E79A6" w:rsidRPr="00AF5BFE" w:rsidRDefault="000C7AA0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0F146345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1C3114E0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21FAA1C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71E19C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48D0AFA1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/>
        <w:ind w:right="432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8EE8B62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4265E48D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59FDC6AB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опыт эстетического восприятия и аналитического наблюдения архитектурных построек. </w:t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14:paraId="77BB78F7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6E1C9CAE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AF5BFE">
        <w:rPr>
          <w:lang w:val="ru-RU"/>
        </w:rPr>
        <w:br/>
      </w: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5AB3B047" w14:textId="77777777" w:rsidR="001E79A6" w:rsidRPr="00AF5BFE" w:rsidRDefault="000C7AA0">
      <w:pPr>
        <w:tabs>
          <w:tab w:val="left" w:pos="180"/>
        </w:tabs>
        <w:autoSpaceDE w:val="0"/>
        <w:autoSpaceDN w:val="0"/>
        <w:spacing w:before="72" w:after="0" w:line="262" w:lineRule="auto"/>
        <w:ind w:right="576"/>
        <w:rPr>
          <w:lang w:val="ru-RU"/>
        </w:rPr>
      </w:pPr>
      <w:r w:rsidRPr="00AF5BFE">
        <w:rPr>
          <w:lang w:val="ru-RU"/>
        </w:rPr>
        <w:tab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14:paraId="3A7E7161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86" w:right="648" w:bottom="144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1FD06B0F" w14:textId="77777777" w:rsidR="00AF5BFE" w:rsidRPr="00AF5BFE" w:rsidRDefault="00AF5BFE" w:rsidP="00AF5BFE">
      <w:pPr>
        <w:rPr>
          <w:b/>
          <w:lang w:val="ru-RU"/>
        </w:rPr>
      </w:pPr>
      <w:r w:rsidRPr="00AF5BFE">
        <w:rPr>
          <w:b/>
          <w:lang w:val="ru-RU"/>
        </w:rPr>
        <w:lastRenderedPageBreak/>
        <w:t xml:space="preserve">ТЕМАТИЧЕСКОЕ   ПЛАНИРОВАНИЕ </w:t>
      </w:r>
    </w:p>
    <w:p w14:paraId="19A7E99B" w14:textId="77777777" w:rsidR="00AF5BFE" w:rsidRPr="00AF5BFE" w:rsidRDefault="00AF5BFE" w:rsidP="00AF5BFE">
      <w:pPr>
        <w:rPr>
          <w:lang w:val="ru-RU"/>
        </w:rPr>
      </w:pPr>
      <w:r w:rsidRPr="00AF5BFE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1B052B84" wp14:editId="30631A6E">
                <wp:extent cx="9820275" cy="8890"/>
                <wp:effectExtent l="0" t="0" r="0" b="0"/>
                <wp:docPr id="68741" name="Group 68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275" cy="8890"/>
                          <a:chOff x="0" y="0"/>
                          <a:chExt cx="9820275" cy="8890"/>
                        </a:xfrm>
                      </wpg:grpSpPr>
                      <wps:wsp>
                        <wps:cNvPr id="76360" name="Shape 76360"/>
                        <wps:cNvSpPr/>
                        <wps:spPr>
                          <a:xfrm>
                            <a:off x="0" y="0"/>
                            <a:ext cx="9820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0275" h="9144">
                                <a:moveTo>
                                  <a:pt x="0" y="0"/>
                                </a:moveTo>
                                <a:lnTo>
                                  <a:pt x="9820275" y="0"/>
                                </a:lnTo>
                                <a:lnTo>
                                  <a:pt x="9820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C8113" id="Group 68741" o:spid="_x0000_s1026" style="width:773.25pt;height:.7pt;mso-position-horizontal-relative:char;mso-position-vertical-relative:line" coordsize="9820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">
                <v:shape id="Shape 76360" o:spid="_x0000_s1027" style="position:absolute;width:98202;height:91;visibility:visible;mso-wrap-style:square;v-text-anchor:top" coordsize="9820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" path="m,l9820275,r,9144l,9144,,e" fillcolor="black" stroked="f" strokeweight="0">
                  <v:stroke miterlimit="83231f" joinstyle="miter"/>
                  <v:path arrowok="t" textboxrect="0,0,9820275,9144"/>
                </v:shape>
                <w10:anchorlock/>
              </v:group>
            </w:pict>
          </mc:Fallback>
        </mc:AlternateContent>
      </w:r>
    </w:p>
    <w:p w14:paraId="59B999E7" w14:textId="77777777" w:rsidR="00AF5BFE" w:rsidRPr="00AF5BFE" w:rsidRDefault="00AF5BFE" w:rsidP="00AF5BFE">
      <w:pPr>
        <w:rPr>
          <w:lang w:val="ru-RU"/>
        </w:rPr>
      </w:pPr>
      <w:r w:rsidRPr="00AF5BFE">
        <w:rPr>
          <w:b/>
          <w:lang w:val="ru-RU"/>
        </w:rPr>
        <w:t xml:space="preserve"> </w:t>
      </w:r>
    </w:p>
    <w:tbl>
      <w:tblPr>
        <w:tblStyle w:val="TableGrid"/>
        <w:tblW w:w="15412" w:type="dxa"/>
        <w:tblInd w:w="122" w:type="dxa"/>
        <w:tblCellMar>
          <w:top w:w="7" w:type="dxa"/>
          <w:left w:w="7" w:type="dxa"/>
          <w:right w:w="19" w:type="dxa"/>
        </w:tblCellMar>
        <w:tblLook w:val="04A0" w:firstRow="1" w:lastRow="0" w:firstColumn="1" w:lastColumn="0" w:noHBand="0" w:noVBand="1"/>
      </w:tblPr>
      <w:tblGrid>
        <w:gridCol w:w="626"/>
        <w:gridCol w:w="2394"/>
        <w:gridCol w:w="736"/>
        <w:gridCol w:w="1189"/>
        <w:gridCol w:w="1108"/>
        <w:gridCol w:w="1366"/>
        <w:gridCol w:w="3546"/>
        <w:gridCol w:w="1191"/>
        <w:gridCol w:w="3256"/>
      </w:tblGrid>
      <w:tr w:rsidR="00AF5BFE" w:rsidRPr="00AF5BFE" w14:paraId="21D63A23" w14:textId="77777777" w:rsidTr="00640F86">
        <w:trPr>
          <w:trHeight w:val="475"/>
        </w:trPr>
        <w:tc>
          <w:tcPr>
            <w:tcW w:w="6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20E6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№ </w:t>
            </w:r>
          </w:p>
          <w:p w14:paraId="26FF7D4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п/п </w:t>
            </w:r>
          </w:p>
        </w:tc>
        <w:tc>
          <w:tcPr>
            <w:tcW w:w="2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6E4C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Наименование разделов </w:t>
            </w:r>
            <w:r w:rsidRPr="00AF5BFE">
              <w:rPr>
                <w:b/>
              </w:rPr>
              <w:tab/>
              <w:t xml:space="preserve">и </w:t>
            </w:r>
            <w:r w:rsidRPr="00AF5BFE">
              <w:rPr>
                <w:b/>
              </w:rPr>
              <w:tab/>
              <w:t xml:space="preserve">тем программы </w:t>
            </w:r>
          </w:p>
        </w:tc>
        <w:tc>
          <w:tcPr>
            <w:tcW w:w="31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33EFD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Количество часов 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5493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Дата изучения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5FC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Виды деятельности </w:t>
            </w:r>
          </w:p>
        </w:tc>
        <w:tc>
          <w:tcPr>
            <w:tcW w:w="12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6A9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Виды, формы контроля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F3A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AF5BFE" w:rsidRPr="00AF5BFE" w14:paraId="088BB49C" w14:textId="77777777" w:rsidTr="00640F86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1119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265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40EC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всего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7ACD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контроль </w:t>
            </w:r>
            <w:proofErr w:type="spellStart"/>
            <w:r w:rsidRPr="00AF5BFE">
              <w:rPr>
                <w:b/>
              </w:rPr>
              <w:t>ные</w:t>
            </w:r>
            <w:proofErr w:type="spellEnd"/>
            <w:r w:rsidRPr="00AF5BFE">
              <w:rPr>
                <w:b/>
              </w:rPr>
              <w:t xml:space="preserve"> работы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F08D4" w14:textId="77777777" w:rsidR="00AF5BFE" w:rsidRPr="00AF5BFE" w:rsidRDefault="00AF5BFE" w:rsidP="00AF5BFE">
            <w:pPr>
              <w:spacing w:after="200" w:line="276" w:lineRule="auto"/>
            </w:pPr>
            <w:proofErr w:type="spellStart"/>
            <w:r w:rsidRPr="00AF5BFE">
              <w:rPr>
                <w:b/>
              </w:rPr>
              <w:t>практич</w:t>
            </w:r>
            <w:proofErr w:type="spellEnd"/>
            <w:r w:rsidRPr="00AF5BFE">
              <w:rPr>
                <w:b/>
              </w:rPr>
              <w:t xml:space="preserve"> </w:t>
            </w:r>
            <w:proofErr w:type="spellStart"/>
            <w:r w:rsidRPr="00AF5BFE">
              <w:rPr>
                <w:b/>
              </w:rPr>
              <w:t>еские</w:t>
            </w:r>
            <w:proofErr w:type="spellEnd"/>
            <w:r w:rsidRPr="00AF5BFE">
              <w:rPr>
                <w:b/>
              </w:rPr>
              <w:t xml:space="preserve">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27A7E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2069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2DDD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6446D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3140D5AB" w14:textId="77777777" w:rsidTr="00640F86">
        <w:trPr>
          <w:trHeight w:val="466"/>
        </w:trPr>
        <w:tc>
          <w:tcPr>
            <w:tcW w:w="61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29C823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1. </w:t>
            </w:r>
            <w:r w:rsidRPr="00AF5BFE">
              <w:rPr>
                <w:b/>
              </w:rPr>
              <w:t xml:space="preserve">Восприятие произведений искусства </w:t>
            </w:r>
          </w:p>
        </w:tc>
        <w:tc>
          <w:tcPr>
            <w:tcW w:w="14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3B588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37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BFE95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68892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7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2625418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5715E69C" w14:textId="77777777" w:rsidTr="00640F86">
        <w:trPr>
          <w:trHeight w:val="241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1C1E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85C4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Восприятие детских рисунков. Навыки восприятия произведений детского творчества и формирование зрительских умений.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9B99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1E69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7A2A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7567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D6B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Наблюдать, рассматривать, анализировать детские рисунки с позиций их содержания и сюжета, настроения. Объяснять расположение изображения на листе и выбор вертикального или горизонтального формата. </w:t>
            </w:r>
          </w:p>
          <w:p w14:paraId="7CE3C2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Объяснять, какими художественными материала- ми (карандашами, мелками, красками и т. д.) сделан рисунок. Рисовать, выполнить рисунок на простую, всем </w:t>
            </w:r>
          </w:p>
          <w:p w14:paraId="48B9319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доступную тему, например </w:t>
            </w:r>
          </w:p>
          <w:p w14:paraId="03B0830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«Весёлое </w:t>
            </w:r>
            <w:r w:rsidRPr="00AF5BFE">
              <w:tab/>
              <w:t xml:space="preserve">солнышко», </w:t>
            </w:r>
          </w:p>
          <w:p w14:paraId="259FE2E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карандашами или мелками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0DB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FD2AB" w14:textId="77777777" w:rsidR="00AF5BFE" w:rsidRPr="00AF5BFE" w:rsidRDefault="004D0116" w:rsidP="00AF5BFE">
            <w:pPr>
              <w:spacing w:after="200" w:line="276" w:lineRule="auto"/>
            </w:pPr>
            <w:hyperlink r:id="rId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8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10F1C145" w14:textId="77777777" w:rsidR="00AF5BFE" w:rsidRPr="00AF5BFE" w:rsidRDefault="004D0116" w:rsidP="00AF5BFE">
            <w:pPr>
              <w:spacing w:after="200" w:line="276" w:lineRule="auto"/>
            </w:pPr>
            <w:hyperlink r:id="rId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1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259021B3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1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5699B4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1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1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1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2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2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2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F75F48A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2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2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3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3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4B332980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04CBE567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3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D2C41FD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3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45EC48C6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4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4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4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4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4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4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4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4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4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4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5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5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5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5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5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4B0A0CF" w14:textId="77777777" w:rsidR="00AF5BFE" w:rsidRPr="00AF5BFE" w:rsidRDefault="004D0116" w:rsidP="00AF5BFE">
            <w:pPr>
              <w:spacing w:after="200" w:line="276" w:lineRule="auto"/>
            </w:pPr>
            <w:hyperlink r:id="rId55">
              <w:r w:rsidR="00AF5BFE" w:rsidRPr="00AF5BFE">
                <w:rPr>
                  <w:rStyle w:val="aff8"/>
                </w:rPr>
                <w:t>m</w:t>
              </w:r>
            </w:hyperlink>
            <w:hyperlink r:id="rId5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3CAEBE44" w14:textId="77777777" w:rsidTr="00640F86">
        <w:trPr>
          <w:trHeight w:val="267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CDE7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2F556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Первые представления о композиции: на уровне образного восприятия. Представление о различных художественных материалах.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AE4C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7297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DAE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A955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CEF1C8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6CB5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5400C8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1E664E45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606B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1.3.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FCE71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Обсуждение содержания рисунка.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AF95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C1BC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87D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51CF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4419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4F0E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9DC53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87263F4" w14:textId="77777777" w:rsidTr="00640F86">
        <w:trPr>
          <w:trHeight w:val="466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D5791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1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45BB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3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90A52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71C78E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37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56DE14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1928CE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7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E33E8B0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1E93A735" w14:textId="77777777" w:rsidTr="00640F86">
        <w:trPr>
          <w:trHeight w:val="476"/>
        </w:trPr>
        <w:tc>
          <w:tcPr>
            <w:tcW w:w="61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771746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2. </w:t>
            </w:r>
            <w:r w:rsidRPr="00AF5BFE">
              <w:rPr>
                <w:b/>
              </w:rPr>
              <w:t xml:space="preserve">Графика </w:t>
            </w:r>
          </w:p>
        </w:tc>
        <w:tc>
          <w:tcPr>
            <w:tcW w:w="142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8CBCA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378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02D8BC9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E587E4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79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3F23979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4D0116" w14:paraId="13E234A2" w14:textId="77777777" w:rsidTr="00640F86">
        <w:trPr>
          <w:trHeight w:val="75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2645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0070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Линейный рисунок.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F5A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E0A0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2FDE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3D84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C95D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Осваивать навыки работы графическими материалами.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DE7EC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362CE" w14:textId="77777777" w:rsidR="00AF5BFE" w:rsidRPr="00AF5BFE" w:rsidRDefault="004D0116" w:rsidP="00AF5BFE">
            <w:pPr>
              <w:spacing w:after="200" w:line="276" w:lineRule="auto"/>
            </w:pPr>
            <w:hyperlink r:id="rId5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58">
              <w:r w:rsidR="00AF5BFE" w:rsidRPr="00AF5BFE">
                <w:rPr>
                  <w:rStyle w:val="aff8"/>
                </w:rPr>
                <w:t xml:space="preserve"> </w:t>
              </w:r>
            </w:hyperlink>
            <w:hyperlink r:id="rId5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60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3208C49B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9DC6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851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Разные виды линий.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D5FA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C0DF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0BDA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9AD4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95A4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Наблюдать и анализировать характер линий в природе. </w:t>
            </w:r>
          </w:p>
          <w:p w14:paraId="5B0A302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Создавать линейный рисунок — упражнение на разный характер линий. Выполнять с натуры рисунок листа дерева. Рассматривать и обсуждать характер формы листа. Осваивать последовательность выполнения  рисунка. Приобретать опыт обобщения видимой формы предмета. Анализировать и сравнивать соотношение   частей, составляющих одно целое, рассматривать изображения животных с контрастными пропорциями. Приобретать опыт внимательного аналитического наблюдения. Развивать навыки рисования по представлению </w:t>
            </w:r>
          </w:p>
          <w:p w14:paraId="30E770B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 воображению. Выполнить </w:t>
            </w:r>
            <w:r w:rsidRPr="00AF5BFE">
              <w:lastRenderedPageBreak/>
              <w:t xml:space="preserve">линейный рисунок на темы стихов С. Я. Маршака, А. Л. Барто, Д. Хармса, С. В. Михалкова и др. (по выбору учителя) с простым весёлым, озорным развитием сюжета. Использовать графическое </w:t>
            </w:r>
          </w:p>
          <w:p w14:paraId="39DBD6B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пятно как основу изобразительного  образа. Соотносить форму пятна с </w:t>
            </w:r>
          </w:p>
          <w:p w14:paraId="41C8700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опытом </w:t>
            </w:r>
            <w:r w:rsidRPr="00AF5BFE">
              <w:tab/>
              <w:t xml:space="preserve">зрительных </w:t>
            </w:r>
          </w:p>
          <w:p w14:paraId="417EEF6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впечатлений. </w:t>
            </w:r>
            <w:r w:rsidRPr="00AF5BFE">
              <w:tab/>
              <w:t xml:space="preserve">Приобрести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2E5A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Устный опрос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05FEE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6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6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C0CEC66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6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6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6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6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6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6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6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7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7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7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7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7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7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6D5F51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7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7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7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7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8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8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927A296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50950F76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8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8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17EF9D6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8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8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8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8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8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8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F4343A8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9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9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9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9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9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9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9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9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9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9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10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0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10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0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10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28777B9" w14:textId="77777777" w:rsidR="00AF5BFE" w:rsidRPr="00AF5BFE" w:rsidRDefault="004D0116" w:rsidP="00AF5BFE">
            <w:pPr>
              <w:spacing w:after="200" w:line="276" w:lineRule="auto"/>
            </w:pPr>
            <w:hyperlink r:id="rId105">
              <w:r w:rsidR="00AF5BFE" w:rsidRPr="00AF5BFE">
                <w:rPr>
                  <w:rStyle w:val="aff8"/>
                </w:rPr>
                <w:t>m</w:t>
              </w:r>
            </w:hyperlink>
            <w:hyperlink r:id="rId10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2615A5F8" w14:textId="77777777" w:rsidTr="00640F86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B445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2.3.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29121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Линии в природе. Ветки (по фотографиям): тонкие — толстые, порывистые, угловатые, плавные и др.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7284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15A0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697F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33D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CE15F9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DAFA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6B84401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66CC7D6E" w14:textId="77777777" w:rsidTr="00640F86">
        <w:trPr>
          <w:trHeight w:val="157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CD92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2.4.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2D67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Графические материалы и их особенности. Приёмы рисования линией.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ADA1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810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C50E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943F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4B1AA48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E82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942E80A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B352482" w14:textId="77777777" w:rsidTr="00640F86">
        <w:trPr>
          <w:trHeight w:val="185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4CED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2.5.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FB47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Рисунок с натуры: рисунок листьев разной формы (треугольный, круглый, овальный, длинный).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B396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728F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C980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12C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399DB5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FA4C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BE0D415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320A28C4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68B3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2.6.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D847F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Последовательность рисунка.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163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AD74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1DD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9BA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BC2A451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6AFC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319ABD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28138F1" w14:textId="77777777" w:rsidTr="00640F86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AB47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2.7.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9AA6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Первичные навыки определения пропорций и понимания их значения. От одного пятна — «тела», меняя пропорции «лап» и «шеи», получаем рисунки разных животных.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ABFE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FF6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9FFB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2D7E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1B85E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AED4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E8640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32723A69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p w14:paraId="6337A536" w14:textId="77777777" w:rsidR="00AF5BFE" w:rsidRPr="00AF5BFE" w:rsidRDefault="00AF5BFE" w:rsidP="00AF5BFE">
      <w:pPr>
        <w:rPr>
          <w:lang w:val="ru-RU"/>
        </w:rPr>
      </w:pPr>
    </w:p>
    <w:tbl>
      <w:tblPr>
        <w:tblStyle w:val="TableGrid"/>
        <w:tblW w:w="15412" w:type="dxa"/>
        <w:tblInd w:w="122" w:type="dxa"/>
        <w:tblCellMar>
          <w:top w:w="7" w:type="dxa"/>
          <w:left w:w="7" w:type="dxa"/>
          <w:right w:w="17" w:type="dxa"/>
        </w:tblCellMar>
        <w:tblLook w:val="04A0" w:firstRow="1" w:lastRow="0" w:firstColumn="1" w:lastColumn="0" w:noHBand="0" w:noVBand="1"/>
      </w:tblPr>
      <w:tblGrid>
        <w:gridCol w:w="651"/>
        <w:gridCol w:w="2403"/>
        <w:gridCol w:w="717"/>
        <w:gridCol w:w="1132"/>
        <w:gridCol w:w="1070"/>
        <w:gridCol w:w="1320"/>
        <w:gridCol w:w="3693"/>
        <w:gridCol w:w="1172"/>
        <w:gridCol w:w="3254"/>
      </w:tblGrid>
      <w:tr w:rsidR="00AF5BFE" w:rsidRPr="00AF5BFE" w14:paraId="4943CAEB" w14:textId="77777777" w:rsidTr="00640F86">
        <w:trPr>
          <w:trHeight w:val="378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9FC0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2.8.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5A81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Линейный тематический рисунок (линия- рассказчица) на сюжет стихотворения или сюжет из жизни детей (игры во дворе, в походе и др.) с простым и весёлым повествовательным сюжетом.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DC87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E50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2240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DA66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62A5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знания о пятне и линии как основе изображения на плоскости. Учиться работать на уроке с жидкой краской. Создавать изображения на основе пятна путём добавления к нему деталей, подсказанных воображением. Приобрести новый опыт наблюдения окружаю- щей реальности. Рассматривать и анализировать </w:t>
            </w:r>
          </w:p>
          <w:p w14:paraId="32C332C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иллюстрации известных художников детских книг с позиций </w:t>
            </w:r>
            <w:r w:rsidRPr="00AF5BFE">
              <w:lastRenderedPageBreak/>
              <w:t xml:space="preserve">освоенных знаний о пятне, линии и пропорциях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0011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Устный опрос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5BDE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02F6755C" w14:textId="77777777" w:rsidTr="00640F86">
        <w:trPr>
          <w:trHeight w:val="433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C7E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2.9.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BDCE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Пятно-силуэт. Превращение случайного пятна в изображение зверушки или фантастического зверя. Развитие образного видения и способности целостного, обобщённого видения. Пятно как основа графического изображения.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5EBE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6AA1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7492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D79F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69CBFA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29D4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6096F10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4A0F6344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0F4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2.10.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C041B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Тень как пример пятна. Теневой театр. Силуэт.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7289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CC10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7299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4BC9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FE2A74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7DC6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10440C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5A1AC480" w14:textId="77777777" w:rsidTr="00640F86">
        <w:trPr>
          <w:trHeight w:val="130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FF88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2.11.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F12B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Навыки работы на уроке с жидкой краской и кистью, уход за своим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BF2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D42F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89E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A19E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10C48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124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04D1A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354F8E0A" w14:textId="77777777" w:rsidTr="00640F86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13C1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C07A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рабочим местом.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EEA8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770D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0CC5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CC09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5FCA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BA18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FF39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64BD1FA0" w14:textId="77777777" w:rsidTr="00640F86">
        <w:trPr>
          <w:trHeight w:val="213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8EE5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2.12.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ACA89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Рассмотрение и анализ средств выражения — пятна и линии — в иллюстрациях художников к детским книгам.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BB38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2BDE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CE0F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E986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A78B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7077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7008E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43B42D4" w14:textId="77777777" w:rsidTr="00640F86">
        <w:trPr>
          <w:trHeight w:val="466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3276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Итого по модулю 2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A571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5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B85D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5D22D855" w14:textId="77777777" w:rsidTr="00640F86">
        <w:trPr>
          <w:trHeight w:val="476"/>
        </w:trPr>
        <w:tc>
          <w:tcPr>
            <w:tcW w:w="154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FAD2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3. </w:t>
            </w:r>
            <w:r w:rsidRPr="00AF5BFE">
              <w:rPr>
                <w:b/>
              </w:rPr>
              <w:t xml:space="preserve">Живопись </w:t>
            </w:r>
          </w:p>
        </w:tc>
      </w:tr>
      <w:tr w:rsidR="00AF5BFE" w:rsidRPr="00AF5BFE" w14:paraId="49771C32" w14:textId="77777777" w:rsidTr="00640F86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217F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D0A9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Цвет как одно из главных средств выражения в изобразительном искусстве. Навыки работы гуашью в условиях урока.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D3E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9CE2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5D54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4DAD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DC4B3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Осваивать  навыки   работы гуашью в условиях школьного урока.  Знать  три  основных </w:t>
            </w:r>
          </w:p>
          <w:p w14:paraId="6E3E40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цвета.         Обсуждать ассоциативные   представления, связанные с каждым цветом. Экспериментировать, исследовать      возможности смешения красок, наложения цвета на цвет, размывания цвета в процессе работы над разно- цветным ковриком. Осознавать эмоциональное звучание цвета, то, что   разный  цвет </w:t>
            </w:r>
          </w:p>
          <w:p w14:paraId="652BAF4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«рассказывает»       о       разном настроении — весёлом, задумчивом, грустном и др. Объяснять,         как  разное настроение героев передано художником в иллюстрациях. Выполнить красками рисунок с весёлым или грустным </w:t>
            </w:r>
          </w:p>
          <w:p w14:paraId="57F0032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настроением. Выполнить гуашью   рисунок   цветка   или 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57FC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4C1C0" w14:textId="77777777" w:rsidR="00AF5BFE" w:rsidRPr="00AF5BFE" w:rsidRDefault="004D0116" w:rsidP="00AF5BFE">
            <w:pPr>
              <w:spacing w:after="200" w:line="276" w:lineRule="auto"/>
            </w:pPr>
            <w:hyperlink r:id="rId10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108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16B9BA45" w14:textId="77777777" w:rsidR="00AF5BFE" w:rsidRPr="00AF5BFE" w:rsidRDefault="004D0116" w:rsidP="00AF5BFE">
            <w:pPr>
              <w:spacing w:after="200" w:line="276" w:lineRule="auto"/>
            </w:pPr>
            <w:hyperlink r:id="rId10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11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6E2BA289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1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11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B0747D3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1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11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1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1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11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1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11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2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12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2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12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2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12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15B2C6B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2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12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2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12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13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13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1C3B248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6B9B2A7A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3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13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3AB98A1C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3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13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3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13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3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13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AF43919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4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14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4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14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4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14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4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4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14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4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15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5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15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5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15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63F67A0" w14:textId="77777777" w:rsidR="00AF5BFE" w:rsidRPr="00AF5BFE" w:rsidRDefault="004D0116" w:rsidP="00AF5BFE">
            <w:pPr>
              <w:spacing w:after="200" w:line="276" w:lineRule="auto"/>
            </w:pPr>
            <w:hyperlink r:id="rId155">
              <w:r w:rsidR="00AF5BFE" w:rsidRPr="00AF5BFE">
                <w:rPr>
                  <w:rStyle w:val="aff8"/>
                </w:rPr>
                <w:t>m</w:t>
              </w:r>
            </w:hyperlink>
            <w:hyperlink r:id="rId15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421BC1B7" w14:textId="77777777" w:rsidTr="00640F86">
        <w:trPr>
          <w:trHeight w:val="26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1976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A6A8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Три основных цвета. </w:t>
            </w:r>
          </w:p>
          <w:p w14:paraId="6DF6106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Ассоциативные представления, связанные с каждым из цветов. Навыки смешения красок и получения нового цвета.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09C1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0A8E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D30A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0B5D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5FBAE0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0F9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71F048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FBF75EE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34ED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3.3.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5555C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Эмоциональная выразительность цвета.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8261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AB4D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8B6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DC67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833711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639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4A5C30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1EF59DA" w14:textId="77777777" w:rsidTr="00640F86">
        <w:trPr>
          <w:trHeight w:val="102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BF2C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3.4.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3E2C9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Цвет как выражение настроения,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645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31C0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6D16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CDB6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9B69E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F87B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59CA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5656ADE7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p w14:paraId="565A491E" w14:textId="77777777" w:rsidR="00AF5BFE" w:rsidRPr="00AF5BFE" w:rsidRDefault="00AF5BFE" w:rsidP="00AF5BFE">
      <w:pPr>
        <w:rPr>
          <w:lang w:val="ru-RU"/>
        </w:rPr>
      </w:pPr>
    </w:p>
    <w:tbl>
      <w:tblPr>
        <w:tblStyle w:val="TableGrid"/>
        <w:tblW w:w="15412" w:type="dxa"/>
        <w:tblInd w:w="122" w:type="dxa"/>
        <w:tblCellMar>
          <w:left w:w="7" w:type="dxa"/>
          <w:right w:w="53" w:type="dxa"/>
        </w:tblCellMar>
        <w:tblLook w:val="04A0" w:firstRow="1" w:lastRow="0" w:firstColumn="1" w:lastColumn="0" w:noHBand="0" w:noVBand="1"/>
      </w:tblPr>
      <w:tblGrid>
        <w:gridCol w:w="644"/>
        <w:gridCol w:w="2381"/>
        <w:gridCol w:w="719"/>
        <w:gridCol w:w="1134"/>
        <w:gridCol w:w="1072"/>
        <w:gridCol w:w="1327"/>
        <w:gridCol w:w="3657"/>
        <w:gridCol w:w="1188"/>
        <w:gridCol w:w="3290"/>
      </w:tblGrid>
      <w:tr w:rsidR="00AF5BFE" w:rsidRPr="004D0116" w14:paraId="00BEEFC3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D85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7F76A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душевного состояния.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7672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CA9C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9AE4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0A19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63484C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цветов  на    основе демонстрируемых фотографий или по представлению.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6E5D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3B51D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4D0116" w14:paraId="0A6F0099" w14:textId="77777777" w:rsidTr="00640F86">
        <w:trPr>
          <w:trHeight w:val="11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00B2B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D56DD4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E31E4E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70E6A54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F120A1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1A95BC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0EF24A9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5E5FA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C8877F7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B6730AA" w14:textId="77777777" w:rsidTr="00640F86">
        <w:trPr>
          <w:trHeight w:val="2834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941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3.5. 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C447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Наш мир украшают цветы. Живописное изображение по представлению и восприятию разных по цвету и формам цветков. Развитие навыков работы гуашью и навыков наблюдения. </w:t>
            </w:r>
          </w:p>
        </w:tc>
        <w:tc>
          <w:tcPr>
            <w:tcW w:w="7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C859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CE5D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94A1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CDD1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A17F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Развивать     навыки аналитического рассматривания разной формы и строения цветов.   Выполнить </w:t>
            </w:r>
          </w:p>
          <w:p w14:paraId="7F4728F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изображения разных времён года. Рассуждать и объяснять, какого цвета каждое время года и почему, как догадаться по цвету изображений, какое это время года.     Иметь представления о свойствах печатной техники. Осваивать технику монотипии для развития живописных умений и воображения.   Осваивать свойства симметрии </w:t>
            </w:r>
          </w:p>
        </w:tc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A6BD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7B2E8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9725F6E" w14:textId="77777777" w:rsidTr="00640F86">
        <w:trPr>
          <w:trHeight w:val="268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2E76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3.6.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4988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Тематическая композиция «Времена года». Контрастные цветовые состояния времён года. Работа гуашью, в технике аппликации или в смешанной технике.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BAC9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9C06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7003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F2A4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1667EEC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0115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469FEF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4DE4D74D" w14:textId="77777777" w:rsidTr="00640F86">
        <w:trPr>
          <w:trHeight w:val="2132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3BD0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3.7.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692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Техника монотипии. Представления о симметрии. Развитие ассоциативного воображения.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0A96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F646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AAB3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205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EB4D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CEEF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7E5BA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11F16654" w14:textId="77777777" w:rsidTr="00640F86">
        <w:trPr>
          <w:trHeight w:val="466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490C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3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A43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5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EF3F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2084D51D" w14:textId="77777777" w:rsidTr="00640F86">
        <w:trPr>
          <w:trHeight w:val="471"/>
        </w:trPr>
        <w:tc>
          <w:tcPr>
            <w:tcW w:w="154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EF6F1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Модуль 4. </w:t>
            </w:r>
            <w:r w:rsidRPr="00AF5BFE">
              <w:rPr>
                <w:b/>
              </w:rPr>
              <w:t xml:space="preserve">Скульптура </w:t>
            </w:r>
          </w:p>
        </w:tc>
      </w:tr>
      <w:tr w:rsidR="00AF5BFE" w:rsidRPr="004D0116" w14:paraId="201A1709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8FC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4.1.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C8A1C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Изображение в объёме. Приёмы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2488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412B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FF55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475A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B2807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Наблюдать, воспринимать выразительные  образные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F6B47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6EACA" w14:textId="77777777" w:rsidR="00AF5BFE" w:rsidRPr="00AF5BFE" w:rsidRDefault="004D0116" w:rsidP="00AF5BFE">
            <w:pPr>
              <w:spacing w:after="200" w:line="276" w:lineRule="auto"/>
            </w:pPr>
            <w:hyperlink r:id="rId15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158">
              <w:r w:rsidR="00AF5BFE" w:rsidRPr="00AF5BFE">
                <w:rPr>
                  <w:rStyle w:val="aff8"/>
                </w:rPr>
                <w:t xml:space="preserve"> </w:t>
              </w:r>
            </w:hyperlink>
            <w:hyperlink r:id="rId15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160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0D7A6B8E" w14:textId="77777777" w:rsidTr="00640F86">
        <w:trPr>
          <w:trHeight w:val="129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26AF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FE768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работы с пластилином; дощечка, стек, тряпочка.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4CE2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4F30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D077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581F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87604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объёмы в   природе:    на  что похожи    формы        облаков, камней, коряг, картофелин и др. (в   классе   на    основе фотографий).        Осваивать первичные  навыки  лепки   — изображения в объёме. Лепить из целого куска пластилина мелких    зверушек      путём вытягивания,   вдавливания. Овладевать       первичными навыками работы в объёмной аппликации    и        коллаже. Осваивать    навыки     объёмной аппликации   (напри-    мер, изображение птицы — хвост, хохолок,   крылья    на   основе простых  приёмов    работы   с бума- гой). Рассматривать и характеризовать        глиняные игрушки известных народных художественных    промыслов. Анализировать          строение формы, частей и пропорций игрушки           выбранного промысла. Осваивать этапы </w:t>
            </w:r>
          </w:p>
          <w:p w14:paraId="0985808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лепки формы игрушки и её </w:t>
            </w:r>
          </w:p>
          <w:p w14:paraId="61A1654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частей.       Выполнить       лепку игрушки           по          мотивам </w:t>
            </w:r>
          </w:p>
          <w:p w14:paraId="07B66C1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выбранного                  народного промысла. Осваивать приёмы </w:t>
            </w:r>
          </w:p>
          <w:p w14:paraId="7C5E9E4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создания                        объёмных изображений        из       бумаги. Приобретать                         опыт коллективной        работы       по </w:t>
            </w:r>
          </w:p>
          <w:p w14:paraId="54E9F7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созданию            в           технике </w:t>
            </w:r>
          </w:p>
          <w:p w14:paraId="2ED8667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аппликации панно из работ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F74E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509C1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6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16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9A3F54B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6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16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6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6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16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6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16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7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17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7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17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7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17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20649B1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7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17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7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17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18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18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6645C020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1CE867A4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8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18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ADCB428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8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18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8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18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8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18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FF81124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19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19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9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19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9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19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19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9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19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19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20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0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20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0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20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AB644CF" w14:textId="77777777" w:rsidR="00AF5BFE" w:rsidRPr="00AF5BFE" w:rsidRDefault="004D0116" w:rsidP="00AF5BFE">
            <w:pPr>
              <w:spacing w:after="200" w:line="276" w:lineRule="auto"/>
            </w:pPr>
            <w:hyperlink r:id="rId205">
              <w:r w:rsidR="00AF5BFE" w:rsidRPr="00AF5BFE">
                <w:rPr>
                  <w:rStyle w:val="aff8"/>
                </w:rPr>
                <w:t>m</w:t>
              </w:r>
            </w:hyperlink>
            <w:hyperlink r:id="rId20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6EC11718" w14:textId="77777777" w:rsidTr="00640F86">
        <w:trPr>
          <w:trHeight w:val="267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CDC7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4.2.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22655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Лепка зверушек из цельной формы (черепашки, ёжика, зайчика и т. д.). </w:t>
            </w:r>
          </w:p>
          <w:p w14:paraId="3B96CFF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Приёмы вытягивания, вдавливания, сгибания, скручивания.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4046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9B19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DF2D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958C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6E9E4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A220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EB7DDB3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9B980CB" w14:textId="77777777" w:rsidTr="00640F86">
        <w:trPr>
          <w:trHeight w:val="323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FEE1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4.3.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D409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Бумажная пластика. Овладение первичными приёмами надрезания, закручивания, складывания в работе над объёмной аппликацией.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2E99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764C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253F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C794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B69D39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5F2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4E17E5C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14DC8DF" w14:textId="77777777" w:rsidTr="00640F86">
        <w:trPr>
          <w:trHeight w:val="323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E987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4.4.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C6B0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Лепка игрушки по мотивам одного из наиболее известных народных художественных промыслов (дымковская, каргопольская игрушки или по выбору учителя с учётом местных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26B7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1AD8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B63E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41D1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CA71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3E05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37860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50201696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tbl>
      <w:tblPr>
        <w:tblStyle w:val="TableGrid"/>
        <w:tblW w:w="15412" w:type="dxa"/>
        <w:tblInd w:w="122" w:type="dxa"/>
        <w:tblCellMar>
          <w:top w:w="12" w:type="dxa"/>
          <w:left w:w="7" w:type="dxa"/>
          <w:right w:w="53" w:type="dxa"/>
        </w:tblCellMar>
        <w:tblLook w:val="04A0" w:firstRow="1" w:lastRow="0" w:firstColumn="1" w:lastColumn="0" w:noHBand="0" w:noVBand="1"/>
      </w:tblPr>
      <w:tblGrid>
        <w:gridCol w:w="642"/>
        <w:gridCol w:w="2395"/>
        <w:gridCol w:w="717"/>
        <w:gridCol w:w="1131"/>
        <w:gridCol w:w="1069"/>
        <w:gridCol w:w="1323"/>
        <w:gridCol w:w="3658"/>
        <w:gridCol w:w="1187"/>
        <w:gridCol w:w="3290"/>
      </w:tblGrid>
      <w:tr w:rsidR="00AF5BFE" w:rsidRPr="00AF5BFE" w14:paraId="70A2E654" w14:textId="77777777" w:rsidTr="00640F86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F50D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CDB2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промыслов).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FACF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ABAF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2B9A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8BFB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FA1F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учащихся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5CD2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B7EF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02A4349A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B167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4.5.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4A512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Объёмная аппликация из бумаги и картона.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81F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F968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FC90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F42A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C838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E350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5DBF6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7A0976C" w14:textId="77777777" w:rsidTr="00640F86">
        <w:trPr>
          <w:trHeight w:val="475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82AF5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4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C992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5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D7A1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18360D94" w14:textId="77777777" w:rsidTr="00640F86">
        <w:trPr>
          <w:trHeight w:val="471"/>
        </w:trPr>
        <w:tc>
          <w:tcPr>
            <w:tcW w:w="154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DDDB6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5. </w:t>
            </w:r>
            <w:r w:rsidRPr="00AF5BFE">
              <w:rPr>
                <w:b/>
              </w:rPr>
              <w:t xml:space="preserve">Декоративно-прикладное искусство </w:t>
            </w:r>
          </w:p>
        </w:tc>
      </w:tr>
      <w:tr w:rsidR="00AF5BFE" w:rsidRPr="00AF5BFE" w14:paraId="5D662386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3AB7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630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Узоры в природе.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D906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9BD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5AC2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B64E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1BD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Рассматривать и эстетически характеризовать различные </w:t>
            </w:r>
            <w:r w:rsidRPr="00AF5BFE">
              <w:lastRenderedPageBreak/>
              <w:t xml:space="preserve">примеры узоров в природе (на основе фотографий). </w:t>
            </w:r>
          </w:p>
          <w:p w14:paraId="2E5A52C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Приводить примеры и делать ассоциативные сопоставления с орнаментами в предметах декоративно-прикладного искусства. Выполнить рисунок бабочки, украсив узорами её крылья. Приобретать опыт использования   правил симметрии при выполнении рисунка. Рассматривать и характеризовать  примеры художественно выполненных орнаментов. Определять в предложенных орнаментах мотивы изображения: </w:t>
            </w:r>
          </w:p>
          <w:p w14:paraId="5A278AE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растительные, геометрические, анималистические. </w:t>
            </w:r>
          </w:p>
          <w:p w14:paraId="3A092A4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Рассматривать орнаменты в круге, полосе, квадрате в соответствии с оформляемой предметной поверхностью. Выполнить гуашью творческое орнаментальное стилизованное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85FA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Устный опрос </w:t>
            </w:r>
          </w:p>
        </w:tc>
        <w:tc>
          <w:tcPr>
            <w:tcW w:w="2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B674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0416377A" w14:textId="77777777" w:rsidTr="00640F86">
        <w:trPr>
          <w:trHeight w:val="489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DBAE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5.2.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A6EC2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Наблюдение узоров в живой природе (в условиях урока на основе фотографий). Эмоционально- эстетическое восприятие объектов действительности. Ассоциативное сопоставление с орнаментами в предметах декоративно- прикладного искусства.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962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5A8F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0B77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A597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F372E41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64F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6A930" w14:textId="77777777" w:rsidR="00AF5BFE" w:rsidRPr="00AF5BFE" w:rsidRDefault="004D0116" w:rsidP="00AF5BFE">
            <w:pPr>
              <w:spacing w:after="200" w:line="276" w:lineRule="auto"/>
            </w:pPr>
            <w:hyperlink r:id="rId20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208">
              <w:r w:rsidR="00AF5BFE" w:rsidRPr="00AF5BFE">
                <w:rPr>
                  <w:rStyle w:val="aff8"/>
                </w:rPr>
                <w:t xml:space="preserve"> </w:t>
              </w:r>
            </w:hyperlink>
            <w:hyperlink r:id="rId20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21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0DA5960B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1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21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479E45D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1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21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1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1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21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1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21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2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22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2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22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2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22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33A786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2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22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2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22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23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23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5293513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38E5DBEA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3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23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65327AD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3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23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3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23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3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23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C9EA9D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4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24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4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24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4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24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4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4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24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4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25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5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25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5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25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4DE5CDD5" w14:textId="77777777" w:rsidR="00AF5BFE" w:rsidRPr="00AF5BFE" w:rsidRDefault="004D0116" w:rsidP="00AF5BFE">
            <w:pPr>
              <w:spacing w:after="200" w:line="276" w:lineRule="auto"/>
            </w:pPr>
            <w:hyperlink r:id="rId255">
              <w:r w:rsidR="00AF5BFE" w:rsidRPr="00AF5BFE">
                <w:rPr>
                  <w:rStyle w:val="aff8"/>
                </w:rPr>
                <w:t>m</w:t>
              </w:r>
            </w:hyperlink>
            <w:hyperlink r:id="rId25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467762E4" w14:textId="77777777" w:rsidTr="00640F86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B07A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5.3.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4184A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Представления о симметрии и наблюдение её в природе. </w:t>
            </w:r>
          </w:p>
          <w:p w14:paraId="0A8C00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Последовательное ведение работы над изображением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9EB3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1294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90DD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3C4E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5BD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E133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4AD40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6D199B38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p w14:paraId="0A649DBF" w14:textId="77777777" w:rsidR="00AF5BFE" w:rsidRPr="00AF5BFE" w:rsidRDefault="00AF5BFE" w:rsidP="00AF5BFE">
      <w:pPr>
        <w:rPr>
          <w:lang w:val="ru-RU"/>
        </w:rPr>
      </w:pPr>
    </w:p>
    <w:tbl>
      <w:tblPr>
        <w:tblStyle w:val="TableGrid"/>
        <w:tblW w:w="15408" w:type="dxa"/>
        <w:tblInd w:w="122" w:type="dxa"/>
        <w:tblCellMar>
          <w:left w:w="7" w:type="dxa"/>
          <w:right w:w="43" w:type="dxa"/>
        </w:tblCellMar>
        <w:tblLook w:val="04A0" w:firstRow="1" w:lastRow="0" w:firstColumn="1" w:lastColumn="0" w:noHBand="0" w:noVBand="1"/>
      </w:tblPr>
      <w:tblGrid>
        <w:gridCol w:w="643"/>
        <w:gridCol w:w="2387"/>
        <w:gridCol w:w="719"/>
        <w:gridCol w:w="1135"/>
        <w:gridCol w:w="1072"/>
        <w:gridCol w:w="1323"/>
        <w:gridCol w:w="3679"/>
        <w:gridCol w:w="1170"/>
        <w:gridCol w:w="3280"/>
      </w:tblGrid>
      <w:tr w:rsidR="00AF5BFE" w:rsidRPr="004D0116" w14:paraId="1041778A" w14:textId="77777777" w:rsidTr="00640F86">
        <w:trPr>
          <w:trHeight w:val="18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4592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D839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бабочки по представлению, использование линии симметрии при составлении узора крыльев.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EF25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3679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AEFD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FFAF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2A3C039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изображение цветка, птицы и др. (по выбору) в круге или в квадрате (без раппорта). </w:t>
            </w:r>
          </w:p>
          <w:p w14:paraId="5B6194B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Рассматривать и характеризовать орнамент, украшающий игрушку выбранного  промысла.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3DFF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02EC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4D0116" w14:paraId="0873808C" w14:textId="77777777" w:rsidTr="00640F86">
        <w:trPr>
          <w:trHeight w:val="12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93B14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F053AA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6A7D92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43A29C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DC21FE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B4EA39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2E73E4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4C58B8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7F47684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1A799769" w14:textId="77777777" w:rsidTr="00640F86">
        <w:trPr>
          <w:trHeight w:val="2282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71F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5.4. 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1E52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Узоры и орнаменты, создаваемые людьми, и разнообразие их видов. Орнаменты геометрические и растительные. </w:t>
            </w:r>
          </w:p>
        </w:tc>
        <w:tc>
          <w:tcPr>
            <w:tcW w:w="7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749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2BA1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AF50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5F49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60F4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Выполнить на бумаге красками рисунок орнамента выбранной игрушки. Выполнить рисунок </w:t>
            </w:r>
          </w:p>
          <w:p w14:paraId="28B5651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игрушки выбранного художественного промысла или, предварительно покрыв вылепленную   игрушку белилами, нанести орнаменты на свою игрушку, сделанную по мотивам народного промысла. Осваивать технику оригами, сложение несложных фигурок. Узнавать о работе художника по изготовлению бытовых вещей. Осваивать навыки работы с бумагой, </w:t>
            </w:r>
          </w:p>
          <w:p w14:paraId="51F33F8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ножницами, </w:t>
            </w:r>
            <w:r w:rsidRPr="00AF5BFE">
              <w:tab/>
              <w:t xml:space="preserve">   </w:t>
            </w:r>
            <w:r w:rsidRPr="00AF5BFE">
              <w:tab/>
              <w:t xml:space="preserve">клеем, </w:t>
            </w:r>
          </w:p>
          <w:p w14:paraId="7BD9E02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подручными материалами 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959D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9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94C86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5193694F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24BD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5.5.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3855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Декоративная композиция в круге или полосе.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24F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6EBF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A96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DFCB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0C48440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22C4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A3A170E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1E7BB22E" w14:textId="77777777" w:rsidTr="00640F86">
        <w:trPr>
          <w:trHeight w:val="378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BEF8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5.6.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6153E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Орнамент, характерный для игрушек одного из наиболее известных народных художественных промыслов. Дымковская, каргопольская игрушка или по выбору учителя с учётом местных промыслов.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DA04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AEDA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C176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AAE4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3FD785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DAC0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7BDFC10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6AB63B85" w14:textId="77777777" w:rsidTr="00640F86">
        <w:trPr>
          <w:trHeight w:val="130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F435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5.7.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61B2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Оригами — создание игрушки для новогодней ёлки. Приёмы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D28E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7B99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7467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46F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80B0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B474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A8327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AD93A7A" w14:textId="77777777" w:rsidTr="00640F86">
        <w:trPr>
          <w:trHeight w:val="74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63AA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5E5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складывания бумаги.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3D43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128C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6629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0FDD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709C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F0DF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253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5D3B5F31" w14:textId="77777777" w:rsidTr="00640F86">
        <w:trPr>
          <w:trHeight w:val="74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51F5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5.8.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FBE8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Форма и украшение бытовых предметов.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CC87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3300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6829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CC15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F42AC7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FBE2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18EC580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52A4ED3" w14:textId="77777777" w:rsidTr="00640F86">
        <w:trPr>
          <w:trHeight w:val="130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D4A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5.9.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D3D7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Приёмы </w:t>
            </w:r>
            <w:proofErr w:type="spellStart"/>
            <w:r w:rsidRPr="00AF5BFE">
              <w:rPr>
                <w:b/>
              </w:rPr>
              <w:t>бумагопластики</w:t>
            </w:r>
            <w:proofErr w:type="spellEnd"/>
            <w:r w:rsidRPr="00AF5BFE">
              <w:rPr>
                <w:b/>
              </w:rPr>
              <w:t xml:space="preserve">. Сумка или упаковка и её декор.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CE12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6F2A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EE2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8F15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F6AE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4E0A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5B6479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74F9873" w14:textId="77777777" w:rsidTr="00640F86">
        <w:trPr>
          <w:trHeight w:val="470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EB87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5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76F7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5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17F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72B8D128" w14:textId="77777777" w:rsidTr="00640F86">
        <w:trPr>
          <w:trHeight w:val="476"/>
        </w:trPr>
        <w:tc>
          <w:tcPr>
            <w:tcW w:w="1540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83F1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6. </w:t>
            </w:r>
            <w:r w:rsidRPr="00AF5BFE">
              <w:rPr>
                <w:b/>
              </w:rPr>
              <w:t xml:space="preserve">Архитектура </w:t>
            </w:r>
          </w:p>
        </w:tc>
      </w:tr>
      <w:tr w:rsidR="00AF5BFE" w:rsidRPr="00AF5BFE" w14:paraId="6E513229" w14:textId="77777777" w:rsidTr="00640F86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CE52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6.1.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F686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Наблюдение разнообразия архитектурных построек в окружающем мире по фотографиям, обсуждение их особенностей и составных частей зданий.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5E8F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78E5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6BAEE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19A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F02F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Рассматривать и сравнивать различные здания  в окружающем мире (по фотографиям). Анализировать и характеризовать особенности </w:t>
            </w:r>
          </w:p>
          <w:p w14:paraId="5662B69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 составные части рассматриваемых зданий. Выполнить  рисунок </w:t>
            </w:r>
          </w:p>
          <w:p w14:paraId="2404BE4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придуманного дома на основе </w:t>
            </w:r>
            <w:r w:rsidRPr="00AF5BFE">
              <w:lastRenderedPageBreak/>
              <w:t xml:space="preserve">полученных впечатлений (техника работы может быть любой, например с помощью мелких печаток). Осваивать </w:t>
            </w:r>
          </w:p>
          <w:p w14:paraId="6503FBA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приёмы </w:t>
            </w:r>
            <w:r w:rsidRPr="00AF5BFE">
              <w:tab/>
              <w:t xml:space="preserve">складывания </w:t>
            </w:r>
          </w:p>
          <w:p w14:paraId="64D97A3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объёмных  простых геометрических тел из бумаги (параллелепипед,   конус, пирамида) в качестве основы для домиков. Осваивать приёмы склеивания деталей, симметричного надрезания, вырезания деталей и др., чтобы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3C18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Устный опрос </w:t>
            </w:r>
          </w:p>
        </w:tc>
        <w:tc>
          <w:tcPr>
            <w:tcW w:w="27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3BDBF" w14:textId="77777777" w:rsidR="00AF5BFE" w:rsidRPr="00AF5BFE" w:rsidRDefault="004D0116" w:rsidP="00AF5BFE">
            <w:pPr>
              <w:spacing w:after="200" w:line="276" w:lineRule="auto"/>
            </w:pPr>
            <w:hyperlink r:id="rId25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258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60E3053A" w14:textId="77777777" w:rsidR="00AF5BFE" w:rsidRPr="00AF5BFE" w:rsidRDefault="004D0116" w:rsidP="00AF5BFE">
            <w:pPr>
              <w:spacing w:after="200" w:line="276" w:lineRule="auto"/>
            </w:pPr>
            <w:hyperlink r:id="rId25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26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004C6ECC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6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26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F432ABB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6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26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6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6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26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6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26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7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27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7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27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7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27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ECAF844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7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27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7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27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28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28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6BA3109D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69C14720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8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28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36D28CA3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8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28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8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28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8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28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466A2647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29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29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9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29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9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29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29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9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29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29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30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0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30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0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30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14B3C32" w14:textId="77777777" w:rsidR="00AF5BFE" w:rsidRPr="00AF5BFE" w:rsidRDefault="004D0116" w:rsidP="00AF5BFE">
            <w:pPr>
              <w:spacing w:after="200" w:line="276" w:lineRule="auto"/>
            </w:pPr>
            <w:hyperlink r:id="rId305">
              <w:r w:rsidR="00AF5BFE" w:rsidRPr="00AF5BFE">
                <w:rPr>
                  <w:rStyle w:val="aff8"/>
                </w:rPr>
                <w:t>m</w:t>
              </w:r>
            </w:hyperlink>
            <w:hyperlink r:id="rId30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06C31FF0" w14:textId="77777777" w:rsidTr="00640F86">
        <w:trPr>
          <w:trHeight w:val="351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E539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6.2.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9BC1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Освоение приёмов конструирования из бумаги. </w:t>
            </w:r>
          </w:p>
          <w:p w14:paraId="0A10CDD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Складывание объёмных простых геометрических тел. Овладение приёмами склеивания деталей, надрезания, вырезания деталей,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4852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4BB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810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D5DD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6A8F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E23F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59E35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06ACF503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tbl>
      <w:tblPr>
        <w:tblStyle w:val="TableGrid"/>
        <w:tblW w:w="15412" w:type="dxa"/>
        <w:tblInd w:w="122" w:type="dxa"/>
        <w:tblCellMar>
          <w:left w:w="7" w:type="dxa"/>
          <w:right w:w="53" w:type="dxa"/>
        </w:tblCellMar>
        <w:tblLook w:val="04A0" w:firstRow="1" w:lastRow="0" w:firstColumn="1" w:lastColumn="0" w:noHBand="0" w:noVBand="1"/>
      </w:tblPr>
      <w:tblGrid>
        <w:gridCol w:w="644"/>
        <w:gridCol w:w="2394"/>
        <w:gridCol w:w="711"/>
        <w:gridCol w:w="1135"/>
        <w:gridCol w:w="1072"/>
        <w:gridCol w:w="1327"/>
        <w:gridCol w:w="3651"/>
        <w:gridCol w:w="1188"/>
        <w:gridCol w:w="3290"/>
      </w:tblGrid>
      <w:tr w:rsidR="00AF5BFE" w:rsidRPr="004D0116" w14:paraId="670D865E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017C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C32A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использование приёмов симметрии.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63C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42EA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E703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3ECF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0E7754E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получились крыши, окна, двери, лестницы для бумажных домиков. Макетировать в игровой форме пространство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0846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E4012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4D0116" w14:paraId="4BF23371" w14:textId="77777777" w:rsidTr="00640F86">
        <w:trPr>
          <w:trHeight w:val="124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E8A36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D0BB4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9AD29A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238824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52AA7D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74D57E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D2F111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1AED89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BB939FB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92C76FA" w14:textId="77777777" w:rsidTr="00640F86">
        <w:trPr>
          <w:trHeight w:val="2282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C470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6.3. 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E7EC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Макетирование (или создание аппликации) пространственной среды сказочного города из бумаги, картона или пластилина. </w:t>
            </w:r>
          </w:p>
        </w:tc>
        <w:tc>
          <w:tcPr>
            <w:tcW w:w="7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1CBC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3F32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2FE4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284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3834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сказочного городка (или построить городок в виде объёмной аппликации) </w:t>
            </w:r>
          </w:p>
        </w:tc>
        <w:tc>
          <w:tcPr>
            <w:tcW w:w="121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0622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376AC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26C86373" w14:textId="77777777" w:rsidTr="00640F86">
        <w:trPr>
          <w:trHeight w:val="470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DD548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6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F79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57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ED75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2B8912FF" w14:textId="77777777" w:rsidTr="00640F86">
        <w:trPr>
          <w:trHeight w:val="475"/>
        </w:trPr>
        <w:tc>
          <w:tcPr>
            <w:tcW w:w="154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9BFE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Модуль 7. </w:t>
            </w:r>
            <w:r w:rsidRPr="00AF5BFE">
              <w:rPr>
                <w:b/>
              </w:rPr>
              <w:t xml:space="preserve">Восприятие произведений искусства </w:t>
            </w:r>
          </w:p>
        </w:tc>
      </w:tr>
      <w:tr w:rsidR="00AF5BFE" w:rsidRPr="00AF5BFE" w14:paraId="48D9D07D" w14:textId="77777777" w:rsidTr="00640F86">
        <w:trPr>
          <w:trHeight w:val="26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A953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BD50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Восприятие произведений детского творчества. Обсуждение сюжетного и эмоционального содержания детских работ.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8F45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1A1C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89E7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4447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4B35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Наблюдать, разглядывать, анализировать детские работы с позиций их содержания и сюжета,   настроения, расположения на листе, цветового  содержания, </w:t>
            </w:r>
          </w:p>
          <w:p w14:paraId="6251446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соответствия учебной задаче, поставленной    учителем. Приобретать      опыт эстетического   наблюдения </w:t>
            </w:r>
          </w:p>
          <w:p w14:paraId="62BB2DC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ab/>
              <w:t xml:space="preserve">природы </w:t>
            </w:r>
            <w:r w:rsidRPr="00AF5BFE">
              <w:tab/>
              <w:t xml:space="preserve"> </w:t>
            </w:r>
            <w:r w:rsidRPr="00AF5BFE">
              <w:tab/>
              <w:t xml:space="preserve"> на  </w:t>
            </w:r>
            <w:r w:rsidRPr="00AF5BFE">
              <w:tab/>
              <w:t xml:space="preserve">основе </w:t>
            </w:r>
          </w:p>
          <w:p w14:paraId="41D7911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эмоциональных впечатлений и с учётом визуальной установки учителя. Приобретать   опыт художественного наблюдения предметной  среды  жизни человека в зависимости от поставленной аналитической и эстетической    задачи </w:t>
            </w:r>
          </w:p>
          <w:p w14:paraId="05E5235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(установки). Осваивать   опыт 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9F5E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C9B2E" w14:textId="77777777" w:rsidR="00AF5BFE" w:rsidRPr="00AF5BFE" w:rsidRDefault="004D0116" w:rsidP="00AF5BFE">
            <w:pPr>
              <w:spacing w:after="200" w:line="276" w:lineRule="auto"/>
            </w:pPr>
            <w:hyperlink r:id="rId30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308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15CA06E2" w14:textId="77777777" w:rsidR="00AF5BFE" w:rsidRPr="00AF5BFE" w:rsidRDefault="004D0116" w:rsidP="00AF5BFE">
            <w:pPr>
              <w:spacing w:after="200" w:line="276" w:lineRule="auto"/>
            </w:pPr>
            <w:hyperlink r:id="rId30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31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0276D769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1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31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24327950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1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31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1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1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31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1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31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2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32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2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32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2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32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3F64C54F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2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32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2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32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33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33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7F250FA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4619422A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3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33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20C19B4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3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33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3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3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3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3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3542DD11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4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34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4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34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4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34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4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4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34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4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35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5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35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5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35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6127A460" w14:textId="77777777" w:rsidR="00AF5BFE" w:rsidRPr="00AF5BFE" w:rsidRDefault="004D0116" w:rsidP="00AF5BFE">
            <w:pPr>
              <w:spacing w:after="200" w:line="276" w:lineRule="auto"/>
            </w:pPr>
            <w:hyperlink r:id="rId355">
              <w:r w:rsidR="00AF5BFE" w:rsidRPr="00AF5BFE">
                <w:rPr>
                  <w:rStyle w:val="aff8"/>
                </w:rPr>
                <w:t>m</w:t>
              </w:r>
            </w:hyperlink>
            <w:hyperlink r:id="rId35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47258FF4" w14:textId="77777777" w:rsidTr="00640F86">
        <w:trPr>
          <w:trHeight w:val="323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2E8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649E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Художественное наблюдение окружающего мира (мира природы) и предметной среды жизни человека в зависимости от поставленной аналитической и эстетической задачи наблюдения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D569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ECEF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C9B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1D9A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7BEA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9BE1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F809A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07104EB9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p w14:paraId="17A8C2D6" w14:textId="77777777" w:rsidR="00AF5BFE" w:rsidRPr="00AF5BFE" w:rsidRDefault="00AF5BFE" w:rsidP="00AF5BFE">
      <w:pPr>
        <w:rPr>
          <w:lang w:val="ru-RU"/>
        </w:rPr>
      </w:pPr>
    </w:p>
    <w:tbl>
      <w:tblPr>
        <w:tblStyle w:val="TableGrid"/>
        <w:tblW w:w="15412" w:type="dxa"/>
        <w:tblInd w:w="122" w:type="dxa"/>
        <w:tblLook w:val="04A0" w:firstRow="1" w:lastRow="0" w:firstColumn="1" w:lastColumn="0" w:noHBand="0" w:noVBand="1"/>
      </w:tblPr>
      <w:tblGrid>
        <w:gridCol w:w="638"/>
        <w:gridCol w:w="2396"/>
        <w:gridCol w:w="712"/>
        <w:gridCol w:w="1123"/>
        <w:gridCol w:w="1062"/>
        <w:gridCol w:w="1310"/>
        <w:gridCol w:w="2412"/>
        <w:gridCol w:w="615"/>
        <w:gridCol w:w="735"/>
        <w:gridCol w:w="1164"/>
        <w:gridCol w:w="3245"/>
      </w:tblGrid>
      <w:tr w:rsidR="00AF5BFE" w:rsidRPr="004D0116" w14:paraId="40F5F3A0" w14:textId="77777777" w:rsidTr="00640F86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744F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E6F1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(установки).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7616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1574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3AD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0BBA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537B809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восприятия и аналитического </w:t>
            </w:r>
            <w:r w:rsidRPr="00AF5BFE">
              <w:lastRenderedPageBreak/>
              <w:t xml:space="preserve">наблюдения архитектурных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1A81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 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99E51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4D0116" w14:paraId="6A00C311" w14:textId="77777777" w:rsidTr="00640F86">
        <w:trPr>
          <w:trHeight w:val="129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690264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1953E0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DB3894D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BA7090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212BC1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73C5C68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14:paraId="055EB1B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D39C0F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16AD3C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35D01D8A" w14:textId="77777777" w:rsidTr="00640F86">
        <w:trPr>
          <w:trHeight w:val="2282"/>
        </w:trPr>
        <w:tc>
          <w:tcPr>
            <w:tcW w:w="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84F2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7.3. </w:t>
            </w:r>
          </w:p>
        </w:tc>
        <w:tc>
          <w:tcPr>
            <w:tcW w:w="24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134D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Рассматривание иллюстраций к детским книгам на основе содержательных установок учителя в соответствии с изучаемой темой. </w:t>
            </w:r>
          </w:p>
        </w:tc>
        <w:tc>
          <w:tcPr>
            <w:tcW w:w="7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4828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15D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6694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1195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803" w:type="dxa"/>
            <w:gridSpan w:val="3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6F67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построек. Осваивать опыт восприятия художественных иллюстраций в детских книгах в соответствии с учебной установкой. Приобретать опыт специально организованного общения со станковой картиной. Осваивать опыт эстетического, эмоционального общения со станковой картиной. Приобретать опыт </w:t>
            </w:r>
          </w:p>
          <w:p w14:paraId="7F792CA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зрительских умений, включающих необходимые знания, внимание к позиции автора и соотнесение с личным жизненным опытом зрителя. </w:t>
            </w:r>
          </w:p>
        </w:tc>
        <w:tc>
          <w:tcPr>
            <w:tcW w:w="11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3208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804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4438D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8BE143A" w14:textId="77777777" w:rsidTr="00640F86">
        <w:trPr>
          <w:trHeight w:val="102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9FC2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7.4.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1AE18B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Знакомство с живописной картиной.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B83F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3495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2676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6A56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2B3397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0E2D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FB88DA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774C62F8" w14:textId="77777777" w:rsidTr="00640F86">
        <w:trPr>
          <w:trHeight w:val="3505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AA07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7.5.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A628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Обсуждение произведений с ярко выраженным эмоциональным настроением или со сказочным сюжетом. </w:t>
            </w:r>
          </w:p>
          <w:p w14:paraId="46F192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Произведения В. М. Васнецова, М. А. Врубеля и других художников (по выбору учителя).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7D02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A34E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D352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BDBF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952C703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972C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AA49747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52F64613" w14:textId="77777777" w:rsidTr="00640F86">
        <w:trPr>
          <w:trHeight w:val="241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7DBEA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7.6.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8D2F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Художник и зритель. Освоение зрительских умений на основе получаемых знаний и творческих установок наблюдения.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2C2B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5F1E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D0C1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4E56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C00A81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126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F80575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64FCAA5F" w14:textId="77777777" w:rsidTr="00640F86">
        <w:trPr>
          <w:trHeight w:val="466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B286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7.7.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791D8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Ассоциации из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DB8E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441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F2B5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DDF4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A7AD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71C6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8E819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54C382E6" w14:textId="77777777" w:rsidTr="00640F86">
        <w:trPr>
          <w:trHeight w:val="1580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0ED8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464D3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личного опыта учащихся и оценка эмоционального содержания произведений.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DB8C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7B80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2A9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F064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A1B195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615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C267366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4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A25FAD4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46AA3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опрос 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BBDF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56B9BEBC" w14:textId="77777777" w:rsidTr="00640F86">
        <w:trPr>
          <w:trHeight w:val="2953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1870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7.8.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6BAD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Произведения И. И. </w:t>
            </w:r>
          </w:p>
          <w:p w14:paraId="5FDB9284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Левитана, </w:t>
            </w:r>
          </w:p>
          <w:p w14:paraId="0590B0D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А. Г. Венецианова И. И. Шишкина, А. </w:t>
            </w:r>
          </w:p>
          <w:p w14:paraId="1ADBF3C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А. </w:t>
            </w:r>
            <w:proofErr w:type="spellStart"/>
            <w:r w:rsidRPr="00AF5BFE">
              <w:rPr>
                <w:b/>
              </w:rPr>
              <w:t>Пластова</w:t>
            </w:r>
            <w:proofErr w:type="spellEnd"/>
            <w:r w:rsidRPr="00AF5BFE">
              <w:rPr>
                <w:b/>
              </w:rPr>
              <w:t xml:space="preserve">, К. Моне, В. Ван Гога и других художников (по выбору учителя) по теме «Времена года»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304F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12C2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79A2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1ADC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00E3619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E23923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5ADBA00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56BC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578D7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AE8BBBE" w14:textId="77777777" w:rsidTr="00640F86">
        <w:trPr>
          <w:trHeight w:val="476"/>
        </w:trPr>
        <w:tc>
          <w:tcPr>
            <w:tcW w:w="30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D726D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7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8BE5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37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7AB2C6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D45877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6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952CBA2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5AF02C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39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BCBE98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3571B357" w14:textId="77777777" w:rsidTr="00640F86">
        <w:trPr>
          <w:trHeight w:val="466"/>
        </w:trPr>
        <w:tc>
          <w:tcPr>
            <w:tcW w:w="76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D77186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Модуль 8. </w:t>
            </w:r>
            <w:r w:rsidRPr="00AF5BFE">
              <w:rPr>
                <w:b/>
              </w:rPr>
              <w:t xml:space="preserve">Азбука цифровой графики </w:t>
            </w:r>
          </w:p>
        </w:tc>
        <w:tc>
          <w:tcPr>
            <w:tcW w:w="24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F0F479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6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2DFAEDB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7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43ECCA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39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ADFC412" w14:textId="77777777" w:rsidR="00AF5BFE" w:rsidRPr="00AF5BFE" w:rsidRDefault="00AF5BFE" w:rsidP="00AF5BFE">
            <w:pPr>
              <w:spacing w:after="200" w:line="276" w:lineRule="auto"/>
            </w:pPr>
          </w:p>
        </w:tc>
      </w:tr>
      <w:tr w:rsidR="00AF5BFE" w:rsidRPr="00AF5BFE" w14:paraId="00967A96" w14:textId="77777777" w:rsidTr="00640F86">
        <w:trPr>
          <w:trHeight w:val="2127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9F169" w14:textId="77777777" w:rsidR="00AF5BFE" w:rsidRPr="00AF5BFE" w:rsidRDefault="00AF5BFE" w:rsidP="00AF5BFE">
            <w:pPr>
              <w:spacing w:after="200" w:line="276" w:lineRule="auto"/>
            </w:pPr>
            <w:r w:rsidRPr="00AF5BFE">
              <w:lastRenderedPageBreak/>
              <w:t xml:space="preserve">8.1.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F3D0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Фотографирование мелких деталей природы, запечатление на фотографиях ярких зрительных впечатлений.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6423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702A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ED11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806D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B7B5BB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Приобретать фотографирования эстетического </w:t>
            </w:r>
          </w:p>
          <w:p w14:paraId="167B689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целенаправленного природы. Приобретать обсуждения фотографий с зрения цели сделанного значимости его композиции </w:t>
            </w:r>
          </w:p>
        </w:tc>
        <w:tc>
          <w:tcPr>
            <w:tcW w:w="1357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768E15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опыт с </w:t>
            </w:r>
            <w:r w:rsidRPr="00AF5BFE">
              <w:tab/>
              <w:t xml:space="preserve">целью  </w:t>
            </w:r>
            <w:r w:rsidRPr="00AF5BFE">
              <w:tab/>
              <w:t xml:space="preserve">и наблюдения  </w:t>
            </w:r>
            <w:r w:rsidRPr="00AF5BFE">
              <w:tab/>
              <w:t xml:space="preserve">опыт  точки  снимка, содержания, его 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8C68E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28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5FF2A" w14:textId="77777777" w:rsidR="00AF5BFE" w:rsidRPr="00AF5BFE" w:rsidRDefault="004D0116" w:rsidP="00AF5BFE">
            <w:pPr>
              <w:spacing w:after="200" w:line="276" w:lineRule="auto"/>
            </w:pPr>
            <w:hyperlink r:id="rId357">
              <w:r w:rsidR="00AF5BFE" w:rsidRPr="00AF5BFE">
                <w:rPr>
                  <w:rStyle w:val="aff8"/>
                </w:rPr>
                <w:t>http://bi2o2t.ru/training/sub</w:t>
              </w:r>
            </w:hyperlink>
            <w:hyperlink r:id="rId358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561AD655" w14:textId="77777777" w:rsidR="00AF5BFE" w:rsidRPr="00AF5BFE" w:rsidRDefault="004D0116" w:rsidP="00AF5BFE">
            <w:pPr>
              <w:spacing w:after="200" w:line="276" w:lineRule="auto"/>
            </w:pPr>
            <w:hyperlink r:id="rId359">
              <w:r w:rsidR="00AF5BFE" w:rsidRPr="00AF5BFE">
                <w:rPr>
                  <w:rStyle w:val="aff8"/>
                </w:rPr>
                <w:t>https://www.soloveycenter.pro</w:t>
              </w:r>
            </w:hyperlink>
            <w:hyperlink r:id="rId360">
              <w:r w:rsidR="00AF5BFE" w:rsidRPr="00AF5BFE">
                <w:rPr>
                  <w:rStyle w:val="aff8"/>
                </w:rPr>
                <w:t xml:space="preserve"> </w:t>
              </w:r>
            </w:hyperlink>
          </w:p>
          <w:p w14:paraId="5E9D602E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61"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36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67FB4BA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63">
              <w:r w:rsidR="00AF5BFE" w:rsidRPr="00AF5BFE">
                <w:rPr>
                  <w:rStyle w:val="aff8"/>
                  <w:lang w:val="en-US"/>
                </w:rPr>
                <w:t>https://onlyege.ru/ege/vpr</w:t>
              </w:r>
            </w:hyperlink>
            <w:hyperlink r:id="rId364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6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66">
              <w:r w:rsidR="00AF5BFE" w:rsidRPr="00AF5BFE">
                <w:rPr>
                  <w:rStyle w:val="aff8"/>
                  <w:lang w:val="en-US"/>
                </w:rPr>
                <w:t>4/vpr</w:t>
              </w:r>
            </w:hyperlink>
            <w:hyperlink r:id="rId36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68">
              <w:r w:rsidR="00AF5BFE" w:rsidRPr="00AF5BFE">
                <w:rPr>
                  <w:rStyle w:val="aff8"/>
                  <w:lang w:val="en-US"/>
                </w:rPr>
                <w:t>matematika</w:t>
              </w:r>
            </w:hyperlink>
            <w:hyperlink r:id="rId369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70">
              <w:r w:rsidR="00AF5BFE" w:rsidRPr="00AF5BFE">
                <w:rPr>
                  <w:rStyle w:val="aff8"/>
                  <w:lang w:val="en-US"/>
                </w:rPr>
                <w:t>4/</w:t>
              </w:r>
            </w:hyperlink>
            <w:hyperlink r:id="rId37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72">
              <w:r w:rsidR="00AF5BFE" w:rsidRPr="00AF5BFE">
                <w:rPr>
                  <w:rStyle w:val="aff8"/>
                  <w:lang w:val="en-US"/>
                </w:rPr>
                <w:t>https://onlinetestpad.com/ru/t</w:t>
              </w:r>
            </w:hyperlink>
            <w:hyperlink r:id="rId37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74">
              <w:proofErr w:type="spellStart"/>
              <w:r w:rsidR="00AF5BFE" w:rsidRPr="00AF5BFE">
                <w:rPr>
                  <w:rStyle w:val="aff8"/>
                  <w:lang w:val="en-US"/>
                </w:rPr>
                <w:t>ests</w:t>
              </w:r>
              <w:proofErr w:type="spellEnd"/>
            </w:hyperlink>
            <w:hyperlink r:id="rId375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7C45329C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76">
              <w:r w:rsidR="00AF5BFE" w:rsidRPr="00AF5BFE">
                <w:rPr>
                  <w:rStyle w:val="aff8"/>
                  <w:lang w:val="en-US"/>
                </w:rPr>
                <w:t>https://www.klass39.ru/klassny</w:t>
              </w:r>
            </w:hyperlink>
            <w:hyperlink r:id="rId377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78">
              <w:r w:rsidR="00AF5BFE" w:rsidRPr="00AF5BFE">
                <w:rPr>
                  <w:rStyle w:val="aff8"/>
                  <w:lang w:val="en-US"/>
                </w:rPr>
                <w:t>e</w:t>
              </w:r>
            </w:hyperlink>
            <w:hyperlink r:id="rId379">
              <w:r w:rsidR="00AF5BFE" w:rsidRPr="00AF5BFE">
                <w:rPr>
                  <w:rStyle w:val="aff8"/>
                  <w:lang w:val="en-US"/>
                </w:rPr>
                <w:t>-</w:t>
              </w:r>
              <w:proofErr w:type="spellStart"/>
            </w:hyperlink>
            <w:hyperlink r:id="rId380">
              <w:r w:rsidR="00AF5BFE" w:rsidRPr="00AF5BFE">
                <w:rPr>
                  <w:rStyle w:val="aff8"/>
                  <w:lang w:val="en-US"/>
                </w:rPr>
                <w:t>resursy</w:t>
              </w:r>
              <w:proofErr w:type="spellEnd"/>
              <w:r w:rsidR="00AF5BFE" w:rsidRPr="00AF5BFE">
                <w:rPr>
                  <w:rStyle w:val="aff8"/>
                  <w:lang w:val="en-US"/>
                </w:rPr>
                <w:t>/</w:t>
              </w:r>
            </w:hyperlink>
            <w:hyperlink r:id="rId381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05B39239" w14:textId="77777777" w:rsidR="00AF5BFE" w:rsidRPr="00AF5BFE" w:rsidRDefault="00AF5BFE" w:rsidP="00AF5BFE">
            <w:pPr>
              <w:spacing w:after="200" w:line="276" w:lineRule="auto"/>
              <w:rPr>
                <w:lang w:val="en-US"/>
              </w:rPr>
            </w:pPr>
            <w:r w:rsidRPr="00AF5BFE">
              <w:rPr>
                <w:b/>
                <w:lang w:val="en-US"/>
              </w:rPr>
              <w:t xml:space="preserve"> </w:t>
            </w:r>
          </w:p>
          <w:p w14:paraId="54FD3872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82">
              <w:r w:rsidR="00AF5BFE" w:rsidRPr="00AF5BFE">
                <w:rPr>
                  <w:rStyle w:val="aff8"/>
                  <w:lang w:val="en-US"/>
                </w:rPr>
                <w:t>https://www.uchportal.ru/load/4</w:t>
              </w:r>
            </w:hyperlink>
            <w:hyperlink r:id="rId38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116B5FE8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84">
              <w:r w:rsidR="00AF5BFE" w:rsidRPr="00AF5BFE">
                <w:rPr>
                  <w:rStyle w:val="aff8"/>
                  <w:lang w:val="en-US"/>
                </w:rPr>
                <w:t>7</w:t>
              </w:r>
            </w:hyperlink>
            <w:hyperlink r:id="rId38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86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87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88">
              <w:r w:rsidR="00AF5BFE" w:rsidRPr="00AF5BFE">
                <w:rPr>
                  <w:rStyle w:val="aff8"/>
                  <w:lang w:val="en-US"/>
                </w:rPr>
                <w:t>2</w:t>
              </w:r>
            </w:hyperlink>
            <w:hyperlink r:id="rId389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F4B0FBC" w14:textId="77777777" w:rsidR="00AF5BFE" w:rsidRPr="00AF5BFE" w:rsidRDefault="004D0116" w:rsidP="00AF5BFE">
            <w:pPr>
              <w:spacing w:after="200" w:line="276" w:lineRule="auto"/>
              <w:rPr>
                <w:lang w:val="en-US"/>
              </w:rPr>
            </w:pPr>
            <w:hyperlink r:id="rId390">
              <w:r w:rsidR="00AF5BFE" w:rsidRPr="00AF5BFE">
                <w:rPr>
                  <w:rStyle w:val="aff8"/>
                  <w:lang w:val="en-US"/>
                </w:rPr>
                <w:t>http://school</w:t>
              </w:r>
            </w:hyperlink>
            <w:hyperlink r:id="rId391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92">
              <w:r w:rsidR="00AF5BFE" w:rsidRPr="00AF5BFE">
                <w:rPr>
                  <w:rStyle w:val="aff8"/>
                  <w:lang w:val="en-US"/>
                </w:rPr>
                <w:t>collection.edu.ru/</w:t>
              </w:r>
            </w:hyperlink>
            <w:hyperlink r:id="rId393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94">
              <w:r w:rsidR="00AF5BFE" w:rsidRPr="00AF5BFE">
                <w:rPr>
                  <w:rStyle w:val="aff8"/>
                  <w:lang w:val="en-US"/>
                </w:rPr>
                <w:t>http://um</w:t>
              </w:r>
            </w:hyperlink>
            <w:hyperlink r:id="rId395">
              <w:r w:rsidR="00AF5BFE" w:rsidRPr="00AF5BFE">
                <w:rPr>
                  <w:rStyle w:val="aff8"/>
                  <w:lang w:val="en-US"/>
                </w:rPr>
                <w:t>-</w:t>
              </w:r>
            </w:hyperlink>
            <w:hyperlink r:id="rId396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97">
              <w:r w:rsidR="00AF5BFE" w:rsidRPr="00AF5BFE">
                <w:rPr>
                  <w:rStyle w:val="aff8"/>
                  <w:lang w:val="en-US"/>
                </w:rPr>
                <w:t>razum.ru/load/uchebnye_preze</w:t>
              </w:r>
            </w:hyperlink>
            <w:hyperlink r:id="rId398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399">
              <w:r w:rsidR="00AF5BFE" w:rsidRPr="00AF5BFE">
                <w:rPr>
                  <w:rStyle w:val="aff8"/>
                  <w:lang w:val="en-US"/>
                </w:rPr>
                <w:t>ntacii/nachalnaja_shkola/18</w:t>
              </w:r>
            </w:hyperlink>
            <w:hyperlink r:id="rId400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401">
              <w:r w:rsidR="00AF5BFE" w:rsidRPr="00AF5BFE">
                <w:rPr>
                  <w:rStyle w:val="aff8"/>
                  <w:lang w:val="en-US"/>
                </w:rPr>
                <w:t>http://internet.chgk.info/</w:t>
              </w:r>
            </w:hyperlink>
            <w:hyperlink r:id="rId402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  <w:hyperlink r:id="rId403">
              <w:r w:rsidR="00AF5BFE" w:rsidRPr="00AF5BFE">
                <w:rPr>
                  <w:rStyle w:val="aff8"/>
                  <w:lang w:val="en-US"/>
                </w:rPr>
                <w:t>http://www.vbg.ru/~kvint/im.ht</w:t>
              </w:r>
            </w:hyperlink>
            <w:hyperlink r:id="rId404">
              <w:r w:rsidR="00AF5BFE" w:rsidRPr="00AF5BFE">
                <w:rPr>
                  <w:rStyle w:val="aff8"/>
                  <w:lang w:val="en-US"/>
                </w:rPr>
                <w:t xml:space="preserve"> </w:t>
              </w:r>
            </w:hyperlink>
          </w:p>
          <w:p w14:paraId="5DA791F0" w14:textId="77777777" w:rsidR="00AF5BFE" w:rsidRPr="00AF5BFE" w:rsidRDefault="004D0116" w:rsidP="00AF5BFE">
            <w:pPr>
              <w:spacing w:after="200" w:line="276" w:lineRule="auto"/>
            </w:pPr>
            <w:hyperlink r:id="rId405">
              <w:r w:rsidR="00AF5BFE" w:rsidRPr="00AF5BFE">
                <w:rPr>
                  <w:rStyle w:val="aff8"/>
                </w:rPr>
                <w:t>m</w:t>
              </w:r>
            </w:hyperlink>
            <w:hyperlink r:id="rId406">
              <w:r w:rsidR="00AF5BFE" w:rsidRPr="00AF5BFE">
                <w:rPr>
                  <w:rStyle w:val="aff8"/>
                </w:rPr>
                <w:t xml:space="preserve"> </w:t>
              </w:r>
            </w:hyperlink>
          </w:p>
        </w:tc>
      </w:tr>
      <w:tr w:rsidR="00AF5BFE" w:rsidRPr="00AF5BFE" w14:paraId="5A82B4F4" w14:textId="77777777" w:rsidTr="00640F86">
        <w:trPr>
          <w:trHeight w:val="2631"/>
        </w:trPr>
        <w:tc>
          <w:tcPr>
            <w:tcW w:w="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96A2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8.2. </w:t>
            </w:r>
          </w:p>
        </w:tc>
        <w:tc>
          <w:tcPr>
            <w:tcW w:w="2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AA46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rPr>
                <w:b/>
              </w:rPr>
              <w:t xml:space="preserve">Обсуждение в условиях урока ученических фотографий, соответствующих изучаемой теме. </w:t>
            </w:r>
          </w:p>
        </w:tc>
        <w:tc>
          <w:tcPr>
            <w:tcW w:w="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1CBEA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88C8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4CE11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26200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14:paraId="34A695B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5CA1665" w14:textId="77777777" w:rsidR="00AF5BFE" w:rsidRPr="00AF5BFE" w:rsidRDefault="00AF5BFE" w:rsidP="00AF5BFE">
            <w:pPr>
              <w:spacing w:after="200" w:line="276" w:lineRule="auto"/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A122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Устный опрос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7C7E" w14:textId="77777777" w:rsidR="00AF5BFE" w:rsidRPr="00AF5BFE" w:rsidRDefault="00AF5BFE" w:rsidP="00AF5BFE">
            <w:pPr>
              <w:spacing w:after="200" w:line="276" w:lineRule="auto"/>
            </w:pPr>
          </w:p>
        </w:tc>
      </w:tr>
    </w:tbl>
    <w:p w14:paraId="6364E3E8" w14:textId="77777777" w:rsidR="00AF5BFE" w:rsidRPr="00AF5BFE" w:rsidRDefault="00AF5BFE" w:rsidP="00AF5BFE">
      <w:pPr>
        <w:rPr>
          <w:lang w:val="ru-RU"/>
        </w:rPr>
      </w:pPr>
      <w:r w:rsidRPr="00AF5BFE">
        <w:rPr>
          <w:lang w:val="ru-RU"/>
        </w:rPr>
        <w:t xml:space="preserve"> </w:t>
      </w:r>
    </w:p>
    <w:tbl>
      <w:tblPr>
        <w:tblStyle w:val="TableGrid"/>
        <w:tblW w:w="15417" w:type="dxa"/>
        <w:tblInd w:w="122" w:type="dxa"/>
        <w:tblCellMar>
          <w:top w:w="12" w:type="dxa"/>
          <w:left w:w="12" w:type="dxa"/>
          <w:right w:w="94" w:type="dxa"/>
        </w:tblCellMar>
        <w:tblLook w:val="04A0" w:firstRow="1" w:lastRow="0" w:firstColumn="1" w:lastColumn="0" w:noHBand="0" w:noVBand="1"/>
      </w:tblPr>
      <w:tblGrid>
        <w:gridCol w:w="3087"/>
        <w:gridCol w:w="754"/>
        <w:gridCol w:w="1219"/>
        <w:gridCol w:w="1138"/>
        <w:gridCol w:w="9219"/>
      </w:tblGrid>
      <w:tr w:rsidR="00AF5BFE" w:rsidRPr="00AF5BFE" w14:paraId="5144F9CC" w14:textId="77777777" w:rsidTr="00640F86">
        <w:trPr>
          <w:trHeight w:val="466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8315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Итого по модулю 8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AC72D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15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F5FF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  <w:tr w:rsidR="00AF5BFE" w:rsidRPr="00AF5BFE" w14:paraId="188C8C4D" w14:textId="77777777" w:rsidTr="00640F86">
        <w:trPr>
          <w:trHeight w:val="749"/>
        </w:trPr>
        <w:tc>
          <w:tcPr>
            <w:tcW w:w="3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FEFDC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ОБЩЕЕ КОЛИЧЕСТВО ЧАСОВ ПО ПРОГРАММЕ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1A236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33 </w:t>
            </w:r>
          </w:p>
        </w:tc>
        <w:tc>
          <w:tcPr>
            <w:tcW w:w="1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8E2E8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1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5D0B2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  <w:tc>
          <w:tcPr>
            <w:tcW w:w="9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42497" w14:textId="77777777" w:rsidR="00AF5BFE" w:rsidRPr="00AF5BFE" w:rsidRDefault="00AF5BFE" w:rsidP="00AF5BFE">
            <w:pPr>
              <w:spacing w:after="200" w:line="276" w:lineRule="auto"/>
            </w:pPr>
            <w:r w:rsidRPr="00AF5BFE">
              <w:t xml:space="preserve"> </w:t>
            </w:r>
          </w:p>
        </w:tc>
      </w:tr>
    </w:tbl>
    <w:p w14:paraId="62EF1879" w14:textId="77777777" w:rsidR="00AF5BFE" w:rsidRPr="00AF5BFE" w:rsidRDefault="00AF5BFE" w:rsidP="00AF5BFE">
      <w:pPr>
        <w:rPr>
          <w:lang w:val="ru-RU"/>
        </w:rPr>
      </w:pPr>
      <w:r w:rsidRPr="00AF5BFE">
        <w:rPr>
          <w:b/>
          <w:lang w:val="ru-RU"/>
        </w:rPr>
        <w:t xml:space="preserve"> </w:t>
      </w:r>
    </w:p>
    <w:p w14:paraId="098AC422" w14:textId="77777777" w:rsidR="001E79A6" w:rsidRPr="00AF5BFE" w:rsidRDefault="001E79A6">
      <w:pPr>
        <w:rPr>
          <w:lang w:val="ru-RU"/>
        </w:rPr>
        <w:sectPr w:rsidR="001E79A6" w:rsidRPr="00AF5BF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2B930E97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68B0D270" w14:textId="77777777" w:rsidR="001E79A6" w:rsidRDefault="001E79A6">
      <w:pPr>
        <w:autoSpaceDE w:val="0"/>
        <w:autoSpaceDN w:val="0"/>
        <w:spacing w:after="78" w:line="220" w:lineRule="exact"/>
      </w:pPr>
    </w:p>
    <w:p w14:paraId="628600D5" w14:textId="77777777" w:rsidR="001E79A6" w:rsidRDefault="000C7AA0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49DAC5AB" w14:textId="77777777" w:rsidR="001E79A6" w:rsidRPr="00AF5BFE" w:rsidRDefault="000C7AA0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8DE063D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8A23930" w14:textId="77777777" w:rsidR="001E79A6" w:rsidRPr="00AF5BFE" w:rsidRDefault="001E79A6">
      <w:pPr>
        <w:autoSpaceDE w:val="0"/>
        <w:autoSpaceDN w:val="0"/>
        <w:spacing w:after="78" w:line="220" w:lineRule="exact"/>
        <w:rPr>
          <w:lang w:val="ru-RU"/>
        </w:rPr>
      </w:pPr>
    </w:p>
    <w:p w14:paraId="7278B6E8" w14:textId="77777777" w:rsidR="001E79A6" w:rsidRPr="00AF5BFE" w:rsidRDefault="000C7AA0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AF5BFE">
        <w:rPr>
          <w:lang w:val="ru-RU"/>
        </w:rPr>
        <w:br/>
      </w:r>
      <w:r w:rsidRPr="00AF5BF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14:paraId="1C0DE5A2" w14:textId="77777777" w:rsidR="001E79A6" w:rsidRPr="00AF5BFE" w:rsidRDefault="001E79A6">
      <w:pPr>
        <w:rPr>
          <w:lang w:val="ru-RU"/>
        </w:rPr>
        <w:sectPr w:rsidR="001E79A6" w:rsidRPr="00AF5BF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C2F3B5C" w14:textId="77777777" w:rsidR="000C7AA0" w:rsidRPr="00AF5BFE" w:rsidRDefault="000C7AA0">
      <w:pPr>
        <w:rPr>
          <w:lang w:val="ru-RU"/>
        </w:rPr>
      </w:pPr>
    </w:p>
    <w:sectPr w:rsidR="000C7AA0" w:rsidRPr="00AF5BF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AC1781"/>
    <w:multiLevelType w:val="hybridMultilevel"/>
    <w:tmpl w:val="D7789678"/>
    <w:lvl w:ilvl="0" w:tplc="10CA538E">
      <w:start w:val="1"/>
      <w:numFmt w:val="decimal"/>
      <w:lvlText w:val="%1."/>
      <w:lvlJc w:val="left"/>
      <w:pPr>
        <w:ind w:left="422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ECAB36">
      <w:start w:val="1"/>
      <w:numFmt w:val="lowerLetter"/>
      <w:lvlText w:val="%2"/>
      <w:lvlJc w:val="left"/>
      <w:pPr>
        <w:ind w:left="13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F4148E">
      <w:start w:val="1"/>
      <w:numFmt w:val="lowerRoman"/>
      <w:lvlText w:val="%3"/>
      <w:lvlJc w:val="left"/>
      <w:pPr>
        <w:ind w:left="20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8530A">
      <w:start w:val="1"/>
      <w:numFmt w:val="decimal"/>
      <w:lvlText w:val="%4"/>
      <w:lvlJc w:val="left"/>
      <w:pPr>
        <w:ind w:left="27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6651CE">
      <w:start w:val="1"/>
      <w:numFmt w:val="lowerLetter"/>
      <w:lvlText w:val="%5"/>
      <w:lvlJc w:val="left"/>
      <w:pPr>
        <w:ind w:left="346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5E2BAA">
      <w:start w:val="1"/>
      <w:numFmt w:val="lowerRoman"/>
      <w:lvlText w:val="%6"/>
      <w:lvlJc w:val="left"/>
      <w:pPr>
        <w:ind w:left="418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CEAECA">
      <w:start w:val="1"/>
      <w:numFmt w:val="decimal"/>
      <w:lvlText w:val="%7"/>
      <w:lvlJc w:val="left"/>
      <w:pPr>
        <w:ind w:left="490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F44BBC">
      <w:start w:val="1"/>
      <w:numFmt w:val="lowerLetter"/>
      <w:lvlText w:val="%8"/>
      <w:lvlJc w:val="left"/>
      <w:pPr>
        <w:ind w:left="562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F8E5D6">
      <w:start w:val="1"/>
      <w:numFmt w:val="lowerRoman"/>
      <w:lvlText w:val="%9"/>
      <w:lvlJc w:val="left"/>
      <w:pPr>
        <w:ind w:left="634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0D3CBA"/>
    <w:multiLevelType w:val="hybridMultilevel"/>
    <w:tmpl w:val="E4DA3B92"/>
    <w:lvl w:ilvl="0" w:tplc="B872873E">
      <w:start w:val="1"/>
      <w:numFmt w:val="decimal"/>
      <w:lvlText w:val="%1.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0369206">
      <w:start w:val="1"/>
      <w:numFmt w:val="lowerLetter"/>
      <w:lvlText w:val="%2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CE8B544">
      <w:start w:val="1"/>
      <w:numFmt w:val="lowerRoman"/>
      <w:lvlText w:val="%3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2406D44">
      <w:start w:val="1"/>
      <w:numFmt w:val="decimal"/>
      <w:lvlText w:val="%4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73A12AC">
      <w:start w:val="1"/>
      <w:numFmt w:val="lowerLetter"/>
      <w:lvlText w:val="%5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E72E8EA">
      <w:start w:val="1"/>
      <w:numFmt w:val="lowerRoman"/>
      <w:lvlText w:val="%6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63673B6">
      <w:start w:val="1"/>
      <w:numFmt w:val="decimal"/>
      <w:lvlText w:val="%7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8D65FE0">
      <w:start w:val="1"/>
      <w:numFmt w:val="lowerLetter"/>
      <w:lvlText w:val="%8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BF6EB04">
      <w:start w:val="1"/>
      <w:numFmt w:val="lowerRoman"/>
      <w:lvlText w:val="%9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3F04990"/>
    <w:multiLevelType w:val="hybridMultilevel"/>
    <w:tmpl w:val="B79451DE"/>
    <w:lvl w:ilvl="0" w:tplc="4BDE0CF4">
      <w:start w:val="2"/>
      <w:numFmt w:val="decimal"/>
      <w:lvlText w:val="%1."/>
      <w:lvlJc w:val="left"/>
      <w:pPr>
        <w:ind w:left="4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1A0DD20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F3E2DB0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8106642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E4828F6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C30E6A6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6F01DCE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38A45BA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F9CCE02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7AA0"/>
    <w:rsid w:val="0015074B"/>
    <w:rsid w:val="001E79A6"/>
    <w:rsid w:val="0029639D"/>
    <w:rsid w:val="00326F90"/>
    <w:rsid w:val="004D0116"/>
    <w:rsid w:val="00AA1D8D"/>
    <w:rsid w:val="00AF5BFE"/>
    <w:rsid w:val="00B47730"/>
    <w:rsid w:val="00C80F7B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39833D"/>
  <w14:defaultImageDpi w14:val="300"/>
  <w15:docId w15:val="{871B3AB3-6E51-4BA0-9676-769526C83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AF5BFE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AF5BFE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C80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C80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nlyege.ru/ege/vpr-4/vpr-matematika-4/" TargetMode="External"/><Relationship Id="rId299" Type="http://schemas.openxmlformats.org/officeDocument/2006/relationships/hyperlink" Target="http://um-razum.ru/load/uchebnye_prezentacii/nachalnaja_shkola/18" TargetMode="External"/><Relationship Id="rId21" Type="http://schemas.openxmlformats.org/officeDocument/2006/relationships/hyperlink" Target="https://onlyege.ru/ege/vpr-4/vpr-matematika-4/" TargetMode="External"/><Relationship Id="rId63" Type="http://schemas.openxmlformats.org/officeDocument/2006/relationships/hyperlink" Target="https://onlyege.ru/ege/vpr-4/vpr-matematika-4/" TargetMode="External"/><Relationship Id="rId159" Type="http://schemas.openxmlformats.org/officeDocument/2006/relationships/hyperlink" Target="https://www.soloveycenter.pro/" TargetMode="External"/><Relationship Id="rId324" Type="http://schemas.openxmlformats.org/officeDocument/2006/relationships/hyperlink" Target="https://onlinetestpad.com/ru/tests" TargetMode="External"/><Relationship Id="rId366" Type="http://schemas.openxmlformats.org/officeDocument/2006/relationships/hyperlink" Target="https://onlyege.ru/ege/vpr-4/vpr-matematika-4/" TargetMode="External"/><Relationship Id="rId170" Type="http://schemas.openxmlformats.org/officeDocument/2006/relationships/hyperlink" Target="https://onlyege.ru/ege/vpr-4/vpr-matematika-4/" TargetMode="External"/><Relationship Id="rId226" Type="http://schemas.openxmlformats.org/officeDocument/2006/relationships/hyperlink" Target="https://www.klass39.ru/klassnye-resursy/" TargetMode="External"/><Relationship Id="rId268" Type="http://schemas.openxmlformats.org/officeDocument/2006/relationships/hyperlink" Target="https://onlyege.ru/ege/vpr-4/vpr-matematika-4/" TargetMode="External"/><Relationship Id="rId32" Type="http://schemas.openxmlformats.org/officeDocument/2006/relationships/hyperlink" Target="https://www.uchportal.ru/load/47-2-2" TargetMode="External"/><Relationship Id="rId74" Type="http://schemas.openxmlformats.org/officeDocument/2006/relationships/hyperlink" Target="https://onlinetestpad.com/ru/tests" TargetMode="External"/><Relationship Id="rId128" Type="http://schemas.openxmlformats.org/officeDocument/2006/relationships/hyperlink" Target="https://www.klass39.ru/klassnye-resursy/" TargetMode="External"/><Relationship Id="rId335" Type="http://schemas.openxmlformats.org/officeDocument/2006/relationships/hyperlink" Target="https://www.uchportal.ru/load/47-2-2" TargetMode="External"/><Relationship Id="rId377" Type="http://schemas.openxmlformats.org/officeDocument/2006/relationships/hyperlink" Target="https://www.klass39.ru/klassnye-resursy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klass39.ru/klassnye-resursy/" TargetMode="External"/><Relationship Id="rId237" Type="http://schemas.openxmlformats.org/officeDocument/2006/relationships/hyperlink" Target="https://www.uchportal.ru/load/47-2-2" TargetMode="External"/><Relationship Id="rId402" Type="http://schemas.openxmlformats.org/officeDocument/2006/relationships/hyperlink" Target="http://internet.chgk.info/" TargetMode="External"/><Relationship Id="rId279" Type="http://schemas.openxmlformats.org/officeDocument/2006/relationships/hyperlink" Target="https://www.klass39.ru/klassnye-resursy/" TargetMode="External"/><Relationship Id="rId43" Type="http://schemas.openxmlformats.org/officeDocument/2006/relationships/hyperlink" Target="http://school-collection.edu.ru/" TargetMode="External"/><Relationship Id="rId139" Type="http://schemas.openxmlformats.org/officeDocument/2006/relationships/hyperlink" Target="https://www.uchportal.ru/load/47-2-2" TargetMode="External"/><Relationship Id="rId290" Type="http://schemas.openxmlformats.org/officeDocument/2006/relationships/hyperlink" Target="http://school-collection.edu.ru/" TargetMode="External"/><Relationship Id="rId304" Type="http://schemas.openxmlformats.org/officeDocument/2006/relationships/hyperlink" Target="http://www.vbg.ru/~kvint/im.htm" TargetMode="External"/><Relationship Id="rId346" Type="http://schemas.openxmlformats.org/officeDocument/2006/relationships/hyperlink" Target="http://um-razum.ru/load/uchebnye_prezentacii/nachalnaja_shkola/18" TargetMode="External"/><Relationship Id="rId388" Type="http://schemas.openxmlformats.org/officeDocument/2006/relationships/hyperlink" Target="https://www.uchportal.ru/load/47-2-2" TargetMode="External"/><Relationship Id="rId85" Type="http://schemas.openxmlformats.org/officeDocument/2006/relationships/hyperlink" Target="https://www.uchportal.ru/load/47-2-2" TargetMode="External"/><Relationship Id="rId150" Type="http://schemas.openxmlformats.org/officeDocument/2006/relationships/hyperlink" Target="http://um-razum.ru/load/uchebnye_prezentacii/nachalnaja_shkola/18" TargetMode="External"/><Relationship Id="rId192" Type="http://schemas.openxmlformats.org/officeDocument/2006/relationships/hyperlink" Target="http://school-collection.edu.ru/" TargetMode="External"/><Relationship Id="rId206" Type="http://schemas.openxmlformats.org/officeDocument/2006/relationships/hyperlink" Target="http://www.vbg.ru/~kvint/im.htm" TargetMode="External"/><Relationship Id="rId248" Type="http://schemas.openxmlformats.org/officeDocument/2006/relationships/hyperlink" Target="http://um-razum.ru/load/uchebnye_prezentacii/nachalnaja_shkola/18" TargetMode="External"/><Relationship Id="rId12" Type="http://schemas.openxmlformats.org/officeDocument/2006/relationships/hyperlink" Target="https://www.soloveycenter.pro/" TargetMode="External"/><Relationship Id="rId108" Type="http://schemas.openxmlformats.org/officeDocument/2006/relationships/hyperlink" Target="http://bi2o2t.ru/training/sub" TargetMode="External"/><Relationship Id="rId315" Type="http://schemas.openxmlformats.org/officeDocument/2006/relationships/hyperlink" Target="https://onlyege.ru/ege/vpr-4/vpr-matematika-4/" TargetMode="External"/><Relationship Id="rId357" Type="http://schemas.openxmlformats.org/officeDocument/2006/relationships/hyperlink" Target="http://bi2o2t.ru/training/sub" TargetMode="External"/><Relationship Id="rId54" Type="http://schemas.openxmlformats.org/officeDocument/2006/relationships/hyperlink" Target="http://www.vbg.ru/~kvint/im.htm" TargetMode="External"/><Relationship Id="rId96" Type="http://schemas.openxmlformats.org/officeDocument/2006/relationships/hyperlink" Target="http://um-razum.ru/load/uchebnye_prezentacii/nachalnaja_shkola/18" TargetMode="External"/><Relationship Id="rId161" Type="http://schemas.openxmlformats.org/officeDocument/2006/relationships/hyperlink" Target="https://www.soloveycenter.pro/" TargetMode="External"/><Relationship Id="rId217" Type="http://schemas.openxmlformats.org/officeDocument/2006/relationships/hyperlink" Target="https://onlyege.ru/ege/vpr-4/vpr-matematika-4/" TargetMode="External"/><Relationship Id="rId399" Type="http://schemas.openxmlformats.org/officeDocument/2006/relationships/hyperlink" Target="http://um-razum.ru/load/uchebnye_prezentacii/nachalnaja_shkola/18" TargetMode="External"/><Relationship Id="rId259" Type="http://schemas.openxmlformats.org/officeDocument/2006/relationships/hyperlink" Target="https://www.soloveycenter.pro/" TargetMode="External"/><Relationship Id="rId23" Type="http://schemas.openxmlformats.org/officeDocument/2006/relationships/hyperlink" Target="https://onlinetestpad.com/ru/tests" TargetMode="External"/><Relationship Id="rId119" Type="http://schemas.openxmlformats.org/officeDocument/2006/relationships/hyperlink" Target="https://onlyege.ru/ege/vpr-4/vpr-matematika-4/" TargetMode="External"/><Relationship Id="rId270" Type="http://schemas.openxmlformats.org/officeDocument/2006/relationships/hyperlink" Target="https://onlyege.ru/ege/vpr-4/vpr-matematika-4/" TargetMode="External"/><Relationship Id="rId326" Type="http://schemas.openxmlformats.org/officeDocument/2006/relationships/hyperlink" Target="https://www.klass39.ru/klassnye-resursy/" TargetMode="External"/><Relationship Id="rId65" Type="http://schemas.openxmlformats.org/officeDocument/2006/relationships/hyperlink" Target="https://onlyege.ru/ege/vpr-4/vpr-matematika-4/" TargetMode="External"/><Relationship Id="rId130" Type="http://schemas.openxmlformats.org/officeDocument/2006/relationships/hyperlink" Target="https://www.klass39.ru/klassnye-resursy/" TargetMode="External"/><Relationship Id="rId368" Type="http://schemas.openxmlformats.org/officeDocument/2006/relationships/hyperlink" Target="https://onlyege.ru/ege/vpr-4/vpr-matematika-4/" TargetMode="External"/><Relationship Id="rId172" Type="http://schemas.openxmlformats.org/officeDocument/2006/relationships/hyperlink" Target="https://onlinetestpad.com/ru/tests" TargetMode="External"/><Relationship Id="rId228" Type="http://schemas.openxmlformats.org/officeDocument/2006/relationships/hyperlink" Target="https://www.klass39.ru/klassnye-resursy/" TargetMode="External"/><Relationship Id="rId281" Type="http://schemas.openxmlformats.org/officeDocument/2006/relationships/hyperlink" Target="https://www.klass39.ru/klassnye-resursy/" TargetMode="External"/><Relationship Id="rId337" Type="http://schemas.openxmlformats.org/officeDocument/2006/relationships/hyperlink" Target="https://www.uchportal.ru/load/47-2-2" TargetMode="External"/><Relationship Id="rId34" Type="http://schemas.openxmlformats.org/officeDocument/2006/relationships/hyperlink" Target="https://www.uchportal.ru/load/47-2-2" TargetMode="External"/><Relationship Id="rId76" Type="http://schemas.openxmlformats.org/officeDocument/2006/relationships/hyperlink" Target="https://www.klass39.ru/klassnye-resursy/" TargetMode="External"/><Relationship Id="rId141" Type="http://schemas.openxmlformats.org/officeDocument/2006/relationships/hyperlink" Target="http://school-collection.edu.ru/" TargetMode="External"/><Relationship Id="rId379" Type="http://schemas.openxmlformats.org/officeDocument/2006/relationships/hyperlink" Target="https://www.klass39.ru/klassnye-resursy/" TargetMode="External"/><Relationship Id="rId7" Type="http://schemas.openxmlformats.org/officeDocument/2006/relationships/hyperlink" Target="http://bi2o2t.ru/training/sub" TargetMode="External"/><Relationship Id="rId183" Type="http://schemas.openxmlformats.org/officeDocument/2006/relationships/hyperlink" Target="https://www.uchportal.ru/load/47-2-2" TargetMode="External"/><Relationship Id="rId239" Type="http://schemas.openxmlformats.org/officeDocument/2006/relationships/hyperlink" Target="https://www.uchportal.ru/load/47-2-2" TargetMode="External"/><Relationship Id="rId390" Type="http://schemas.openxmlformats.org/officeDocument/2006/relationships/hyperlink" Target="http://school-collection.edu.ru/" TargetMode="External"/><Relationship Id="rId404" Type="http://schemas.openxmlformats.org/officeDocument/2006/relationships/hyperlink" Target="http://www.vbg.ru/~kvint/im.htm" TargetMode="External"/><Relationship Id="rId250" Type="http://schemas.openxmlformats.org/officeDocument/2006/relationships/hyperlink" Target="http://um-razum.ru/load/uchebnye_prezentacii/nachalnaja_shkola/18" TargetMode="External"/><Relationship Id="rId292" Type="http://schemas.openxmlformats.org/officeDocument/2006/relationships/hyperlink" Target="http://school-collection.edu.ru/" TargetMode="External"/><Relationship Id="rId306" Type="http://schemas.openxmlformats.org/officeDocument/2006/relationships/hyperlink" Target="http://www.vbg.ru/~kvint/im.htm" TargetMode="External"/><Relationship Id="rId45" Type="http://schemas.openxmlformats.org/officeDocument/2006/relationships/hyperlink" Target="http://um-razum.ru/load/uchebnye_prezentacii/nachalnaja_shkola/18" TargetMode="External"/><Relationship Id="rId87" Type="http://schemas.openxmlformats.org/officeDocument/2006/relationships/hyperlink" Target="https://www.uchportal.ru/load/47-2-2" TargetMode="External"/><Relationship Id="rId110" Type="http://schemas.openxmlformats.org/officeDocument/2006/relationships/hyperlink" Target="https://www.soloveycenter.pro/" TargetMode="External"/><Relationship Id="rId348" Type="http://schemas.openxmlformats.org/officeDocument/2006/relationships/hyperlink" Target="http://um-razum.ru/load/uchebnye_prezentacii/nachalnaja_shkola/18" TargetMode="External"/><Relationship Id="rId152" Type="http://schemas.openxmlformats.org/officeDocument/2006/relationships/hyperlink" Target="http://internet.chgk.info/" TargetMode="External"/><Relationship Id="rId194" Type="http://schemas.openxmlformats.org/officeDocument/2006/relationships/hyperlink" Target="http://um-razum.ru/load/uchebnye_prezentacii/nachalnaja_shkola/18" TargetMode="External"/><Relationship Id="rId208" Type="http://schemas.openxmlformats.org/officeDocument/2006/relationships/hyperlink" Target="http://bi2o2t.ru/training/sub" TargetMode="External"/><Relationship Id="rId261" Type="http://schemas.openxmlformats.org/officeDocument/2006/relationships/hyperlink" Target="https://www.soloveycenter.pro/" TargetMode="External"/><Relationship Id="rId14" Type="http://schemas.openxmlformats.org/officeDocument/2006/relationships/hyperlink" Target="https://onlyege.ru/ege/vpr-4/vpr-matematika-4/" TargetMode="External"/><Relationship Id="rId56" Type="http://schemas.openxmlformats.org/officeDocument/2006/relationships/hyperlink" Target="http://www.vbg.ru/~kvint/im.htm" TargetMode="External"/><Relationship Id="rId317" Type="http://schemas.openxmlformats.org/officeDocument/2006/relationships/hyperlink" Target="https://onlyege.ru/ege/vpr-4/vpr-matematika-4/" TargetMode="External"/><Relationship Id="rId359" Type="http://schemas.openxmlformats.org/officeDocument/2006/relationships/hyperlink" Target="https://www.soloveycenter.pro/" TargetMode="External"/><Relationship Id="rId98" Type="http://schemas.openxmlformats.org/officeDocument/2006/relationships/hyperlink" Target="http://um-razum.ru/load/uchebnye_prezentacii/nachalnaja_shkola/18" TargetMode="External"/><Relationship Id="rId121" Type="http://schemas.openxmlformats.org/officeDocument/2006/relationships/hyperlink" Target="https://onlyege.ru/ege/vpr-4/vpr-matematika-4/" TargetMode="External"/><Relationship Id="rId163" Type="http://schemas.openxmlformats.org/officeDocument/2006/relationships/hyperlink" Target="https://onlyege.ru/ege/vpr-4/vpr-matematika-4/" TargetMode="External"/><Relationship Id="rId219" Type="http://schemas.openxmlformats.org/officeDocument/2006/relationships/hyperlink" Target="https://onlyege.ru/ege/vpr-4/vpr-matematika-4/" TargetMode="External"/><Relationship Id="rId370" Type="http://schemas.openxmlformats.org/officeDocument/2006/relationships/hyperlink" Target="https://onlyege.ru/ege/vpr-4/vpr-matematika-4/" TargetMode="External"/><Relationship Id="rId230" Type="http://schemas.openxmlformats.org/officeDocument/2006/relationships/hyperlink" Target="https://www.klass39.ru/klassnye-resursy/" TargetMode="External"/><Relationship Id="rId25" Type="http://schemas.openxmlformats.org/officeDocument/2006/relationships/hyperlink" Target="https://onlinetestpad.com/ru/tests" TargetMode="External"/><Relationship Id="rId67" Type="http://schemas.openxmlformats.org/officeDocument/2006/relationships/hyperlink" Target="https://onlyege.ru/ege/vpr-4/vpr-matematika-4/" TargetMode="External"/><Relationship Id="rId272" Type="http://schemas.openxmlformats.org/officeDocument/2006/relationships/hyperlink" Target="https://onlinetestpad.com/ru/tests" TargetMode="External"/><Relationship Id="rId328" Type="http://schemas.openxmlformats.org/officeDocument/2006/relationships/hyperlink" Target="https://www.klass39.ru/klassnye-resursy/" TargetMode="External"/><Relationship Id="rId132" Type="http://schemas.openxmlformats.org/officeDocument/2006/relationships/hyperlink" Target="https://www.uchportal.ru/load/47-2-2" TargetMode="External"/><Relationship Id="rId174" Type="http://schemas.openxmlformats.org/officeDocument/2006/relationships/hyperlink" Target="https://onlinetestpad.com/ru/tests" TargetMode="External"/><Relationship Id="rId381" Type="http://schemas.openxmlformats.org/officeDocument/2006/relationships/hyperlink" Target="https://www.klass39.ru/klassnye-resursy/" TargetMode="External"/><Relationship Id="rId241" Type="http://schemas.openxmlformats.org/officeDocument/2006/relationships/hyperlink" Target="http://school-collection.edu.ru/" TargetMode="External"/><Relationship Id="rId36" Type="http://schemas.openxmlformats.org/officeDocument/2006/relationships/hyperlink" Target="https://www.uchportal.ru/load/47-2-2" TargetMode="External"/><Relationship Id="rId283" Type="http://schemas.openxmlformats.org/officeDocument/2006/relationships/hyperlink" Target="https://www.uchportal.ru/load/47-2-2" TargetMode="External"/><Relationship Id="rId339" Type="http://schemas.openxmlformats.org/officeDocument/2006/relationships/hyperlink" Target="https://www.uchportal.ru/load/47-2-2" TargetMode="External"/><Relationship Id="rId78" Type="http://schemas.openxmlformats.org/officeDocument/2006/relationships/hyperlink" Target="https://www.klass39.ru/klassnye-resursy/" TargetMode="External"/><Relationship Id="rId101" Type="http://schemas.openxmlformats.org/officeDocument/2006/relationships/hyperlink" Target="http://internet.chgk.info/" TargetMode="External"/><Relationship Id="rId143" Type="http://schemas.openxmlformats.org/officeDocument/2006/relationships/hyperlink" Target="http://school-collection.edu.ru/" TargetMode="External"/><Relationship Id="rId185" Type="http://schemas.openxmlformats.org/officeDocument/2006/relationships/hyperlink" Target="https://www.uchportal.ru/load/47-2-2" TargetMode="External"/><Relationship Id="rId350" Type="http://schemas.openxmlformats.org/officeDocument/2006/relationships/hyperlink" Target="http://um-razum.ru/load/uchebnye_prezentacii/nachalnaja_shkola/18" TargetMode="External"/><Relationship Id="rId406" Type="http://schemas.openxmlformats.org/officeDocument/2006/relationships/hyperlink" Target="http://www.vbg.ru/~kvint/im.htm" TargetMode="External"/><Relationship Id="rId9" Type="http://schemas.openxmlformats.org/officeDocument/2006/relationships/hyperlink" Target="https://www.soloveycenter.pro/" TargetMode="External"/><Relationship Id="rId210" Type="http://schemas.openxmlformats.org/officeDocument/2006/relationships/hyperlink" Target="https://www.soloveycenter.pro/" TargetMode="External"/><Relationship Id="rId392" Type="http://schemas.openxmlformats.org/officeDocument/2006/relationships/hyperlink" Target="http://school-collection.edu.ru/" TargetMode="External"/><Relationship Id="rId252" Type="http://schemas.openxmlformats.org/officeDocument/2006/relationships/hyperlink" Target="http://internet.chgk.info/" TargetMode="External"/><Relationship Id="rId294" Type="http://schemas.openxmlformats.org/officeDocument/2006/relationships/hyperlink" Target="http://um-razum.ru/load/uchebnye_prezentacii/nachalnaja_shkola/18" TargetMode="External"/><Relationship Id="rId308" Type="http://schemas.openxmlformats.org/officeDocument/2006/relationships/hyperlink" Target="http://bi2o2t.ru/training/sub" TargetMode="External"/><Relationship Id="rId47" Type="http://schemas.openxmlformats.org/officeDocument/2006/relationships/hyperlink" Target="http://um-razum.ru/load/uchebnye_prezentacii/nachalnaja_shkola/18" TargetMode="External"/><Relationship Id="rId89" Type="http://schemas.openxmlformats.org/officeDocument/2006/relationships/hyperlink" Target="https://www.uchportal.ru/load/47-2-2" TargetMode="External"/><Relationship Id="rId112" Type="http://schemas.openxmlformats.org/officeDocument/2006/relationships/hyperlink" Target="https://www.soloveycenter.pro/" TargetMode="External"/><Relationship Id="rId154" Type="http://schemas.openxmlformats.org/officeDocument/2006/relationships/hyperlink" Target="http://www.vbg.ru/~kvint/im.htm" TargetMode="External"/><Relationship Id="rId361" Type="http://schemas.openxmlformats.org/officeDocument/2006/relationships/hyperlink" Target="https://www.soloveycenter.pro/" TargetMode="External"/><Relationship Id="rId196" Type="http://schemas.openxmlformats.org/officeDocument/2006/relationships/hyperlink" Target="http://um-razum.ru/load/uchebnye_prezentacii/nachalnaja_shkola/18" TargetMode="External"/><Relationship Id="rId16" Type="http://schemas.openxmlformats.org/officeDocument/2006/relationships/hyperlink" Target="https://onlyege.ru/ege/vpr-4/vpr-matematika-4/" TargetMode="External"/><Relationship Id="rId221" Type="http://schemas.openxmlformats.org/officeDocument/2006/relationships/hyperlink" Target="https://onlyege.ru/ege/vpr-4/vpr-matematika-4/" TargetMode="External"/><Relationship Id="rId263" Type="http://schemas.openxmlformats.org/officeDocument/2006/relationships/hyperlink" Target="https://onlyege.ru/ege/vpr-4/vpr-matematika-4/" TargetMode="External"/><Relationship Id="rId319" Type="http://schemas.openxmlformats.org/officeDocument/2006/relationships/hyperlink" Target="https://onlyege.ru/ege/vpr-4/vpr-matematika-4/" TargetMode="External"/><Relationship Id="rId58" Type="http://schemas.openxmlformats.org/officeDocument/2006/relationships/hyperlink" Target="http://bi2o2t.ru/training/sub" TargetMode="External"/><Relationship Id="rId123" Type="http://schemas.openxmlformats.org/officeDocument/2006/relationships/hyperlink" Target="https://onlinetestpad.com/ru/tests" TargetMode="External"/><Relationship Id="rId330" Type="http://schemas.openxmlformats.org/officeDocument/2006/relationships/hyperlink" Target="https://www.klass39.ru/klassnye-resursy/" TargetMode="External"/><Relationship Id="rId165" Type="http://schemas.openxmlformats.org/officeDocument/2006/relationships/hyperlink" Target="https://onlyege.ru/ege/vpr-4/vpr-matematika-4/" TargetMode="External"/><Relationship Id="rId372" Type="http://schemas.openxmlformats.org/officeDocument/2006/relationships/hyperlink" Target="https://onlinetestpad.com/ru/tests" TargetMode="External"/><Relationship Id="rId211" Type="http://schemas.openxmlformats.org/officeDocument/2006/relationships/hyperlink" Target="https://www.soloveycenter.pro/" TargetMode="External"/><Relationship Id="rId232" Type="http://schemas.openxmlformats.org/officeDocument/2006/relationships/hyperlink" Target="https://www.uchportal.ru/load/47-2-2" TargetMode="External"/><Relationship Id="rId253" Type="http://schemas.openxmlformats.org/officeDocument/2006/relationships/hyperlink" Target="http://www.vbg.ru/~kvint/im.htm" TargetMode="External"/><Relationship Id="rId274" Type="http://schemas.openxmlformats.org/officeDocument/2006/relationships/hyperlink" Target="https://onlinetestpad.com/ru/tests" TargetMode="External"/><Relationship Id="rId295" Type="http://schemas.openxmlformats.org/officeDocument/2006/relationships/hyperlink" Target="http://um-razum.ru/load/uchebnye_prezentacii/nachalnaja_shkola/18" TargetMode="External"/><Relationship Id="rId309" Type="http://schemas.openxmlformats.org/officeDocument/2006/relationships/hyperlink" Target="https://www.soloveycenter.pro/" TargetMode="External"/><Relationship Id="rId27" Type="http://schemas.openxmlformats.org/officeDocument/2006/relationships/hyperlink" Target="https://www.klass39.ru/klassnye-resursy/" TargetMode="External"/><Relationship Id="rId48" Type="http://schemas.openxmlformats.org/officeDocument/2006/relationships/hyperlink" Target="http://um-razum.ru/load/uchebnye_prezentacii/nachalnaja_shkola/18" TargetMode="External"/><Relationship Id="rId69" Type="http://schemas.openxmlformats.org/officeDocument/2006/relationships/hyperlink" Target="https://onlyege.ru/ege/vpr-4/vpr-matematika-4/" TargetMode="External"/><Relationship Id="rId113" Type="http://schemas.openxmlformats.org/officeDocument/2006/relationships/hyperlink" Target="https://onlyege.ru/ege/vpr-4/vpr-matematika-4/" TargetMode="External"/><Relationship Id="rId134" Type="http://schemas.openxmlformats.org/officeDocument/2006/relationships/hyperlink" Target="https://www.uchportal.ru/load/47-2-2" TargetMode="External"/><Relationship Id="rId320" Type="http://schemas.openxmlformats.org/officeDocument/2006/relationships/hyperlink" Target="https://onlyege.ru/ege/vpr-4/vpr-matematika-4/" TargetMode="External"/><Relationship Id="rId80" Type="http://schemas.openxmlformats.org/officeDocument/2006/relationships/hyperlink" Target="https://www.klass39.ru/klassnye-resursy/" TargetMode="External"/><Relationship Id="rId155" Type="http://schemas.openxmlformats.org/officeDocument/2006/relationships/hyperlink" Target="http://www.vbg.ru/~kvint/im.htm" TargetMode="External"/><Relationship Id="rId176" Type="http://schemas.openxmlformats.org/officeDocument/2006/relationships/hyperlink" Target="https://www.klass39.ru/klassnye-resursy/" TargetMode="External"/><Relationship Id="rId197" Type="http://schemas.openxmlformats.org/officeDocument/2006/relationships/hyperlink" Target="http://um-razum.ru/load/uchebnye_prezentacii/nachalnaja_shkola/18" TargetMode="External"/><Relationship Id="rId341" Type="http://schemas.openxmlformats.org/officeDocument/2006/relationships/hyperlink" Target="http://school-collection.edu.ru/" TargetMode="External"/><Relationship Id="rId362" Type="http://schemas.openxmlformats.org/officeDocument/2006/relationships/hyperlink" Target="https://www.soloveycenter.pro/" TargetMode="External"/><Relationship Id="rId383" Type="http://schemas.openxmlformats.org/officeDocument/2006/relationships/hyperlink" Target="https://www.uchportal.ru/load/47-2-2" TargetMode="External"/><Relationship Id="rId201" Type="http://schemas.openxmlformats.org/officeDocument/2006/relationships/hyperlink" Target="http://internet.chgk.info/" TargetMode="External"/><Relationship Id="rId222" Type="http://schemas.openxmlformats.org/officeDocument/2006/relationships/hyperlink" Target="https://onlinetestpad.com/ru/tests" TargetMode="External"/><Relationship Id="rId243" Type="http://schemas.openxmlformats.org/officeDocument/2006/relationships/hyperlink" Target="http://school-collection.edu.ru/" TargetMode="External"/><Relationship Id="rId264" Type="http://schemas.openxmlformats.org/officeDocument/2006/relationships/hyperlink" Target="https://onlyege.ru/ege/vpr-4/vpr-matematika-4/" TargetMode="External"/><Relationship Id="rId285" Type="http://schemas.openxmlformats.org/officeDocument/2006/relationships/hyperlink" Target="https://www.uchportal.ru/load/47-2-2" TargetMode="External"/><Relationship Id="rId17" Type="http://schemas.openxmlformats.org/officeDocument/2006/relationships/hyperlink" Target="https://onlyege.ru/ege/vpr-4/vpr-matematika-4/" TargetMode="External"/><Relationship Id="rId38" Type="http://schemas.openxmlformats.org/officeDocument/2006/relationships/hyperlink" Target="https://www.uchportal.ru/load/47-2-2" TargetMode="External"/><Relationship Id="rId59" Type="http://schemas.openxmlformats.org/officeDocument/2006/relationships/hyperlink" Target="https://www.soloveycenter.pro/" TargetMode="External"/><Relationship Id="rId103" Type="http://schemas.openxmlformats.org/officeDocument/2006/relationships/hyperlink" Target="http://www.vbg.ru/~kvint/im.htm" TargetMode="External"/><Relationship Id="rId124" Type="http://schemas.openxmlformats.org/officeDocument/2006/relationships/hyperlink" Target="https://onlinetestpad.com/ru/tests" TargetMode="External"/><Relationship Id="rId310" Type="http://schemas.openxmlformats.org/officeDocument/2006/relationships/hyperlink" Target="https://www.soloveycenter.pro/" TargetMode="External"/><Relationship Id="rId70" Type="http://schemas.openxmlformats.org/officeDocument/2006/relationships/hyperlink" Target="https://onlyege.ru/ege/vpr-4/vpr-matematika-4/" TargetMode="External"/><Relationship Id="rId91" Type="http://schemas.openxmlformats.org/officeDocument/2006/relationships/hyperlink" Target="http://school-collection.edu.ru/" TargetMode="External"/><Relationship Id="rId145" Type="http://schemas.openxmlformats.org/officeDocument/2006/relationships/hyperlink" Target="http://um-razum.ru/load/uchebnye_prezentacii/nachalnaja_shkola/18" TargetMode="External"/><Relationship Id="rId166" Type="http://schemas.openxmlformats.org/officeDocument/2006/relationships/hyperlink" Target="https://onlyege.ru/ege/vpr-4/vpr-matematika-4/" TargetMode="External"/><Relationship Id="rId187" Type="http://schemas.openxmlformats.org/officeDocument/2006/relationships/hyperlink" Target="https://www.uchportal.ru/load/47-2-2" TargetMode="External"/><Relationship Id="rId331" Type="http://schemas.openxmlformats.org/officeDocument/2006/relationships/hyperlink" Target="https://www.klass39.ru/klassnye-resursy/" TargetMode="External"/><Relationship Id="rId352" Type="http://schemas.openxmlformats.org/officeDocument/2006/relationships/hyperlink" Target="http://internet.chgk.info/" TargetMode="External"/><Relationship Id="rId373" Type="http://schemas.openxmlformats.org/officeDocument/2006/relationships/hyperlink" Target="https://onlinetestpad.com/ru/tests" TargetMode="External"/><Relationship Id="rId394" Type="http://schemas.openxmlformats.org/officeDocument/2006/relationships/hyperlink" Target="http://um-razum.ru/load/uchebnye_prezentacii/nachalnaja_shkola/18" TargetMode="External"/><Relationship Id="rId408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hyperlink" Target="https://www.soloveycenter.pro/" TargetMode="External"/><Relationship Id="rId233" Type="http://schemas.openxmlformats.org/officeDocument/2006/relationships/hyperlink" Target="https://www.uchportal.ru/load/47-2-2" TargetMode="External"/><Relationship Id="rId254" Type="http://schemas.openxmlformats.org/officeDocument/2006/relationships/hyperlink" Target="http://www.vbg.ru/~kvint/im.htm" TargetMode="External"/><Relationship Id="rId28" Type="http://schemas.openxmlformats.org/officeDocument/2006/relationships/hyperlink" Target="https://www.klass39.ru/klassnye-resursy/" TargetMode="External"/><Relationship Id="rId49" Type="http://schemas.openxmlformats.org/officeDocument/2006/relationships/hyperlink" Target="http://um-razum.ru/load/uchebnye_prezentacii/nachalnaja_shkola/18" TargetMode="External"/><Relationship Id="rId114" Type="http://schemas.openxmlformats.org/officeDocument/2006/relationships/hyperlink" Target="https://onlyege.ru/ege/vpr-4/vpr-matematika-4/" TargetMode="External"/><Relationship Id="rId275" Type="http://schemas.openxmlformats.org/officeDocument/2006/relationships/hyperlink" Target="https://onlinetestpad.com/ru/tests" TargetMode="External"/><Relationship Id="rId296" Type="http://schemas.openxmlformats.org/officeDocument/2006/relationships/hyperlink" Target="http://um-razum.ru/load/uchebnye_prezentacii/nachalnaja_shkola/18" TargetMode="External"/><Relationship Id="rId300" Type="http://schemas.openxmlformats.org/officeDocument/2006/relationships/hyperlink" Target="http://um-razum.ru/load/uchebnye_prezentacii/nachalnaja_shkola/18" TargetMode="External"/><Relationship Id="rId60" Type="http://schemas.openxmlformats.org/officeDocument/2006/relationships/hyperlink" Target="https://www.soloveycenter.pro/" TargetMode="External"/><Relationship Id="rId81" Type="http://schemas.openxmlformats.org/officeDocument/2006/relationships/hyperlink" Target="https://www.klass39.ru/klassnye-resursy/" TargetMode="External"/><Relationship Id="rId135" Type="http://schemas.openxmlformats.org/officeDocument/2006/relationships/hyperlink" Target="https://www.uchportal.ru/load/47-2-2" TargetMode="External"/><Relationship Id="rId156" Type="http://schemas.openxmlformats.org/officeDocument/2006/relationships/hyperlink" Target="http://www.vbg.ru/~kvint/im.htm" TargetMode="External"/><Relationship Id="rId177" Type="http://schemas.openxmlformats.org/officeDocument/2006/relationships/hyperlink" Target="https://www.klass39.ru/klassnye-resursy/" TargetMode="External"/><Relationship Id="rId198" Type="http://schemas.openxmlformats.org/officeDocument/2006/relationships/hyperlink" Target="http://um-razum.ru/load/uchebnye_prezentacii/nachalnaja_shkola/18" TargetMode="External"/><Relationship Id="rId321" Type="http://schemas.openxmlformats.org/officeDocument/2006/relationships/hyperlink" Target="https://onlyege.ru/ege/vpr-4/vpr-matematika-4/" TargetMode="External"/><Relationship Id="rId342" Type="http://schemas.openxmlformats.org/officeDocument/2006/relationships/hyperlink" Target="http://school-collection.edu.ru/" TargetMode="External"/><Relationship Id="rId363" Type="http://schemas.openxmlformats.org/officeDocument/2006/relationships/hyperlink" Target="https://onlyege.ru/ege/vpr-4/vpr-matematika-4/" TargetMode="External"/><Relationship Id="rId384" Type="http://schemas.openxmlformats.org/officeDocument/2006/relationships/hyperlink" Target="https://www.uchportal.ru/load/47-2-2" TargetMode="External"/><Relationship Id="rId202" Type="http://schemas.openxmlformats.org/officeDocument/2006/relationships/hyperlink" Target="http://internet.chgk.info/" TargetMode="External"/><Relationship Id="rId223" Type="http://schemas.openxmlformats.org/officeDocument/2006/relationships/hyperlink" Target="https://onlinetestpad.com/ru/tests" TargetMode="External"/><Relationship Id="rId244" Type="http://schemas.openxmlformats.org/officeDocument/2006/relationships/hyperlink" Target="http://um-razum.ru/load/uchebnye_prezentacii/nachalnaja_shkola/18" TargetMode="External"/><Relationship Id="rId18" Type="http://schemas.openxmlformats.org/officeDocument/2006/relationships/hyperlink" Target="https://onlyege.ru/ege/vpr-4/vpr-matematika-4/" TargetMode="External"/><Relationship Id="rId39" Type="http://schemas.openxmlformats.org/officeDocument/2006/relationships/hyperlink" Target="https://www.uchportal.ru/load/47-2-2" TargetMode="External"/><Relationship Id="rId265" Type="http://schemas.openxmlformats.org/officeDocument/2006/relationships/hyperlink" Target="https://onlyege.ru/ege/vpr-4/vpr-matematika-4/" TargetMode="External"/><Relationship Id="rId286" Type="http://schemas.openxmlformats.org/officeDocument/2006/relationships/hyperlink" Target="https://www.uchportal.ru/load/47-2-2" TargetMode="External"/><Relationship Id="rId50" Type="http://schemas.openxmlformats.org/officeDocument/2006/relationships/hyperlink" Target="http://um-razum.ru/load/uchebnye_prezentacii/nachalnaja_shkola/18" TargetMode="External"/><Relationship Id="rId104" Type="http://schemas.openxmlformats.org/officeDocument/2006/relationships/hyperlink" Target="http://www.vbg.ru/~kvint/im.htm" TargetMode="External"/><Relationship Id="rId125" Type="http://schemas.openxmlformats.org/officeDocument/2006/relationships/hyperlink" Target="https://onlinetestpad.com/ru/tests" TargetMode="External"/><Relationship Id="rId146" Type="http://schemas.openxmlformats.org/officeDocument/2006/relationships/hyperlink" Target="http://um-razum.ru/load/uchebnye_prezentacii/nachalnaja_shkola/18" TargetMode="External"/><Relationship Id="rId167" Type="http://schemas.openxmlformats.org/officeDocument/2006/relationships/hyperlink" Target="https://onlyege.ru/ege/vpr-4/vpr-matematika-4/" TargetMode="External"/><Relationship Id="rId188" Type="http://schemas.openxmlformats.org/officeDocument/2006/relationships/hyperlink" Target="https://www.uchportal.ru/load/47-2-2" TargetMode="External"/><Relationship Id="rId311" Type="http://schemas.openxmlformats.org/officeDocument/2006/relationships/hyperlink" Target="https://www.soloveycenter.pro/" TargetMode="External"/><Relationship Id="rId332" Type="http://schemas.openxmlformats.org/officeDocument/2006/relationships/hyperlink" Target="https://www.uchportal.ru/load/47-2-2" TargetMode="External"/><Relationship Id="rId353" Type="http://schemas.openxmlformats.org/officeDocument/2006/relationships/hyperlink" Target="http://www.vbg.ru/~kvint/im.htm" TargetMode="External"/><Relationship Id="rId374" Type="http://schemas.openxmlformats.org/officeDocument/2006/relationships/hyperlink" Target="https://onlinetestpad.com/ru/tests" TargetMode="External"/><Relationship Id="rId395" Type="http://schemas.openxmlformats.org/officeDocument/2006/relationships/hyperlink" Target="http://um-razum.ru/load/uchebnye_prezentacii/nachalnaja_shkola/18" TargetMode="External"/><Relationship Id="rId71" Type="http://schemas.openxmlformats.org/officeDocument/2006/relationships/hyperlink" Target="https://onlyege.ru/ege/vpr-4/vpr-matematika-4/" TargetMode="External"/><Relationship Id="rId92" Type="http://schemas.openxmlformats.org/officeDocument/2006/relationships/hyperlink" Target="http://school-collection.edu.ru/" TargetMode="External"/><Relationship Id="rId213" Type="http://schemas.openxmlformats.org/officeDocument/2006/relationships/hyperlink" Target="https://onlyege.ru/ege/vpr-4/vpr-matematika-4/" TargetMode="External"/><Relationship Id="rId234" Type="http://schemas.openxmlformats.org/officeDocument/2006/relationships/hyperlink" Target="https://www.uchportal.ru/load/47-2-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klass39.ru/klassnye-resursy/" TargetMode="External"/><Relationship Id="rId255" Type="http://schemas.openxmlformats.org/officeDocument/2006/relationships/hyperlink" Target="http://www.vbg.ru/~kvint/im.htm" TargetMode="External"/><Relationship Id="rId276" Type="http://schemas.openxmlformats.org/officeDocument/2006/relationships/hyperlink" Target="https://www.klass39.ru/klassnye-resursy/" TargetMode="External"/><Relationship Id="rId297" Type="http://schemas.openxmlformats.org/officeDocument/2006/relationships/hyperlink" Target="http://um-razum.ru/load/uchebnye_prezentacii/nachalnaja_shkola/18" TargetMode="External"/><Relationship Id="rId40" Type="http://schemas.openxmlformats.org/officeDocument/2006/relationships/hyperlink" Target="http://school-collection.edu.ru/" TargetMode="External"/><Relationship Id="rId115" Type="http://schemas.openxmlformats.org/officeDocument/2006/relationships/hyperlink" Target="https://onlyege.ru/ege/vpr-4/vpr-matematika-4/" TargetMode="External"/><Relationship Id="rId136" Type="http://schemas.openxmlformats.org/officeDocument/2006/relationships/hyperlink" Target="https://www.uchportal.ru/load/47-2-2" TargetMode="External"/><Relationship Id="rId157" Type="http://schemas.openxmlformats.org/officeDocument/2006/relationships/hyperlink" Target="http://bi2o2t.ru/training/sub" TargetMode="External"/><Relationship Id="rId178" Type="http://schemas.openxmlformats.org/officeDocument/2006/relationships/hyperlink" Target="https://www.klass39.ru/klassnye-resursy/" TargetMode="External"/><Relationship Id="rId301" Type="http://schemas.openxmlformats.org/officeDocument/2006/relationships/hyperlink" Target="http://internet.chgk.info/" TargetMode="External"/><Relationship Id="rId322" Type="http://schemas.openxmlformats.org/officeDocument/2006/relationships/hyperlink" Target="https://onlinetestpad.com/ru/tests" TargetMode="External"/><Relationship Id="rId343" Type="http://schemas.openxmlformats.org/officeDocument/2006/relationships/hyperlink" Target="http://school-collection.edu.ru/" TargetMode="External"/><Relationship Id="rId364" Type="http://schemas.openxmlformats.org/officeDocument/2006/relationships/hyperlink" Target="https://onlyege.ru/ege/vpr-4/vpr-matematika-4/" TargetMode="External"/><Relationship Id="rId61" Type="http://schemas.openxmlformats.org/officeDocument/2006/relationships/hyperlink" Target="https://www.soloveycenter.pro/" TargetMode="External"/><Relationship Id="rId82" Type="http://schemas.openxmlformats.org/officeDocument/2006/relationships/hyperlink" Target="https://www.uchportal.ru/load/47-2-2" TargetMode="External"/><Relationship Id="rId199" Type="http://schemas.openxmlformats.org/officeDocument/2006/relationships/hyperlink" Target="http://um-razum.ru/load/uchebnye_prezentacii/nachalnaja_shkola/18" TargetMode="External"/><Relationship Id="rId203" Type="http://schemas.openxmlformats.org/officeDocument/2006/relationships/hyperlink" Target="http://www.vbg.ru/~kvint/im.htm" TargetMode="External"/><Relationship Id="rId385" Type="http://schemas.openxmlformats.org/officeDocument/2006/relationships/hyperlink" Target="https://www.uchportal.ru/load/47-2-2" TargetMode="External"/><Relationship Id="rId19" Type="http://schemas.openxmlformats.org/officeDocument/2006/relationships/hyperlink" Target="https://onlyege.ru/ege/vpr-4/vpr-matematika-4/" TargetMode="External"/><Relationship Id="rId224" Type="http://schemas.openxmlformats.org/officeDocument/2006/relationships/hyperlink" Target="https://onlinetestpad.com/ru/tests" TargetMode="External"/><Relationship Id="rId245" Type="http://schemas.openxmlformats.org/officeDocument/2006/relationships/hyperlink" Target="http://um-razum.ru/load/uchebnye_prezentacii/nachalnaja_shkola/18" TargetMode="External"/><Relationship Id="rId266" Type="http://schemas.openxmlformats.org/officeDocument/2006/relationships/hyperlink" Target="https://onlyege.ru/ege/vpr-4/vpr-matematika-4/" TargetMode="External"/><Relationship Id="rId287" Type="http://schemas.openxmlformats.org/officeDocument/2006/relationships/hyperlink" Target="https://www.uchportal.ru/load/47-2-2" TargetMode="External"/><Relationship Id="rId30" Type="http://schemas.openxmlformats.org/officeDocument/2006/relationships/hyperlink" Target="https://www.klass39.ru/klassnye-resursy/" TargetMode="External"/><Relationship Id="rId105" Type="http://schemas.openxmlformats.org/officeDocument/2006/relationships/hyperlink" Target="http://www.vbg.ru/~kvint/im.htm" TargetMode="External"/><Relationship Id="rId126" Type="http://schemas.openxmlformats.org/officeDocument/2006/relationships/hyperlink" Target="https://www.klass39.ru/klassnye-resursy/" TargetMode="External"/><Relationship Id="rId147" Type="http://schemas.openxmlformats.org/officeDocument/2006/relationships/hyperlink" Target="http://um-razum.ru/load/uchebnye_prezentacii/nachalnaja_shkola/18" TargetMode="External"/><Relationship Id="rId168" Type="http://schemas.openxmlformats.org/officeDocument/2006/relationships/hyperlink" Target="https://onlyege.ru/ege/vpr-4/vpr-matematika-4/" TargetMode="External"/><Relationship Id="rId312" Type="http://schemas.openxmlformats.org/officeDocument/2006/relationships/hyperlink" Target="https://www.soloveycenter.pro/" TargetMode="External"/><Relationship Id="rId333" Type="http://schemas.openxmlformats.org/officeDocument/2006/relationships/hyperlink" Target="https://www.uchportal.ru/load/47-2-2" TargetMode="External"/><Relationship Id="rId354" Type="http://schemas.openxmlformats.org/officeDocument/2006/relationships/hyperlink" Target="http://www.vbg.ru/~kvint/im.htm" TargetMode="External"/><Relationship Id="rId51" Type="http://schemas.openxmlformats.org/officeDocument/2006/relationships/hyperlink" Target="http://internet.chgk.info/" TargetMode="External"/><Relationship Id="rId72" Type="http://schemas.openxmlformats.org/officeDocument/2006/relationships/hyperlink" Target="https://onlinetestpad.com/ru/tests" TargetMode="External"/><Relationship Id="rId93" Type="http://schemas.openxmlformats.org/officeDocument/2006/relationships/hyperlink" Target="http://school-collection.edu.ru/" TargetMode="External"/><Relationship Id="rId189" Type="http://schemas.openxmlformats.org/officeDocument/2006/relationships/hyperlink" Target="https://www.uchportal.ru/load/47-2-2" TargetMode="External"/><Relationship Id="rId375" Type="http://schemas.openxmlformats.org/officeDocument/2006/relationships/hyperlink" Target="https://onlinetestpad.com/ru/tests" TargetMode="External"/><Relationship Id="rId396" Type="http://schemas.openxmlformats.org/officeDocument/2006/relationships/hyperlink" Target="http://um-razum.ru/load/uchebnye_prezentacii/nachalnaja_shkola/18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nlyege.ru/ege/vpr-4/vpr-matematika-4/" TargetMode="External"/><Relationship Id="rId235" Type="http://schemas.openxmlformats.org/officeDocument/2006/relationships/hyperlink" Target="https://www.uchportal.ru/load/47-2-2" TargetMode="External"/><Relationship Id="rId256" Type="http://schemas.openxmlformats.org/officeDocument/2006/relationships/hyperlink" Target="http://www.vbg.ru/~kvint/im.htm" TargetMode="External"/><Relationship Id="rId277" Type="http://schemas.openxmlformats.org/officeDocument/2006/relationships/hyperlink" Target="https://www.klass39.ru/klassnye-resursy/" TargetMode="External"/><Relationship Id="rId298" Type="http://schemas.openxmlformats.org/officeDocument/2006/relationships/hyperlink" Target="http://um-razum.ru/load/uchebnye_prezentacii/nachalnaja_shkola/18" TargetMode="External"/><Relationship Id="rId400" Type="http://schemas.openxmlformats.org/officeDocument/2006/relationships/hyperlink" Target="http://um-razum.ru/load/uchebnye_prezentacii/nachalnaja_shkola/18" TargetMode="External"/><Relationship Id="rId116" Type="http://schemas.openxmlformats.org/officeDocument/2006/relationships/hyperlink" Target="https://onlyege.ru/ege/vpr-4/vpr-matematika-4/" TargetMode="External"/><Relationship Id="rId137" Type="http://schemas.openxmlformats.org/officeDocument/2006/relationships/hyperlink" Target="https://www.uchportal.ru/load/47-2-2" TargetMode="External"/><Relationship Id="rId158" Type="http://schemas.openxmlformats.org/officeDocument/2006/relationships/hyperlink" Target="http://bi2o2t.ru/training/sub" TargetMode="External"/><Relationship Id="rId302" Type="http://schemas.openxmlformats.org/officeDocument/2006/relationships/hyperlink" Target="http://internet.chgk.info/" TargetMode="External"/><Relationship Id="rId323" Type="http://schemas.openxmlformats.org/officeDocument/2006/relationships/hyperlink" Target="https://onlinetestpad.com/ru/tests" TargetMode="External"/><Relationship Id="rId344" Type="http://schemas.openxmlformats.org/officeDocument/2006/relationships/hyperlink" Target="http://um-razum.ru/load/uchebnye_prezentacii/nachalnaja_shkola/18" TargetMode="External"/><Relationship Id="rId20" Type="http://schemas.openxmlformats.org/officeDocument/2006/relationships/hyperlink" Target="https://onlyege.ru/ege/vpr-4/vpr-matematika-4/" TargetMode="External"/><Relationship Id="rId41" Type="http://schemas.openxmlformats.org/officeDocument/2006/relationships/hyperlink" Target="http://school-collection.edu.ru/" TargetMode="External"/><Relationship Id="rId62" Type="http://schemas.openxmlformats.org/officeDocument/2006/relationships/hyperlink" Target="https://www.soloveycenter.pro/" TargetMode="External"/><Relationship Id="rId83" Type="http://schemas.openxmlformats.org/officeDocument/2006/relationships/hyperlink" Target="https://www.uchportal.ru/load/47-2-2" TargetMode="External"/><Relationship Id="rId179" Type="http://schemas.openxmlformats.org/officeDocument/2006/relationships/hyperlink" Target="https://www.klass39.ru/klassnye-resursy/" TargetMode="External"/><Relationship Id="rId365" Type="http://schemas.openxmlformats.org/officeDocument/2006/relationships/hyperlink" Target="https://onlyege.ru/ege/vpr-4/vpr-matematika-4/" TargetMode="External"/><Relationship Id="rId386" Type="http://schemas.openxmlformats.org/officeDocument/2006/relationships/hyperlink" Target="https://www.uchportal.ru/load/47-2-2" TargetMode="External"/><Relationship Id="rId190" Type="http://schemas.openxmlformats.org/officeDocument/2006/relationships/hyperlink" Target="http://school-collection.edu.ru/" TargetMode="External"/><Relationship Id="rId204" Type="http://schemas.openxmlformats.org/officeDocument/2006/relationships/hyperlink" Target="http://www.vbg.ru/~kvint/im.htm" TargetMode="External"/><Relationship Id="rId225" Type="http://schemas.openxmlformats.org/officeDocument/2006/relationships/hyperlink" Target="https://onlinetestpad.com/ru/tests" TargetMode="External"/><Relationship Id="rId246" Type="http://schemas.openxmlformats.org/officeDocument/2006/relationships/hyperlink" Target="http://um-razum.ru/load/uchebnye_prezentacii/nachalnaja_shkola/18" TargetMode="External"/><Relationship Id="rId267" Type="http://schemas.openxmlformats.org/officeDocument/2006/relationships/hyperlink" Target="https://onlyege.ru/ege/vpr-4/vpr-matematika-4/" TargetMode="External"/><Relationship Id="rId288" Type="http://schemas.openxmlformats.org/officeDocument/2006/relationships/hyperlink" Target="https://www.uchportal.ru/load/47-2-2" TargetMode="External"/><Relationship Id="rId106" Type="http://schemas.openxmlformats.org/officeDocument/2006/relationships/hyperlink" Target="http://www.vbg.ru/~kvint/im.htm" TargetMode="External"/><Relationship Id="rId127" Type="http://schemas.openxmlformats.org/officeDocument/2006/relationships/hyperlink" Target="https://www.klass39.ru/klassnye-resursy/" TargetMode="External"/><Relationship Id="rId313" Type="http://schemas.openxmlformats.org/officeDocument/2006/relationships/hyperlink" Target="https://onlyege.ru/ege/vpr-4/vpr-matematika-4/" TargetMode="External"/><Relationship Id="rId10" Type="http://schemas.openxmlformats.org/officeDocument/2006/relationships/hyperlink" Target="https://www.soloveycenter.pro/" TargetMode="External"/><Relationship Id="rId31" Type="http://schemas.openxmlformats.org/officeDocument/2006/relationships/hyperlink" Target="https://www.klass39.ru/klassnye-resursy/" TargetMode="External"/><Relationship Id="rId52" Type="http://schemas.openxmlformats.org/officeDocument/2006/relationships/hyperlink" Target="http://internet.chgk.info/" TargetMode="External"/><Relationship Id="rId73" Type="http://schemas.openxmlformats.org/officeDocument/2006/relationships/hyperlink" Target="https://onlinetestpad.com/ru/tests" TargetMode="External"/><Relationship Id="rId94" Type="http://schemas.openxmlformats.org/officeDocument/2006/relationships/hyperlink" Target="http://um-razum.ru/load/uchebnye_prezentacii/nachalnaja_shkola/18" TargetMode="External"/><Relationship Id="rId148" Type="http://schemas.openxmlformats.org/officeDocument/2006/relationships/hyperlink" Target="http://um-razum.ru/load/uchebnye_prezentacii/nachalnaja_shkola/18" TargetMode="External"/><Relationship Id="rId169" Type="http://schemas.openxmlformats.org/officeDocument/2006/relationships/hyperlink" Target="https://onlyege.ru/ege/vpr-4/vpr-matematika-4/" TargetMode="External"/><Relationship Id="rId334" Type="http://schemas.openxmlformats.org/officeDocument/2006/relationships/hyperlink" Target="https://www.uchportal.ru/load/47-2-2" TargetMode="External"/><Relationship Id="rId355" Type="http://schemas.openxmlformats.org/officeDocument/2006/relationships/hyperlink" Target="http://www.vbg.ru/~kvint/im.htm" TargetMode="External"/><Relationship Id="rId376" Type="http://schemas.openxmlformats.org/officeDocument/2006/relationships/hyperlink" Target="https://www.klass39.ru/klassnye-resursy/" TargetMode="External"/><Relationship Id="rId397" Type="http://schemas.openxmlformats.org/officeDocument/2006/relationships/hyperlink" Target="http://um-razum.ru/load/uchebnye_prezentacii/nachalnaja_shkola/18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klass39.ru/klassnye-resursy/" TargetMode="External"/><Relationship Id="rId215" Type="http://schemas.openxmlformats.org/officeDocument/2006/relationships/hyperlink" Target="https://onlyege.ru/ege/vpr-4/vpr-matematika-4/" TargetMode="External"/><Relationship Id="rId236" Type="http://schemas.openxmlformats.org/officeDocument/2006/relationships/hyperlink" Target="https://www.uchportal.ru/load/47-2-2" TargetMode="External"/><Relationship Id="rId257" Type="http://schemas.openxmlformats.org/officeDocument/2006/relationships/hyperlink" Target="http://bi2o2t.ru/training/sub" TargetMode="External"/><Relationship Id="rId278" Type="http://schemas.openxmlformats.org/officeDocument/2006/relationships/hyperlink" Target="https://www.klass39.ru/klassnye-resursy/" TargetMode="External"/><Relationship Id="rId401" Type="http://schemas.openxmlformats.org/officeDocument/2006/relationships/hyperlink" Target="http://internet.chgk.info/" TargetMode="External"/><Relationship Id="rId303" Type="http://schemas.openxmlformats.org/officeDocument/2006/relationships/hyperlink" Target="http://www.vbg.ru/~kvint/im.htm" TargetMode="External"/><Relationship Id="rId42" Type="http://schemas.openxmlformats.org/officeDocument/2006/relationships/hyperlink" Target="http://school-collection.edu.ru/" TargetMode="External"/><Relationship Id="rId84" Type="http://schemas.openxmlformats.org/officeDocument/2006/relationships/hyperlink" Target="https://www.uchportal.ru/load/47-2-2" TargetMode="External"/><Relationship Id="rId138" Type="http://schemas.openxmlformats.org/officeDocument/2006/relationships/hyperlink" Target="https://www.uchportal.ru/load/47-2-2" TargetMode="External"/><Relationship Id="rId345" Type="http://schemas.openxmlformats.org/officeDocument/2006/relationships/hyperlink" Target="http://um-razum.ru/load/uchebnye_prezentacii/nachalnaja_shkola/18" TargetMode="External"/><Relationship Id="rId387" Type="http://schemas.openxmlformats.org/officeDocument/2006/relationships/hyperlink" Target="https://www.uchportal.ru/load/47-2-2" TargetMode="External"/><Relationship Id="rId191" Type="http://schemas.openxmlformats.org/officeDocument/2006/relationships/hyperlink" Target="http://school-collection.edu.ru/" TargetMode="External"/><Relationship Id="rId205" Type="http://schemas.openxmlformats.org/officeDocument/2006/relationships/hyperlink" Target="http://www.vbg.ru/~kvint/im.htm" TargetMode="External"/><Relationship Id="rId247" Type="http://schemas.openxmlformats.org/officeDocument/2006/relationships/hyperlink" Target="http://um-razum.ru/load/uchebnye_prezentacii/nachalnaja_shkola/18" TargetMode="External"/><Relationship Id="rId107" Type="http://schemas.openxmlformats.org/officeDocument/2006/relationships/hyperlink" Target="http://bi2o2t.ru/training/sub" TargetMode="External"/><Relationship Id="rId289" Type="http://schemas.openxmlformats.org/officeDocument/2006/relationships/hyperlink" Target="https://www.uchportal.ru/load/47-2-2" TargetMode="External"/><Relationship Id="rId11" Type="http://schemas.openxmlformats.org/officeDocument/2006/relationships/hyperlink" Target="https://www.soloveycenter.pro/" TargetMode="External"/><Relationship Id="rId53" Type="http://schemas.openxmlformats.org/officeDocument/2006/relationships/hyperlink" Target="http://www.vbg.ru/~kvint/im.htm" TargetMode="External"/><Relationship Id="rId149" Type="http://schemas.openxmlformats.org/officeDocument/2006/relationships/hyperlink" Target="http://um-razum.ru/load/uchebnye_prezentacii/nachalnaja_shkola/18" TargetMode="External"/><Relationship Id="rId314" Type="http://schemas.openxmlformats.org/officeDocument/2006/relationships/hyperlink" Target="https://onlyege.ru/ege/vpr-4/vpr-matematika-4/" TargetMode="External"/><Relationship Id="rId356" Type="http://schemas.openxmlformats.org/officeDocument/2006/relationships/hyperlink" Target="http://www.vbg.ru/~kvint/im.htm" TargetMode="External"/><Relationship Id="rId398" Type="http://schemas.openxmlformats.org/officeDocument/2006/relationships/hyperlink" Target="http://um-razum.ru/load/uchebnye_prezentacii/nachalnaja_shkola/18" TargetMode="External"/><Relationship Id="rId95" Type="http://schemas.openxmlformats.org/officeDocument/2006/relationships/hyperlink" Target="http://um-razum.ru/load/uchebnye_prezentacii/nachalnaja_shkola/18" TargetMode="External"/><Relationship Id="rId160" Type="http://schemas.openxmlformats.org/officeDocument/2006/relationships/hyperlink" Target="https://www.soloveycenter.pro/" TargetMode="External"/><Relationship Id="rId216" Type="http://schemas.openxmlformats.org/officeDocument/2006/relationships/hyperlink" Target="https://onlyege.ru/ege/vpr-4/vpr-matematika-4/" TargetMode="External"/><Relationship Id="rId258" Type="http://schemas.openxmlformats.org/officeDocument/2006/relationships/hyperlink" Target="http://bi2o2t.ru/training/sub" TargetMode="External"/><Relationship Id="rId22" Type="http://schemas.openxmlformats.org/officeDocument/2006/relationships/hyperlink" Target="https://onlinetestpad.com/ru/tests" TargetMode="External"/><Relationship Id="rId64" Type="http://schemas.openxmlformats.org/officeDocument/2006/relationships/hyperlink" Target="https://onlyege.ru/ege/vpr-4/vpr-matematika-4/" TargetMode="External"/><Relationship Id="rId118" Type="http://schemas.openxmlformats.org/officeDocument/2006/relationships/hyperlink" Target="https://onlyege.ru/ege/vpr-4/vpr-matematika-4/" TargetMode="External"/><Relationship Id="rId325" Type="http://schemas.openxmlformats.org/officeDocument/2006/relationships/hyperlink" Target="https://onlinetestpad.com/ru/tests" TargetMode="External"/><Relationship Id="rId367" Type="http://schemas.openxmlformats.org/officeDocument/2006/relationships/hyperlink" Target="https://onlyege.ru/ege/vpr-4/vpr-matematika-4/" TargetMode="External"/><Relationship Id="rId171" Type="http://schemas.openxmlformats.org/officeDocument/2006/relationships/hyperlink" Target="https://onlyege.ru/ege/vpr-4/vpr-matematika-4/" TargetMode="External"/><Relationship Id="rId227" Type="http://schemas.openxmlformats.org/officeDocument/2006/relationships/hyperlink" Target="https://www.klass39.ru/klassnye-resursy/" TargetMode="External"/><Relationship Id="rId269" Type="http://schemas.openxmlformats.org/officeDocument/2006/relationships/hyperlink" Target="https://onlyege.ru/ege/vpr-4/vpr-matematika-4/" TargetMode="External"/><Relationship Id="rId33" Type="http://schemas.openxmlformats.org/officeDocument/2006/relationships/hyperlink" Target="https://www.uchportal.ru/load/47-2-2" TargetMode="External"/><Relationship Id="rId129" Type="http://schemas.openxmlformats.org/officeDocument/2006/relationships/hyperlink" Target="https://www.klass39.ru/klassnye-resursy/" TargetMode="External"/><Relationship Id="rId280" Type="http://schemas.openxmlformats.org/officeDocument/2006/relationships/hyperlink" Target="https://www.klass39.ru/klassnye-resursy/" TargetMode="External"/><Relationship Id="rId336" Type="http://schemas.openxmlformats.org/officeDocument/2006/relationships/hyperlink" Target="https://www.uchportal.ru/load/47-2-2" TargetMode="External"/><Relationship Id="rId75" Type="http://schemas.openxmlformats.org/officeDocument/2006/relationships/hyperlink" Target="https://onlinetestpad.com/ru/tests" TargetMode="External"/><Relationship Id="rId140" Type="http://schemas.openxmlformats.org/officeDocument/2006/relationships/hyperlink" Target="http://school-collection.edu.ru/" TargetMode="External"/><Relationship Id="rId182" Type="http://schemas.openxmlformats.org/officeDocument/2006/relationships/hyperlink" Target="https://www.uchportal.ru/load/47-2-2" TargetMode="External"/><Relationship Id="rId378" Type="http://schemas.openxmlformats.org/officeDocument/2006/relationships/hyperlink" Target="https://www.klass39.ru/klassnye-resursy/" TargetMode="External"/><Relationship Id="rId403" Type="http://schemas.openxmlformats.org/officeDocument/2006/relationships/hyperlink" Target="http://www.vbg.ru/~kvint/im.htm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www.uchportal.ru/load/47-2-2" TargetMode="External"/><Relationship Id="rId291" Type="http://schemas.openxmlformats.org/officeDocument/2006/relationships/hyperlink" Target="http://school-collection.edu.ru/" TargetMode="External"/><Relationship Id="rId305" Type="http://schemas.openxmlformats.org/officeDocument/2006/relationships/hyperlink" Target="http://www.vbg.ru/~kvint/im.htm" TargetMode="External"/><Relationship Id="rId347" Type="http://schemas.openxmlformats.org/officeDocument/2006/relationships/hyperlink" Target="http://um-razum.ru/load/uchebnye_prezentacii/nachalnaja_shkola/18" TargetMode="External"/><Relationship Id="rId44" Type="http://schemas.openxmlformats.org/officeDocument/2006/relationships/hyperlink" Target="http://um-razum.ru/load/uchebnye_prezentacii/nachalnaja_shkola/18" TargetMode="External"/><Relationship Id="rId86" Type="http://schemas.openxmlformats.org/officeDocument/2006/relationships/hyperlink" Target="https://www.uchportal.ru/load/47-2-2" TargetMode="External"/><Relationship Id="rId151" Type="http://schemas.openxmlformats.org/officeDocument/2006/relationships/hyperlink" Target="http://internet.chgk.info/" TargetMode="External"/><Relationship Id="rId389" Type="http://schemas.openxmlformats.org/officeDocument/2006/relationships/hyperlink" Target="https://www.uchportal.ru/load/47-2-2" TargetMode="External"/><Relationship Id="rId193" Type="http://schemas.openxmlformats.org/officeDocument/2006/relationships/hyperlink" Target="http://school-collection.edu.ru/" TargetMode="External"/><Relationship Id="rId207" Type="http://schemas.openxmlformats.org/officeDocument/2006/relationships/hyperlink" Target="http://bi2o2t.ru/training/sub" TargetMode="External"/><Relationship Id="rId249" Type="http://schemas.openxmlformats.org/officeDocument/2006/relationships/hyperlink" Target="http://um-razum.ru/load/uchebnye_prezentacii/nachalnaja_shkola/18" TargetMode="External"/><Relationship Id="rId13" Type="http://schemas.openxmlformats.org/officeDocument/2006/relationships/hyperlink" Target="https://onlyege.ru/ege/vpr-4/vpr-matematika-4/" TargetMode="External"/><Relationship Id="rId109" Type="http://schemas.openxmlformats.org/officeDocument/2006/relationships/hyperlink" Target="https://www.soloveycenter.pro/" TargetMode="External"/><Relationship Id="rId260" Type="http://schemas.openxmlformats.org/officeDocument/2006/relationships/hyperlink" Target="https://www.soloveycenter.pro/" TargetMode="External"/><Relationship Id="rId316" Type="http://schemas.openxmlformats.org/officeDocument/2006/relationships/hyperlink" Target="https://onlyege.ru/ege/vpr-4/vpr-matematika-4/" TargetMode="External"/><Relationship Id="rId55" Type="http://schemas.openxmlformats.org/officeDocument/2006/relationships/hyperlink" Target="http://www.vbg.ru/~kvint/im.htm" TargetMode="External"/><Relationship Id="rId97" Type="http://schemas.openxmlformats.org/officeDocument/2006/relationships/hyperlink" Target="http://um-razum.ru/load/uchebnye_prezentacii/nachalnaja_shkola/18" TargetMode="External"/><Relationship Id="rId120" Type="http://schemas.openxmlformats.org/officeDocument/2006/relationships/hyperlink" Target="https://onlyege.ru/ege/vpr-4/vpr-matematika-4/" TargetMode="External"/><Relationship Id="rId358" Type="http://schemas.openxmlformats.org/officeDocument/2006/relationships/hyperlink" Target="http://bi2o2t.ru/training/sub" TargetMode="External"/><Relationship Id="rId162" Type="http://schemas.openxmlformats.org/officeDocument/2006/relationships/hyperlink" Target="https://www.soloveycenter.pro/" TargetMode="External"/><Relationship Id="rId218" Type="http://schemas.openxmlformats.org/officeDocument/2006/relationships/hyperlink" Target="https://onlyege.ru/ege/vpr-4/vpr-matematika-4/" TargetMode="External"/><Relationship Id="rId271" Type="http://schemas.openxmlformats.org/officeDocument/2006/relationships/hyperlink" Target="https://onlyege.ru/ege/vpr-4/vpr-matematika-4/" TargetMode="External"/><Relationship Id="rId24" Type="http://schemas.openxmlformats.org/officeDocument/2006/relationships/hyperlink" Target="https://onlinetestpad.com/ru/tests" TargetMode="External"/><Relationship Id="rId66" Type="http://schemas.openxmlformats.org/officeDocument/2006/relationships/hyperlink" Target="https://onlyege.ru/ege/vpr-4/vpr-matematika-4/" TargetMode="External"/><Relationship Id="rId131" Type="http://schemas.openxmlformats.org/officeDocument/2006/relationships/hyperlink" Target="https://www.klass39.ru/klassnye-resursy/" TargetMode="External"/><Relationship Id="rId327" Type="http://schemas.openxmlformats.org/officeDocument/2006/relationships/hyperlink" Target="https://www.klass39.ru/klassnye-resursy/" TargetMode="External"/><Relationship Id="rId369" Type="http://schemas.openxmlformats.org/officeDocument/2006/relationships/hyperlink" Target="https://onlyege.ru/ege/vpr-4/vpr-matematika-4/" TargetMode="External"/><Relationship Id="rId173" Type="http://schemas.openxmlformats.org/officeDocument/2006/relationships/hyperlink" Target="https://onlinetestpad.com/ru/tests" TargetMode="External"/><Relationship Id="rId229" Type="http://schemas.openxmlformats.org/officeDocument/2006/relationships/hyperlink" Target="https://www.klass39.ru/klassnye-resursy/" TargetMode="External"/><Relationship Id="rId380" Type="http://schemas.openxmlformats.org/officeDocument/2006/relationships/hyperlink" Target="https://www.klass39.ru/klassnye-resursy/" TargetMode="External"/><Relationship Id="rId240" Type="http://schemas.openxmlformats.org/officeDocument/2006/relationships/hyperlink" Target="http://school-collection.edu.ru/" TargetMode="External"/><Relationship Id="rId35" Type="http://schemas.openxmlformats.org/officeDocument/2006/relationships/hyperlink" Target="https://www.uchportal.ru/load/47-2-2" TargetMode="External"/><Relationship Id="rId77" Type="http://schemas.openxmlformats.org/officeDocument/2006/relationships/hyperlink" Target="https://www.klass39.ru/klassnye-resursy/" TargetMode="External"/><Relationship Id="rId100" Type="http://schemas.openxmlformats.org/officeDocument/2006/relationships/hyperlink" Target="http://um-razum.ru/load/uchebnye_prezentacii/nachalnaja_shkola/18" TargetMode="External"/><Relationship Id="rId282" Type="http://schemas.openxmlformats.org/officeDocument/2006/relationships/hyperlink" Target="https://www.uchportal.ru/load/47-2-2" TargetMode="External"/><Relationship Id="rId338" Type="http://schemas.openxmlformats.org/officeDocument/2006/relationships/hyperlink" Target="https://www.uchportal.ru/load/47-2-2" TargetMode="External"/><Relationship Id="rId8" Type="http://schemas.openxmlformats.org/officeDocument/2006/relationships/hyperlink" Target="http://bi2o2t.ru/training/sub" TargetMode="External"/><Relationship Id="rId142" Type="http://schemas.openxmlformats.org/officeDocument/2006/relationships/hyperlink" Target="http://school-collection.edu.ru/" TargetMode="External"/><Relationship Id="rId184" Type="http://schemas.openxmlformats.org/officeDocument/2006/relationships/hyperlink" Target="https://www.uchportal.ru/load/47-2-2" TargetMode="External"/><Relationship Id="rId391" Type="http://schemas.openxmlformats.org/officeDocument/2006/relationships/hyperlink" Target="http://school-collection.edu.ru/" TargetMode="External"/><Relationship Id="rId405" Type="http://schemas.openxmlformats.org/officeDocument/2006/relationships/hyperlink" Target="http://www.vbg.ru/~kvint/im.htm" TargetMode="External"/><Relationship Id="rId251" Type="http://schemas.openxmlformats.org/officeDocument/2006/relationships/hyperlink" Target="http://internet.chgk.info/" TargetMode="External"/><Relationship Id="rId46" Type="http://schemas.openxmlformats.org/officeDocument/2006/relationships/hyperlink" Target="http://um-razum.ru/load/uchebnye_prezentacii/nachalnaja_shkola/18" TargetMode="External"/><Relationship Id="rId293" Type="http://schemas.openxmlformats.org/officeDocument/2006/relationships/hyperlink" Target="http://school-collection.edu.ru/" TargetMode="External"/><Relationship Id="rId307" Type="http://schemas.openxmlformats.org/officeDocument/2006/relationships/hyperlink" Target="http://bi2o2t.ru/training/sub" TargetMode="External"/><Relationship Id="rId349" Type="http://schemas.openxmlformats.org/officeDocument/2006/relationships/hyperlink" Target="http://um-razum.ru/load/uchebnye_prezentacii/nachalnaja_shkola/18" TargetMode="External"/><Relationship Id="rId88" Type="http://schemas.openxmlformats.org/officeDocument/2006/relationships/hyperlink" Target="https://www.uchportal.ru/load/47-2-2" TargetMode="External"/><Relationship Id="rId111" Type="http://schemas.openxmlformats.org/officeDocument/2006/relationships/hyperlink" Target="https://www.soloveycenter.pro/" TargetMode="External"/><Relationship Id="rId153" Type="http://schemas.openxmlformats.org/officeDocument/2006/relationships/hyperlink" Target="http://www.vbg.ru/~kvint/im.htm" TargetMode="External"/><Relationship Id="rId195" Type="http://schemas.openxmlformats.org/officeDocument/2006/relationships/hyperlink" Target="http://um-razum.ru/load/uchebnye_prezentacii/nachalnaja_shkola/18" TargetMode="External"/><Relationship Id="rId209" Type="http://schemas.openxmlformats.org/officeDocument/2006/relationships/hyperlink" Target="https://www.soloveycenter.pro/" TargetMode="External"/><Relationship Id="rId360" Type="http://schemas.openxmlformats.org/officeDocument/2006/relationships/hyperlink" Target="https://www.soloveycenter.pro/" TargetMode="External"/><Relationship Id="rId220" Type="http://schemas.openxmlformats.org/officeDocument/2006/relationships/hyperlink" Target="https://onlyege.ru/ege/vpr-4/vpr-matematika-4/" TargetMode="External"/><Relationship Id="rId15" Type="http://schemas.openxmlformats.org/officeDocument/2006/relationships/hyperlink" Target="https://onlyege.ru/ege/vpr-4/vpr-matematika-4/" TargetMode="External"/><Relationship Id="rId57" Type="http://schemas.openxmlformats.org/officeDocument/2006/relationships/hyperlink" Target="http://bi2o2t.ru/training/sub" TargetMode="External"/><Relationship Id="rId262" Type="http://schemas.openxmlformats.org/officeDocument/2006/relationships/hyperlink" Target="https://www.soloveycenter.pro/" TargetMode="External"/><Relationship Id="rId318" Type="http://schemas.openxmlformats.org/officeDocument/2006/relationships/hyperlink" Target="https://onlyege.ru/ege/vpr-4/vpr-matematika-4/" TargetMode="External"/><Relationship Id="rId99" Type="http://schemas.openxmlformats.org/officeDocument/2006/relationships/hyperlink" Target="http://um-razum.ru/load/uchebnye_prezentacii/nachalnaja_shkola/18" TargetMode="External"/><Relationship Id="rId122" Type="http://schemas.openxmlformats.org/officeDocument/2006/relationships/hyperlink" Target="https://onlinetestpad.com/ru/tests" TargetMode="External"/><Relationship Id="rId164" Type="http://schemas.openxmlformats.org/officeDocument/2006/relationships/hyperlink" Target="https://onlyege.ru/ege/vpr-4/vpr-matematika-4/" TargetMode="External"/><Relationship Id="rId371" Type="http://schemas.openxmlformats.org/officeDocument/2006/relationships/hyperlink" Target="https://onlyege.ru/ege/vpr-4/vpr-matematika-4/" TargetMode="External"/><Relationship Id="rId26" Type="http://schemas.openxmlformats.org/officeDocument/2006/relationships/hyperlink" Target="https://www.klass39.ru/klassnye-resursy/" TargetMode="External"/><Relationship Id="rId231" Type="http://schemas.openxmlformats.org/officeDocument/2006/relationships/hyperlink" Target="https://www.klass39.ru/klassnye-resursy/" TargetMode="External"/><Relationship Id="rId273" Type="http://schemas.openxmlformats.org/officeDocument/2006/relationships/hyperlink" Target="https://onlinetestpad.com/ru/tests" TargetMode="External"/><Relationship Id="rId329" Type="http://schemas.openxmlformats.org/officeDocument/2006/relationships/hyperlink" Target="https://www.klass39.ru/klassnye-resursy/" TargetMode="External"/><Relationship Id="rId68" Type="http://schemas.openxmlformats.org/officeDocument/2006/relationships/hyperlink" Target="https://onlyege.ru/ege/vpr-4/vpr-matematika-4/" TargetMode="External"/><Relationship Id="rId133" Type="http://schemas.openxmlformats.org/officeDocument/2006/relationships/hyperlink" Target="https://www.uchportal.ru/load/47-2-2" TargetMode="External"/><Relationship Id="rId175" Type="http://schemas.openxmlformats.org/officeDocument/2006/relationships/hyperlink" Target="https://onlinetestpad.com/ru/tests" TargetMode="External"/><Relationship Id="rId340" Type="http://schemas.openxmlformats.org/officeDocument/2006/relationships/hyperlink" Target="http://school-collection.edu.ru/" TargetMode="External"/><Relationship Id="rId200" Type="http://schemas.openxmlformats.org/officeDocument/2006/relationships/hyperlink" Target="http://um-razum.ru/load/uchebnye_prezentacii/nachalnaja_shkola/18" TargetMode="External"/><Relationship Id="rId382" Type="http://schemas.openxmlformats.org/officeDocument/2006/relationships/hyperlink" Target="https://www.uchportal.ru/load/47-2-2" TargetMode="External"/><Relationship Id="rId242" Type="http://schemas.openxmlformats.org/officeDocument/2006/relationships/hyperlink" Target="http://school-collection.edu.ru/" TargetMode="External"/><Relationship Id="rId284" Type="http://schemas.openxmlformats.org/officeDocument/2006/relationships/hyperlink" Target="https://www.uchportal.ru/load/47-2-2" TargetMode="External"/><Relationship Id="rId37" Type="http://schemas.openxmlformats.org/officeDocument/2006/relationships/hyperlink" Target="https://www.uchportal.ru/load/47-2-2" TargetMode="External"/><Relationship Id="rId79" Type="http://schemas.openxmlformats.org/officeDocument/2006/relationships/hyperlink" Target="https://www.klass39.ru/klassnye-resursy/" TargetMode="External"/><Relationship Id="rId102" Type="http://schemas.openxmlformats.org/officeDocument/2006/relationships/hyperlink" Target="http://internet.chgk.info/" TargetMode="External"/><Relationship Id="rId144" Type="http://schemas.openxmlformats.org/officeDocument/2006/relationships/hyperlink" Target="http://um-razum.ru/load/uchebnye_prezentacii/nachalnaja_shkola/18" TargetMode="External"/><Relationship Id="rId90" Type="http://schemas.openxmlformats.org/officeDocument/2006/relationships/hyperlink" Target="http://school-collection.edu.ru/" TargetMode="External"/><Relationship Id="rId186" Type="http://schemas.openxmlformats.org/officeDocument/2006/relationships/hyperlink" Target="https://www.uchportal.ru/load/47-2-2" TargetMode="External"/><Relationship Id="rId351" Type="http://schemas.openxmlformats.org/officeDocument/2006/relationships/hyperlink" Target="http://internet.chgk.info/" TargetMode="External"/><Relationship Id="rId393" Type="http://schemas.openxmlformats.org/officeDocument/2006/relationships/hyperlink" Target="http://school-collection.edu.ru/" TargetMode="External"/><Relationship Id="rId40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F39644-7EFA-404C-A7D8-186324F4C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9847</Words>
  <Characters>56129</Characters>
  <Application>Microsoft Office Word</Application>
  <DocSecurity>0</DocSecurity>
  <Lines>467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65845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2022-06-27T03:43:00Z</cp:lastPrinted>
  <dcterms:created xsi:type="dcterms:W3CDTF">2013-12-23T23:15:00Z</dcterms:created>
  <dcterms:modified xsi:type="dcterms:W3CDTF">2022-06-28T01:04:00Z</dcterms:modified>
  <cp:category/>
</cp:coreProperties>
</file>