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29A0" w14:textId="6A5295EC" w:rsidR="00EB6FB5" w:rsidRDefault="004B175E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56102C" wp14:editId="4103F943">
            <wp:simplePos x="0" y="0"/>
            <wp:positionH relativeFrom="column">
              <wp:posOffset>0</wp:posOffset>
            </wp:positionH>
            <wp:positionV relativeFrom="paragraph">
              <wp:posOffset>353695</wp:posOffset>
            </wp:positionV>
            <wp:extent cx="6153150" cy="80937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88619D" w14:textId="7D4E5DAA" w:rsidR="00EB6FB5" w:rsidRDefault="003375C2" w:rsidP="004B175E">
      <w:pPr>
        <w:autoSpaceDE w:val="0"/>
        <w:autoSpaceDN w:val="0"/>
        <w:spacing w:after="0" w:line="230" w:lineRule="auto"/>
      </w:pPr>
      <w:r w:rsidRPr="004B17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</w:t>
      </w:r>
    </w:p>
    <w:p w14:paraId="781593AE" w14:textId="77777777" w:rsidR="00EB6FB5" w:rsidRDefault="00EB6FB5">
      <w:pPr>
        <w:sectPr w:rsidR="00EB6FB5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6ECF7DA2" w14:textId="77777777" w:rsidR="00EB6FB5" w:rsidRDefault="00EB6FB5">
      <w:pPr>
        <w:autoSpaceDE w:val="0"/>
        <w:autoSpaceDN w:val="0"/>
        <w:spacing w:after="78" w:line="220" w:lineRule="exact"/>
      </w:pPr>
    </w:p>
    <w:p w14:paraId="2913A0C5" w14:textId="77777777" w:rsidR="00EB6FB5" w:rsidRDefault="00FF13F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710B7536" w14:textId="77777777" w:rsidR="00EB6FB5" w:rsidRPr="00A56DFB" w:rsidRDefault="00FF13F1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5F9C9C0A" w14:textId="77777777" w:rsidR="00EB6FB5" w:rsidRPr="00A56DFB" w:rsidRDefault="00FF13F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161B1C8D" w14:textId="77777777" w:rsidR="00EB6FB5" w:rsidRPr="00A56DFB" w:rsidRDefault="00FF13F1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 содержательные  линии для обязательного изучения в 1 классе начальной школы. Содержание обучения в 1 классе завершатся перечнем универсальных учебных действий (УУД) — познавательных, коммуникативных и регулятивных, которые возможно формировать средствами  учебного  предмета  «Окружающий  мир» с   учётом   возрастных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14:paraId="29231CCC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первый год обучения в начальной школе. </w:t>
      </w: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1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43149434" w14:textId="77777777" w:rsidR="00EB6FB5" w:rsidRPr="00A56DFB" w:rsidRDefault="00FF13F1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1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 w14:paraId="07865D6B" w14:textId="77777777" w:rsidR="00EB6FB5" w:rsidRPr="00A56DFB" w:rsidRDefault="00FF13F1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48BA9322" w14:textId="77777777" w:rsidR="00EB6FB5" w:rsidRPr="00A56DFB" w:rsidRDefault="00FF13F1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14:paraId="38AB6135" w14:textId="77777777" w:rsidR="00EB6FB5" w:rsidRPr="00A56DFB" w:rsidRDefault="00FF13F1">
      <w:pPr>
        <w:autoSpaceDE w:val="0"/>
        <w:autoSpaceDN w:val="0"/>
        <w:spacing w:before="190" w:after="0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14:paraId="21BD10A3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</w:t>
      </w:r>
    </w:p>
    <w:p w14:paraId="6D3403A5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F7CC740" w14:textId="77777777" w:rsidR="00EB6FB5" w:rsidRPr="00A56DFB" w:rsidRDefault="00EB6FB5">
      <w:pPr>
        <w:autoSpaceDE w:val="0"/>
        <w:autoSpaceDN w:val="0"/>
        <w:spacing w:after="66" w:line="220" w:lineRule="exact"/>
        <w:rPr>
          <w:lang w:val="ru-RU"/>
        </w:rPr>
      </w:pPr>
    </w:p>
    <w:p w14:paraId="70F4DB42" w14:textId="77777777" w:rsidR="00EB6FB5" w:rsidRPr="00A56DFB" w:rsidRDefault="00FF13F1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14:paraId="7C8C5A4D" w14:textId="77777777" w:rsidR="00EB6FB5" w:rsidRPr="00A56DFB" w:rsidRDefault="00FF13F1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</w:t>
      </w:r>
    </w:p>
    <w:p w14:paraId="2F712865" w14:textId="77777777" w:rsidR="00EB6FB5" w:rsidRPr="00A56DFB" w:rsidRDefault="00FF13F1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</w:t>
      </w:r>
      <w:proofErr w:type="spellStart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</w:t>
      </w:r>
      <w:proofErr w:type="spellStart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курса«Окружающий</w:t>
      </w:r>
      <w:proofErr w:type="spellEnd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 мир» осуществлён на основе следующих ведущих идей:</w:t>
      </w:r>
    </w:p>
    <w:p w14:paraId="23277E3D" w14:textId="77777777" w:rsidR="00EB6FB5" w:rsidRPr="00A56DFB" w:rsidRDefault="00FF13F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3D22B1F1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общечеловеческих ценностей взаимодействия в системах «Человек и </w:t>
      </w:r>
      <w:proofErr w:type="spellStart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его самость», «Человек и познание».</w:t>
      </w:r>
    </w:p>
    <w:p w14:paraId="771144D6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1 классе составляет 66 часов (два часа в неделю).</w:t>
      </w:r>
    </w:p>
    <w:p w14:paraId="6C8AC139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86" w:right="766" w:bottom="1440" w:left="666" w:header="720" w:footer="720" w:gutter="0"/>
          <w:cols w:space="720" w:equalWidth="0">
            <w:col w:w="10468" w:space="0"/>
          </w:cols>
          <w:docGrid w:linePitch="360"/>
        </w:sectPr>
      </w:pPr>
    </w:p>
    <w:p w14:paraId="22238EBC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492792D8" w14:textId="77777777" w:rsidR="00EB6FB5" w:rsidRPr="00A56DFB" w:rsidRDefault="00FF13F1">
      <w:pPr>
        <w:autoSpaceDE w:val="0"/>
        <w:autoSpaceDN w:val="0"/>
        <w:spacing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0E394C6D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346" w:after="0" w:line="281" w:lineRule="auto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A56DFB">
        <w:rPr>
          <w:lang w:val="ru-RU"/>
        </w:rPr>
        <w:br/>
      </w: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деятельность с одноклассниками — учёба, игры, отдых. Рабочее место школьника: удобное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14:paraId="4735B0E9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Семья.  Моя семья в прошлом и настоящем.  Имена и фамилии членов семьи, их профессии. Взаимоотношения и взаимопомощь в семье.  Совместный труд и отдых.  Домашний адрес.</w:t>
      </w:r>
    </w:p>
    <w:p w14:paraId="71D0C723" w14:textId="77777777" w:rsidR="00EB6FB5" w:rsidRPr="00A56DFB" w:rsidRDefault="00FF13F1">
      <w:pPr>
        <w:autoSpaceDE w:val="0"/>
        <w:autoSpaceDN w:val="0"/>
        <w:spacing w:before="72" w:after="0"/>
        <w:ind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 мира.    Правила поведения в социуме.</w:t>
      </w:r>
    </w:p>
    <w:p w14:paraId="71748A84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A56DFB">
        <w:rPr>
          <w:lang w:val="ru-RU"/>
        </w:rPr>
        <w:br/>
      </w:r>
      <w:r w:rsidRPr="00A56DFB">
        <w:rPr>
          <w:lang w:val="ru-RU"/>
        </w:rPr>
        <w:tab/>
      </w:r>
      <w:proofErr w:type="spellStart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Природа</w:t>
      </w:r>
      <w:proofErr w:type="spellEnd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 —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  Взаимосвязи между человеком и природой.  Правила нравственного и безопасного поведения в природе.</w:t>
      </w:r>
    </w:p>
    <w:p w14:paraId="1EF2CD16" w14:textId="77777777" w:rsidR="00EB6FB5" w:rsidRPr="00A56DFB" w:rsidRDefault="00FF13F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63B28474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Мир животных Разные группы животных (звери, насекомые, птицы, рыбы и др. ). Домашние и дикие животные (различия в условиях жизни). Забота о домашних питомцах.</w:t>
      </w:r>
    </w:p>
    <w:p w14:paraId="52905093" w14:textId="77777777" w:rsidR="00EB6FB5" w:rsidRPr="00A56DFB" w:rsidRDefault="00FF13F1">
      <w:pPr>
        <w:autoSpaceDE w:val="0"/>
        <w:autoSpaceDN w:val="0"/>
        <w:spacing w:before="70" w:after="0" w:line="262" w:lineRule="auto"/>
        <w:ind w:left="180" w:right="144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необходимости соблюдения режима дня, правил здорового питания и личной гигиены. </w:t>
      </w:r>
    </w:p>
    <w:p w14:paraId="056FE99A" w14:textId="77777777" w:rsidR="00EB6FB5" w:rsidRPr="00A56DFB" w:rsidRDefault="00FF13F1">
      <w:pPr>
        <w:autoSpaceDE w:val="0"/>
        <w:autoSpaceDN w:val="0"/>
        <w:spacing w:before="70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Правила безопасности в быту: пользование бытовыми электроприборами, газовыми плитами.</w:t>
      </w:r>
    </w:p>
    <w:p w14:paraId="31617663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03078BB6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 w14:paraId="53876D21" w14:textId="77777777" w:rsidR="00EB6FB5" w:rsidRPr="00A56DFB" w:rsidRDefault="00FF13F1">
      <w:pPr>
        <w:autoSpaceDE w:val="0"/>
        <w:autoSpaceDN w:val="0"/>
        <w:spacing w:before="192" w:after="0" w:line="262" w:lineRule="auto"/>
        <w:ind w:left="180" w:right="3456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0D7264AF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88D41F2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5E27DFD7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лиственных и хвойных растений, сравнивать их, устанавливать различия во внешнем виде.</w:t>
      </w:r>
    </w:p>
    <w:p w14:paraId="3AC32FEB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6D122B07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информация может быть представлена в разной форме — текста, иллюстраций, видео, таблицы; </w:t>
      </w:r>
    </w:p>
    <w:p w14:paraId="6D099185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3207D66" w14:textId="77777777" w:rsidR="00EB6FB5" w:rsidRPr="00A56DFB" w:rsidRDefault="00EB6FB5">
      <w:pPr>
        <w:autoSpaceDE w:val="0"/>
        <w:autoSpaceDN w:val="0"/>
        <w:spacing w:after="108" w:line="220" w:lineRule="exact"/>
        <w:rPr>
          <w:lang w:val="ru-RU"/>
        </w:rPr>
      </w:pPr>
    </w:p>
    <w:p w14:paraId="3077830E" w14:textId="77777777" w:rsidR="00EB6FB5" w:rsidRPr="00A56DFB" w:rsidRDefault="00FF13F1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соотносить иллюстрацию явления (объекта, предмета) с его названием.</w:t>
      </w:r>
    </w:p>
    <w:p w14:paraId="73EB711F" w14:textId="77777777" w:rsidR="00EB6FB5" w:rsidRPr="00A56DFB" w:rsidRDefault="00FF13F1">
      <w:pPr>
        <w:autoSpaceDE w:val="0"/>
        <w:autoSpaceDN w:val="0"/>
        <w:spacing w:before="17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14:paraId="2A5FA594" w14:textId="77777777" w:rsidR="00EB6FB5" w:rsidRPr="00A56DFB" w:rsidRDefault="00FF13F1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325FE739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100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243641FC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 предметы   декоративно-прикладного   искусства с принадлежностью народу РФ, описывать предмет по предложенному плану; </w:t>
      </w:r>
    </w:p>
    <w:p w14:paraId="508E36F0" w14:textId="77777777" w:rsidR="00EB6FB5" w:rsidRPr="00A56DFB" w:rsidRDefault="00FF13F1">
      <w:pPr>
        <w:autoSpaceDE w:val="0"/>
        <w:autoSpaceDN w:val="0"/>
        <w:spacing w:before="192" w:after="0" w:line="262" w:lineRule="auto"/>
        <w:ind w:left="24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 предложенному плану время года, передавать в рассказе своё отношение к природным явлениям; </w:t>
      </w:r>
    </w:p>
    <w:p w14:paraId="7ADE7F95" w14:textId="77777777" w:rsidR="00EB6FB5" w:rsidRPr="00A56DFB" w:rsidRDefault="00FF13F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домашних и диких животных, объяснять, чем они различаются.</w:t>
      </w:r>
    </w:p>
    <w:p w14:paraId="44D174A2" w14:textId="77777777" w:rsidR="00EB6FB5" w:rsidRPr="00A56DFB" w:rsidRDefault="00FF13F1">
      <w:pPr>
        <w:autoSpaceDE w:val="0"/>
        <w:autoSpaceDN w:val="0"/>
        <w:spacing w:before="17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</w:p>
    <w:p w14:paraId="32744E48" w14:textId="77777777" w:rsidR="00EB6FB5" w:rsidRPr="00A56DFB" w:rsidRDefault="00FF13F1">
      <w:pPr>
        <w:autoSpaceDE w:val="0"/>
        <w:autoSpaceDN w:val="0"/>
        <w:spacing w:before="178" w:after="0" w:line="271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32EBFB6C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выполнение правил безопасного поведения на дорогах и улицах другими детьми, выполнять самооценку; </w:t>
      </w:r>
    </w:p>
    <w:p w14:paraId="22191ADB" w14:textId="77777777" w:rsidR="00EB6FB5" w:rsidRPr="00A56DFB" w:rsidRDefault="00FF13F1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</w:t>
      </w:r>
      <w:proofErr w:type="spellStart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электро</w:t>
      </w:r>
      <w:proofErr w:type="spellEnd"/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 и газовыми приборами.</w:t>
      </w:r>
    </w:p>
    <w:p w14:paraId="3827F503" w14:textId="77777777" w:rsidR="00EB6FB5" w:rsidRPr="00A56DFB" w:rsidRDefault="00FF13F1">
      <w:pPr>
        <w:autoSpaceDE w:val="0"/>
        <w:autoSpaceDN w:val="0"/>
        <w:spacing w:before="17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6FEF496E" w14:textId="77777777" w:rsidR="00EB6FB5" w:rsidRPr="00A56DFB" w:rsidRDefault="00FF13F1">
      <w:pPr>
        <w:autoSpaceDE w:val="0"/>
        <w:autoSpaceDN w:val="0"/>
        <w:spacing w:before="178" w:after="0" w:line="271" w:lineRule="auto"/>
        <w:ind w:left="24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49E0FCE4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328" w:right="796" w:bottom="1440" w:left="846" w:header="720" w:footer="720" w:gutter="0"/>
          <w:cols w:space="720" w:equalWidth="0">
            <w:col w:w="10258" w:space="0"/>
          </w:cols>
          <w:docGrid w:linePitch="360"/>
        </w:sectPr>
      </w:pPr>
    </w:p>
    <w:p w14:paraId="5752A173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1808A4D4" w14:textId="77777777" w:rsidR="00EB6FB5" w:rsidRPr="00A56DFB" w:rsidRDefault="00FF13F1">
      <w:pPr>
        <w:autoSpaceDE w:val="0"/>
        <w:autoSpaceDN w:val="0"/>
        <w:spacing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1EA809A5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2F86D45C" w14:textId="77777777" w:rsidR="00EB6FB5" w:rsidRPr="00A56DFB" w:rsidRDefault="00FF13F1">
      <w:pPr>
        <w:autoSpaceDE w:val="0"/>
        <w:autoSpaceDN w:val="0"/>
        <w:spacing w:before="226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628DA9F5" w14:textId="77777777" w:rsidR="00EB6FB5" w:rsidRPr="00A56DFB" w:rsidRDefault="00FF13F1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A56DFB">
        <w:rPr>
          <w:lang w:val="ru-RU"/>
        </w:rPr>
        <w:br/>
      </w:r>
      <w:r w:rsidRPr="00A56DFB">
        <w:rPr>
          <w:lang w:val="ru-RU"/>
        </w:rPr>
        <w:tab/>
      </w: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6FBE025A" w14:textId="77777777" w:rsidR="00EB6FB5" w:rsidRPr="00A56DFB" w:rsidRDefault="00FF13F1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676D3B8B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64921F48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54C6FA8D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7086D48D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7F95238C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1781BBA8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6708D101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5846FD50" w14:textId="77777777" w:rsidR="00EB6FB5" w:rsidRPr="00A56DFB" w:rsidRDefault="00FF13F1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3670B9C2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D931D32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2FD3D936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6D40C27C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14:paraId="6871EF07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75EBD39B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7321C902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72293A8C" w14:textId="77777777" w:rsidR="00EB6FB5" w:rsidRPr="00A56DFB" w:rsidRDefault="00FF13F1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32B8118F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5A8668CC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716F4FBE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565332F8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50D7332D" w14:textId="77777777" w:rsidR="00EB6FB5" w:rsidRPr="00A56DFB" w:rsidRDefault="00FF13F1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6AD33271" w14:textId="77777777" w:rsidR="00EB6FB5" w:rsidRPr="00A56DFB" w:rsidRDefault="00FF13F1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434304DF" w14:textId="77777777" w:rsidR="00EB6FB5" w:rsidRPr="00A56DFB" w:rsidRDefault="00FF13F1">
      <w:pPr>
        <w:autoSpaceDE w:val="0"/>
        <w:autoSpaceDN w:val="0"/>
        <w:spacing w:before="286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7D1EC789" w14:textId="77777777" w:rsidR="00EB6FB5" w:rsidRPr="00A56DFB" w:rsidRDefault="00FF13F1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proofErr w:type="spellStart"/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Познавательныеуниверсальные</w:t>
      </w:r>
      <w:proofErr w:type="spellEnd"/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20D9BB86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5BFBB4C2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62524F57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0ABAA6C8" w14:textId="77777777" w:rsidR="00EB6FB5" w:rsidRPr="00A56DFB" w:rsidRDefault="00FF13F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359D08E5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646B028B" w14:textId="77777777" w:rsidR="00EB6FB5" w:rsidRPr="00A56DFB" w:rsidRDefault="00FF13F1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784D8807" w14:textId="77777777" w:rsidR="00EB6FB5" w:rsidRPr="00A56DFB" w:rsidRDefault="00FF13F1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14:paraId="51686635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2D25EE39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2330DAEC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244B5DE3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7A5D923F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14:paraId="72C07158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BC943EA" w14:textId="77777777" w:rsidR="00EB6FB5" w:rsidRPr="00A56DFB" w:rsidRDefault="00EB6FB5">
      <w:pPr>
        <w:autoSpaceDE w:val="0"/>
        <w:autoSpaceDN w:val="0"/>
        <w:spacing w:after="66" w:line="220" w:lineRule="exact"/>
        <w:rPr>
          <w:lang w:val="ru-RU"/>
        </w:rPr>
      </w:pPr>
    </w:p>
    <w:p w14:paraId="533F4717" w14:textId="77777777" w:rsidR="00EB6FB5" w:rsidRPr="00A56DFB" w:rsidRDefault="00FF13F1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14:paraId="3D972A74" w14:textId="77777777" w:rsidR="00EB6FB5" w:rsidRPr="00A56DFB" w:rsidRDefault="00FF13F1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—следствие); </w:t>
      </w:r>
    </w:p>
    <w:p w14:paraId="6B446999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3A93FB08" w14:textId="77777777" w:rsidR="00EB6FB5" w:rsidRPr="00A56DFB" w:rsidRDefault="00FF13F1">
      <w:pPr>
        <w:autoSpaceDE w:val="0"/>
        <w:autoSpaceDN w:val="0"/>
        <w:spacing w:before="17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5A1243D6" w14:textId="77777777" w:rsidR="00EB6FB5" w:rsidRPr="00A56DFB" w:rsidRDefault="00FF13F1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09C15218" w14:textId="77777777" w:rsidR="00EB6FB5" w:rsidRPr="00A56DFB" w:rsidRDefault="00FF13F1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58772507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DD4743A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0A7BCA7D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4A13C2CD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7324FE72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6D4262A8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26CFC1FE" w14:textId="77777777" w:rsidR="00EB6FB5" w:rsidRPr="00A56DFB" w:rsidRDefault="00FF13F1">
      <w:pPr>
        <w:autoSpaceDE w:val="0"/>
        <w:autoSpaceDN w:val="0"/>
        <w:spacing w:before="17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0B51E39A" w14:textId="77777777" w:rsidR="00EB6FB5" w:rsidRPr="00A56DFB" w:rsidRDefault="00FF13F1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5F953281" w14:textId="77777777" w:rsidR="00EB6FB5" w:rsidRPr="00A56DFB" w:rsidRDefault="00FF13F1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79BF7B77" w14:textId="77777777" w:rsidR="00EB6FB5" w:rsidRPr="00A56DFB" w:rsidRDefault="00FF13F1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41F0870E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437A039F" w14:textId="77777777" w:rsidR="00EB6FB5" w:rsidRPr="00A56DFB" w:rsidRDefault="00FF13F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3AE9B4F1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2CF54A6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56EF28A3" w14:textId="77777777" w:rsidR="00EB6FB5" w:rsidRPr="00A56DFB" w:rsidRDefault="00FF13F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14:paraId="2FF6E83B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2E37F24E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33577021" w14:textId="77777777" w:rsidR="00EB6FB5" w:rsidRPr="00A56DFB" w:rsidRDefault="00FF13F1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3C757B01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01FCA71D" w14:textId="77777777" w:rsidR="00EB6FB5" w:rsidRPr="00A56DFB" w:rsidRDefault="00FF13F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54A3BD87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28AAD484" w14:textId="77777777" w:rsidR="00EB6FB5" w:rsidRPr="00A56DFB" w:rsidRDefault="00FF13F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3CA788B8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14:paraId="0234E09A" w14:textId="77777777" w:rsidR="00EB6FB5" w:rsidRPr="00A56DFB" w:rsidRDefault="00FF13F1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41991AAF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29A181E5" w14:textId="77777777" w:rsidR="00EB6FB5" w:rsidRPr="00A56DFB" w:rsidRDefault="00FF13F1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34010243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25C0968A" w14:textId="77777777" w:rsidR="00EB6FB5" w:rsidRPr="00A56DFB" w:rsidRDefault="00FF13F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85BE992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91C8425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6064DD1" w14:textId="77777777" w:rsidR="00EB6FB5" w:rsidRPr="00A56DFB" w:rsidRDefault="00FF13F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7AE4249D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1D5D8523" w14:textId="77777777" w:rsidR="00EB6FB5" w:rsidRPr="00A56DFB" w:rsidRDefault="00FF13F1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27C94AFC" w14:textId="77777777" w:rsidR="00EB6FB5" w:rsidRPr="00A56DFB" w:rsidRDefault="00FF13F1">
      <w:pPr>
        <w:autoSpaceDE w:val="0"/>
        <w:autoSpaceDN w:val="0"/>
        <w:spacing w:before="288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704E7305" w14:textId="77777777" w:rsidR="00EB6FB5" w:rsidRPr="00A56DFB" w:rsidRDefault="00FF13F1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 классе </w:t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0C9F7FFB" w14:textId="77777777" w:rsidR="00EB6FB5" w:rsidRPr="00A56DFB" w:rsidRDefault="00FF13F1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5DFD68B8" w14:textId="77777777" w:rsidR="00EB6FB5" w:rsidRPr="00A56DFB" w:rsidRDefault="00FF13F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название своего населённого пункта, региона, страны; </w:t>
      </w:r>
    </w:p>
    <w:p w14:paraId="5DA73EF2" w14:textId="77777777" w:rsidR="00EB6FB5" w:rsidRPr="00A56DFB" w:rsidRDefault="00FF13F1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7426BD87" w14:textId="77777777" w:rsidR="00EB6FB5" w:rsidRPr="00A56DFB" w:rsidRDefault="00FF13F1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животных(насекомые, рыбы, птицы, звери); </w:t>
      </w:r>
    </w:p>
    <w:p w14:paraId="0D41C84D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FADE6F3" w14:textId="77777777" w:rsidR="00EB6FB5" w:rsidRPr="00A56DFB" w:rsidRDefault="00EB6FB5">
      <w:pPr>
        <w:autoSpaceDE w:val="0"/>
        <w:autoSpaceDN w:val="0"/>
        <w:spacing w:after="108" w:line="220" w:lineRule="exact"/>
        <w:rPr>
          <w:lang w:val="ru-RU"/>
        </w:rPr>
      </w:pPr>
    </w:p>
    <w:p w14:paraId="3D81BBDD" w14:textId="77777777" w:rsidR="00EB6FB5" w:rsidRPr="00A56DFB" w:rsidRDefault="00FF13F1">
      <w:pPr>
        <w:autoSpaceDE w:val="0"/>
        <w:autoSpaceDN w:val="0"/>
        <w:spacing w:after="0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3510E0FB" w14:textId="77777777" w:rsidR="00EB6FB5" w:rsidRPr="00A56DFB" w:rsidRDefault="00FF13F1">
      <w:pPr>
        <w:autoSpaceDE w:val="0"/>
        <w:autoSpaceDN w:val="0"/>
        <w:spacing w:before="190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правила ухода за комнатными растениями и домашними животными; </w:t>
      </w:r>
    </w:p>
    <w:p w14:paraId="6393D2E6" w14:textId="77777777" w:rsidR="00EB6FB5" w:rsidRPr="00A56DFB" w:rsidRDefault="00FF13F1">
      <w:pPr>
        <w:autoSpaceDE w:val="0"/>
        <w:autoSpaceDN w:val="0"/>
        <w:spacing w:before="190" w:after="0"/>
        <w:ind w:right="144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390EB9F7" w14:textId="77777777" w:rsidR="00EB6FB5" w:rsidRPr="00A56DFB" w:rsidRDefault="00FF13F1">
      <w:pPr>
        <w:autoSpaceDE w:val="0"/>
        <w:autoSpaceDN w:val="0"/>
        <w:spacing w:before="192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ответов на вопросы небольшие тексты о природе и обществе; </w:t>
      </w:r>
    </w:p>
    <w:p w14:paraId="05010E9A" w14:textId="77777777" w:rsidR="00EB6FB5" w:rsidRPr="00A56DFB" w:rsidRDefault="00FF13F1">
      <w:pPr>
        <w:autoSpaceDE w:val="0"/>
        <w:autoSpaceDN w:val="0"/>
        <w:spacing w:before="192" w:after="0" w:line="262" w:lineRule="auto"/>
        <w:ind w:right="432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1499E391" w14:textId="77777777" w:rsidR="00EB6FB5" w:rsidRPr="00A56DFB" w:rsidRDefault="00FF13F1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6EBBFF4D" w14:textId="77777777" w:rsidR="00EB6FB5" w:rsidRPr="00A56DFB" w:rsidRDefault="00FF13F1">
      <w:pPr>
        <w:autoSpaceDE w:val="0"/>
        <w:autoSpaceDN w:val="0"/>
        <w:spacing w:before="190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здорового питания и личной гигиены; </w:t>
      </w:r>
    </w:p>
    <w:p w14:paraId="3D3E0DB5" w14:textId="77777777" w:rsidR="00EB6FB5" w:rsidRPr="00A56DFB" w:rsidRDefault="00FF13F1">
      <w:pPr>
        <w:autoSpaceDE w:val="0"/>
        <w:autoSpaceDN w:val="0"/>
        <w:spacing w:before="190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пешехода; </w:t>
      </w:r>
    </w:p>
    <w:p w14:paraId="10A09F6A" w14:textId="77777777" w:rsidR="00EB6FB5" w:rsidRPr="00A56DFB" w:rsidRDefault="00FF13F1">
      <w:pPr>
        <w:autoSpaceDE w:val="0"/>
        <w:autoSpaceDN w:val="0"/>
        <w:spacing w:before="190" w:after="0" w:line="230" w:lineRule="auto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 природе; </w:t>
      </w:r>
    </w:p>
    <w:p w14:paraId="7D1063FF" w14:textId="77777777" w:rsidR="00EB6FB5" w:rsidRPr="00A56DFB" w:rsidRDefault="00FF13F1">
      <w:pPr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>—  с помощью взрослых (учителя, родителей) пользоваться электронным дневником и электронными ресурсами школы.</w:t>
      </w:r>
    </w:p>
    <w:p w14:paraId="78D91A34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328" w:right="840" w:bottom="1440" w:left="1086" w:header="720" w:footer="720" w:gutter="0"/>
          <w:cols w:space="720" w:equalWidth="0">
            <w:col w:w="9974" w:space="0"/>
          </w:cols>
          <w:docGrid w:linePitch="360"/>
        </w:sectPr>
      </w:pPr>
    </w:p>
    <w:p w14:paraId="3BCF44BC" w14:textId="77777777" w:rsidR="00EB6FB5" w:rsidRPr="00A56DFB" w:rsidRDefault="00EB6FB5">
      <w:pPr>
        <w:autoSpaceDE w:val="0"/>
        <w:autoSpaceDN w:val="0"/>
        <w:spacing w:after="64" w:line="220" w:lineRule="exact"/>
        <w:rPr>
          <w:lang w:val="ru-RU"/>
        </w:rPr>
      </w:pPr>
    </w:p>
    <w:p w14:paraId="198CC647" w14:textId="77777777" w:rsidR="00A56DFB" w:rsidRPr="00A56DFB" w:rsidRDefault="00A56DFB" w:rsidP="00A56DFB">
      <w:pPr>
        <w:rPr>
          <w:lang w:val="ru-RU"/>
        </w:rPr>
      </w:pPr>
      <w:r w:rsidRPr="00A56DF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3DBB1" wp14:editId="3AEFFB94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42324" name="Group 4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44791" name="Shape 44791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5BC28" id="Group 42324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">
                <v:shape id="Shape 44791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A56DFB">
        <w:rPr>
          <w:b/>
          <w:lang w:val="ru-RU"/>
        </w:rPr>
        <w:t xml:space="preserve">ТЕМАТИЧЕСКОЕ ПЛАНИРОВАНИЕ </w:t>
      </w:r>
    </w:p>
    <w:p w14:paraId="489F4D70" w14:textId="77777777" w:rsidR="00A56DFB" w:rsidRPr="00A56DFB" w:rsidRDefault="00A56DFB" w:rsidP="00A56DFB">
      <w:pPr>
        <w:rPr>
          <w:lang w:val="ru-RU"/>
        </w:rPr>
      </w:pPr>
      <w:r w:rsidRPr="00A56DFB">
        <w:rPr>
          <w:b/>
          <w:lang w:val="ru-RU"/>
        </w:rPr>
        <w:t xml:space="preserve"> </w:t>
      </w: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48"/>
        <w:gridCol w:w="4261"/>
        <w:gridCol w:w="611"/>
        <w:gridCol w:w="1485"/>
        <w:gridCol w:w="1541"/>
        <w:gridCol w:w="1049"/>
        <w:gridCol w:w="3112"/>
        <w:gridCol w:w="1074"/>
        <w:gridCol w:w="1923"/>
      </w:tblGrid>
      <w:tr w:rsidR="00A56DFB" w:rsidRPr="00A56DFB" w14:paraId="2B4D85C3" w14:textId="77777777" w:rsidTr="00D348EF">
        <w:trPr>
          <w:trHeight w:val="346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A8BA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№ </w:t>
            </w:r>
          </w:p>
          <w:p w14:paraId="6C7BF72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п/п </w:t>
            </w:r>
          </w:p>
        </w:tc>
        <w:tc>
          <w:tcPr>
            <w:tcW w:w="5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A40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D6525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Количество часов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211EA1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0F69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Дата изучения </w:t>
            </w:r>
          </w:p>
        </w:tc>
        <w:tc>
          <w:tcPr>
            <w:tcW w:w="3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081C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Виды деятельности 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F8C6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Виды, формы контроля 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B295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Электронные (цифровые) образовательные ресурсы </w:t>
            </w:r>
          </w:p>
        </w:tc>
      </w:tr>
      <w:tr w:rsidR="00A56DFB" w:rsidRPr="00A56DFB" w14:paraId="2DFE2800" w14:textId="77777777" w:rsidTr="00D348EF">
        <w:trPr>
          <w:trHeight w:val="57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1422F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F5B1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2615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всего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E135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контрольные работы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9A3D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31EA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D9F31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11C0E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E054D" w14:textId="77777777" w:rsidR="00A56DFB" w:rsidRPr="00A56DFB" w:rsidRDefault="00A56DFB" w:rsidP="00A56DFB">
            <w:pPr>
              <w:rPr>
                <w:lang w:val="ru-RU"/>
              </w:rPr>
            </w:pPr>
          </w:p>
        </w:tc>
      </w:tr>
      <w:tr w:rsidR="00A56DFB" w:rsidRPr="00A56DFB" w14:paraId="68DD30FD" w14:textId="77777777" w:rsidTr="00D348EF">
        <w:trPr>
          <w:trHeight w:val="350"/>
        </w:trPr>
        <w:tc>
          <w:tcPr>
            <w:tcW w:w="72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51575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Раздел 1. </w:t>
            </w:r>
            <w:r w:rsidRPr="00A56DFB">
              <w:rPr>
                <w:b/>
                <w:lang w:val="ru-RU"/>
              </w:rPr>
              <w:t xml:space="preserve">Человек и общество. </w:t>
            </w:r>
          </w:p>
        </w:tc>
        <w:tc>
          <w:tcPr>
            <w:tcW w:w="8278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90D8E1" w14:textId="77777777" w:rsidR="00A56DFB" w:rsidRPr="00A56DFB" w:rsidRDefault="00A56DFB" w:rsidP="00A56DFB">
            <w:pPr>
              <w:rPr>
                <w:lang w:val="ru-RU"/>
              </w:rPr>
            </w:pPr>
          </w:p>
        </w:tc>
      </w:tr>
      <w:tr w:rsidR="00A56DFB" w:rsidRPr="004B175E" w14:paraId="20F5A38F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407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FC86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Наша Родина — Россия, Российская Федерация. Россия и её столица на карте.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9400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80E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FB30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4B5B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D007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населения страны.;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7587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792CB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55B5226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7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673F7728" w14:textId="77777777" w:rsidTr="00D348EF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06C2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1D4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Государственные символы России, символика своего региона.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C3CB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1830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9CB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9A4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A38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населения страны.;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BB82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6DC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45584AE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«Окружающий мир», 2 класс (Диск СD) единая коллекция </w:t>
            </w:r>
            <w:r w:rsidRPr="00A56DFB">
              <w:rPr>
                <w:lang w:val="ru-RU"/>
              </w:rPr>
              <w:lastRenderedPageBreak/>
              <w:t>цифровых образовательных ресурсов (или по адресу</w:t>
            </w:r>
            <w:hyperlink r:id="rId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1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632DE8C9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2C8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8C9B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Москва — </w:t>
            </w:r>
            <w:proofErr w:type="spellStart"/>
            <w:r w:rsidRPr="00A56DFB">
              <w:rPr>
                <w:b/>
                <w:lang w:val="ru-RU"/>
              </w:rPr>
              <w:t>столи</w:t>
            </w:r>
            <w:proofErr w:type="spellEnd"/>
            <w:r w:rsidRPr="00A56DFB">
              <w:rPr>
                <w:b/>
                <w:lang w:val="ru-RU"/>
              </w:rPr>
              <w:t xml:space="preserve"> </w:t>
            </w:r>
            <w:proofErr w:type="spellStart"/>
            <w:r w:rsidRPr="00A56DFB">
              <w:rPr>
                <w:b/>
                <w:lang w:val="ru-RU"/>
              </w:rPr>
              <w:t>ца</w:t>
            </w:r>
            <w:proofErr w:type="spellEnd"/>
            <w:r w:rsidRPr="00A56DFB">
              <w:rPr>
                <w:b/>
                <w:lang w:val="ru-RU"/>
              </w:rPr>
              <w:t xml:space="preserve">. Достопримечательности Москвы. Страницы истории Москвы.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FE0B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D18A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E41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E26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8A09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Рассказ учителя по теме «История возникновения Москвы».;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E2B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4FA2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BAD51F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1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73485D7A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59"/>
        <w:gridCol w:w="4938"/>
        <w:gridCol w:w="500"/>
        <w:gridCol w:w="1030"/>
        <w:gridCol w:w="1065"/>
        <w:gridCol w:w="743"/>
        <w:gridCol w:w="3505"/>
        <w:gridCol w:w="1453"/>
        <w:gridCol w:w="1811"/>
      </w:tblGrid>
      <w:tr w:rsidR="00A56DFB" w:rsidRPr="004B175E" w14:paraId="6B6AB7EE" w14:textId="77777777" w:rsidTr="00D348EF">
        <w:trPr>
          <w:trHeight w:val="228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7183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7E7D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Города России. Свой регион и его столица на карте РФ.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60D5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B256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726A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3AC8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E0C7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Работа с картой: Россия, Москва, Санкт-Петербург, наш регион на карте РФ.;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1C44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4438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763F09D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«Окружающий мир», 2 класс (Диск СD) единая коллекция цифровых образовательных </w:t>
            </w:r>
            <w:r w:rsidRPr="00A56DFB">
              <w:rPr>
                <w:lang w:val="ru-RU"/>
              </w:rPr>
              <w:lastRenderedPageBreak/>
              <w:t>ресурсов (или по адресу</w:t>
            </w:r>
            <w:hyperlink r:id="rId1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1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7A86A00B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127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4DD9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Россия — многонациональное государство. Народы России, их традиции, обычаи, праздники.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69D4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CDDC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4D01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0EAE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C89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Чтение текстов учебника о народах России, об их традициях, обычаях, праздниках.;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BD11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1855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324817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1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2DE8328F" w14:textId="77777777" w:rsidTr="00D348EF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B79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1.6.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DDD6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Родной край, его природные и культурные достопримечательности.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4293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EDB0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6966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3EF7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6751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Составление сообщения об истории родного края (при помощи взрослых, с использованием дополнительных источников информации).;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7749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3067E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770FA2D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7">
              <w:r w:rsidRPr="00A56DFB">
                <w:rPr>
                  <w:rStyle w:val="aff8"/>
                  <w:lang w:val="ru-RU"/>
                </w:rPr>
                <w:t xml:space="preserve">: </w:t>
              </w:r>
              <w:r w:rsidRPr="00A56DFB">
                <w:rPr>
                  <w:rStyle w:val="aff8"/>
                  <w:lang w:val="ru-RU"/>
                </w:rPr>
                <w:lastRenderedPageBreak/>
                <w:t>http://school</w:t>
              </w:r>
            </w:hyperlink>
            <w:hyperlink r:id="rId1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1E6FCFD3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8610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1.7.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E410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Значимые события истории родного края. Свой регион и его главный город на карте.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15EF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5172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507F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F19F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4226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Учебный диалог по теме «Зачем чело век трудится?»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8A3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DC8C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3E7B621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2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5C58E209" w14:textId="77777777" w:rsidTr="00D348EF">
        <w:trPr>
          <w:trHeight w:val="15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48A9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1.8.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EB3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Хозяйственные занятия, профессии жителей родного края. Значение труда в жизни человека и общества.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DA2C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B7C3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86F5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3588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7443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Дидактическая игра по теме «Профессии города и села».;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1261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FCD1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 </w:t>
            </w:r>
          </w:p>
          <w:p w14:paraId="752D0D0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единая коллекция цифровых образовательных ресурсов (или по адресу</w:t>
            </w:r>
            <w:hyperlink r:id="rId2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2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58E46B14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5038"/>
        <w:gridCol w:w="521"/>
        <w:gridCol w:w="1077"/>
        <w:gridCol w:w="1113"/>
        <w:gridCol w:w="780"/>
        <w:gridCol w:w="3606"/>
        <w:gridCol w:w="1073"/>
        <w:gridCol w:w="1801"/>
      </w:tblGrid>
      <w:tr w:rsidR="00A56DFB" w:rsidRPr="004B175E" w14:paraId="6D62CA32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CC91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1.9.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382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Семья </w:t>
            </w:r>
            <w:r w:rsidRPr="00A56DFB">
              <w:rPr>
                <w:b/>
                <w:i/>
                <w:lang w:val="ru-RU"/>
              </w:rPr>
              <w:t xml:space="preserve">— </w:t>
            </w:r>
            <w:r w:rsidRPr="00A56DFB">
              <w:rPr>
                <w:b/>
                <w:lang w:val="ru-RU"/>
              </w:rPr>
              <w:t xml:space="preserve">коллектив. Семейное древо. Семейные ценности. и традиции.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1EE4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E0A2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729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06DA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ABFF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Учебный диалог по теме «Послушаем друг друга, расскажем о своей семье»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4021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1C4A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6352751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2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7C506022" w14:textId="77777777" w:rsidTr="00D348EF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3CE0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1.10.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07A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Совместный труд и отдых. Участие детей в делах семьи.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853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8368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10F3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22A6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2188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Обсуждение обязанностей в семье, семейных традиций, совместный труд и отдых.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2A0D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B2519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35F1121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2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4121D4A0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FFC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1.11.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424E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Правила культурного поведения в общественных местах.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91FB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383B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1704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C46D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6FFD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Работа в группе: работа с пословицами, сравнение и группировка слов по противоположному значению (добрый — жадный, смелый — трусливый, правдивый — лживый и др.);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1FBF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C7EF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6A90693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7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2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34832090" w14:textId="77777777" w:rsidTr="00D348EF">
        <w:trPr>
          <w:trHeight w:val="228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6CFF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1.12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5E3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Доброта, справедливость, честность, уважение к чужому мнению и особенностям других людей — главные правила взаимоотношений членов общества.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0368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7E5B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FBD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51B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D7ED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Анализ ситуаций, раскрывающих примеры гуманного отношения к людям.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7D6E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BF26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70EF96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3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A56DFB" w14:paraId="2B2DF4B4" w14:textId="77777777" w:rsidTr="00D348EF">
        <w:trPr>
          <w:trHeight w:val="351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511F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F593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16 </w:t>
            </w:r>
          </w:p>
        </w:tc>
        <w:tc>
          <w:tcPr>
            <w:tcW w:w="93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F8CE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</w:tr>
      <w:tr w:rsidR="00A56DFB" w:rsidRPr="00A56DFB" w14:paraId="41D00757" w14:textId="77777777" w:rsidTr="00D348EF">
        <w:trPr>
          <w:trHeight w:val="346"/>
        </w:trPr>
        <w:tc>
          <w:tcPr>
            <w:tcW w:w="155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1755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Раздел 2. </w:t>
            </w:r>
            <w:r w:rsidRPr="00A56DFB">
              <w:rPr>
                <w:b/>
                <w:lang w:val="ru-RU"/>
              </w:rPr>
              <w:t xml:space="preserve">Человек и природа. </w:t>
            </w:r>
          </w:p>
        </w:tc>
      </w:tr>
    </w:tbl>
    <w:p w14:paraId="64B661EE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6" w:type="dxa"/>
        </w:tblCellMar>
        <w:tblLook w:val="04A0" w:firstRow="1" w:lastRow="0" w:firstColumn="1" w:lastColumn="0" w:noHBand="0" w:noVBand="1"/>
      </w:tblPr>
      <w:tblGrid>
        <w:gridCol w:w="465"/>
        <w:gridCol w:w="5029"/>
        <w:gridCol w:w="519"/>
        <w:gridCol w:w="1079"/>
        <w:gridCol w:w="1116"/>
        <w:gridCol w:w="782"/>
        <w:gridCol w:w="3605"/>
        <w:gridCol w:w="1074"/>
        <w:gridCol w:w="1835"/>
      </w:tblGrid>
      <w:tr w:rsidR="00A56DFB" w:rsidRPr="004B175E" w14:paraId="14FB284D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7D2A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A5AA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Наблюдения, опыты, измерения. Звёзды и созвездия, наблюдения звёздного неба. Планеты.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421F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7D92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2472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1179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29C9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Просмотр и обсуждение иллюстраций, </w:t>
            </w:r>
          </w:p>
          <w:p w14:paraId="00FE81E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видеофрагментов и других материалов (по выбору) на тему «Звёздное небо Созвездия»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98EF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7DBD9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53DE5F4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3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4F1FA09E" w14:textId="77777777" w:rsidTr="00D348EF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5DA3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0DAA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Чем Земля отличается от других планет. Условия жизни на Земле.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00EE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7CE0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7481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595F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7D9A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Учебный диалог по теме «Чем Земля отличается от других планет»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5FE8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3AFF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51F2151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3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5E5C0786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AD0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6F6E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Изображения Земли: глобус, карта, план.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9BE5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8476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829E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CBFC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F55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 с глобусом;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2898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23E2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71F8518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3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4E64409C" w14:textId="77777777" w:rsidTr="00D348EF">
        <w:trPr>
          <w:trHeight w:val="229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801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4A99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Карта мира. Материки, океаны.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8DA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150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F0FC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C20F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E3B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Рассказ учителя, работа с текстом учебника: </w:t>
            </w:r>
          </w:p>
          <w:p w14:paraId="75310B7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описание и особенности океанов и материков на Земле.;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0B78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EA3C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373D86A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7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3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770F8F7D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1" w:type="dxa"/>
        </w:tblCellMar>
        <w:tblLook w:val="04A0" w:firstRow="1" w:lastRow="0" w:firstColumn="1" w:lastColumn="0" w:noHBand="0" w:noVBand="1"/>
      </w:tblPr>
      <w:tblGrid>
        <w:gridCol w:w="464"/>
        <w:gridCol w:w="5036"/>
        <w:gridCol w:w="519"/>
        <w:gridCol w:w="1078"/>
        <w:gridCol w:w="1115"/>
        <w:gridCol w:w="782"/>
        <w:gridCol w:w="3606"/>
        <w:gridCol w:w="1074"/>
        <w:gridCol w:w="1830"/>
      </w:tblGrid>
      <w:tr w:rsidR="00A56DFB" w:rsidRPr="004B175E" w14:paraId="19633B19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0A10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F464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Определение сторон горизонта при помощи компаса. Компас, его устройство, ориентирование на местности.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770A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A6BC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4629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628E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BB95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 с картой: «Как показывать объекты на настенной карте»;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80B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3C4F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F584BD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4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229640CB" w14:textId="77777777" w:rsidTr="00D348EF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F17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2.6.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613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Многообразие растений. Деревья, кустарники, травы.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E9F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EC66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D57A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9328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55FF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Коммуникативная деятельность: описание растений по иллюстрациям и живым объектам.;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F02D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C947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C49B44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4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7AF9247D" w14:textId="77777777" w:rsidTr="00D348EF">
        <w:trPr>
          <w:trHeight w:val="234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0714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2.7.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6A03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Дикорастущие и культурные растения.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D155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9007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3250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1456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616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2A17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8D4B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5B44D70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4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1CA31167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9DB8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2.8.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7974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Связи в природе. Годовой ход изменений в жизни растения.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FC8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95B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D5CF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B23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BD0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86F3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04BC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456707C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4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36DF4C4C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4904"/>
        <w:gridCol w:w="502"/>
        <w:gridCol w:w="1036"/>
        <w:gridCol w:w="1071"/>
        <w:gridCol w:w="748"/>
        <w:gridCol w:w="3504"/>
        <w:gridCol w:w="1443"/>
        <w:gridCol w:w="1801"/>
      </w:tblGrid>
      <w:tr w:rsidR="00A56DFB" w:rsidRPr="004B175E" w14:paraId="7E2C5507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EDC1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2.9.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7DE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Мир животных (фауна).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A95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149F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E8C8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0DE5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EB99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Логическая задача по теме «Найди ошибку — какое животное попало в эту группу случайно».;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3F8E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1991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DAA6D3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7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4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23A6469A" w14:textId="77777777" w:rsidTr="00D348EF">
        <w:trPr>
          <w:trHeight w:val="237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F86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2.10.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3B7C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Насекомые, рыбы, птицы, звери, земноводные, пресмыкающиеся: общая характеристика (особенности внешнего вида, движений, питания, размножения).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DD73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4FF0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8073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A46E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48B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Дидактическая игра по теме «Угадай животное по описанию».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64A4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D95C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727243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5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4ADE8A7A" w14:textId="77777777" w:rsidTr="00D348EF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F40E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2.11.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90E1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Сезонная жизнь животных.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F83F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595B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E175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1B6A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9D76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Работа в группах: подготовьте вопросы о жизни животных для других групп;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A3CA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5942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A3192E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5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19F8070A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3583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2.12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D07E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Красная книга России, её значение, отдельные представители растений и животных Красной книги.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30C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C8EB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CEA0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C35E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29C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Учебный диалог по теме «Что такое Красная книга?»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32E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99FD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314A48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5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5B32CF1E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6" w:type="dxa"/>
        </w:tblCellMar>
        <w:tblLook w:val="04A0" w:firstRow="1" w:lastRow="0" w:firstColumn="1" w:lastColumn="0" w:noHBand="0" w:noVBand="1"/>
      </w:tblPr>
      <w:tblGrid>
        <w:gridCol w:w="484"/>
        <w:gridCol w:w="4888"/>
        <w:gridCol w:w="513"/>
        <w:gridCol w:w="1041"/>
        <w:gridCol w:w="1076"/>
        <w:gridCol w:w="752"/>
        <w:gridCol w:w="3511"/>
        <w:gridCol w:w="1404"/>
        <w:gridCol w:w="1835"/>
      </w:tblGrid>
      <w:tr w:rsidR="00A56DFB" w:rsidRPr="004B175E" w14:paraId="75FA7C6A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08C7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2.13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A620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Заповедники, природные парки. Охрана природы. Правила нравственного поведения на природе.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FF02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DC05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D8B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BC0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BF4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Коллективное составление памятки по теме «Правила поведения в заповедных местах»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7B82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Контрольная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0184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160FC4B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5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A56DFB" w14:paraId="726D8BC1" w14:textId="77777777" w:rsidTr="00D348EF">
        <w:trPr>
          <w:trHeight w:val="346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3E9D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EB65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34 </w:t>
            </w:r>
          </w:p>
        </w:tc>
        <w:tc>
          <w:tcPr>
            <w:tcW w:w="93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349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</w:tr>
      <w:tr w:rsidR="00A56DFB" w:rsidRPr="00A56DFB" w14:paraId="1CCC4D52" w14:textId="77777777" w:rsidTr="00D348EF">
        <w:trPr>
          <w:trHeight w:val="350"/>
        </w:trPr>
        <w:tc>
          <w:tcPr>
            <w:tcW w:w="155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75CB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Раздел 3. </w:t>
            </w:r>
            <w:r w:rsidRPr="00A56DFB">
              <w:rPr>
                <w:b/>
                <w:lang w:val="ru-RU"/>
              </w:rPr>
              <w:t xml:space="preserve">Правила безопасной жизни. </w:t>
            </w:r>
          </w:p>
        </w:tc>
      </w:tr>
      <w:tr w:rsidR="00A56DFB" w:rsidRPr="004B175E" w14:paraId="63FA08BB" w14:textId="77777777" w:rsidTr="00D348EF">
        <w:trPr>
          <w:trHeight w:val="236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F3D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648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2DFC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F247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5CC6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F84F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C4FF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Учебный диалог по теме «Зачем нужен режим дня? Почему нужно правильно питаться?»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3BF8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72B8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04DCE8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7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58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27864D99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E46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3.2.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FD73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Физическая культура, закаливание, игры на воздухе как условие сохранения и укрепления здоровья.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F979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7FE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6704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F2591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259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Анализ дорожных ситуаций.;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BB35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C3E9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4559F7D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9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60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55F230FC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BB38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3572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пищи, а также на пришкольной территории).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3387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A7AD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7276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F7529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581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Беседа по теме «Что может случиться на прогулке, на игровой площадке, дома и в школе, если не соблюдать правила безопасности»;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856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7D35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33C2DF0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1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62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</w:tbl>
    <w:p w14:paraId="474E048B" w14:textId="77777777" w:rsidR="00A56DFB" w:rsidRPr="00A56DFB" w:rsidRDefault="00A56DFB" w:rsidP="00A56DFB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60"/>
        <w:gridCol w:w="4902"/>
        <w:gridCol w:w="511"/>
        <w:gridCol w:w="1037"/>
        <w:gridCol w:w="1073"/>
        <w:gridCol w:w="749"/>
        <w:gridCol w:w="3508"/>
        <w:gridCol w:w="1453"/>
        <w:gridCol w:w="1811"/>
      </w:tblGrid>
      <w:tr w:rsidR="00A56DFB" w:rsidRPr="004B175E" w14:paraId="2A9FF04C" w14:textId="77777777" w:rsidTr="00D348E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12FE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lastRenderedPageBreak/>
              <w:t xml:space="preserve">3.4.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578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Правила безопасного поведения пассажира наземного транспорта и метро. Номера телефонов экстренной помощи.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4DE9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CBF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A36B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134B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F1E9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Ролевая игра по теме «Мы — пешеходы»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5CB8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E65E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5878BAB7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3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64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4B175E" w14:paraId="3217B2BB" w14:textId="77777777" w:rsidTr="00D348EF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26A1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4C4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b/>
                <w:lang w:val="ru-RU"/>
              </w:rPr>
              <w:t xml:space="preserve"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6C61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A1DB8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312FC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F9A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6186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 по теме «Правила пользования компьютером»;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83F4D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613CDA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Электронное приложение к учебнику </w:t>
            </w:r>
          </w:p>
          <w:p w14:paraId="21681C7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5">
              <w:r w:rsidRPr="00A56DFB">
                <w:rPr>
                  <w:rStyle w:val="aff8"/>
                  <w:lang w:val="ru-RU"/>
                </w:rPr>
                <w:t>: http://school</w:t>
              </w:r>
            </w:hyperlink>
            <w:hyperlink r:id="rId66">
              <w:r w:rsidRPr="00A56DFB">
                <w:rPr>
                  <w:rStyle w:val="aff8"/>
                  <w:lang w:val="ru-RU"/>
                </w:rPr>
                <w:t xml:space="preserve">- </w:t>
              </w:r>
            </w:hyperlink>
            <w:r w:rsidRPr="00A56DFB">
              <w:rPr>
                <w:lang w:val="ru-RU"/>
              </w:rPr>
              <w:t xml:space="preserve">collection.edu.ru) </w:t>
            </w:r>
          </w:p>
        </w:tc>
      </w:tr>
      <w:tr w:rsidR="00A56DFB" w:rsidRPr="00A56DFB" w14:paraId="5C994812" w14:textId="77777777" w:rsidTr="00D348EF">
        <w:trPr>
          <w:trHeight w:val="351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072B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EA70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12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AA8103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241E04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A055B1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046A20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682D28" w14:textId="77777777" w:rsidR="00A56DFB" w:rsidRPr="00A56DFB" w:rsidRDefault="00A56DFB" w:rsidP="00A56DFB">
            <w:pPr>
              <w:rPr>
                <w:lang w:val="ru-RU"/>
              </w:rPr>
            </w:pPr>
          </w:p>
        </w:tc>
      </w:tr>
      <w:tr w:rsidR="00A56DFB" w:rsidRPr="00A56DFB" w14:paraId="5B4F3FAC" w14:textId="77777777" w:rsidTr="00D348EF">
        <w:trPr>
          <w:trHeight w:val="346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ED3FF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Резервное время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7C85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5D57E4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01BF0F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0B9E9A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D07966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CE16D7" w14:textId="77777777" w:rsidR="00A56DFB" w:rsidRPr="00A56DFB" w:rsidRDefault="00A56DFB" w:rsidP="00A56DFB">
            <w:pPr>
              <w:rPr>
                <w:lang w:val="ru-RU"/>
              </w:rPr>
            </w:pPr>
          </w:p>
        </w:tc>
      </w:tr>
      <w:tr w:rsidR="00A56DFB" w:rsidRPr="00A56DFB" w14:paraId="0881C8D7" w14:textId="77777777" w:rsidTr="00D348EF">
        <w:trPr>
          <w:trHeight w:val="350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A9635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1383B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68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72C7E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3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2975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2 </w:t>
            </w: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33EB72" w14:textId="77777777" w:rsidR="00A56DFB" w:rsidRPr="00A56DFB" w:rsidRDefault="00A56DFB" w:rsidP="00A56DFB">
            <w:pPr>
              <w:rPr>
                <w:lang w:val="ru-RU"/>
              </w:rPr>
            </w:pPr>
            <w:r w:rsidRPr="00A56DFB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DC5945" w14:textId="77777777" w:rsidR="00A56DFB" w:rsidRPr="00A56DFB" w:rsidRDefault="00A56DFB" w:rsidP="00A56DFB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597246" w14:textId="77777777" w:rsidR="00A56DFB" w:rsidRPr="00A56DFB" w:rsidRDefault="00A56DFB" w:rsidP="00A56DFB">
            <w:pPr>
              <w:rPr>
                <w:lang w:val="ru-RU"/>
              </w:rPr>
            </w:pPr>
          </w:p>
        </w:tc>
      </w:tr>
    </w:tbl>
    <w:p w14:paraId="760298AC" w14:textId="77777777" w:rsidR="00EB6FB5" w:rsidRPr="00A56DFB" w:rsidRDefault="00EB6FB5">
      <w:pPr>
        <w:rPr>
          <w:lang w:val="ru-RU"/>
        </w:rPr>
        <w:sectPr w:rsidR="00EB6FB5" w:rsidRPr="00A56DF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CA80401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0477D5D6" w14:textId="77777777" w:rsidR="00EB6FB5" w:rsidRDefault="00EB6FB5">
      <w:pPr>
        <w:autoSpaceDE w:val="0"/>
        <w:autoSpaceDN w:val="0"/>
        <w:spacing w:after="78" w:line="220" w:lineRule="exact"/>
      </w:pPr>
    </w:p>
    <w:p w14:paraId="04532878" w14:textId="77777777" w:rsidR="00EB6FB5" w:rsidRDefault="00FF13F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05444024" w14:textId="77777777" w:rsidR="00EB6FB5" w:rsidRPr="00A56DFB" w:rsidRDefault="00FF13F1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265D4F90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4C220C6" w14:textId="77777777" w:rsidR="00EB6FB5" w:rsidRPr="00A56DFB" w:rsidRDefault="00EB6FB5">
      <w:pPr>
        <w:autoSpaceDE w:val="0"/>
        <w:autoSpaceDN w:val="0"/>
        <w:spacing w:after="78" w:line="220" w:lineRule="exact"/>
        <w:rPr>
          <w:lang w:val="ru-RU"/>
        </w:rPr>
      </w:pPr>
    </w:p>
    <w:p w14:paraId="0670477E" w14:textId="77777777" w:rsidR="00EB6FB5" w:rsidRPr="00A56DFB" w:rsidRDefault="00FF13F1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A56DFB">
        <w:rPr>
          <w:lang w:val="ru-RU"/>
        </w:rPr>
        <w:br/>
      </w:r>
      <w:r w:rsidRPr="00A56DFB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1C734E0B" w14:textId="77777777" w:rsidR="00EB6FB5" w:rsidRPr="00A56DFB" w:rsidRDefault="00EB6FB5">
      <w:pPr>
        <w:rPr>
          <w:lang w:val="ru-RU"/>
        </w:rPr>
        <w:sectPr w:rsidR="00EB6FB5" w:rsidRPr="00A56DF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E85C85A" w14:textId="77777777" w:rsidR="00FF13F1" w:rsidRPr="00A56DFB" w:rsidRDefault="00FF13F1">
      <w:pPr>
        <w:rPr>
          <w:lang w:val="ru-RU"/>
        </w:rPr>
      </w:pPr>
    </w:p>
    <w:sectPr w:rsidR="00FF13F1" w:rsidRPr="00A56DFB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375C2"/>
    <w:rsid w:val="004B175E"/>
    <w:rsid w:val="00A56DFB"/>
    <w:rsid w:val="00AA1D8D"/>
    <w:rsid w:val="00B47730"/>
    <w:rsid w:val="00CB0664"/>
    <w:rsid w:val="00EB6FB5"/>
    <w:rsid w:val="00FC693F"/>
    <w:rsid w:val="00FF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98DFD"/>
  <w14:defaultImageDpi w14:val="300"/>
  <w15:docId w15:val="{1A342A4F-ECCF-4F97-8EA5-E825A017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A56DFB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3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3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3A4328-3A54-4D64-B61F-67D41955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5137</Words>
  <Characters>29282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2022-06-27T03:44:00Z</cp:lastPrinted>
  <dcterms:created xsi:type="dcterms:W3CDTF">2013-12-23T23:15:00Z</dcterms:created>
  <dcterms:modified xsi:type="dcterms:W3CDTF">2022-06-28T01:06:00Z</dcterms:modified>
  <cp:category/>
</cp:coreProperties>
</file>