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B3D7E" w14:textId="2F1BA1F4" w:rsidR="00405EA5" w:rsidRDefault="00F24201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DB13210" wp14:editId="1B19AEFB">
            <wp:simplePos x="0" y="0"/>
            <wp:positionH relativeFrom="column">
              <wp:posOffset>0</wp:posOffset>
            </wp:positionH>
            <wp:positionV relativeFrom="paragraph">
              <wp:posOffset>353695</wp:posOffset>
            </wp:positionV>
            <wp:extent cx="6172200" cy="80937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20857A" w14:textId="5220CB15" w:rsidR="001C4C4D" w:rsidRDefault="001C4C4D" w:rsidP="00F2420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      </w:t>
      </w:r>
    </w:p>
    <w:p w14:paraId="4E6345A5" w14:textId="77777777" w:rsidR="00405EA5" w:rsidRPr="00F24201" w:rsidRDefault="00405EA5">
      <w:pPr>
        <w:rPr>
          <w:lang w:val="ru-RU"/>
        </w:rPr>
        <w:sectPr w:rsidR="00405EA5" w:rsidRPr="00F24201">
          <w:pgSz w:w="11900" w:h="16840"/>
          <w:pgMar w:top="44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5173A0BC" w14:textId="77777777" w:rsidR="00405EA5" w:rsidRPr="00F24201" w:rsidRDefault="00405EA5">
      <w:pPr>
        <w:autoSpaceDE w:val="0"/>
        <w:autoSpaceDN w:val="0"/>
        <w:spacing w:after="78" w:line="220" w:lineRule="exact"/>
        <w:rPr>
          <w:lang w:val="ru-RU"/>
        </w:rPr>
      </w:pPr>
    </w:p>
    <w:p w14:paraId="5BEA254F" w14:textId="77777777" w:rsidR="00405EA5" w:rsidRPr="00F24201" w:rsidRDefault="00423218">
      <w:pPr>
        <w:autoSpaceDE w:val="0"/>
        <w:autoSpaceDN w:val="0"/>
        <w:spacing w:after="0" w:line="230" w:lineRule="auto"/>
        <w:rPr>
          <w:lang w:val="ru-RU"/>
        </w:rPr>
      </w:pPr>
      <w:r w:rsidRPr="00F2420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40A63FCF" w14:textId="77777777" w:rsidR="00405EA5" w:rsidRPr="00524D70" w:rsidRDefault="00423218">
      <w:pPr>
        <w:autoSpaceDE w:val="0"/>
        <w:autoSpaceDN w:val="0"/>
        <w:spacing w:before="346" w:after="0"/>
        <w:ind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44EAC88F" w14:textId="77777777" w:rsidR="00405EA5" w:rsidRPr="00524D70" w:rsidRDefault="00423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7E1CE00D" w14:textId="77777777" w:rsidR="00405EA5" w:rsidRPr="00524D70" w:rsidRDefault="00423218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34CC4537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1B881770" w14:textId="77777777" w:rsidR="00405EA5" w:rsidRPr="00524D70" w:rsidRDefault="00423218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4EF7EFF7" w14:textId="77777777" w:rsidR="00405EA5" w:rsidRPr="00524D70" w:rsidRDefault="00423218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18BDAD20" w14:textId="77777777" w:rsidR="00405EA5" w:rsidRPr="00524D70" w:rsidRDefault="00423218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3FA768A9" w14:textId="77777777" w:rsidR="00405EA5" w:rsidRPr="00524D70" w:rsidRDefault="00423218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1466F28A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300" w:after="0" w:line="262" w:lineRule="auto"/>
        <w:ind w:right="720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4C735520" w14:textId="77777777" w:rsidR="00405EA5" w:rsidRPr="00524D70" w:rsidRDefault="00423218">
      <w:pPr>
        <w:autoSpaceDE w:val="0"/>
        <w:autoSpaceDN w:val="0"/>
        <w:spacing w:before="178" w:after="0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7F9580EA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257F9E79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14:paraId="2BEF5F66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98" w:right="634" w:bottom="32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192BA4EC" w14:textId="77777777" w:rsidR="00405EA5" w:rsidRPr="00524D70" w:rsidRDefault="00405EA5">
      <w:pPr>
        <w:autoSpaceDE w:val="0"/>
        <w:autoSpaceDN w:val="0"/>
        <w:spacing w:after="66" w:line="220" w:lineRule="exact"/>
        <w:rPr>
          <w:lang w:val="ru-RU"/>
        </w:rPr>
      </w:pPr>
    </w:p>
    <w:p w14:paraId="3A62B58C" w14:textId="77777777" w:rsidR="00405EA5" w:rsidRPr="00524D70" w:rsidRDefault="00423218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77DB7E18" w14:textId="77777777" w:rsidR="00405EA5" w:rsidRPr="00524D70" w:rsidRDefault="00423218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3A814E70" w14:textId="77777777" w:rsidR="00405EA5" w:rsidRPr="00524D70" w:rsidRDefault="00423218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0DAAF1F0" w14:textId="77777777" w:rsidR="00405EA5" w:rsidRPr="00524D70" w:rsidRDefault="00423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1 классе отводится 4 часа в неделю, всего 132 часа.</w:t>
      </w:r>
    </w:p>
    <w:p w14:paraId="72103018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14:paraId="7211F37D" w14:textId="77777777" w:rsidR="00405EA5" w:rsidRPr="00524D70" w:rsidRDefault="00405EA5">
      <w:pPr>
        <w:autoSpaceDE w:val="0"/>
        <w:autoSpaceDN w:val="0"/>
        <w:spacing w:after="78" w:line="220" w:lineRule="exact"/>
        <w:rPr>
          <w:lang w:val="ru-RU"/>
        </w:rPr>
      </w:pPr>
    </w:p>
    <w:p w14:paraId="35B6FC78" w14:textId="77777777" w:rsidR="00405EA5" w:rsidRPr="00524D70" w:rsidRDefault="00423218">
      <w:pPr>
        <w:autoSpaceDE w:val="0"/>
        <w:autoSpaceDN w:val="0"/>
        <w:spacing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48005D63" w14:textId="77777777" w:rsidR="00405EA5" w:rsidRPr="00524D70" w:rsidRDefault="00423218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величины»,«Арифметические</w:t>
      </w:r>
      <w:proofErr w:type="spellEnd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14:paraId="510B77FB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Числа и величины </w:t>
      </w:r>
      <w:r w:rsidRPr="00524D70">
        <w:rPr>
          <w:lang w:val="ru-RU"/>
        </w:rPr>
        <w:br/>
      </w: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4006A9EE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20: чтение, запись, сравнение.  Однозначные и двузначные числа. Увеличение (уменьшение) числа на несколько единиц.</w:t>
      </w:r>
    </w:p>
    <w:p w14:paraId="5AB1EFD1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Длина и её измерение. Единицы длины: сантиметр, дециметр; установление соотношения между ними.</w:t>
      </w:r>
    </w:p>
    <w:p w14:paraId="774A1564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Арифметические действия </w:t>
      </w:r>
      <w:r w:rsidRPr="00524D70">
        <w:rPr>
          <w:lang w:val="ru-RU"/>
        </w:rPr>
        <w:br/>
      </w: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14:paraId="70238FD1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Текстовые задачи </w:t>
      </w:r>
      <w:r w:rsidRPr="00524D70">
        <w:rPr>
          <w:lang w:val="ru-RU"/>
        </w:rPr>
        <w:br/>
      </w: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1F5133BF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Пространственные отношения и геометрические фигуры </w:t>
      </w:r>
      <w:r w:rsidRPr="00524D70">
        <w:rPr>
          <w:lang w:val="ru-RU"/>
        </w:rPr>
        <w:br/>
      </w: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14:paraId="093AF2BE" w14:textId="77777777" w:rsidR="00405EA5" w:rsidRPr="00524D70" w:rsidRDefault="00423218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14:paraId="357F1A06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Математическая информация </w:t>
      </w:r>
      <w:r w:rsidRPr="00524D70">
        <w:rPr>
          <w:lang w:val="ru-RU"/>
        </w:rPr>
        <w:br/>
      </w: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14:paraId="68161817" w14:textId="77777777" w:rsidR="00405EA5" w:rsidRPr="00524D70" w:rsidRDefault="0042321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Закономерность в ряду заданных объектов: её обнаружение, продолжение ряда.</w:t>
      </w:r>
    </w:p>
    <w:p w14:paraId="32A7283C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51BF65A1" w14:textId="77777777" w:rsidR="00405EA5" w:rsidRPr="00524D70" w:rsidRDefault="00423218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14:paraId="36AAB78B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Двух-</w:t>
      </w:r>
      <w:proofErr w:type="spellStart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трёхшаговые</w:t>
      </w:r>
      <w:proofErr w:type="spellEnd"/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 инструкции, связанные с вычислением, измерением длины, изображением геометрической фигуры.</w:t>
      </w:r>
    </w:p>
    <w:p w14:paraId="4E50121B" w14:textId="77777777" w:rsidR="00405EA5" w:rsidRPr="00524D70" w:rsidRDefault="00423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14:paraId="70D38201" w14:textId="77777777" w:rsidR="00405EA5" w:rsidRPr="00524D70" w:rsidRDefault="00423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7D2F454A" w14:textId="77777777" w:rsidR="00405EA5" w:rsidRPr="00524D70" w:rsidRDefault="00423218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объекты (числа, величины) в окружающем мире; </w:t>
      </w:r>
    </w:p>
    <w:p w14:paraId="19821B80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общее и различное в записи арифметических действий; </w:t>
      </w:r>
    </w:p>
    <w:p w14:paraId="2F65BB78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назначение и необходимость использования величин в жизни; </w:t>
      </w:r>
    </w:p>
    <w:p w14:paraId="6CD5A662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действие измерительных приборов; </w:t>
      </w:r>
    </w:p>
    <w:p w14:paraId="5B5CFBDB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два объекта, два числа; распределять объекты на группы по заданному</w:t>
      </w:r>
    </w:p>
    <w:p w14:paraId="1936DCF3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98" w:right="650" w:bottom="4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8C70854" w14:textId="77777777" w:rsidR="00405EA5" w:rsidRPr="00524D70" w:rsidRDefault="00405EA5">
      <w:pPr>
        <w:autoSpaceDE w:val="0"/>
        <w:autoSpaceDN w:val="0"/>
        <w:spacing w:after="66" w:line="220" w:lineRule="exact"/>
        <w:rPr>
          <w:lang w:val="ru-RU"/>
        </w:rPr>
      </w:pPr>
    </w:p>
    <w:p w14:paraId="3697653E" w14:textId="77777777" w:rsidR="00405EA5" w:rsidRPr="00524D70" w:rsidRDefault="00423218">
      <w:pPr>
        <w:autoSpaceDE w:val="0"/>
        <w:autoSpaceDN w:val="0"/>
        <w:spacing w:after="0" w:line="329" w:lineRule="auto"/>
        <w:ind w:left="240" w:right="7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основанию;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копировать изученные фигуры, рисовать от руки по собственному замыслу; приводить примеры чисел, геометрических фигур;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вести порядковый и количественный счет (соблюдать последовательность).</w:t>
      </w:r>
    </w:p>
    <w:p w14:paraId="6913D67C" w14:textId="77777777" w:rsidR="00405EA5" w:rsidRPr="00524D70" w:rsidRDefault="00423218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математические явления могут быть представлены с помощью разных средств: текст, числовая запись, таблица, рисунок, схема;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читать таблицу, извлекать информацию, представленную в табличной форме.</w:t>
      </w:r>
    </w:p>
    <w:p w14:paraId="39184085" w14:textId="77777777" w:rsidR="00405EA5" w:rsidRPr="00524D70" w:rsidRDefault="00423218">
      <w:pPr>
        <w:autoSpaceDE w:val="0"/>
        <w:autoSpaceDN w:val="0"/>
        <w:spacing w:before="180" w:after="0" w:line="336" w:lineRule="auto"/>
        <w:ind w:left="240" w:right="288" w:hanging="24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(описывать) число, геометрическую фигуру, последовательность из нескольких чисел, записанных по порядку;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положение предмета в пространстве различать и использовать математические знаки;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строить предложения относительно заданного набора объектов.</w:t>
      </w:r>
    </w:p>
    <w:p w14:paraId="726FF040" w14:textId="77777777" w:rsidR="00405EA5" w:rsidRPr="00524D70" w:rsidRDefault="00423218">
      <w:pPr>
        <w:autoSpaceDE w:val="0"/>
        <w:autoSpaceDN w:val="0"/>
        <w:spacing w:before="178" w:after="0" w:line="350" w:lineRule="auto"/>
        <w:ind w:left="240" w:right="576" w:hanging="24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принимать учебную задачу, удерживать её в процессе деятельности;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действовать в соответствии с предложенным образцом, инструкцией;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интерес к проверке результатов решения учебной задачи, с помощью учителя устанавливать причину возникшей ошибки и трудности;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вычисления с помощью другого приёма выполнения действия.</w:t>
      </w:r>
    </w:p>
    <w:p w14:paraId="4B60C175" w14:textId="77777777" w:rsidR="00405EA5" w:rsidRPr="00524D70" w:rsidRDefault="00423218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работе с математическим материалом;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59EA893B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86" w:right="786" w:bottom="1440" w:left="846" w:header="720" w:footer="720" w:gutter="0"/>
          <w:cols w:space="720" w:equalWidth="0">
            <w:col w:w="10268" w:space="0"/>
          </w:cols>
          <w:docGrid w:linePitch="360"/>
        </w:sectPr>
      </w:pPr>
    </w:p>
    <w:p w14:paraId="159F9393" w14:textId="77777777" w:rsidR="00405EA5" w:rsidRPr="00524D70" w:rsidRDefault="00405EA5">
      <w:pPr>
        <w:autoSpaceDE w:val="0"/>
        <w:autoSpaceDN w:val="0"/>
        <w:spacing w:after="78" w:line="220" w:lineRule="exact"/>
        <w:rPr>
          <w:lang w:val="ru-RU"/>
        </w:rPr>
      </w:pPr>
    </w:p>
    <w:p w14:paraId="25ED1A89" w14:textId="77777777" w:rsidR="00405EA5" w:rsidRPr="00524D70" w:rsidRDefault="00423218">
      <w:pPr>
        <w:autoSpaceDE w:val="0"/>
        <w:autoSpaceDN w:val="0"/>
        <w:spacing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141FD316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23F1BA40" w14:textId="77777777" w:rsidR="00405EA5" w:rsidRPr="00524D70" w:rsidRDefault="00423218">
      <w:pPr>
        <w:autoSpaceDE w:val="0"/>
        <w:autoSpaceDN w:val="0"/>
        <w:spacing w:before="262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0B82F921" w14:textId="77777777" w:rsidR="00405EA5" w:rsidRPr="00524D70" w:rsidRDefault="00423218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524D70">
        <w:rPr>
          <w:lang w:val="ru-RU"/>
        </w:rPr>
        <w:tab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3A9C0C3A" w14:textId="77777777" w:rsidR="00405EA5" w:rsidRPr="00524D70" w:rsidRDefault="00423218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0F8DF17A" w14:textId="77777777" w:rsidR="00405EA5" w:rsidRPr="00524D70" w:rsidRDefault="00423218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53759815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61583166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0F6BF2BF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3B4C30F3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74FEB084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69C6BAC7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07F843D5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5A4EE631" w14:textId="77777777" w:rsidR="00405EA5" w:rsidRPr="00524D70" w:rsidRDefault="00423218">
      <w:pPr>
        <w:autoSpaceDE w:val="0"/>
        <w:autoSpaceDN w:val="0"/>
        <w:spacing w:before="324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1FE1DF43" w14:textId="77777777" w:rsidR="00405EA5" w:rsidRPr="00524D70" w:rsidRDefault="00423218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373ED1AD" w14:textId="77777777" w:rsidR="00405EA5" w:rsidRPr="00524D70" w:rsidRDefault="00423218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14:paraId="7FFEA67F" w14:textId="77777777" w:rsidR="00405EA5" w:rsidRPr="00524D70" w:rsidRDefault="0042321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67464F5E" w14:textId="77777777" w:rsidR="00405EA5" w:rsidRPr="00524D70" w:rsidRDefault="00423218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0F5FC575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6826DA17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35899439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7A082FD0" w14:textId="77777777" w:rsidR="00405EA5" w:rsidRPr="00524D70" w:rsidRDefault="0042321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271F27FD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14DDE43" w14:textId="77777777" w:rsidR="00405EA5" w:rsidRPr="00524D70" w:rsidRDefault="00405EA5">
      <w:pPr>
        <w:autoSpaceDE w:val="0"/>
        <w:autoSpaceDN w:val="0"/>
        <w:spacing w:after="132" w:line="220" w:lineRule="exact"/>
        <w:rPr>
          <w:lang w:val="ru-RU"/>
        </w:rPr>
      </w:pPr>
    </w:p>
    <w:p w14:paraId="5354A9DF" w14:textId="77777777" w:rsidR="00405EA5" w:rsidRPr="00524D70" w:rsidRDefault="00423218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7205C1D3" w14:textId="77777777" w:rsidR="00405EA5" w:rsidRPr="00524D70" w:rsidRDefault="00423218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61E9B87B" w14:textId="77777777" w:rsidR="00405EA5" w:rsidRPr="00524D70" w:rsidRDefault="00423218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14:paraId="5E573833" w14:textId="77777777" w:rsidR="00405EA5" w:rsidRPr="00524D70" w:rsidRDefault="00423218">
      <w:pPr>
        <w:autoSpaceDE w:val="0"/>
        <w:autoSpaceDN w:val="0"/>
        <w:spacing w:before="178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3)  Работа с информацией:</w:t>
      </w:r>
    </w:p>
    <w:p w14:paraId="5313DD7C" w14:textId="77777777" w:rsidR="00405EA5" w:rsidRPr="00524D70" w:rsidRDefault="00423218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3C24B989" w14:textId="77777777" w:rsidR="00405EA5" w:rsidRPr="00524D70" w:rsidRDefault="00423218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67EE8E4A" w14:textId="77777777" w:rsidR="00405EA5" w:rsidRPr="00524D70" w:rsidRDefault="00423218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45D59EB3" w14:textId="77777777" w:rsidR="00405EA5" w:rsidRPr="00524D70" w:rsidRDefault="00423218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2F360F7F" w14:textId="77777777" w:rsidR="00405EA5" w:rsidRPr="00524D70" w:rsidRDefault="00423218">
      <w:pPr>
        <w:autoSpaceDE w:val="0"/>
        <w:autoSpaceDN w:val="0"/>
        <w:spacing w:before="178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47FD4624" w14:textId="77777777" w:rsidR="00405EA5" w:rsidRPr="00524D70" w:rsidRDefault="00423218">
      <w:pPr>
        <w:autoSpaceDE w:val="0"/>
        <w:autoSpaceDN w:val="0"/>
        <w:spacing w:before="29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14:paraId="5A78A619" w14:textId="77777777" w:rsidR="00405EA5" w:rsidRPr="00524D70" w:rsidRDefault="00423218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14:paraId="6188F0CF" w14:textId="77777777" w:rsidR="00405EA5" w:rsidRPr="00524D70" w:rsidRDefault="00423218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14:paraId="5D8B2C55" w14:textId="77777777" w:rsidR="00405EA5" w:rsidRPr="00524D70" w:rsidRDefault="00423218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14:paraId="3F30B1BD" w14:textId="77777777" w:rsidR="00405EA5" w:rsidRPr="00524D70" w:rsidRDefault="00423218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4A1F78F9" w14:textId="77777777" w:rsidR="00405EA5" w:rsidRPr="00524D70" w:rsidRDefault="00423218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3470D614" w14:textId="77777777" w:rsidR="00405EA5" w:rsidRPr="00524D70" w:rsidRDefault="00423218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67D18D23" w14:textId="77777777" w:rsidR="00405EA5" w:rsidRPr="00524D70" w:rsidRDefault="00423218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14:paraId="6D2069AE" w14:textId="77777777" w:rsidR="00405EA5" w:rsidRPr="00524D70" w:rsidRDefault="00423218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 . самостоятельно составлять тексты заданий, аналогичные типовым изученным.</w:t>
      </w:r>
    </w:p>
    <w:p w14:paraId="0F831C9E" w14:textId="77777777" w:rsidR="00405EA5" w:rsidRPr="00524D70" w:rsidRDefault="00423218">
      <w:pPr>
        <w:autoSpaceDE w:val="0"/>
        <w:autoSpaceDN w:val="0"/>
        <w:spacing w:before="178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14:paraId="33ED9C29" w14:textId="77777777" w:rsidR="00405EA5" w:rsidRPr="00524D70" w:rsidRDefault="00423218">
      <w:pPr>
        <w:autoSpaceDE w:val="0"/>
        <w:autoSpaceDN w:val="0"/>
        <w:spacing w:before="190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3D8CA4AA" w14:textId="77777777" w:rsidR="00405EA5" w:rsidRPr="00524D70" w:rsidRDefault="00423218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5795EA71" w14:textId="77777777" w:rsidR="00405EA5" w:rsidRPr="00524D70" w:rsidRDefault="00423218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2D4FE557" w14:textId="77777777" w:rsidR="00405EA5" w:rsidRPr="00524D70" w:rsidRDefault="00423218">
      <w:pPr>
        <w:autoSpaceDE w:val="0"/>
        <w:autoSpaceDN w:val="0"/>
        <w:spacing w:before="178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6D1E10D8" w14:textId="77777777" w:rsidR="00405EA5" w:rsidRPr="00524D70" w:rsidRDefault="00423218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3579314B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0564E9C9" w14:textId="77777777" w:rsidR="00405EA5" w:rsidRPr="00524D70" w:rsidRDefault="00405EA5">
      <w:pPr>
        <w:autoSpaceDE w:val="0"/>
        <w:autoSpaceDN w:val="0"/>
        <w:spacing w:after="144" w:line="220" w:lineRule="exact"/>
        <w:rPr>
          <w:lang w:val="ru-RU"/>
        </w:rPr>
      </w:pPr>
    </w:p>
    <w:p w14:paraId="0B6967D7" w14:textId="77777777" w:rsidR="00405EA5" w:rsidRPr="00524D70" w:rsidRDefault="00423218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65C14FD6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4420AF71" w14:textId="77777777" w:rsidR="00405EA5" w:rsidRPr="00524D70" w:rsidRDefault="0042321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34F74EB4" w14:textId="77777777" w:rsidR="00405EA5" w:rsidRPr="00524D70" w:rsidRDefault="00423218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0E932244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3D963A22" w14:textId="77777777" w:rsidR="00405EA5" w:rsidRPr="00524D70" w:rsidRDefault="00423218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4741035E" w14:textId="77777777" w:rsidR="00405EA5" w:rsidRPr="00524D70" w:rsidRDefault="00423218">
      <w:pPr>
        <w:autoSpaceDE w:val="0"/>
        <w:autoSpaceDN w:val="0"/>
        <w:spacing w:before="180" w:after="0" w:line="271" w:lineRule="auto"/>
        <w:ind w:left="420" w:right="576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242AFEE6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2081778D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21D42654" w14:textId="77777777" w:rsidR="00405EA5" w:rsidRPr="00524D70" w:rsidRDefault="00423218">
      <w:pPr>
        <w:autoSpaceDE w:val="0"/>
        <w:autoSpaceDN w:val="0"/>
        <w:spacing w:before="322" w:after="0" w:line="230" w:lineRule="auto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62CF30A4" w14:textId="77777777" w:rsidR="00405EA5" w:rsidRPr="00524D70" w:rsidRDefault="00423218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1 классе обучающийся научится:</w:t>
      </w:r>
    </w:p>
    <w:p w14:paraId="4189F266" w14:textId="77777777" w:rsidR="00405EA5" w:rsidRPr="00524D70" w:rsidRDefault="00423218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 упорядочивать  числа  от  0 до 20; </w:t>
      </w:r>
    </w:p>
    <w:p w14:paraId="6424FF54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пересчитывать различные объекты, устанавливать порядковый номер объекта; </w:t>
      </w:r>
    </w:p>
    <w:p w14:paraId="7A643645" w14:textId="77777777" w:rsidR="00405EA5" w:rsidRPr="00524D70" w:rsidRDefault="0042321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числа, большие/меньшие данного числа на заданное число; </w:t>
      </w:r>
    </w:p>
    <w:p w14:paraId="7182DF76" w14:textId="77777777" w:rsidR="00405EA5" w:rsidRPr="00524D70" w:rsidRDefault="00423218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14:paraId="44C3AF5F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 действие на сложение и вычитание: выделять условие и требование (вопрос); </w:t>
      </w:r>
    </w:p>
    <w:p w14:paraId="222BB2F2" w14:textId="77777777" w:rsidR="00405EA5" w:rsidRPr="00524D70" w:rsidRDefault="00423218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по длине, устанавливая между ними соотношение длиннее/короче (выше/ниже, шире/уже); </w:t>
      </w:r>
    </w:p>
    <w:p w14:paraId="017CA2D1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использовать единицу длины — сантиметр; измерять длину отрезка, чертить отрезок заданной длины (в см); </w:t>
      </w:r>
    </w:p>
    <w:p w14:paraId="257EE88B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число и цифру; распознавать геометрические фигуры: круг, треугольник, прямоугольник (квадрат), отрезок; </w:t>
      </w:r>
    </w:p>
    <w:p w14:paraId="10ABF451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между объектами соотношения: слева/справа, дальше/ближе, между, перед/за, над/под; </w:t>
      </w:r>
    </w:p>
    <w:p w14:paraId="2FC881E9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относительно заданного набора объектов/предметов; </w:t>
      </w:r>
    </w:p>
    <w:p w14:paraId="3A2C8580" w14:textId="77777777" w:rsidR="00405EA5" w:rsidRPr="00524D70" w:rsidRDefault="0042321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объекты по заданному признаку; находить и называть закономерности в ряду объектов повседневной жизни; </w:t>
      </w:r>
    </w:p>
    <w:p w14:paraId="590A4405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364" w:right="790" w:bottom="422" w:left="666" w:header="720" w:footer="720" w:gutter="0"/>
          <w:cols w:space="720" w:equalWidth="0">
            <w:col w:w="10444" w:space="0"/>
          </w:cols>
          <w:docGrid w:linePitch="360"/>
        </w:sectPr>
      </w:pPr>
    </w:p>
    <w:p w14:paraId="79E0651B" w14:textId="77777777" w:rsidR="00405EA5" w:rsidRPr="00524D70" w:rsidRDefault="00405EA5">
      <w:pPr>
        <w:autoSpaceDE w:val="0"/>
        <w:autoSpaceDN w:val="0"/>
        <w:spacing w:after="108" w:line="220" w:lineRule="exact"/>
        <w:rPr>
          <w:lang w:val="ru-RU"/>
        </w:rPr>
      </w:pPr>
    </w:p>
    <w:p w14:paraId="3093AF3A" w14:textId="77777777" w:rsidR="00405EA5" w:rsidRPr="00524D70" w:rsidRDefault="00423218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строки и столбцы таблицы, вносить данное в таблицу, извлекать данное/данные из таблицы; </w:t>
      </w:r>
    </w:p>
    <w:p w14:paraId="2CB605A2" w14:textId="77777777" w:rsidR="00405EA5" w:rsidRPr="00524D70" w:rsidRDefault="00423218">
      <w:pPr>
        <w:autoSpaceDE w:val="0"/>
        <w:autoSpaceDN w:val="0"/>
        <w:spacing w:before="190" w:after="0" w:line="262" w:lineRule="auto"/>
        <w:rPr>
          <w:lang w:val="ru-RU"/>
        </w:rPr>
      </w:pP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два объекта (числа, геометрические фигуры); распределять объекты на две группы по заданному основанию.</w:t>
      </w:r>
    </w:p>
    <w:p w14:paraId="5E02EF37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328" w:right="730" w:bottom="1440" w:left="1086" w:header="720" w:footer="720" w:gutter="0"/>
          <w:cols w:space="720" w:equalWidth="0">
            <w:col w:w="10084" w:space="0"/>
          </w:cols>
          <w:docGrid w:linePitch="360"/>
        </w:sectPr>
      </w:pPr>
    </w:p>
    <w:p w14:paraId="31A0093E" w14:textId="77777777" w:rsidR="00405EA5" w:rsidRPr="00524D70" w:rsidRDefault="00405EA5">
      <w:pPr>
        <w:autoSpaceDE w:val="0"/>
        <w:autoSpaceDN w:val="0"/>
        <w:spacing w:after="64" w:line="220" w:lineRule="exact"/>
        <w:rPr>
          <w:lang w:val="ru-RU"/>
        </w:rPr>
      </w:pPr>
    </w:p>
    <w:p w14:paraId="638F5774" w14:textId="77777777" w:rsidR="00405EA5" w:rsidRPr="00524D70" w:rsidRDefault="00405EA5">
      <w:pPr>
        <w:autoSpaceDE w:val="0"/>
        <w:autoSpaceDN w:val="0"/>
        <w:spacing w:after="0" w:line="14" w:lineRule="exact"/>
        <w:rPr>
          <w:lang w:val="ru-RU"/>
        </w:rPr>
      </w:pPr>
    </w:p>
    <w:p w14:paraId="0D1AE55F" w14:textId="77777777" w:rsidR="00524D70" w:rsidRPr="00524D70" w:rsidRDefault="00524D70" w:rsidP="00524D70">
      <w:pPr>
        <w:rPr>
          <w:b/>
          <w:lang w:val="ru-RU"/>
        </w:rPr>
      </w:pPr>
      <w:r w:rsidRPr="00524D70">
        <w:rPr>
          <w:b/>
          <w:lang w:val="ru-RU"/>
        </w:rPr>
        <w:t xml:space="preserve">ТЕМАТИЧЕСКОЕ ПЛАНИРОВАНИЕ  </w:t>
      </w:r>
    </w:p>
    <w:p w14:paraId="5BDE1406" w14:textId="77777777" w:rsidR="00524D70" w:rsidRPr="00524D70" w:rsidRDefault="00524D70" w:rsidP="00524D70">
      <w:pPr>
        <w:rPr>
          <w:lang w:val="ru-RU"/>
        </w:rPr>
      </w:pPr>
      <w:r w:rsidRPr="00524D70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94D408" wp14:editId="52973562">
                <wp:extent cx="10021824" cy="9144"/>
                <wp:effectExtent l="0" t="0" r="0" b="0"/>
                <wp:docPr id="39445" name="Group 39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1824" cy="9144"/>
                          <a:chOff x="0" y="0"/>
                          <a:chExt cx="10021824" cy="9144"/>
                        </a:xfrm>
                      </wpg:grpSpPr>
                      <wps:wsp>
                        <wps:cNvPr id="41109" name="Shape 41109"/>
                        <wps:cNvSpPr/>
                        <wps:spPr>
                          <a:xfrm>
                            <a:off x="0" y="0"/>
                            <a:ext cx="100218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1824" h="9144">
                                <a:moveTo>
                                  <a:pt x="0" y="0"/>
                                </a:moveTo>
                                <a:lnTo>
                                  <a:pt x="10021824" y="0"/>
                                </a:lnTo>
                                <a:lnTo>
                                  <a:pt x="10021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BB929" id="Group 39445" o:spid="_x0000_s1026" style="width:789.1pt;height:.7pt;mso-position-horizontal-relative:char;mso-position-vertical-relative:line" coordsize="10021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">
                <v:shape id="Shape 41109" o:spid="_x0000_s1027" style="position:absolute;width:100218;height:91;visibility:visible;mso-wrap-style:square;v-text-anchor:top" coordsize="100218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" path="m,l10021824,r,9144l,9144,,e" fillcolor="black" stroked="f" strokeweight="0">
                  <v:stroke miterlimit="83231f" joinstyle="miter"/>
                  <v:path arrowok="t" textboxrect="0,0,10021824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5499" w:type="dxa"/>
        <w:tblInd w:w="247" w:type="dxa"/>
        <w:tblCellMar>
          <w:top w:w="10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25"/>
        <w:gridCol w:w="1629"/>
        <w:gridCol w:w="621"/>
        <w:gridCol w:w="1495"/>
        <w:gridCol w:w="1551"/>
        <w:gridCol w:w="1059"/>
        <w:gridCol w:w="2356"/>
        <w:gridCol w:w="1347"/>
        <w:gridCol w:w="5487"/>
      </w:tblGrid>
      <w:tr w:rsidR="00524D70" w:rsidRPr="00524D70" w14:paraId="1B0ED69B" w14:textId="77777777" w:rsidTr="00AA136B">
        <w:trPr>
          <w:trHeight w:val="346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311F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№ </w:t>
            </w:r>
          </w:p>
          <w:p w14:paraId="7DC4AD6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п/п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E557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617D7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Количество часов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4617F45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3FF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Дата изучения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1D38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Виды деятельности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D81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Виды, формы контроля </w:t>
            </w:r>
          </w:p>
        </w:tc>
        <w:tc>
          <w:tcPr>
            <w:tcW w:w="34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943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524D70" w:rsidRPr="00524D70" w14:paraId="124FB2E3" w14:textId="77777777" w:rsidTr="00AA136B">
        <w:trPr>
          <w:trHeight w:val="5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BC84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E5E8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E012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всего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EAB9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контрольные работы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91D0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EA8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59B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2BA6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654CB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524D70" w14:paraId="766FA536" w14:textId="77777777" w:rsidTr="00AA136B">
        <w:trPr>
          <w:trHeight w:val="346"/>
        </w:trPr>
        <w:tc>
          <w:tcPr>
            <w:tcW w:w="49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8E585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1. </w:t>
            </w:r>
            <w:r w:rsidRPr="00524D70">
              <w:rPr>
                <w:b/>
              </w:rPr>
              <w:t xml:space="preserve">Числа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E03CC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8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886E1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0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F4536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316C1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0C92FC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3BA5BC10" w14:textId="77777777" w:rsidTr="00AA136B">
        <w:trPr>
          <w:trHeight w:val="593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1F66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1.1.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611D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Числа от 1 до 9: различение, чтение, запись.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A28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2CFB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5B9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0E3C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021A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Моделирование учебных ситуаций, связанных с применением представлений о числе в практических ситуациях. Письмо цифр.;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849B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B05B27" w14:textId="77777777" w:rsidR="00524D70" w:rsidRPr="00524D70" w:rsidRDefault="00F24201" w:rsidP="00524D70">
            <w:pPr>
              <w:spacing w:after="200" w:line="276" w:lineRule="auto"/>
            </w:pPr>
            <w:hyperlink r:id="rId7">
              <w:r w:rsidR="00524D70" w:rsidRPr="00524D70">
                <w:rPr>
                  <w:rStyle w:val="aff8"/>
                </w:rPr>
                <w:t>https://resh.edu.ru</w:t>
              </w:r>
            </w:hyperlink>
            <w:hyperlink r:id="rId8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9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0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11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2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5C76841" w14:textId="77777777" w:rsidTr="00AA136B">
        <w:trPr>
          <w:trHeight w:val="2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C83E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E44A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CE34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728F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DC0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4F73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E0BA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1980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20B4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78D90A7D" w14:textId="77777777" w:rsidTr="00AA136B">
        <w:trPr>
          <w:trHeight w:val="593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747C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1.2.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95FA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Единица счёта. Десяток.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86D8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DB8C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70FC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5ECF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069E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 группах. Формулирование ответов на вопросы: 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самостоятельно.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C19F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5CD80D" w14:textId="77777777" w:rsidR="00524D70" w:rsidRPr="00524D70" w:rsidRDefault="00F24201" w:rsidP="00524D70">
            <w:pPr>
              <w:spacing w:after="200" w:line="276" w:lineRule="auto"/>
            </w:pPr>
            <w:hyperlink r:id="rId13">
              <w:r w:rsidR="00524D70" w:rsidRPr="00524D70">
                <w:rPr>
                  <w:rStyle w:val="aff8"/>
                </w:rPr>
                <w:t>https://resh.edu.ru</w:t>
              </w:r>
            </w:hyperlink>
            <w:hyperlink r:id="rId14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15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6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17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8">
              <w:r w:rsidR="00524D70" w:rsidRPr="00524D70">
                <w:rPr>
                  <w:rStyle w:val="aff8"/>
                </w:rPr>
                <w:t xml:space="preserve"> </w:t>
              </w:r>
            </w:hyperlink>
          </w:p>
        </w:tc>
      </w:tr>
      <w:tr w:rsidR="00524D70" w:rsidRPr="00F24201" w14:paraId="3B3F8BF0" w14:textId="77777777" w:rsidTr="00AA136B">
        <w:trPr>
          <w:trHeight w:val="52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45E3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F20B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A8252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5A32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1F20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D9F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D00B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175D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F778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6AAE08FE" w14:textId="77777777" w:rsidTr="00AA136B">
        <w:trPr>
          <w:trHeight w:val="588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84BC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1.3.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F159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Счёт предметов, запись результата цифрами.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BF99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682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816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049D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C02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письменно.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665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6AD65A" w14:textId="77777777" w:rsidR="00524D70" w:rsidRPr="00524D70" w:rsidRDefault="00F24201" w:rsidP="00524D70">
            <w:pPr>
              <w:spacing w:after="200" w:line="276" w:lineRule="auto"/>
            </w:pPr>
            <w:hyperlink r:id="rId19">
              <w:r w:rsidR="00524D70" w:rsidRPr="00524D70">
                <w:rPr>
                  <w:rStyle w:val="aff8"/>
                </w:rPr>
                <w:t>https://resh.edu.ru</w:t>
              </w:r>
            </w:hyperlink>
            <w:hyperlink r:id="rId20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21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22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23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24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66FC3714" w14:textId="77777777" w:rsidTr="00AA136B">
        <w:trPr>
          <w:trHeight w:val="3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BF15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1E4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16B0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A2B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543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3C1D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01D7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809B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9B25B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4234C150" w14:textId="77777777" w:rsidTr="00AA136B">
        <w:trPr>
          <w:trHeight w:val="735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9FB4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1.4.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A3DD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Порядковый номер объекта при заданном порядке счёта.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359F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F320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FBD9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A264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170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Чтение и запись по образцу и самостоятельно групп чисел, геометрических фигур в заданном и самостоятельно установленном порядке.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F726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409B1" w14:textId="77777777" w:rsidR="00524D70" w:rsidRPr="00524D70" w:rsidRDefault="00F24201" w:rsidP="00524D70">
            <w:pPr>
              <w:spacing w:after="200" w:line="276" w:lineRule="auto"/>
            </w:pPr>
            <w:hyperlink r:id="rId25">
              <w:r w:rsidR="00524D70" w:rsidRPr="00524D70">
                <w:rPr>
                  <w:rStyle w:val="aff8"/>
                </w:rPr>
                <w:t>https://resh.edu.ru/subject/lesson/5194/start/121548</w:t>
              </w:r>
            </w:hyperlink>
            <w:hyperlink r:id="rId26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2087D21" w14:textId="77777777" w:rsidTr="00AA136B">
        <w:trPr>
          <w:trHeight w:val="1114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8F73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1.5.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30E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Сравнение чисел, сравнение групп предметов по количеству: больше, меньше, столько же.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0CB9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FFC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7374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1862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43F5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 группах. Формулирование ответов на вопросы: 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EB6D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9EFFC" w14:textId="77777777" w:rsidR="00524D70" w:rsidRPr="00524D70" w:rsidRDefault="00F24201" w:rsidP="00524D70">
            <w:pPr>
              <w:spacing w:after="200" w:line="276" w:lineRule="auto"/>
            </w:pPr>
            <w:hyperlink r:id="rId27">
              <w:r w:rsidR="00524D70" w:rsidRPr="00524D70">
                <w:rPr>
                  <w:rStyle w:val="aff8"/>
                </w:rPr>
                <w:t>https://resh.edu.ru/subject/lesson/4071/start/292975/</w:t>
              </w:r>
            </w:hyperlink>
            <w:hyperlink r:id="rId28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40E05702" w14:textId="77777777" w:rsidTr="00AA136B">
        <w:trPr>
          <w:trHeight w:val="607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501B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1.6.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012E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Число и цифра 0 при измерении, вычислении.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88E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DB1C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8F68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77D5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FCDE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Цифры; знаки сравнения, равенства, арифметических действий.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A7DA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3DADE" w14:textId="77777777" w:rsidR="00524D70" w:rsidRPr="00524D70" w:rsidRDefault="00F24201" w:rsidP="00524D70">
            <w:pPr>
              <w:spacing w:after="200" w:line="276" w:lineRule="auto"/>
            </w:pPr>
            <w:hyperlink r:id="rId29">
              <w:r w:rsidR="00524D70" w:rsidRPr="00524D70">
                <w:rPr>
                  <w:rStyle w:val="aff8"/>
                </w:rPr>
                <w:t>https://resh.edu.ru</w:t>
              </w:r>
            </w:hyperlink>
            <w:hyperlink r:id="rId30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31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32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33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34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550E4F05" w14:textId="77777777" w:rsidTr="00AA136B">
        <w:trPr>
          <w:trHeight w:val="934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6B1D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1.7.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1048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>Числа в пределах 20: чтение, запись, сравнение</w:t>
            </w:r>
            <w:r w:rsidRPr="00524D70">
              <w:t xml:space="preserve">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6B7A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180D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9019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C1E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11EF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Чтение и запись по образцу и самостоятельно групп чисел, геометрических фигур в заданном и самостоятельно установленном порядке.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DF37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  <w:p w14:paraId="6341571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34A4" w14:textId="77777777" w:rsidR="00524D70" w:rsidRPr="00524D70" w:rsidRDefault="00F24201" w:rsidP="00524D70">
            <w:pPr>
              <w:spacing w:after="200" w:line="276" w:lineRule="auto"/>
            </w:pPr>
            <w:hyperlink r:id="rId35">
              <w:r w:rsidR="00524D70" w:rsidRPr="00524D70">
                <w:rPr>
                  <w:rStyle w:val="aff8"/>
                </w:rPr>
                <w:t>https://resh.edu.ru/subject/lesson/4127/main/293454/</w:t>
              </w:r>
            </w:hyperlink>
            <w:hyperlink r:id="rId36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44E82087" w14:textId="77777777" w:rsidTr="00AA136B">
        <w:trPr>
          <w:trHeight w:val="735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A4BA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1.8.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63C6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Однозначные и двузначные числа.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7643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BE83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98C0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E6C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742A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Моделирование учебных ситуаций, связанных с применением представлений о числе в практических ситуациях. Письмо цифр.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4873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0EB6" w14:textId="77777777" w:rsidR="00524D70" w:rsidRPr="00524D70" w:rsidRDefault="00F24201" w:rsidP="00524D70">
            <w:pPr>
              <w:spacing w:after="200" w:line="276" w:lineRule="auto"/>
            </w:pPr>
            <w:hyperlink r:id="rId37">
              <w:r w:rsidR="00524D70" w:rsidRPr="00524D70">
                <w:rPr>
                  <w:rStyle w:val="aff8"/>
                </w:rPr>
                <w:t>https://resh.edu.ru/subject/lesson/4137/main/292929/</w:t>
              </w:r>
            </w:hyperlink>
            <w:hyperlink r:id="rId38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07E261A" w14:textId="77777777" w:rsidTr="00AA136B">
        <w:trPr>
          <w:trHeight w:val="1114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4AEA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1.9.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D7E8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Увеличение (уменьшение) числа на несколько единиц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176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D533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D159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B0F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058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 группах. Формулирование ответов на вопросы: «Сколько?», «Который по счёту?», «На сколько больше?», «На сколько меньше?», «Что получится, если увеличить/уменьшить количество на 1, на </w:t>
            </w:r>
            <w:r w:rsidRPr="00524D70">
              <w:lastRenderedPageBreak/>
              <w:t xml:space="preserve">2?» — по образцу и самостоятельно.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FB15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2B556" w14:textId="77777777" w:rsidR="00524D70" w:rsidRPr="00524D70" w:rsidRDefault="00F24201" w:rsidP="00524D70">
            <w:pPr>
              <w:spacing w:after="200" w:line="276" w:lineRule="auto"/>
            </w:pPr>
            <w:hyperlink r:id="rId39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40">
              <w:r w:rsidR="00524D70" w:rsidRPr="00524D70">
                <w:rPr>
                  <w:rStyle w:val="aff8"/>
                </w:rPr>
                <w:t xml:space="preserve">  </w:t>
              </w:r>
            </w:hyperlink>
          </w:p>
          <w:p w14:paraId="6C338B91" w14:textId="77777777" w:rsidR="00524D70" w:rsidRPr="00524D70" w:rsidRDefault="00F24201" w:rsidP="00524D70">
            <w:pPr>
              <w:spacing w:after="200" w:line="276" w:lineRule="auto"/>
            </w:pPr>
            <w:hyperlink r:id="rId41">
              <w:r w:rsidR="00524D70" w:rsidRPr="00524D70">
                <w:rPr>
                  <w:rStyle w:val="aff8"/>
                </w:rPr>
                <w:t>https://resh.edu.ru/subject/lesson/5984/main/122699/</w:t>
              </w:r>
            </w:hyperlink>
            <w:hyperlink r:id="rId42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524D70" w14:paraId="4A3B37D4" w14:textId="77777777" w:rsidTr="00AA136B">
        <w:trPr>
          <w:trHeight w:val="350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860A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C84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E2D95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B94D2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8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D29E6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0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12995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91C85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BEB539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524D70" w14:paraId="6E5706DE" w14:textId="77777777" w:rsidTr="00AA136B">
        <w:trPr>
          <w:trHeight w:val="346"/>
        </w:trPr>
        <w:tc>
          <w:tcPr>
            <w:tcW w:w="49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D99DF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2. </w:t>
            </w:r>
            <w:r w:rsidRPr="00524D70">
              <w:rPr>
                <w:b/>
              </w:rPr>
              <w:t xml:space="preserve">Величины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8E511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8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CAC8D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0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86900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504CC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9E98C1" w14:textId="77777777" w:rsidR="00524D70" w:rsidRPr="00524D70" w:rsidRDefault="00524D70" w:rsidP="00524D70">
            <w:pPr>
              <w:spacing w:after="200" w:line="276" w:lineRule="auto"/>
            </w:pPr>
          </w:p>
        </w:tc>
      </w:tr>
    </w:tbl>
    <w:p w14:paraId="1BAF5BED" w14:textId="77777777" w:rsidR="00524D70" w:rsidRPr="00524D70" w:rsidRDefault="00524D70" w:rsidP="00524D70">
      <w:pPr>
        <w:rPr>
          <w:lang w:val="ru-RU"/>
        </w:rPr>
      </w:pPr>
    </w:p>
    <w:tbl>
      <w:tblPr>
        <w:tblStyle w:val="TableGrid"/>
        <w:tblW w:w="15499" w:type="dxa"/>
        <w:tblInd w:w="247" w:type="dxa"/>
        <w:tblCellMar>
          <w:top w:w="10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392"/>
        <w:gridCol w:w="2556"/>
        <w:gridCol w:w="436"/>
        <w:gridCol w:w="734"/>
        <w:gridCol w:w="758"/>
        <w:gridCol w:w="544"/>
        <w:gridCol w:w="3235"/>
        <w:gridCol w:w="1352"/>
        <w:gridCol w:w="5492"/>
      </w:tblGrid>
      <w:tr w:rsidR="00524D70" w:rsidRPr="00524D70" w14:paraId="7FD026BC" w14:textId="77777777" w:rsidTr="00AA136B">
        <w:trPr>
          <w:trHeight w:val="538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64E8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2.1.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EF95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>Длина и её измерение с помощью заданной мерки</w:t>
            </w:r>
            <w:r w:rsidRPr="00524D70">
              <w:t xml:space="preserve">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155B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A9F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23ED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0F32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DECF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Знакомство с приборами для измерения величин.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18EE6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E3551" w14:textId="77777777" w:rsidR="00524D70" w:rsidRPr="00524D70" w:rsidRDefault="00F24201" w:rsidP="00524D70">
            <w:pPr>
              <w:spacing w:after="200" w:line="276" w:lineRule="auto"/>
            </w:pPr>
            <w:hyperlink r:id="rId43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44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8B7BC28" w14:textId="77777777" w:rsidTr="00AA136B">
        <w:trPr>
          <w:trHeight w:val="735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AF0F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2.2.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BC29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Сравнение без измерения: выше — ниже, шире — уже, длиннее — короче, старше — моложе, тяжелее — легче.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5335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F364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C32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6466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89C7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Понимание назначения и необходимости использования величин в жизни.;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450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0793C" w14:textId="77777777" w:rsidR="00524D70" w:rsidRPr="00524D70" w:rsidRDefault="00F24201" w:rsidP="00524D70">
            <w:pPr>
              <w:spacing w:after="200" w:line="276" w:lineRule="auto"/>
            </w:pPr>
            <w:hyperlink r:id="rId45">
              <w:r w:rsidR="00524D70" w:rsidRPr="00524D70">
                <w:rPr>
                  <w:rStyle w:val="aff8"/>
                </w:rPr>
                <w:t>https://resh.edu.ru/subject/lesson/4073/main/293054/</w:t>
              </w:r>
            </w:hyperlink>
            <w:hyperlink r:id="rId46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56642DDA" w14:textId="77777777" w:rsidTr="00AA136B">
        <w:trPr>
          <w:trHeight w:val="922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9F75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2.3.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28FE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Единицы длины: сантиметр, дециметр; установление соотношения между ними.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7A62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DF9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49C7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4522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1A8B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Наблюдение действия измерительных приборов.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1836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  <w:p w14:paraId="50BB4FA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C757E" w14:textId="77777777" w:rsidR="00524D70" w:rsidRPr="00524D70" w:rsidRDefault="00F24201" w:rsidP="00524D70">
            <w:pPr>
              <w:spacing w:after="200" w:line="276" w:lineRule="auto"/>
            </w:pPr>
            <w:hyperlink r:id="rId47">
              <w:r w:rsidR="00524D70" w:rsidRPr="00524D70">
                <w:rPr>
                  <w:rStyle w:val="aff8"/>
                </w:rPr>
                <w:t>https://resh.edu.ru/subject/lesson/3971/main/302205/</w:t>
              </w:r>
            </w:hyperlink>
            <w:hyperlink r:id="rId48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49">
              <w:r w:rsidR="00524D70" w:rsidRPr="00524D70">
                <w:rPr>
                  <w:rStyle w:val="aff8"/>
                </w:rPr>
                <w:t>https://resh.edu.ru/subject/lesson/5189/main/292954/</w:t>
              </w:r>
            </w:hyperlink>
            <w:hyperlink r:id="rId50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524D70" w14:paraId="7CE73A2E" w14:textId="77777777" w:rsidTr="00AA136B">
        <w:trPr>
          <w:trHeight w:val="351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FDE2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B90A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7 </w:t>
            </w:r>
          </w:p>
        </w:tc>
        <w:tc>
          <w:tcPr>
            <w:tcW w:w="1169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A5AB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524D70" w14:paraId="6F75A539" w14:textId="77777777" w:rsidTr="00AA136B">
        <w:trPr>
          <w:trHeight w:val="346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AFE1C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3. </w:t>
            </w:r>
            <w:r w:rsidRPr="00524D70">
              <w:rPr>
                <w:b/>
              </w:rPr>
              <w:t xml:space="preserve">Арифметические действия </w:t>
            </w:r>
          </w:p>
        </w:tc>
      </w:tr>
      <w:tr w:rsidR="00524D70" w:rsidRPr="00F24201" w14:paraId="638F5CC7" w14:textId="77777777" w:rsidTr="00AA136B">
        <w:trPr>
          <w:trHeight w:val="593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0674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3.1.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7EEE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Сложение и вычитание чисел в пределах 20.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41BE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10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E876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CDC7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E87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F078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Обсуждение приёмов сложения, вычитания: нахождение значения суммы и разности на основе состава числа, с использованием </w:t>
            </w:r>
            <w:r w:rsidRPr="00524D70">
              <w:lastRenderedPageBreak/>
              <w:t xml:space="preserve">числовой ленты, по частям и др.;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07CA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</w:t>
            </w:r>
          </w:p>
          <w:p w14:paraId="176B6F8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опрос; </w:t>
            </w:r>
          </w:p>
          <w:p w14:paraId="0FA386B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</w:t>
            </w:r>
            <w:r w:rsidRPr="00524D70">
              <w:lastRenderedPageBreak/>
              <w:t xml:space="preserve">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73ABB8" w14:textId="77777777" w:rsidR="00524D70" w:rsidRPr="00524D70" w:rsidRDefault="00F24201" w:rsidP="00524D70">
            <w:pPr>
              <w:spacing w:after="200" w:line="276" w:lineRule="auto"/>
            </w:pPr>
            <w:hyperlink r:id="rId51">
              <w:r w:rsidR="00524D70" w:rsidRPr="00524D70">
                <w:rPr>
                  <w:rStyle w:val="aff8"/>
                </w:rPr>
                <w:t>https://resh.edu.ru</w:t>
              </w:r>
            </w:hyperlink>
            <w:hyperlink r:id="rId52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53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54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55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56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79C8D15" w14:textId="77777777" w:rsidTr="00AA136B">
        <w:trPr>
          <w:trHeight w:val="3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71B3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B7CB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8F1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A1CB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CEE5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CF6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56A4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C06C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CF55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1873B400" w14:textId="77777777" w:rsidTr="00AA136B">
        <w:trPr>
          <w:trHeight w:val="1498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D11E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3.2.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3C7D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Названия компонентов действий, результатов действий сложения, вычитания. Знаки сложения и вычитания, названия компонентов действия. Таблица сложения. Переместительное свойство сложения.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7757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9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29D6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CD7A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AD33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6279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8DB2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  <w:p w14:paraId="1AFCACE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2012B" w14:textId="77777777" w:rsidR="00524D70" w:rsidRPr="00524D70" w:rsidRDefault="00F24201" w:rsidP="00524D70">
            <w:pPr>
              <w:spacing w:after="200" w:line="276" w:lineRule="auto"/>
            </w:pPr>
            <w:hyperlink r:id="rId57">
              <w:r w:rsidR="00524D70" w:rsidRPr="00524D70">
                <w:rPr>
                  <w:rStyle w:val="aff8"/>
                </w:rPr>
                <w:t>https://resh.edu.ru/subject/lesson/4059/main/270191</w:t>
              </w:r>
            </w:hyperlink>
            <w:hyperlink r:id="rId58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59">
              <w:r w:rsidR="00524D70" w:rsidRPr="00524D70">
                <w:rPr>
                  <w:rStyle w:val="aff8"/>
                </w:rPr>
                <w:t>/</w:t>
              </w:r>
            </w:hyperlink>
            <w:r w:rsidR="00524D70" w:rsidRPr="00524D70">
              <w:t xml:space="preserve"> </w:t>
            </w:r>
            <w:hyperlink r:id="rId60">
              <w:r w:rsidR="00524D70" w:rsidRPr="00524D70">
                <w:rPr>
                  <w:rStyle w:val="aff8"/>
                </w:rPr>
                <w:t>https://resh.edu.ru/subject/lesson/5202/main/132730/</w:t>
              </w:r>
            </w:hyperlink>
            <w:hyperlink r:id="rId61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  </w:t>
            </w:r>
            <w:hyperlink r:id="rId62">
              <w:r w:rsidR="00524D70" w:rsidRPr="00524D70">
                <w:rPr>
                  <w:rStyle w:val="aff8"/>
                </w:rPr>
                <w:t>https://resh.edu.ru/subject/lesson/5986/main/161688/</w:t>
              </w:r>
            </w:hyperlink>
            <w:hyperlink r:id="rId63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253B4063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D34A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3.3.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8A2A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Вычитание как действие, обратное сложению.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5F52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9DFD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DD1D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7F38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76F5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6635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AF1166" w14:textId="77777777" w:rsidR="00524D70" w:rsidRPr="00524D70" w:rsidRDefault="00F24201" w:rsidP="00524D70">
            <w:pPr>
              <w:spacing w:after="200" w:line="276" w:lineRule="auto"/>
            </w:pPr>
            <w:hyperlink r:id="rId64">
              <w:r w:rsidR="00524D70" w:rsidRPr="00524D70">
                <w:rPr>
                  <w:rStyle w:val="aff8"/>
                </w:rPr>
                <w:t>https://uchi.ru</w:t>
              </w:r>
            </w:hyperlink>
            <w:hyperlink r:id="rId65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66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67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7C00A7B4" w14:textId="77777777" w:rsidTr="00AA136B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D0A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DB94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AD94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D460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3D22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2261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21B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35B0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6C99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58FD7D7F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E9C4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3.4.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E1B3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Неизвестное слагаемое.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8165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6C0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474D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2F31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1549F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Моделирование. Иллюстрация с помощью предметной модели переместительного свойства сложения, способа нахождения неизвестного слагаемого. Под руководством педагога выполнение счёта с использованием заданной единицы счёта.;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29B6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  <w:p w14:paraId="36D0E47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D94A21" w14:textId="77777777" w:rsidR="00524D70" w:rsidRPr="00524D70" w:rsidRDefault="00F24201" w:rsidP="00524D70">
            <w:pPr>
              <w:spacing w:after="200" w:line="276" w:lineRule="auto"/>
            </w:pPr>
            <w:hyperlink r:id="rId68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69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70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71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214551FC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4631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AC0D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52DF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0E3D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1DF7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7883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17C9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D28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A297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64C7ABEB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6FA4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3.5.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C457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Сложение одинаковых </w:t>
            </w:r>
            <w:r w:rsidRPr="00524D70">
              <w:rPr>
                <w:b/>
              </w:rPr>
              <w:lastRenderedPageBreak/>
              <w:t xml:space="preserve">слагаемых. </w:t>
            </w:r>
          </w:p>
          <w:p w14:paraId="5E20DD2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Счёт по 2, по 3, по 5.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24BD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3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3281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565F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5F21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49CF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парах/группах: </w:t>
            </w:r>
            <w:r w:rsidRPr="00524D70">
              <w:lastRenderedPageBreak/>
              <w:t xml:space="preserve">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964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</w:t>
            </w:r>
            <w:r w:rsidRPr="00524D70">
              <w:lastRenderedPageBreak/>
              <w:t xml:space="preserve">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9121BB" w14:textId="77777777" w:rsidR="00524D70" w:rsidRPr="00524D70" w:rsidRDefault="00F24201" w:rsidP="00524D70">
            <w:pPr>
              <w:spacing w:after="200" w:line="276" w:lineRule="auto"/>
            </w:pPr>
            <w:hyperlink r:id="rId72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73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74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75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3F37C8C8" w14:textId="77777777" w:rsidTr="00AA136B">
        <w:trPr>
          <w:trHeight w:val="6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B3DE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619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F74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EB1C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6594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D130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FB98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D3C8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88BC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08CF099D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E78E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3.6.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1CE8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Прибавление и вычитание нуля.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CCDE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343D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DBEB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A036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1D54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Дидактические игры и упражнения, связанные с выбором, составлением сумм, разностей с заданным результатом действия; сравнением значений числовых выражений (без вычислений), по результату действия;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08BA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B9F3E9" w14:textId="77777777" w:rsidR="00524D70" w:rsidRPr="00524D70" w:rsidRDefault="00F24201" w:rsidP="00524D70">
            <w:pPr>
              <w:spacing w:after="200" w:line="276" w:lineRule="auto"/>
            </w:pPr>
            <w:hyperlink r:id="rId76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77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78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7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2312038B" w14:textId="77777777" w:rsidTr="00AA136B">
        <w:trPr>
          <w:trHeight w:val="5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088F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2C5F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7FF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68AB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41E2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237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F7F8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2C7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5985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0DCBF167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EBF5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3.7.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F504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Сложение и вычитание чисел без перехода и с переходом через десяток.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6E42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10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B361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B66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2E51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C214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Использование разных способов подсчёта суммы и разности, использование переместительного свойства при нахождении суммы.;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5DD9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</w:t>
            </w:r>
          </w:p>
          <w:p w14:paraId="04C39FB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опрос; </w:t>
            </w:r>
          </w:p>
          <w:p w14:paraId="5FD1D9A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970C9F" w14:textId="77777777" w:rsidR="00524D70" w:rsidRPr="00524D70" w:rsidRDefault="00F24201" w:rsidP="00524D70">
            <w:pPr>
              <w:spacing w:after="200" w:line="276" w:lineRule="auto"/>
            </w:pPr>
            <w:hyperlink r:id="rId8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81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82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83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6171C06" w14:textId="77777777" w:rsidTr="00AA136B">
        <w:trPr>
          <w:trHeight w:val="5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8B46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D2E1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E8A1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55F3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385C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0A66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C4EE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CD9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D775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</w:tbl>
    <w:p w14:paraId="3F9AC222" w14:textId="77777777" w:rsidR="00524D70" w:rsidRPr="00524D70" w:rsidRDefault="00524D70" w:rsidP="00524D70">
      <w:pPr>
        <w:rPr>
          <w:lang w:val="ru-RU"/>
        </w:rPr>
      </w:pPr>
    </w:p>
    <w:tbl>
      <w:tblPr>
        <w:tblStyle w:val="TableGrid"/>
        <w:tblW w:w="15499" w:type="dxa"/>
        <w:tblInd w:w="247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392"/>
        <w:gridCol w:w="2493"/>
        <w:gridCol w:w="418"/>
        <w:gridCol w:w="661"/>
        <w:gridCol w:w="681"/>
        <w:gridCol w:w="480"/>
        <w:gridCol w:w="3530"/>
        <w:gridCol w:w="1352"/>
        <w:gridCol w:w="5492"/>
      </w:tblGrid>
      <w:tr w:rsidR="00524D70" w:rsidRPr="00F24201" w14:paraId="1E0F7D75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675C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3.8.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154E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Вычисление суммы, разности трёх чисел.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39E5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BA8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608F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18E6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C07CC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</w:t>
            </w:r>
            <w:r w:rsidRPr="00524D70">
              <w:lastRenderedPageBreak/>
              <w:t xml:space="preserve">различного в записи арифметических действий, одного и того же действия с разными числами.;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A29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EA0D5D" w14:textId="77777777" w:rsidR="00524D70" w:rsidRPr="00524D70" w:rsidRDefault="00F24201" w:rsidP="00524D70">
            <w:pPr>
              <w:spacing w:after="200" w:line="276" w:lineRule="auto"/>
            </w:pPr>
            <w:hyperlink r:id="rId84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85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86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87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4826C10A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CAEB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7B20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2AB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33246D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55A9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0FF3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BA8D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8FB0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2000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524D70" w14:paraId="5AE90D8E" w14:textId="77777777" w:rsidTr="00AA136B">
        <w:trPr>
          <w:trHeight w:val="351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8699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67D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A8C1A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1B311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37030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7B8B1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F94CF80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524D70" w14:paraId="727CE55E" w14:textId="77777777" w:rsidTr="00AA136B">
        <w:trPr>
          <w:trHeight w:val="346"/>
        </w:trPr>
        <w:tc>
          <w:tcPr>
            <w:tcW w:w="49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9B9F94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4. </w:t>
            </w:r>
            <w:r w:rsidRPr="00524D70">
              <w:rPr>
                <w:b/>
              </w:rPr>
              <w:t xml:space="preserve">Текстовые задачи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9DA3F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A8F06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1BBB4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EC18B6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2997030B" w14:textId="77777777" w:rsidTr="00AA136B">
        <w:trPr>
          <w:trHeight w:val="1695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82CA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4.1.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6C77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Текстовая задача: структурные элементы, составление текстовой задачи по образцу.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FA35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9D21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C960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E80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82BF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Моделирование: описание словами и с помощью предметной модели сюжетной ситуации и </w:t>
            </w:r>
          </w:p>
          <w:p w14:paraId="1E1B1552" w14:textId="77777777" w:rsidR="00524D70" w:rsidRPr="00524D70" w:rsidRDefault="00524D70" w:rsidP="00524D70">
            <w:pPr>
              <w:spacing w:after="200" w:line="276" w:lineRule="auto"/>
            </w:pPr>
            <w:proofErr w:type="spellStart"/>
            <w:r w:rsidRPr="00524D70">
              <w:t>математическогоотношения</w:t>
            </w:r>
            <w:proofErr w:type="spellEnd"/>
            <w:r w:rsidRPr="00524D70">
              <w:t xml:space="preserve">. Иллюстрация практической ситуации с использованием счётного материала. Решение текстовой задачи с помощью раздаточного материала. Объяснение выбора арифметического действия для решения, иллюстрация хода решения, выполнения действия на модели.;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DB0E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9282B" w14:textId="77777777" w:rsidR="00524D70" w:rsidRPr="00524D70" w:rsidRDefault="00F24201" w:rsidP="00524D70">
            <w:pPr>
              <w:spacing w:after="200" w:line="276" w:lineRule="auto"/>
            </w:pPr>
            <w:hyperlink r:id="rId88">
              <w:r w:rsidR="00524D70" w:rsidRPr="00524D70">
                <w:rPr>
                  <w:rStyle w:val="aff8"/>
                </w:rPr>
                <w:t>https://resh.edu.ru/subject/lesson/4060/main/301476/</w:t>
              </w:r>
            </w:hyperlink>
            <w:hyperlink r:id="rId8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6F05E255" w14:textId="77777777" w:rsidTr="00AA136B">
        <w:trPr>
          <w:trHeight w:val="1114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C759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4.2.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71AD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Зависимость между данными и искомой величиной в текстовой задаче.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D517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A43D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8E57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208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8AED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8646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2F71" w14:textId="77777777" w:rsidR="00524D70" w:rsidRPr="00524D70" w:rsidRDefault="00F24201" w:rsidP="00524D70">
            <w:pPr>
              <w:spacing w:after="200" w:line="276" w:lineRule="auto"/>
            </w:pPr>
            <w:hyperlink r:id="rId90">
              <w:r w:rsidR="00524D70" w:rsidRPr="00524D70">
                <w:rPr>
                  <w:rStyle w:val="aff8"/>
                </w:rPr>
                <w:t>https://resh.edu.ru/subject/lesson/4095/main/272729/</w:t>
              </w:r>
            </w:hyperlink>
            <w:hyperlink r:id="rId91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53F4E359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8C06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4.3.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197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Выбор и запись </w:t>
            </w:r>
            <w:r w:rsidRPr="00524D70">
              <w:rPr>
                <w:b/>
              </w:rPr>
              <w:lastRenderedPageBreak/>
              <w:t xml:space="preserve">арифметического действия для получения ответа на вопрос.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3987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3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DE99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6710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B4EC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AAA7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Соотнесение текста задачи и её </w:t>
            </w:r>
            <w:r w:rsidRPr="00524D70">
              <w:lastRenderedPageBreak/>
              <w:t xml:space="preserve">модели.;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BBA16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</w:t>
            </w:r>
          </w:p>
          <w:p w14:paraId="0C2CC3F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опрос; </w:t>
            </w:r>
          </w:p>
          <w:p w14:paraId="2C66ADD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276259" w14:textId="77777777" w:rsidR="00524D70" w:rsidRPr="00524D70" w:rsidRDefault="00F24201" w:rsidP="00524D70">
            <w:pPr>
              <w:spacing w:after="200" w:line="276" w:lineRule="auto"/>
            </w:pPr>
            <w:hyperlink r:id="rId92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93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94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95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5377B302" w14:textId="77777777" w:rsidTr="00AA136B">
        <w:trPr>
          <w:trHeight w:val="50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2A04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BA08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3CA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1CC8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EB7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59DC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1BC1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8D8E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5F22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763E7DD2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B42B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4.4.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A80E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Текстовая сюжетная задача в одно действие: запись решения, ответа задачи.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F05E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C09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7172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F53D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0F6F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Обобщение представлений о текстовых задачах, решаемых с помощью действий сложения и вычитания («на сколько больше/меньше», «сколько всего», «сколь- ко осталось»). Различение текста и текстовой задачи, представленного в текстовой задаче.;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F259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  <w:p w14:paraId="1C52E7C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Письменный контроль;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91AA49" w14:textId="77777777" w:rsidR="00524D70" w:rsidRPr="00524D70" w:rsidRDefault="00F24201" w:rsidP="00524D70">
            <w:pPr>
              <w:spacing w:after="200" w:line="276" w:lineRule="auto"/>
            </w:pPr>
            <w:hyperlink r:id="rId96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97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98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9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62A2C20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D02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86E5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121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AB43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0C25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F64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3822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581F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C54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39AD1E27" w14:textId="77777777" w:rsidTr="00AA136B">
        <w:trPr>
          <w:trHeight w:val="421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957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4.5.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2389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Обнаружение недостающего элемента задачи, дополнение текста задачи числовыми данными (по иллюстрации, смыслу задачи, её решению).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FFF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4FA4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31A7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B0D7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F631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85A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C95421" w14:textId="77777777" w:rsidR="00524D70" w:rsidRPr="00524D70" w:rsidRDefault="00F24201" w:rsidP="00524D70">
            <w:pPr>
              <w:spacing w:after="200" w:line="276" w:lineRule="auto"/>
            </w:pPr>
            <w:hyperlink r:id="rId10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01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102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03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7363C1B7" w14:textId="77777777" w:rsidTr="00AA136B">
        <w:trPr>
          <w:trHeight w:val="6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7F6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780D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5B44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012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F454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26D8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14DC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1B4C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19FF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524D70" w14:paraId="72BFB638" w14:textId="77777777" w:rsidTr="00AA136B">
        <w:trPr>
          <w:trHeight w:val="346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B7FA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CA1A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424CC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8912B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A0B45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32C1E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46588C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04CEF621" w14:textId="77777777" w:rsidTr="00AA136B">
        <w:trPr>
          <w:trHeight w:val="351"/>
        </w:trPr>
        <w:tc>
          <w:tcPr>
            <w:tcW w:w="49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FBE677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5. </w:t>
            </w:r>
            <w:r w:rsidRPr="00524D70">
              <w:rPr>
                <w:b/>
              </w:rPr>
              <w:t xml:space="preserve">Пространственные отношения и геометрические фигуры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95555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F8D60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A36E2E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6AC2332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F24201" w14:paraId="2D1B4769" w14:textId="77777777" w:rsidTr="00AA136B">
        <w:trPr>
          <w:trHeight w:val="1114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515F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5.1.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8BDF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Расположение предметов и объектов на плоскости, в пространстве: слева/справа, </w:t>
            </w:r>
            <w:r w:rsidRPr="00524D70">
              <w:rPr>
                <w:b/>
              </w:rPr>
              <w:lastRenderedPageBreak/>
              <w:t xml:space="preserve">сверху/снизу, между; установление пространственных отношений.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C4B4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1A70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0CFF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81C1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9751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Игровые упражнения: «Угадай фигуру по описанию», «Расположи фигуры в заданном порядке», «Найди модели фигур в классе» и </w:t>
            </w:r>
            <w:r w:rsidRPr="00524D70">
              <w:lastRenderedPageBreak/>
              <w:t xml:space="preserve">т. п.;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DE70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7C39" w14:textId="77777777" w:rsidR="00524D70" w:rsidRPr="00524D70" w:rsidRDefault="00F24201" w:rsidP="00524D70">
            <w:pPr>
              <w:spacing w:after="200" w:line="276" w:lineRule="auto"/>
            </w:pPr>
            <w:hyperlink r:id="rId104">
              <w:r w:rsidR="00524D70" w:rsidRPr="00524D70">
                <w:rPr>
                  <w:rStyle w:val="aff8"/>
                </w:rPr>
                <w:t>https://resh.edu.ru/subject/lesson/5194/main/121552/</w:t>
              </w:r>
            </w:hyperlink>
            <w:hyperlink r:id="rId105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106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07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524D70" w14:paraId="2D01E1C7" w14:textId="77777777" w:rsidTr="00AA136B">
        <w:trPr>
          <w:trHeight w:val="806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638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5.2.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A30D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Распознавание объекта и его отражения.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FCF0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5A76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47AF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EB11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DC61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Творческие задания: узоры и орнаменты. Составление инструкции изображения узора, линии (по клеткам). ; Составление пар: объект и его отражение.;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DD8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0C7E9" w14:textId="77777777" w:rsidR="00524D70" w:rsidRPr="00524D70" w:rsidRDefault="00F24201" w:rsidP="00524D70">
            <w:pPr>
              <w:spacing w:after="200" w:line="276" w:lineRule="auto"/>
            </w:pPr>
            <w:hyperlink r:id="rId108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0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</w:tbl>
    <w:p w14:paraId="3C3F689C" w14:textId="77777777" w:rsidR="00524D70" w:rsidRPr="00524D70" w:rsidRDefault="00524D70" w:rsidP="00524D70">
      <w:pPr>
        <w:rPr>
          <w:lang w:val="ru-RU"/>
        </w:rPr>
      </w:pPr>
    </w:p>
    <w:tbl>
      <w:tblPr>
        <w:tblStyle w:val="TableGrid"/>
        <w:tblW w:w="15499" w:type="dxa"/>
        <w:tblInd w:w="247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391"/>
        <w:gridCol w:w="2489"/>
        <w:gridCol w:w="437"/>
        <w:gridCol w:w="735"/>
        <w:gridCol w:w="759"/>
        <w:gridCol w:w="545"/>
        <w:gridCol w:w="3193"/>
        <w:gridCol w:w="1458"/>
        <w:gridCol w:w="5492"/>
      </w:tblGrid>
      <w:tr w:rsidR="00524D70" w:rsidRPr="00524D70" w14:paraId="11C1C240" w14:textId="77777777" w:rsidTr="00AA136B">
        <w:trPr>
          <w:trHeight w:val="730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CEFE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5.3.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D4D5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Геометрические фигуры: </w:t>
            </w:r>
          </w:p>
          <w:p w14:paraId="357CA7D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распознавание круга, треугольника, прямоугольника, отрезка.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FEDE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56D2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AB7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790B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84A4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Игровые упражнения: «Угадай фигуру по описанию», «Расположи фигуры в заданном порядке», «Найди модели фигур в классе» и т. п.;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722D2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FAAA1" w14:textId="77777777" w:rsidR="00524D70" w:rsidRPr="00524D70" w:rsidRDefault="00F24201" w:rsidP="00524D70">
            <w:pPr>
              <w:spacing w:after="200" w:line="276" w:lineRule="auto"/>
            </w:pPr>
            <w:hyperlink r:id="rId11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11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71F888E9" w14:textId="77777777" w:rsidTr="00AA136B">
        <w:trPr>
          <w:trHeight w:val="927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C9F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5.4.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21C3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Построение отрезка, квадрата, треугольника с помощью линейки; измерение длины отрезка в сантиметрах.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0494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7518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E844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4628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5396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инструкции. </w:t>
            </w:r>
          </w:p>
          <w:p w14:paraId="4048D6A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F9D2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работа;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CF53B" w14:textId="77777777" w:rsidR="00524D70" w:rsidRPr="00524D70" w:rsidRDefault="00F24201" w:rsidP="00524D70">
            <w:pPr>
              <w:spacing w:after="200" w:line="276" w:lineRule="auto"/>
            </w:pPr>
            <w:hyperlink r:id="rId112">
              <w:r w:rsidR="00524D70" w:rsidRPr="00524D70">
                <w:rPr>
                  <w:rStyle w:val="aff8"/>
                </w:rPr>
                <w:t>https://resh.edu.ru/subject/lesson/3971/main/302205/</w:t>
              </w:r>
            </w:hyperlink>
            <w:hyperlink r:id="rId113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114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15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7C78C40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407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5.5.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BEE9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Длина стороны прямоугольника, квадрата, треугольника.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C5E3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0B2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4A7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9628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6218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Практические работы: измерение длины отрезка, ломаной, длины стороны квадрата, сторон прямоугольника. Комментирование хода и </w:t>
            </w:r>
            <w:r w:rsidRPr="00524D70">
              <w:lastRenderedPageBreak/>
              <w:t xml:space="preserve">результата работы; установление соответствия результата и поставленного вопроса.;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DFE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5A9308" w14:textId="77777777" w:rsidR="00524D70" w:rsidRPr="00524D70" w:rsidRDefault="00F24201" w:rsidP="00524D70">
            <w:pPr>
              <w:spacing w:after="200" w:line="276" w:lineRule="auto"/>
            </w:pPr>
            <w:hyperlink r:id="rId116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17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118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1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D065B24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C2DE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A72D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FC6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760B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585F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17E3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3FF3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3994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C3BF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29E38A6B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1BB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5.6.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B18B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Изображение прямоугольника, квадрата, треугольника.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F16A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716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AF3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0FA4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EBCA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инструкции. </w:t>
            </w:r>
          </w:p>
          <w:p w14:paraId="6D482F8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343B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работа;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5A1BA6" w14:textId="77777777" w:rsidR="00524D70" w:rsidRPr="00524D70" w:rsidRDefault="00F24201" w:rsidP="00524D70">
            <w:pPr>
              <w:spacing w:after="200" w:line="276" w:lineRule="auto"/>
            </w:pPr>
            <w:hyperlink r:id="rId12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21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122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23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8294A6F" w14:textId="77777777" w:rsidTr="00AA136B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1FFE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3941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424C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762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89A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3F9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A340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9E92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2281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 </w:t>
            </w:r>
          </w:p>
        </w:tc>
      </w:tr>
      <w:tr w:rsidR="00524D70" w:rsidRPr="00524D70" w14:paraId="61B935F1" w14:textId="77777777" w:rsidTr="00AA136B">
        <w:trPr>
          <w:trHeight w:val="346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947C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C99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20 </w:t>
            </w:r>
          </w:p>
        </w:tc>
        <w:tc>
          <w:tcPr>
            <w:tcW w:w="1169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CD08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524D70" w14:paraId="44AA8884" w14:textId="77777777" w:rsidTr="00AA136B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57497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Раздел 6. </w:t>
            </w:r>
            <w:r w:rsidRPr="00524D70">
              <w:rPr>
                <w:b/>
              </w:rPr>
              <w:t xml:space="preserve">Математическая информация </w:t>
            </w:r>
          </w:p>
        </w:tc>
      </w:tr>
      <w:tr w:rsidR="00524D70" w:rsidRPr="00F24201" w14:paraId="026917F5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3F67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6.1.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2E3C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Сбор данных об объекте по образцу. Характеристики объекта, группы объектов (количество, форма, размер); выбор предметов по образцу (по заданным признакам).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9647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0304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ED6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A6BD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7190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с наглядностью —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6FA4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4D4BFD" w14:textId="77777777" w:rsidR="00524D70" w:rsidRPr="00524D70" w:rsidRDefault="00F24201" w:rsidP="00524D70">
            <w:pPr>
              <w:spacing w:after="200" w:line="276" w:lineRule="auto"/>
            </w:pPr>
            <w:hyperlink r:id="rId124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25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126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27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7DD975B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8CCF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C446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9DD8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3FB9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72273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6CE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C56B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7F1D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6927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F24201" w14:paraId="28BC582F" w14:textId="77777777" w:rsidTr="00AA136B">
        <w:trPr>
          <w:trHeight w:val="1119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4336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6.2. 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5033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Группировка объектов по заданному признаку.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8EDB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4105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3E6C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8F57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EF27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парах/группах: поиск общих свойств групп предметов (цвет, форма, величина, количество, назначение и др.). Таблица как способ представления </w:t>
            </w:r>
            <w:r w:rsidRPr="00524D70">
              <w:lastRenderedPageBreak/>
              <w:t xml:space="preserve">информации, полученной из повседневной жизни </w:t>
            </w:r>
          </w:p>
          <w:p w14:paraId="369967B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>(</w:t>
            </w:r>
            <w:proofErr w:type="spellStart"/>
            <w:r w:rsidRPr="00524D70">
              <w:t>расписания,чеки</w:t>
            </w:r>
            <w:proofErr w:type="spellEnd"/>
            <w:r w:rsidRPr="00524D70">
              <w:t xml:space="preserve">, меню и т.д.).;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F48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DD474" w14:textId="77777777" w:rsidR="00524D70" w:rsidRPr="00524D70" w:rsidRDefault="00F24201" w:rsidP="00524D70">
            <w:pPr>
              <w:spacing w:after="200" w:line="276" w:lineRule="auto"/>
            </w:pPr>
            <w:hyperlink r:id="rId128">
              <w:r w:rsidR="00524D70" w:rsidRPr="00524D70">
                <w:rPr>
                  <w:rStyle w:val="aff8"/>
                </w:rPr>
                <w:t>https://resh.edu.ru/subject/lesson/5194/main/121552/</w:t>
              </w:r>
            </w:hyperlink>
            <w:hyperlink r:id="rId129">
              <w:r w:rsidR="00524D70" w:rsidRPr="00524D70">
                <w:rPr>
                  <w:rStyle w:val="aff8"/>
                </w:rPr>
                <w:t xml:space="preserve"> </w:t>
              </w:r>
            </w:hyperlink>
            <w:r w:rsidR="00524D70" w:rsidRPr="00524D70">
              <w:t xml:space="preserve"> </w:t>
            </w:r>
            <w:hyperlink r:id="rId13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31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70B65020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FC83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6.3.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1726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Закономерность в ряду заданных объектов: её обнаружение, продолжение ряда.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D98C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AE43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19DE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32F7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0909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с наглядностью —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8D39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A9372B" w14:textId="77777777" w:rsidR="00524D70" w:rsidRPr="00524D70" w:rsidRDefault="00F24201" w:rsidP="00524D70">
            <w:pPr>
              <w:spacing w:after="200" w:line="276" w:lineRule="auto"/>
            </w:pPr>
            <w:hyperlink r:id="rId132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33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134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35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727ACEC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CBDD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C597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215E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03F8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DF6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3750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EC52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E10A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1CC4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 </w:t>
            </w:r>
          </w:p>
        </w:tc>
      </w:tr>
      <w:tr w:rsidR="00524D70" w:rsidRPr="00F24201" w14:paraId="493EA1F4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1926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6.4.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9795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Верные (истинные) и неверные (ложные) предложения, составленные относительно заданного набора математических объектов.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1D4B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CBC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91E1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3143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A877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Знакомство с логической конструкцией «Если … , то …».Верно или неверно: формулирование и проверка предложения.;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078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8A507E" w14:textId="77777777" w:rsidR="00524D70" w:rsidRPr="00524D70" w:rsidRDefault="00F24201" w:rsidP="00524D70">
            <w:pPr>
              <w:spacing w:after="200" w:line="276" w:lineRule="auto"/>
            </w:pPr>
            <w:hyperlink r:id="rId136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37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138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39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93FF53D" w14:textId="77777777" w:rsidTr="00AA136B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7DF9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A58F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2ACE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10AB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4E9A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52122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4F14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978D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1C4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 </w:t>
            </w:r>
          </w:p>
        </w:tc>
      </w:tr>
      <w:tr w:rsidR="00524D70" w:rsidRPr="00F24201" w14:paraId="6898FEE3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FDB09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6.5.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2B2C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Чтение таблицы (содержащей не более четырёх данных); извлечение данного из строки, столбца; внесение одного-двух данных в таблицу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0385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ED546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8AC9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194E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4AA51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в парах/группах: поиск общих свойств групп предметов (цвет, форма, величина, количество, назначение и др.). Таблица как способ представления информации, полученной из повседневной жизни </w:t>
            </w:r>
          </w:p>
          <w:p w14:paraId="23ACDD5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>(</w:t>
            </w:r>
            <w:proofErr w:type="spellStart"/>
            <w:r w:rsidRPr="00524D70">
              <w:t>расписания,чеки</w:t>
            </w:r>
            <w:proofErr w:type="spellEnd"/>
            <w:r w:rsidRPr="00524D70">
              <w:t xml:space="preserve">, меню и т.д.).;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3447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lastRenderedPageBreak/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6737B" w14:textId="77777777" w:rsidR="00524D70" w:rsidRPr="00524D70" w:rsidRDefault="00F24201" w:rsidP="00524D70">
            <w:pPr>
              <w:spacing w:after="200" w:line="276" w:lineRule="auto"/>
            </w:pPr>
            <w:hyperlink r:id="rId140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41">
              <w:r w:rsidR="00524D70" w:rsidRPr="00524D70">
                <w:rPr>
                  <w:rStyle w:val="aff8"/>
                </w:rPr>
                <w:t xml:space="preserve"> </w:t>
              </w:r>
            </w:hyperlink>
            <w:hyperlink r:id="rId142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43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102FAB70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7361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D75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FAC3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E212E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B6D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1CA0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D87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D509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9279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 </w:t>
            </w:r>
          </w:p>
        </w:tc>
      </w:tr>
      <w:tr w:rsidR="00524D70" w:rsidRPr="00F24201" w14:paraId="5BA1F67B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9F4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6.6.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B84D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Чтение рисунка, схемы 1—2 числовыми данными (значениями данных величин).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322D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2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C4E9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F274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D2BD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B97D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с наглядностью —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D049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Устный опрос;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B728B9" w14:textId="77777777" w:rsidR="00524D70" w:rsidRPr="00524D70" w:rsidRDefault="00F24201" w:rsidP="00524D70">
            <w:pPr>
              <w:spacing w:after="200" w:line="276" w:lineRule="auto"/>
            </w:pPr>
            <w:hyperlink r:id="rId144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45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146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47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061AC8B0" w14:textId="77777777" w:rsidTr="00AA136B">
        <w:trPr>
          <w:trHeight w:val="6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9AC2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DCAA7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43FF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8B4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AAEA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713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4E4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C1C8A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FA1B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</w:tbl>
    <w:p w14:paraId="4C91C335" w14:textId="77777777" w:rsidR="00524D70" w:rsidRPr="00524D70" w:rsidRDefault="00524D70" w:rsidP="00524D70">
      <w:pPr>
        <w:rPr>
          <w:lang w:val="ru-RU"/>
        </w:rPr>
      </w:pPr>
    </w:p>
    <w:tbl>
      <w:tblPr>
        <w:tblStyle w:val="TableGrid"/>
        <w:tblW w:w="15499" w:type="dxa"/>
        <w:tblInd w:w="247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394"/>
        <w:gridCol w:w="2821"/>
        <w:gridCol w:w="522"/>
        <w:gridCol w:w="1053"/>
        <w:gridCol w:w="1090"/>
        <w:gridCol w:w="820"/>
        <w:gridCol w:w="3911"/>
        <w:gridCol w:w="1458"/>
        <w:gridCol w:w="3430"/>
      </w:tblGrid>
      <w:tr w:rsidR="00524D70" w:rsidRPr="00F24201" w14:paraId="6219D356" w14:textId="77777777" w:rsidTr="00AA136B">
        <w:trPr>
          <w:trHeight w:val="420"/>
        </w:trPr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A95BC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6.7. </w:t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F9B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rPr>
                <w:b/>
              </w:rPr>
              <w:t xml:space="preserve">Выполнение 1—3-шаговых инструкций, связанных с вычислениями, измерением длины, построением геометрических фигур. 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F49C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4 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D749E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F7C7B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76588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EED25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Работа с наглядностью —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C7D0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Практическая работа; </w:t>
            </w:r>
          </w:p>
        </w:tc>
        <w:tc>
          <w:tcPr>
            <w:tcW w:w="34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148407" w14:textId="77777777" w:rsidR="00524D70" w:rsidRPr="00524D70" w:rsidRDefault="00F24201" w:rsidP="00524D70">
            <w:pPr>
              <w:spacing w:after="200" w:line="276" w:lineRule="auto"/>
            </w:pPr>
            <w:hyperlink r:id="rId148">
              <w:r w:rsidR="00524D70" w:rsidRPr="00524D70">
                <w:rPr>
                  <w:rStyle w:val="aff8"/>
                </w:rPr>
                <w:t>https://uchi.ru/</w:t>
              </w:r>
            </w:hyperlink>
            <w:hyperlink r:id="rId149">
              <w:r w:rsidR="00524D70" w:rsidRPr="00524D70">
                <w:rPr>
                  <w:rStyle w:val="aff8"/>
                </w:rPr>
                <w:t xml:space="preserve">  </w:t>
              </w:r>
            </w:hyperlink>
            <w:hyperlink r:id="rId150">
              <w:r w:rsidR="00524D70" w:rsidRPr="00524D70">
                <w:rPr>
                  <w:rStyle w:val="aff8"/>
                </w:rPr>
                <w:t>https://education.yandex.ru</w:t>
              </w:r>
            </w:hyperlink>
            <w:hyperlink r:id="rId151">
              <w:r w:rsidR="00524D70" w:rsidRPr="00524D70">
                <w:rPr>
                  <w:rStyle w:val="aff8"/>
                </w:rPr>
                <w:t xml:space="preserve">  </w:t>
              </w:r>
            </w:hyperlink>
          </w:p>
        </w:tc>
      </w:tr>
      <w:tr w:rsidR="00524D70" w:rsidRPr="00F24201" w14:paraId="76DE3474" w14:textId="77777777" w:rsidTr="00AA136B">
        <w:trPr>
          <w:trHeight w:val="6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D7F6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E7C19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B9C7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DF205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8886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46D4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1D6AD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56B1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911D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</w:tr>
      <w:tr w:rsidR="00524D70" w:rsidRPr="00524D70" w14:paraId="086A5F3C" w14:textId="77777777" w:rsidTr="00AA136B">
        <w:trPr>
          <w:trHeight w:val="351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F2DB1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Итого по разделу: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8BA57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7169AF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F01C64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7DFC8C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4E66FF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D1F9D5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524D70" w14:paraId="2DC3BEC5" w14:textId="77777777" w:rsidTr="00AA136B">
        <w:trPr>
          <w:trHeight w:val="346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4483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Резервное время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D0B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6D4CC0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2646E8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7AEE00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0946EB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F2AC2B" w14:textId="77777777" w:rsidR="00524D70" w:rsidRPr="00524D70" w:rsidRDefault="00524D70" w:rsidP="00524D70">
            <w:pPr>
              <w:spacing w:after="200" w:line="276" w:lineRule="auto"/>
            </w:pPr>
          </w:p>
        </w:tc>
      </w:tr>
      <w:tr w:rsidR="00524D70" w:rsidRPr="00524D70" w14:paraId="5AF178DE" w14:textId="77777777" w:rsidTr="00AA136B">
        <w:trPr>
          <w:trHeight w:val="543"/>
        </w:trPr>
        <w:tc>
          <w:tcPr>
            <w:tcW w:w="3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7A5A8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4B34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132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1F963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093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0 </w:t>
            </w:r>
          </w:p>
        </w:tc>
        <w:tc>
          <w:tcPr>
            <w:tcW w:w="4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F3F41A" w14:textId="77777777" w:rsidR="00524D70" w:rsidRPr="00524D70" w:rsidRDefault="00524D70" w:rsidP="00524D70">
            <w:pPr>
              <w:spacing w:after="200" w:line="276" w:lineRule="auto"/>
            </w:pPr>
            <w:r w:rsidRPr="00524D70"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E85101" w14:textId="77777777" w:rsidR="00524D70" w:rsidRPr="00524D70" w:rsidRDefault="00524D70" w:rsidP="00524D70">
            <w:pPr>
              <w:spacing w:after="200" w:line="276" w:lineRule="auto"/>
            </w:pPr>
          </w:p>
        </w:tc>
        <w:tc>
          <w:tcPr>
            <w:tcW w:w="3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7858C0" w14:textId="77777777" w:rsidR="00524D70" w:rsidRPr="00524D70" w:rsidRDefault="00524D70" w:rsidP="00524D70">
            <w:pPr>
              <w:spacing w:after="200" w:line="276" w:lineRule="auto"/>
            </w:pPr>
          </w:p>
        </w:tc>
      </w:tr>
    </w:tbl>
    <w:p w14:paraId="7CB6C28C" w14:textId="77777777" w:rsidR="00405EA5" w:rsidRPr="00524D70" w:rsidRDefault="00405EA5">
      <w:pPr>
        <w:rPr>
          <w:lang w:val="ru-RU"/>
        </w:rPr>
        <w:sectPr w:rsidR="00405EA5" w:rsidRPr="00524D7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A527644" w14:textId="77777777" w:rsidR="00405EA5" w:rsidRPr="00524D70" w:rsidRDefault="00405EA5">
      <w:pPr>
        <w:autoSpaceDE w:val="0"/>
        <w:autoSpaceDN w:val="0"/>
        <w:spacing w:after="78" w:line="220" w:lineRule="exact"/>
        <w:rPr>
          <w:lang w:val="ru-RU"/>
        </w:rPr>
      </w:pPr>
    </w:p>
    <w:p w14:paraId="7C7B5355" w14:textId="77777777" w:rsidR="00405EA5" w:rsidRDefault="00405EA5">
      <w:pPr>
        <w:autoSpaceDE w:val="0"/>
        <w:autoSpaceDN w:val="0"/>
        <w:spacing w:after="78" w:line="220" w:lineRule="exact"/>
      </w:pPr>
    </w:p>
    <w:p w14:paraId="2238E7E8" w14:textId="77777777" w:rsidR="00405EA5" w:rsidRDefault="0042321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7C2564DA" w14:textId="77777777" w:rsidR="00405EA5" w:rsidRPr="00524D70" w:rsidRDefault="00423218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524D70">
        <w:rPr>
          <w:lang w:val="ru-RU"/>
        </w:rPr>
        <w:br/>
      </w: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19AFA87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189E648" w14:textId="77777777" w:rsidR="00405EA5" w:rsidRPr="00524D70" w:rsidRDefault="00405EA5">
      <w:pPr>
        <w:autoSpaceDE w:val="0"/>
        <w:autoSpaceDN w:val="0"/>
        <w:spacing w:after="78" w:line="220" w:lineRule="exact"/>
        <w:rPr>
          <w:lang w:val="ru-RU"/>
        </w:rPr>
      </w:pPr>
    </w:p>
    <w:p w14:paraId="52543ECF" w14:textId="77777777" w:rsidR="00405EA5" w:rsidRPr="00524D70" w:rsidRDefault="00423218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524D70">
        <w:rPr>
          <w:lang w:val="ru-RU"/>
        </w:rPr>
        <w:br/>
      </w:r>
      <w:proofErr w:type="spellStart"/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524D7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 И ПРАКТИЧЕСКИХ РАБОТ</w:t>
      </w:r>
    </w:p>
    <w:p w14:paraId="04FA5F59" w14:textId="77777777" w:rsidR="00405EA5" w:rsidRPr="00524D70" w:rsidRDefault="00405EA5">
      <w:pPr>
        <w:rPr>
          <w:lang w:val="ru-RU"/>
        </w:rPr>
        <w:sectPr w:rsidR="00405EA5" w:rsidRPr="00524D7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4288C23" w14:textId="77777777" w:rsidR="00423218" w:rsidRPr="00524D70" w:rsidRDefault="00423218">
      <w:pPr>
        <w:rPr>
          <w:lang w:val="ru-RU"/>
        </w:rPr>
      </w:pPr>
    </w:p>
    <w:sectPr w:rsidR="00423218" w:rsidRPr="00524D70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C15DA0"/>
    <w:multiLevelType w:val="hybridMultilevel"/>
    <w:tmpl w:val="0C429C58"/>
    <w:lvl w:ilvl="0" w:tplc="607628A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08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98AD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293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22BD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E2A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E07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20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4EF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C10182"/>
    <w:multiLevelType w:val="hybridMultilevel"/>
    <w:tmpl w:val="1FB264F2"/>
    <w:lvl w:ilvl="0" w:tplc="1BA4A52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766DE4">
      <w:start w:val="1"/>
      <w:numFmt w:val="decimal"/>
      <w:lvlRestart w:val="0"/>
      <w:lvlText w:val="%2)"/>
      <w:lvlJc w:val="left"/>
      <w:pPr>
        <w:ind w:left="6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DC20E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2FC5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80D1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89A0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C269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2A3F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21FC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0A75DA"/>
    <w:multiLevelType w:val="hybridMultilevel"/>
    <w:tmpl w:val="044644EA"/>
    <w:lvl w:ilvl="0" w:tplc="58D082D2">
      <w:start w:val="1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2E13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C0F3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1C444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34C22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3A424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2950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EDB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4E477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506840"/>
    <w:multiLevelType w:val="hybridMultilevel"/>
    <w:tmpl w:val="4BD6B406"/>
    <w:lvl w:ilvl="0" w:tplc="CD96984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D4DE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C41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F65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617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7820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324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84C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1EBF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99585F"/>
    <w:multiLevelType w:val="hybridMultilevel"/>
    <w:tmpl w:val="DE8C29BC"/>
    <w:lvl w:ilvl="0" w:tplc="6D6EB1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AC95F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A8539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5236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EC974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1EE60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1263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0CC4DC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46727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C4C4D"/>
    <w:rsid w:val="0029639D"/>
    <w:rsid w:val="00326F90"/>
    <w:rsid w:val="00405EA5"/>
    <w:rsid w:val="00423218"/>
    <w:rsid w:val="00524D70"/>
    <w:rsid w:val="00AA1D8D"/>
    <w:rsid w:val="00B47730"/>
    <w:rsid w:val="00CB0664"/>
    <w:rsid w:val="00F2420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CEFA60"/>
  <w14:defaultImageDpi w14:val="300"/>
  <w15:docId w15:val="{A572258D-2FEB-4428-A17F-F9E1AE7C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524D70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524D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resh.edu.ru/subject/lesson/5984/main/122699/" TargetMode="External"/><Relationship Id="rId63" Type="http://schemas.openxmlformats.org/officeDocument/2006/relationships/hyperlink" Target="https://resh.edu.ru/subject/lesson/5986/main/161688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education.yandex.ru/" TargetMode="External"/><Relationship Id="rId107" Type="http://schemas.openxmlformats.org/officeDocument/2006/relationships/hyperlink" Target="https://uchi.ru/" TargetMode="External"/><Relationship Id="rId11" Type="http://schemas.openxmlformats.org/officeDocument/2006/relationships/hyperlink" Target="https://education.yandex.ru/" TargetMode="External"/><Relationship Id="rId32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74" Type="http://schemas.openxmlformats.org/officeDocument/2006/relationships/hyperlink" Target="https://education.yandex.ru/" TargetMode="External"/><Relationship Id="rId128" Type="http://schemas.openxmlformats.org/officeDocument/2006/relationships/hyperlink" Target="https://resh.edu.ru/subject/lesson/5194/main/121552/" TargetMode="External"/><Relationship Id="rId149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ducation.yandex.ru/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resh.edu.ru/subject/lesson/4071/start/292975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resh.edu.ru/subject/lesson/3971/main/302205/" TargetMode="External"/><Relationship Id="rId64" Type="http://schemas.openxmlformats.org/officeDocument/2006/relationships/hyperlink" Target="https://uchi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resh.edu.ru/subject/lesson/3971/main/302205/" TargetMode="External"/><Relationship Id="rId118" Type="http://schemas.openxmlformats.org/officeDocument/2006/relationships/hyperlink" Target="https://education.yandex.ru/" TargetMode="External"/><Relationship Id="rId134" Type="http://schemas.openxmlformats.org/officeDocument/2006/relationships/hyperlink" Target="https://education.yandex.ru/" TargetMode="External"/><Relationship Id="rId139" Type="http://schemas.openxmlformats.org/officeDocument/2006/relationships/hyperlink" Target="https://education.yandex.ru/" TargetMode="External"/><Relationship Id="rId80" Type="http://schemas.openxmlformats.org/officeDocument/2006/relationships/hyperlink" Target="https://uchi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education.yandex.ru/" TargetMode="External"/><Relationship Id="rId12" Type="http://schemas.openxmlformats.org/officeDocument/2006/relationships/hyperlink" Target="https://education.yandex.ru/" TargetMode="External"/><Relationship Id="rId17" Type="http://schemas.openxmlformats.org/officeDocument/2006/relationships/hyperlink" Target="https://education.yandex.ru/" TargetMode="External"/><Relationship Id="rId33" Type="http://schemas.openxmlformats.org/officeDocument/2006/relationships/hyperlink" Target="https://education.yandex.ru/" TargetMode="External"/><Relationship Id="rId38" Type="http://schemas.openxmlformats.org/officeDocument/2006/relationships/hyperlink" Target="https://resh.edu.ru/subject/lesson/4137/main/292929/" TargetMode="External"/><Relationship Id="rId59" Type="http://schemas.openxmlformats.org/officeDocument/2006/relationships/hyperlink" Target="https://resh.edu.ru/subject/lesson/4059/main/270191" TargetMode="External"/><Relationship Id="rId103" Type="http://schemas.openxmlformats.org/officeDocument/2006/relationships/hyperlink" Target="https://education.yandex.ru/" TargetMode="External"/><Relationship Id="rId108" Type="http://schemas.openxmlformats.org/officeDocument/2006/relationships/hyperlink" Target="https://uchi.ru/" TargetMode="External"/><Relationship Id="rId124" Type="http://schemas.openxmlformats.org/officeDocument/2006/relationships/hyperlink" Target="https://uchi.ru/" TargetMode="External"/><Relationship Id="rId129" Type="http://schemas.openxmlformats.org/officeDocument/2006/relationships/hyperlink" Target="https://resh.edu.ru/subject/lesson/5194/main/121552/" TargetMode="External"/><Relationship Id="rId54" Type="http://schemas.openxmlformats.org/officeDocument/2006/relationships/hyperlink" Target="https://uchi.ru/" TargetMode="External"/><Relationship Id="rId70" Type="http://schemas.openxmlformats.org/officeDocument/2006/relationships/hyperlink" Target="https://education.yandex.ru/" TargetMode="External"/><Relationship Id="rId75" Type="http://schemas.openxmlformats.org/officeDocument/2006/relationships/hyperlink" Target="https://education.yandex.ru/" TargetMode="External"/><Relationship Id="rId91" Type="http://schemas.openxmlformats.org/officeDocument/2006/relationships/hyperlink" Target="https://resh.edu.ru/subject/lesson/4095/main/272729/" TargetMode="External"/><Relationship Id="rId96" Type="http://schemas.openxmlformats.org/officeDocument/2006/relationships/hyperlink" Target="https://uchi.ru/" TargetMode="External"/><Relationship Id="rId140" Type="http://schemas.openxmlformats.org/officeDocument/2006/relationships/hyperlink" Target="https://uchi.ru/" TargetMode="External"/><Relationship Id="rId145" Type="http://schemas.openxmlformats.org/officeDocument/2006/relationships/hyperlink" Target="https://uch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education.yandex.ru/" TargetMode="External"/><Relationship Id="rId28" Type="http://schemas.openxmlformats.org/officeDocument/2006/relationships/hyperlink" Target="https://resh.edu.ru/subject/lesson/4071/start/292975/" TargetMode="External"/><Relationship Id="rId49" Type="http://schemas.openxmlformats.org/officeDocument/2006/relationships/hyperlink" Target="https://resh.edu.ru/subject/lesson/5189/main/292954/" TargetMode="External"/><Relationship Id="rId114" Type="http://schemas.openxmlformats.org/officeDocument/2006/relationships/hyperlink" Target="https://uchi.ru/" TargetMode="External"/><Relationship Id="rId119" Type="http://schemas.openxmlformats.org/officeDocument/2006/relationships/hyperlink" Target="https://education.yandex.ru/" TargetMode="External"/><Relationship Id="rId44" Type="http://schemas.openxmlformats.org/officeDocument/2006/relationships/hyperlink" Target="https://uchi.ru/" TargetMode="External"/><Relationship Id="rId60" Type="http://schemas.openxmlformats.org/officeDocument/2006/relationships/hyperlink" Target="https://resh.edu.ru/subject/lesson/5202/main/132730/" TargetMode="External"/><Relationship Id="rId65" Type="http://schemas.openxmlformats.org/officeDocument/2006/relationships/hyperlink" Target="https://uchi.ru/" TargetMode="External"/><Relationship Id="rId81" Type="http://schemas.openxmlformats.org/officeDocument/2006/relationships/hyperlink" Target="https://uchi.ru/" TargetMode="External"/><Relationship Id="rId86" Type="http://schemas.openxmlformats.org/officeDocument/2006/relationships/hyperlink" Target="https://education.yandex.ru/" TargetMode="External"/><Relationship Id="rId130" Type="http://schemas.openxmlformats.org/officeDocument/2006/relationships/hyperlink" Target="https://uchi.ru/" TargetMode="External"/><Relationship Id="rId135" Type="http://schemas.openxmlformats.org/officeDocument/2006/relationships/hyperlink" Target="https://education.yandex.ru/" TargetMode="External"/><Relationship Id="rId151" Type="http://schemas.openxmlformats.org/officeDocument/2006/relationships/hyperlink" Target="https://education.yandex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education.yandex.ru/" TargetMode="External"/><Relationship Id="rId39" Type="http://schemas.openxmlformats.org/officeDocument/2006/relationships/hyperlink" Target="https://uchi.ru/" TargetMode="External"/><Relationship Id="rId109" Type="http://schemas.openxmlformats.org/officeDocument/2006/relationships/hyperlink" Target="https://uchi.ru/" TargetMode="External"/><Relationship Id="rId34" Type="http://schemas.openxmlformats.org/officeDocument/2006/relationships/hyperlink" Target="https://education.yandex.ru/" TargetMode="External"/><Relationship Id="rId50" Type="http://schemas.openxmlformats.org/officeDocument/2006/relationships/hyperlink" Target="https://resh.edu.ru/subject/lesson/5189/main/292954/" TargetMode="External"/><Relationship Id="rId55" Type="http://schemas.openxmlformats.org/officeDocument/2006/relationships/hyperlink" Target="https://education.yandex.ru/" TargetMode="External"/><Relationship Id="rId76" Type="http://schemas.openxmlformats.org/officeDocument/2006/relationships/hyperlink" Target="https://uchi.ru/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resh.edu.ru/subject/lesson/5194/main/121552/" TargetMode="External"/><Relationship Id="rId120" Type="http://schemas.openxmlformats.org/officeDocument/2006/relationships/hyperlink" Target="https://uchi.ru/" TargetMode="External"/><Relationship Id="rId125" Type="http://schemas.openxmlformats.org/officeDocument/2006/relationships/hyperlink" Target="https://uchi.ru/" TargetMode="External"/><Relationship Id="rId141" Type="http://schemas.openxmlformats.org/officeDocument/2006/relationships/hyperlink" Target="https://uchi.ru/" TargetMode="External"/><Relationship Id="rId146" Type="http://schemas.openxmlformats.org/officeDocument/2006/relationships/hyperlink" Target="https://education.yandex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education.yandex.ru/" TargetMode="External"/><Relationship Id="rId92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education.yandex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resh.edu.ru/subject/lesson/4073/main/293054/" TargetMode="External"/><Relationship Id="rId66" Type="http://schemas.openxmlformats.org/officeDocument/2006/relationships/hyperlink" Target="https://education.yandex.ru/" TargetMode="External"/><Relationship Id="rId87" Type="http://schemas.openxmlformats.org/officeDocument/2006/relationships/hyperlink" Target="https://education.yandex.ru/" TargetMode="External"/><Relationship Id="rId110" Type="http://schemas.openxmlformats.org/officeDocument/2006/relationships/hyperlink" Target="https://uchi.ru/" TargetMode="External"/><Relationship Id="rId115" Type="http://schemas.openxmlformats.org/officeDocument/2006/relationships/hyperlink" Target="https://uchi.ru/" TargetMode="External"/><Relationship Id="rId131" Type="http://schemas.openxmlformats.org/officeDocument/2006/relationships/hyperlink" Target="https://uchi.ru/" TargetMode="External"/><Relationship Id="rId136" Type="http://schemas.openxmlformats.org/officeDocument/2006/relationships/hyperlink" Target="https://uchi.ru/" TargetMode="External"/><Relationship Id="rId61" Type="http://schemas.openxmlformats.org/officeDocument/2006/relationships/hyperlink" Target="https://resh.edu.ru/subject/lesson/5202/main/132730/" TargetMode="External"/><Relationship Id="rId82" Type="http://schemas.openxmlformats.org/officeDocument/2006/relationships/hyperlink" Target="https://education.yandex.ru/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subject/lesson/4127/main/293454/" TargetMode="External"/><Relationship Id="rId56" Type="http://schemas.openxmlformats.org/officeDocument/2006/relationships/hyperlink" Target="https://education.yandex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uchi.ru/" TargetMode="External"/><Relationship Id="rId105" Type="http://schemas.openxmlformats.org/officeDocument/2006/relationships/hyperlink" Target="https://resh.edu.ru/subject/lesson/5194/main/121552/" TargetMode="External"/><Relationship Id="rId126" Type="http://schemas.openxmlformats.org/officeDocument/2006/relationships/hyperlink" Target="https://education.yandex.ru/" TargetMode="External"/><Relationship Id="rId147" Type="http://schemas.openxmlformats.org/officeDocument/2006/relationships/hyperlink" Target="https://education.yandex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uchi.ru/" TargetMode="External"/><Relationship Id="rId93" Type="http://schemas.openxmlformats.org/officeDocument/2006/relationships/hyperlink" Target="https://uchi.ru/" TargetMode="External"/><Relationship Id="rId98" Type="http://schemas.openxmlformats.org/officeDocument/2006/relationships/hyperlink" Target="https://education.yandex.ru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education.yandex.r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lesson/5194/start/121548" TargetMode="External"/><Relationship Id="rId46" Type="http://schemas.openxmlformats.org/officeDocument/2006/relationships/hyperlink" Target="https://resh.edu.ru/subject/lesson/4073/main/293054/" TargetMode="External"/><Relationship Id="rId67" Type="http://schemas.openxmlformats.org/officeDocument/2006/relationships/hyperlink" Target="https://education.yandex.ru/" TargetMode="External"/><Relationship Id="rId116" Type="http://schemas.openxmlformats.org/officeDocument/2006/relationships/hyperlink" Target="https://uchi.ru/" TargetMode="External"/><Relationship Id="rId137" Type="http://schemas.openxmlformats.org/officeDocument/2006/relationships/hyperlink" Target="https://uchi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subject/lesson/5984/main/122699/" TargetMode="External"/><Relationship Id="rId62" Type="http://schemas.openxmlformats.org/officeDocument/2006/relationships/hyperlink" Target="https://resh.edu.ru/subject/lesson/5986/main/161688/" TargetMode="External"/><Relationship Id="rId83" Type="http://schemas.openxmlformats.org/officeDocument/2006/relationships/hyperlink" Target="https://education.yandex.ru/" TargetMode="External"/><Relationship Id="rId88" Type="http://schemas.openxmlformats.org/officeDocument/2006/relationships/hyperlink" Target="https://resh.edu.ru/subject/lesson/4060/main/301476/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resh.edu.ru/subject/lesson/4127/main/293454/" TargetMode="External"/><Relationship Id="rId57" Type="http://schemas.openxmlformats.org/officeDocument/2006/relationships/hyperlink" Target="https://resh.edu.ru/subject/lesson/4059/main/270191" TargetMode="External"/><Relationship Id="rId106" Type="http://schemas.openxmlformats.org/officeDocument/2006/relationships/hyperlink" Target="https://uchi.ru/" TargetMode="External"/><Relationship Id="rId127" Type="http://schemas.openxmlformats.org/officeDocument/2006/relationships/hyperlink" Target="https://education.yandex.ru/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education.yandex.ru/" TargetMode="External"/><Relationship Id="rId94" Type="http://schemas.openxmlformats.org/officeDocument/2006/relationships/hyperlink" Target="https://education.yandex.ru/" TargetMode="External"/><Relationship Id="rId99" Type="http://schemas.openxmlformats.org/officeDocument/2006/relationships/hyperlink" Target="https://education.yandex.ru/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education.yandex.ru/" TargetMode="External"/><Relationship Id="rId143" Type="http://schemas.openxmlformats.org/officeDocument/2006/relationships/hyperlink" Target="https://education.yandex.ru/" TargetMode="External"/><Relationship Id="rId148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26" Type="http://schemas.openxmlformats.org/officeDocument/2006/relationships/hyperlink" Target="https://resh.edu.ru/subject/lesson/5194/start/121548" TargetMode="External"/><Relationship Id="rId47" Type="http://schemas.openxmlformats.org/officeDocument/2006/relationships/hyperlink" Target="https://resh.edu.ru/subject/lesson/3971/main/302205/" TargetMode="External"/><Relationship Id="rId68" Type="http://schemas.openxmlformats.org/officeDocument/2006/relationships/hyperlink" Target="https://uchi.ru/" TargetMode="External"/><Relationship Id="rId89" Type="http://schemas.openxmlformats.org/officeDocument/2006/relationships/hyperlink" Target="https://resh.edu.ru/subject/lesson/4060/main/301476/" TargetMode="External"/><Relationship Id="rId112" Type="http://schemas.openxmlformats.org/officeDocument/2006/relationships/hyperlink" Target="https://resh.edu.ru/subject/lesson/3971/main/302205/" TargetMode="External"/><Relationship Id="rId133" Type="http://schemas.openxmlformats.org/officeDocument/2006/relationships/hyperlink" Target="https://uchi.ru/" TargetMode="External"/><Relationship Id="rId16" Type="http://schemas.openxmlformats.org/officeDocument/2006/relationships/hyperlink" Target="https://uchi.ru/" TargetMode="External"/><Relationship Id="rId37" Type="http://schemas.openxmlformats.org/officeDocument/2006/relationships/hyperlink" Target="https://resh.edu.ru/subject/lesson/4137/main/292929/" TargetMode="External"/><Relationship Id="rId58" Type="http://schemas.openxmlformats.org/officeDocument/2006/relationships/hyperlink" Target="https://resh.edu.ru/subject/lesson/4059/main/270191" TargetMode="External"/><Relationship Id="rId79" Type="http://schemas.openxmlformats.org/officeDocument/2006/relationships/hyperlink" Target="https://education.yandex.ru/" TargetMode="External"/><Relationship Id="rId102" Type="http://schemas.openxmlformats.org/officeDocument/2006/relationships/hyperlink" Target="https://education.yandex.ru/" TargetMode="External"/><Relationship Id="rId123" Type="http://schemas.openxmlformats.org/officeDocument/2006/relationships/hyperlink" Target="https://education.yandex.ru/" TargetMode="External"/><Relationship Id="rId144" Type="http://schemas.openxmlformats.org/officeDocument/2006/relationships/hyperlink" Target="https://uchi.ru/" TargetMode="External"/><Relationship Id="rId90" Type="http://schemas.openxmlformats.org/officeDocument/2006/relationships/hyperlink" Target="https://resh.edu.ru/subject/lesson/4095/main/27272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7E4060-7CE5-453E-9484-48484EA6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5521</Words>
  <Characters>31472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36920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dcterms:created xsi:type="dcterms:W3CDTF">2013-12-23T23:15:00Z</dcterms:created>
  <dcterms:modified xsi:type="dcterms:W3CDTF">2022-06-28T01:08:00Z</dcterms:modified>
  <cp:category/>
</cp:coreProperties>
</file>