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043F2" w14:textId="0B8A4231" w:rsidR="00FE2D6B" w:rsidRDefault="003019D5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0D8CFF" wp14:editId="21574DF7">
            <wp:simplePos x="0" y="0"/>
            <wp:positionH relativeFrom="column">
              <wp:posOffset>0</wp:posOffset>
            </wp:positionH>
            <wp:positionV relativeFrom="paragraph">
              <wp:posOffset>353695</wp:posOffset>
            </wp:positionV>
            <wp:extent cx="6267450" cy="80937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3A4CC6" w14:textId="7BBB9BEB" w:rsidR="00FE2D6B" w:rsidRPr="003019D5" w:rsidRDefault="00276041" w:rsidP="003019D5">
      <w:pPr>
        <w:autoSpaceDE w:val="0"/>
        <w:autoSpaceDN w:val="0"/>
        <w:spacing w:after="0" w:line="230" w:lineRule="auto"/>
        <w:rPr>
          <w:lang w:val="ru-RU"/>
        </w:rPr>
      </w:pPr>
      <w:r w:rsidRPr="003019D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</w:t>
      </w:r>
    </w:p>
    <w:p w14:paraId="36A025AA" w14:textId="77777777" w:rsidR="00FE2D6B" w:rsidRPr="003019D5" w:rsidRDefault="00FE2D6B">
      <w:pPr>
        <w:rPr>
          <w:lang w:val="ru-RU"/>
        </w:rPr>
        <w:sectPr w:rsidR="00FE2D6B" w:rsidRPr="003019D5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38D1CD97" w14:textId="77777777" w:rsidR="00FE2D6B" w:rsidRPr="003019D5" w:rsidRDefault="00FE2D6B">
      <w:pPr>
        <w:autoSpaceDE w:val="0"/>
        <w:autoSpaceDN w:val="0"/>
        <w:spacing w:after="216" w:line="220" w:lineRule="exact"/>
        <w:rPr>
          <w:lang w:val="ru-RU"/>
        </w:rPr>
      </w:pPr>
    </w:p>
    <w:p w14:paraId="63C8E3BC" w14:textId="77777777" w:rsidR="00FE2D6B" w:rsidRDefault="00197B9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2CD580E2" w14:textId="77777777" w:rsidR="00FE2D6B" w:rsidRPr="008F6EF9" w:rsidRDefault="00197B97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8F6EF9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14:paraId="15BE32EC" w14:textId="77777777" w:rsidR="00FE2D6B" w:rsidRPr="008F6EF9" w:rsidRDefault="00197B9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3CB452E3" w14:textId="77777777" w:rsidR="00FE2D6B" w:rsidRPr="008F6EF9" w:rsidRDefault="00197B97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​лом в развитии функциональной грамотности младших школь​ников, особенно таких её компонентов, как языковая, комму​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—длительный процесс, разворачивающийся на протяжении изучения содержания предмета.</w:t>
      </w:r>
    </w:p>
    <w:p w14:paraId="6CDCAF6B" w14:textId="77777777" w:rsidR="00FE2D6B" w:rsidRPr="008F6EF9" w:rsidRDefault="00197B97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​тельности решаются совместно с учебным предметом «Литературное чтение».</w:t>
      </w:r>
    </w:p>
    <w:p w14:paraId="69429DB8" w14:textId="77777777" w:rsidR="00FE2D6B" w:rsidRPr="008F6EF9" w:rsidRDefault="00197B9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​ка», в 1 классе — 165 ч. </w:t>
      </w:r>
    </w:p>
    <w:p w14:paraId="3BA993CE" w14:textId="77777777" w:rsidR="00FE2D6B" w:rsidRPr="008F6EF9" w:rsidRDefault="00197B97">
      <w:pPr>
        <w:autoSpaceDE w:val="0"/>
        <w:autoSpaceDN w:val="0"/>
        <w:spacing w:before="430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73981841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CE76E53" w14:textId="77777777" w:rsidR="00FE2D6B" w:rsidRPr="008F6EF9" w:rsidRDefault="00FE2D6B">
      <w:pPr>
        <w:autoSpaceDE w:val="0"/>
        <w:autoSpaceDN w:val="0"/>
        <w:spacing w:after="90" w:line="220" w:lineRule="exact"/>
        <w:rPr>
          <w:lang w:val="ru-RU"/>
        </w:rPr>
      </w:pPr>
    </w:p>
    <w:p w14:paraId="4580319B" w14:textId="77777777" w:rsidR="00FE2D6B" w:rsidRPr="008F6EF9" w:rsidRDefault="00197B97">
      <w:pPr>
        <w:autoSpaceDE w:val="0"/>
        <w:autoSpaceDN w:val="0"/>
        <w:spacing w:after="0"/>
        <w:ind w:right="144" w:firstLine="18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61FBDDC6" w14:textId="77777777" w:rsidR="00FE2D6B" w:rsidRPr="008F6EF9" w:rsidRDefault="00197B9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1677E64D" w14:textId="77777777" w:rsidR="00FE2D6B" w:rsidRPr="008F6EF9" w:rsidRDefault="00197B97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8F6EF9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8F6EF9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14:paraId="10CAC4A2" w14:textId="77777777" w:rsidR="00FE2D6B" w:rsidRPr="008F6EF9" w:rsidRDefault="00197B97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аудированием, говорением,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14:paraId="4DE63838" w14:textId="77777777" w:rsidR="00FE2D6B" w:rsidRPr="008F6EF9" w:rsidRDefault="00197B9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14078D1F" w14:textId="77777777" w:rsidR="00FE2D6B" w:rsidRPr="008F6EF9" w:rsidRDefault="00197B97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0BD8A66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310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02731E03" w14:textId="77777777" w:rsidR="00FE2D6B" w:rsidRPr="008F6EF9" w:rsidRDefault="00FE2D6B">
      <w:pPr>
        <w:autoSpaceDE w:val="0"/>
        <w:autoSpaceDN w:val="0"/>
        <w:spacing w:after="78" w:line="220" w:lineRule="exact"/>
        <w:rPr>
          <w:lang w:val="ru-RU"/>
        </w:rPr>
      </w:pPr>
    </w:p>
    <w:p w14:paraId="1552F9FD" w14:textId="77777777" w:rsidR="00FE2D6B" w:rsidRPr="008F6EF9" w:rsidRDefault="00197B97">
      <w:pPr>
        <w:autoSpaceDE w:val="0"/>
        <w:autoSpaceDN w:val="0"/>
        <w:spacing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B4D13EC" w14:textId="77777777" w:rsidR="00FE2D6B" w:rsidRPr="008F6EF9" w:rsidRDefault="00197B97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Обучение грамоте</w:t>
      </w:r>
    </w:p>
    <w:p w14:paraId="470207F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Составление небольших рассказов повествовательного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харак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тера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по серии сюжетных картинок, материалам собственных игр, занятий, наблюдений. Понимание текста при его прослушивании и при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самостоя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​тельном чтении вслух.</w:t>
      </w:r>
    </w:p>
    <w:p w14:paraId="33F91611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Слово и предложение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14:paraId="75D05F4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звуков. Сопоставление слов, различающихся одним или несколькими звуками. Звуковой анализ слова, работа со звуко​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слогов в слове. Ударный слог.</w:t>
      </w:r>
    </w:p>
    <w:p w14:paraId="55E4A746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твёр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дости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— мягкости согласных звуков. Функции букв е, ё, ю, я. Мягкий знак как показатель мягкости предшествующего со​ гласного звука в конце слова. Последовательность букв в русском алфавите.</w:t>
      </w:r>
    </w:p>
    <w:p w14:paraId="3FF1F8FA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Чтение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Слоговое чтение (ориентация на букву, обозначающую глас​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звук).  Плавное слоговое чтение и чтение целыми словами со скоростью, соответствующей индивидуальному темпу.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интонациями и паузами в соответствии со знаками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препи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нания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. Осознанное чтение слов,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слова​ми). Орфографическое чтение (проговаривание) как средство самоконтроля при письме под диктовку и при списывании.</w:t>
      </w:r>
    </w:p>
    <w:p w14:paraId="40E972C6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Письмо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пространстве листа в тетради и на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простран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классной доски. Гигиенические требования, которые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необ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ходимо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соблюдать во время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письма.Начертание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письменных прописных и строчных букв.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букв, буквосочетаний, слогов, слов, предложений с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соблюде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гигиенических норм. Письмо разборчивым, аккуратным почерком. Письмо под диктовку слов и предложений,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14:paraId="56E4FB9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правописания и их применение: раздельное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слов; обозначение гласных после шипящих в сочетаниях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пропис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14:paraId="299555CE" w14:textId="77777777" w:rsidR="00FE2D6B" w:rsidRPr="008F6EF9" w:rsidRDefault="00197B9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F0F50"/>
          <w:sz w:val="24"/>
          <w:lang w:val="ru-RU"/>
        </w:rPr>
        <w:t>СИСТЕМАТИЧЕСКИЙ КУРС</w:t>
      </w:r>
    </w:p>
    <w:p w14:paraId="61099A46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650" w:bottom="31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870527C" w14:textId="77777777" w:rsidR="00FE2D6B" w:rsidRPr="008F6EF9" w:rsidRDefault="00FE2D6B">
      <w:pPr>
        <w:autoSpaceDE w:val="0"/>
        <w:autoSpaceDN w:val="0"/>
        <w:spacing w:after="72" w:line="220" w:lineRule="exact"/>
        <w:rPr>
          <w:lang w:val="ru-RU"/>
        </w:rPr>
      </w:pPr>
    </w:p>
    <w:p w14:paraId="18193DD5" w14:textId="77777777" w:rsidR="00FE2D6B" w:rsidRPr="008F6EF9" w:rsidRDefault="00197B97">
      <w:pPr>
        <w:autoSpaceDE w:val="0"/>
        <w:autoSpaceDN w:val="0"/>
        <w:spacing w:after="0" w:line="262" w:lineRule="auto"/>
        <w:ind w:left="180" w:right="2016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общения.  Цели и ситуации общения.</w:t>
      </w:r>
    </w:p>
    <w:p w14:paraId="1B65E59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Звуки речи. Гласные и согласные звуки, их различение. Уда​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рение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слове. Гласные ударные и безударные. Твёрдые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мяг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​кие согласные звуки, их различение. Звонкие и глухие соглас​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14:paraId="2F261AE4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 стол, конь. Небуквенные графические средства: пробел между словами, знак переноса. Русский алфавит: правильное название букв, их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последова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​тельность. Использование алфавита для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упорядочения списка слов.</w:t>
      </w:r>
    </w:p>
    <w:p w14:paraId="63E25D6A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8F6EF9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нике).</w:t>
      </w:r>
    </w:p>
    <w:p w14:paraId="7E269B5F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14:paraId="2A2392FC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Предложение как единица языка (ознакомление). Слово, предложение (наблюдение над сходством и различи​ем). Установление связи слов в предложении при помощи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смыс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ловых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вопросов.</w:t>
      </w:r>
    </w:p>
    <w:p w14:paraId="31CA909C" w14:textId="77777777" w:rsidR="00FE2D6B" w:rsidRPr="008F6EF9" w:rsidRDefault="00197B97">
      <w:pPr>
        <w:autoSpaceDE w:val="0"/>
        <w:autoSpaceDN w:val="0"/>
        <w:spacing w:before="70"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Восстановление деформированных предложений.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Составле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предложений из набора форм слов.</w:t>
      </w:r>
    </w:p>
    <w:p w14:paraId="431A79F4" w14:textId="77777777" w:rsidR="00FE2D6B" w:rsidRPr="008F6EF9" w:rsidRDefault="00197B97">
      <w:pPr>
        <w:autoSpaceDE w:val="0"/>
        <w:autoSpaceDN w:val="0"/>
        <w:spacing w:before="190" w:after="0" w:line="262" w:lineRule="auto"/>
        <w:ind w:left="180" w:right="6048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14:paraId="69C551D7" w14:textId="77777777" w:rsidR="00FE2D6B" w:rsidRPr="008F6EF9" w:rsidRDefault="00197B9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раздельное написание слов в предложении;</w:t>
      </w:r>
    </w:p>
    <w:p w14:paraId="51E19AE4" w14:textId="77777777" w:rsidR="00FE2D6B" w:rsidRPr="008F6EF9" w:rsidRDefault="00197B97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прописная буква в начале предложения и в именах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собствен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 в именах и фамилиях людей, кличках животных;</w:t>
      </w:r>
    </w:p>
    <w:p w14:paraId="57000B59" w14:textId="77777777" w:rsidR="00FE2D6B" w:rsidRPr="008F6EF9" w:rsidRDefault="00197B9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перенос слов (без учёта морфемного членения слова);</w:t>
      </w:r>
    </w:p>
    <w:p w14:paraId="37C02C1A" w14:textId="77777777" w:rsidR="00FE2D6B" w:rsidRPr="008F6EF9" w:rsidRDefault="00197B97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гласные после шипящих в сочетаниях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6268A1F5" w14:textId="77777777" w:rsidR="00FE2D6B" w:rsidRPr="008F6EF9" w:rsidRDefault="00197B9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сочетания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чк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чн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631A1CE7" w14:textId="77777777" w:rsidR="00FE2D6B" w:rsidRPr="008F6EF9" w:rsidRDefault="00197B9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слова с непроверяемыми гласными и согласными (перечень слов в орфографическом словаре учебника);</w:t>
      </w:r>
    </w:p>
    <w:p w14:paraId="7BD3AF25" w14:textId="77777777" w:rsidR="00FE2D6B" w:rsidRPr="008F6EF9" w:rsidRDefault="00197B9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знаки препинания в конце предложения: точка,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вопроситель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и восклицательный знаки. Алгоритм списывания текста.</w:t>
      </w:r>
    </w:p>
    <w:p w14:paraId="02F3077F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щение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. Ситуации устного общения</w:t>
      </w:r>
    </w:p>
    <w:p w14:paraId="407339BA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2" w:right="676" w:bottom="444" w:left="666" w:header="720" w:footer="720" w:gutter="0"/>
          <w:cols w:space="720" w:equalWidth="0">
            <w:col w:w="10558" w:space="0"/>
          </w:cols>
          <w:docGrid w:linePitch="360"/>
        </w:sectPr>
      </w:pPr>
    </w:p>
    <w:p w14:paraId="1F7A5CF5" w14:textId="77777777" w:rsidR="00FE2D6B" w:rsidRPr="008F6EF9" w:rsidRDefault="00FE2D6B">
      <w:pPr>
        <w:autoSpaceDE w:val="0"/>
        <w:autoSpaceDN w:val="0"/>
        <w:spacing w:after="66" w:line="220" w:lineRule="exact"/>
        <w:rPr>
          <w:lang w:val="ru-RU"/>
        </w:rPr>
      </w:pPr>
    </w:p>
    <w:p w14:paraId="344CD8F4" w14:textId="77777777" w:rsidR="00FE2D6B" w:rsidRPr="008F6EF9" w:rsidRDefault="00197B97">
      <w:pPr>
        <w:autoSpaceDE w:val="0"/>
        <w:autoSpaceDN w:val="0"/>
        <w:spacing w:after="0" w:line="271" w:lineRule="auto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(чтение диалогов по ролям, просмотр видеоматериалов, прослушивание аудиозаписи). Нормы речевого этикета в ситуациях учебного и бытового об​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(приветствие, прощание, извинение, благодарность, об​ращение с просьбой).</w:t>
      </w:r>
    </w:p>
    <w:p w14:paraId="032BDA17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86" w:right="1238" w:bottom="1440" w:left="666" w:header="720" w:footer="720" w:gutter="0"/>
          <w:cols w:space="720" w:equalWidth="0">
            <w:col w:w="9996" w:space="0"/>
          </w:cols>
          <w:docGrid w:linePitch="360"/>
        </w:sectPr>
      </w:pPr>
    </w:p>
    <w:p w14:paraId="445A68D7" w14:textId="77777777" w:rsidR="00FE2D6B" w:rsidRPr="008F6EF9" w:rsidRDefault="00FE2D6B">
      <w:pPr>
        <w:autoSpaceDE w:val="0"/>
        <w:autoSpaceDN w:val="0"/>
        <w:spacing w:after="78" w:line="220" w:lineRule="exact"/>
        <w:rPr>
          <w:lang w:val="ru-RU"/>
        </w:rPr>
      </w:pPr>
    </w:p>
    <w:p w14:paraId="5B74DAB2" w14:textId="77777777" w:rsidR="00FE2D6B" w:rsidRPr="008F6EF9" w:rsidRDefault="00197B97">
      <w:pPr>
        <w:autoSpaceDE w:val="0"/>
        <w:autoSpaceDN w:val="0"/>
        <w:spacing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2CF6C04C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13BF117" w14:textId="77777777" w:rsidR="00FE2D6B" w:rsidRPr="00276041" w:rsidRDefault="00197B97">
      <w:pPr>
        <w:autoSpaceDE w:val="0"/>
        <w:autoSpaceDN w:val="0"/>
        <w:spacing w:before="382" w:after="0" w:line="230" w:lineRule="auto"/>
        <w:rPr>
          <w:lang w:val="ru-RU"/>
        </w:rPr>
      </w:pPr>
      <w:r w:rsidRPr="0027604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39CABCA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276041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человеке как члене об​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доброжелатель​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​вой деятельности, интерес к различным профессиям,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6C773334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3F45564" w14:textId="77777777" w:rsidR="00FE2D6B" w:rsidRPr="008F6EF9" w:rsidRDefault="00FE2D6B">
      <w:pPr>
        <w:autoSpaceDE w:val="0"/>
        <w:autoSpaceDN w:val="0"/>
        <w:spacing w:after="78" w:line="220" w:lineRule="exact"/>
        <w:rPr>
          <w:lang w:val="ru-RU"/>
        </w:rPr>
      </w:pPr>
    </w:p>
    <w:p w14:paraId="3F7CAEC7" w14:textId="77777777" w:rsidR="00FE2D6B" w:rsidRPr="008F6EF9" w:rsidRDefault="00197B97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2D49CCC7" w14:textId="77777777" w:rsidR="00FE2D6B" w:rsidRPr="008F6EF9" w:rsidRDefault="00197B97">
      <w:pPr>
        <w:autoSpaceDE w:val="0"/>
        <w:autoSpaceDN w:val="0"/>
        <w:spacing w:before="262"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0341C8E3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0DC450BC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причинно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​следственные связи в ситуациях наблюдения за языковым материалом, делать выводы.</w:t>
      </w:r>
    </w:p>
    <w:p w14:paraId="3F59EC7A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мини-​исследование,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77D1ED4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4B894271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6BC6CDFA" w14:textId="77777777" w:rsidR="00FE2D6B" w:rsidRPr="008F6EF9" w:rsidRDefault="00FE2D6B">
      <w:pPr>
        <w:autoSpaceDE w:val="0"/>
        <w:autoSpaceDN w:val="0"/>
        <w:spacing w:after="66" w:line="220" w:lineRule="exact"/>
        <w:rPr>
          <w:lang w:val="ru-RU"/>
        </w:rPr>
      </w:pPr>
    </w:p>
    <w:p w14:paraId="44D8E35C" w14:textId="77777777" w:rsidR="00FE2D6B" w:rsidRPr="008F6EF9" w:rsidRDefault="00197B97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​скую, звуковую информацию в соответствии с учебной зада​чей;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14:paraId="4F971DDB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мини-​исследования, проектного задания;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736147CD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760C7D3A" w14:textId="77777777" w:rsidR="00FE2D6B" w:rsidRPr="008F6EF9" w:rsidRDefault="00197B97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582D20B7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14:paraId="564CF60E" w14:textId="77777777" w:rsidR="00FE2D6B" w:rsidRPr="008F6EF9" w:rsidRDefault="00197B97">
      <w:pPr>
        <w:autoSpaceDE w:val="0"/>
        <w:autoSpaceDN w:val="0"/>
        <w:spacing w:before="262"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1884E4D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4530CA4C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7BCD95C8" w14:textId="77777777" w:rsidR="00FE2D6B" w:rsidRPr="008F6EF9" w:rsidRDefault="00FE2D6B">
      <w:pPr>
        <w:autoSpaceDE w:val="0"/>
        <w:autoSpaceDN w:val="0"/>
        <w:spacing w:after="78" w:line="220" w:lineRule="exact"/>
        <w:rPr>
          <w:lang w:val="ru-RU"/>
        </w:rPr>
      </w:pPr>
    </w:p>
    <w:p w14:paraId="18F80123" w14:textId="77777777" w:rsidR="00FE2D6B" w:rsidRPr="008F6EF9" w:rsidRDefault="00197B97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7D504958" w14:textId="77777777" w:rsidR="00FE2D6B" w:rsidRPr="008F6EF9" w:rsidRDefault="00197B97">
      <w:pPr>
        <w:autoSpaceDE w:val="0"/>
        <w:autoSpaceDN w:val="0"/>
        <w:spacing w:before="262" w:after="0" w:line="230" w:lineRule="auto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0C1AA690" w14:textId="77777777" w:rsidR="00FE2D6B" w:rsidRPr="008F6EF9" w:rsidRDefault="00197B9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первом классе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слово и предложение; вычленять слова из пред​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ложений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вычленять звуки из слова;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гласные и согласные звуки (в том числе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разли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чать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 согласный звук [й’] и гласный звук [и]);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различать ударные и безударные гласные звуки;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различать согласные звуки: мягкие и твёрдые, звонкие и глухие (вне слова и в слове);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различать понятия «звук» и «буква»;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обозначать на письме мягкость согласных звуков буквами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и буквой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 конце слова;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называть буквы русского алфавита;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вать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знание последовательности букв русского алфавита для упорядочения небольшого списка слов;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аккуратным разборчивым почерком без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искаже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прописные и строчные буквы, соединения букв, слова;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применять изученные правила правописания: раздельное написание слов в предложении; знаки препинания в конце пред​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​гам (простые случаи: слова из слогов типа «согласный + глас​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»); гласные после шипящих в сочетаниях </w:t>
      </w:r>
      <w:proofErr w:type="spellStart"/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(в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положе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нии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ударением), </w:t>
      </w:r>
      <w:proofErr w:type="spellStart"/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F6EF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; непроверяемые гласные и согласные (перечень слов в орфографическом словаре учебника);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25 слов;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понимать прослушанный текст;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тексте слова, значение которых требует 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уточ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​нения;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предложение из набора форм слов;</w:t>
      </w:r>
      <w:r w:rsidRPr="008F6EF9">
        <w:rPr>
          <w:lang w:val="ru-RU"/>
        </w:rPr>
        <w:br/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устно составлять текст из 3—5 предложений по сюжет​</w:t>
      </w:r>
      <w:proofErr w:type="spellStart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картинкам и наблюдениям;</w:t>
      </w:r>
      <w:r w:rsidRPr="008F6EF9">
        <w:rPr>
          <w:lang w:val="ru-RU"/>
        </w:rPr>
        <w:tab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>—    использовать изученные понятия в процессе решения учебных задач.</w:t>
      </w:r>
    </w:p>
    <w:p w14:paraId="7574A3DF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716" w:bottom="1440" w:left="666" w:header="720" w:footer="720" w:gutter="0"/>
          <w:cols w:space="720" w:equalWidth="0">
            <w:col w:w="10518" w:space="0"/>
          </w:cols>
          <w:docGrid w:linePitch="360"/>
        </w:sectPr>
      </w:pPr>
    </w:p>
    <w:p w14:paraId="16BF9FBF" w14:textId="77777777" w:rsidR="00FE2D6B" w:rsidRPr="008F6EF9" w:rsidRDefault="00FE2D6B">
      <w:pPr>
        <w:autoSpaceDE w:val="0"/>
        <w:autoSpaceDN w:val="0"/>
        <w:spacing w:after="64" w:line="220" w:lineRule="exact"/>
        <w:rPr>
          <w:lang w:val="ru-RU"/>
        </w:rPr>
      </w:pPr>
    </w:p>
    <w:p w14:paraId="50600E12" w14:textId="77777777" w:rsidR="008F6EF9" w:rsidRPr="008F6EF9" w:rsidRDefault="008F6EF9" w:rsidP="008F6EF9">
      <w:pPr>
        <w:rPr>
          <w:b/>
          <w:lang w:val="ru-RU"/>
        </w:rPr>
      </w:pPr>
      <w:r w:rsidRPr="008F6EF9">
        <w:rPr>
          <w:b/>
          <w:lang w:val="ru-RU"/>
        </w:rPr>
        <w:t xml:space="preserve">ТЕМАТИЧЕСКОЕ ПЛАНИРОВАНИЕ </w:t>
      </w:r>
    </w:p>
    <w:p w14:paraId="10089E69" w14:textId="77777777" w:rsidR="008F6EF9" w:rsidRPr="008F6EF9" w:rsidRDefault="008F6EF9" w:rsidP="008F6EF9">
      <w:pPr>
        <w:rPr>
          <w:lang w:val="ru-RU"/>
        </w:rPr>
      </w:pPr>
      <w:r w:rsidRPr="008F6EF9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EBF475" wp14:editId="030E187B">
                <wp:extent cx="9817735" cy="8890"/>
                <wp:effectExtent l="0" t="0" r="0" b="0"/>
                <wp:docPr id="144915" name="Group 144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735" cy="8890"/>
                          <a:chOff x="0" y="0"/>
                          <a:chExt cx="9817735" cy="8890"/>
                        </a:xfrm>
                      </wpg:grpSpPr>
                      <wps:wsp>
                        <wps:cNvPr id="182525" name="Shape 182525"/>
                        <wps:cNvSpPr/>
                        <wps:spPr>
                          <a:xfrm>
                            <a:off x="0" y="0"/>
                            <a:ext cx="98177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735" h="9144">
                                <a:moveTo>
                                  <a:pt x="0" y="0"/>
                                </a:moveTo>
                                <a:lnTo>
                                  <a:pt x="9817735" y="0"/>
                                </a:lnTo>
                                <a:lnTo>
                                  <a:pt x="98177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08107" id="Group 144915" o:spid="_x0000_s1026" style="width:773.05pt;height:.7pt;mso-position-horizontal-relative:char;mso-position-vertical-relative:line" coordsize="9817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">
                <v:shape id="Shape 182525" o:spid="_x0000_s1027" style="position:absolute;width:98177;height:91;visibility:visible;mso-wrap-style:square;v-text-anchor:top" coordsize="98177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" path="m,l9817735,r,9144l,9144,,e" fillcolor="black" stroked="f" strokeweight="0">
                  <v:stroke miterlimit="83231f" joinstyle="miter"/>
                  <v:path arrowok="t" textboxrect="0,0,9817735,9144"/>
                </v:shape>
                <w10:anchorlock/>
              </v:group>
            </w:pict>
          </mc:Fallback>
        </mc:AlternateContent>
      </w:r>
    </w:p>
    <w:p w14:paraId="35B1DBC4" w14:textId="77777777" w:rsidR="008F6EF9" w:rsidRPr="008F6EF9" w:rsidRDefault="008F6EF9" w:rsidP="008F6EF9">
      <w:pPr>
        <w:rPr>
          <w:lang w:val="ru-RU"/>
        </w:rPr>
      </w:pPr>
      <w:r w:rsidRPr="008F6EF9">
        <w:rPr>
          <w:b/>
          <w:lang w:val="ru-RU"/>
        </w:rPr>
        <w:t xml:space="preserve"> </w:t>
      </w:r>
    </w:p>
    <w:tbl>
      <w:tblPr>
        <w:tblStyle w:val="TableGrid"/>
        <w:tblW w:w="14841" w:type="dxa"/>
        <w:tblInd w:w="122" w:type="dxa"/>
        <w:tblCellMar>
          <w:top w:w="8" w:type="dxa"/>
          <w:left w:w="7" w:type="dxa"/>
          <w:right w:w="14" w:type="dxa"/>
        </w:tblCellMar>
        <w:tblLook w:val="04A0" w:firstRow="1" w:lastRow="0" w:firstColumn="1" w:lastColumn="0" w:noHBand="0" w:noVBand="1"/>
      </w:tblPr>
      <w:tblGrid>
        <w:gridCol w:w="398"/>
        <w:gridCol w:w="2066"/>
        <w:gridCol w:w="594"/>
        <w:gridCol w:w="812"/>
        <w:gridCol w:w="918"/>
        <w:gridCol w:w="630"/>
        <w:gridCol w:w="2291"/>
        <w:gridCol w:w="1044"/>
        <w:gridCol w:w="6088"/>
      </w:tblGrid>
      <w:tr w:rsidR="008F6EF9" w:rsidRPr="008F6EF9" w14:paraId="0A442A7B" w14:textId="77777777" w:rsidTr="00AA1098">
        <w:trPr>
          <w:trHeight w:val="470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8BB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№ </w:t>
            </w:r>
          </w:p>
          <w:p w14:paraId="185A94C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п/п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950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Наименование разделов </w:t>
            </w:r>
            <w:r w:rsidRPr="008F6EF9">
              <w:rPr>
                <w:b/>
              </w:rPr>
              <w:tab/>
              <w:t xml:space="preserve">и </w:t>
            </w:r>
            <w:r w:rsidRPr="008F6EF9">
              <w:rPr>
                <w:b/>
              </w:rPr>
              <w:tab/>
              <w:t xml:space="preserve">тем программы 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5BC1C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Количество часов </w:t>
            </w:r>
          </w:p>
        </w:tc>
        <w:tc>
          <w:tcPr>
            <w:tcW w:w="11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2563D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39DD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Дата </w:t>
            </w:r>
            <w:proofErr w:type="spellStart"/>
            <w:r w:rsidRPr="008F6EF9">
              <w:rPr>
                <w:b/>
              </w:rPr>
              <w:t>изуче</w:t>
            </w:r>
            <w:proofErr w:type="spellEnd"/>
            <w:r w:rsidRPr="008F6EF9">
              <w:rPr>
                <w:b/>
              </w:rPr>
              <w:t xml:space="preserve"> </w:t>
            </w:r>
            <w:proofErr w:type="spellStart"/>
            <w:r w:rsidRPr="008F6EF9">
              <w:rPr>
                <w:b/>
              </w:rPr>
              <w:t>ния</w:t>
            </w:r>
            <w:proofErr w:type="spellEnd"/>
            <w:r w:rsidRPr="008F6EF9">
              <w:rPr>
                <w:b/>
              </w:rPr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C568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Виды деятельности </w:t>
            </w:r>
          </w:p>
        </w:tc>
        <w:tc>
          <w:tcPr>
            <w:tcW w:w="13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0E6D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Виды, формы контроля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9A5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Электронные </w:t>
            </w:r>
            <w:r w:rsidRPr="008F6EF9">
              <w:rPr>
                <w:b/>
              </w:rPr>
              <w:tab/>
              <w:t xml:space="preserve">(цифровые) </w:t>
            </w:r>
          </w:p>
          <w:p w14:paraId="5EAF686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образовательные ресурсы </w:t>
            </w:r>
          </w:p>
        </w:tc>
      </w:tr>
      <w:tr w:rsidR="008F6EF9" w:rsidRPr="008F6EF9" w14:paraId="3F6A7752" w14:textId="77777777" w:rsidTr="00AA1098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E70F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D47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3317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всего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CAAF3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rPr>
                <w:b/>
              </w:rPr>
              <w:t>контро</w:t>
            </w:r>
            <w:proofErr w:type="spellEnd"/>
            <w:r w:rsidRPr="008F6EF9">
              <w:rPr>
                <w:b/>
              </w:rPr>
              <w:t xml:space="preserve"> </w:t>
            </w:r>
            <w:proofErr w:type="spellStart"/>
            <w:r w:rsidRPr="008F6EF9">
              <w:rPr>
                <w:b/>
              </w:rPr>
              <w:t>льные</w:t>
            </w:r>
            <w:proofErr w:type="spellEnd"/>
            <w:r w:rsidRPr="008F6EF9">
              <w:rPr>
                <w:b/>
              </w:rPr>
              <w:t xml:space="preserve"> работы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6D928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rPr>
                <w:b/>
              </w:rPr>
              <w:t>практич</w:t>
            </w:r>
            <w:proofErr w:type="spellEnd"/>
            <w:r w:rsidRPr="008F6EF9">
              <w:rPr>
                <w:b/>
              </w:rPr>
              <w:t xml:space="preserve"> </w:t>
            </w:r>
            <w:proofErr w:type="spellStart"/>
            <w:r w:rsidRPr="008F6EF9">
              <w:rPr>
                <w:b/>
              </w:rPr>
              <w:t>еские</w:t>
            </w:r>
            <w:proofErr w:type="spellEnd"/>
            <w:r w:rsidRPr="008F6EF9">
              <w:rPr>
                <w:b/>
              </w:rPr>
              <w:t xml:space="preserve">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5CC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6522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B904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A6D94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2F4DA67A" w14:textId="77777777" w:rsidTr="00AA1098">
        <w:trPr>
          <w:trHeight w:val="470"/>
        </w:trPr>
        <w:tc>
          <w:tcPr>
            <w:tcW w:w="5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70533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ОБУЧЕНИЕ ГРАМОТЕ </w:t>
            </w:r>
          </w:p>
        </w:tc>
        <w:tc>
          <w:tcPr>
            <w:tcW w:w="11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36374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F3A33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3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C8671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26D01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40AD9AE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F2A933B" w14:textId="77777777" w:rsidTr="00AA1098">
        <w:trPr>
          <w:trHeight w:val="476"/>
        </w:trPr>
        <w:tc>
          <w:tcPr>
            <w:tcW w:w="5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0F86DF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1. </w:t>
            </w:r>
            <w:r w:rsidRPr="008F6EF9">
              <w:rPr>
                <w:b/>
              </w:rPr>
              <w:t xml:space="preserve">Развитие речи </w:t>
            </w:r>
          </w:p>
        </w:tc>
        <w:tc>
          <w:tcPr>
            <w:tcW w:w="11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A04A5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4FE33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3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CD5E8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AFF97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0252A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B224579" w14:textId="77777777" w:rsidTr="00AA1098">
        <w:trPr>
          <w:trHeight w:val="424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F3D3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C275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Составление небольших рассказов повествовательного характера по серии сюжетных картинок, материалам собственных игр, занятий, наблюдений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35E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ECDD06B" wp14:editId="48C17962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16281</wp:posOffset>
                      </wp:positionV>
                      <wp:extent cx="76200" cy="180340"/>
                      <wp:effectExtent l="0" t="0" r="0" b="0"/>
                      <wp:wrapNone/>
                      <wp:docPr id="142033" name="Group 14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27" name="Shape 182527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DDB462" id="Group 142033" o:spid="_x0000_s1026" style="position:absolute;margin-left:5.35pt;margin-top:1.3pt;width:6pt;height:14.2pt;z-index:-251657216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">
                      <v:shape id="Shape 182527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3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7D8E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A0AC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0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BAE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953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Работа с серией сюжетных картинок, выстроенных в правильной последовательности:  анализ изображённых событий, обсуждение   сюжета, составление устного рассказа с опорой на картинки. Работа с серией сюжетных картинок с нарушенной последовательностью, анализ </w:t>
            </w:r>
          </w:p>
          <w:p w14:paraId="1B6AC8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изображённых  событий, </w:t>
            </w:r>
            <w:r w:rsidRPr="008F6EF9">
              <w:lastRenderedPageBreak/>
              <w:t xml:space="preserve">установление правильной последовательности событий, </w:t>
            </w:r>
          </w:p>
          <w:p w14:paraId="6A90A2C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объяснение </w:t>
            </w:r>
            <w:r w:rsidRPr="008F6EF9">
              <w:tab/>
              <w:t xml:space="preserve"> </w:t>
            </w:r>
            <w:r w:rsidRPr="008F6EF9">
              <w:tab/>
              <w:t xml:space="preserve"> ошибки </w:t>
            </w:r>
          </w:p>
          <w:p w14:paraId="49C1853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художника, внесение изменений </w:t>
            </w:r>
            <w:r w:rsidRPr="008F6EF9">
              <w:tab/>
              <w:t xml:space="preserve">в последовательность картинок, составление устного рассказа по восстановленной серии картинок. Совместная работа по   составлению   небольших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1199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tbl>
            <w:tblPr>
              <w:tblStyle w:val="TableGrid"/>
              <w:tblW w:w="877" w:type="dxa"/>
              <w:tblInd w:w="95" w:type="dxa"/>
              <w:tblCellMar>
                <w:top w:w="2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77"/>
              <w:gridCol w:w="200"/>
            </w:tblGrid>
            <w:tr w:rsidR="008F6EF9" w:rsidRPr="008F6EF9" w14:paraId="6A006607" w14:textId="77777777" w:rsidTr="00AA1098">
              <w:trPr>
                <w:trHeight w:val="334"/>
              </w:trPr>
              <w:tc>
                <w:tcPr>
                  <w:tcW w:w="677" w:type="dxa"/>
                  <w:tcBorders>
                    <w:top w:val="single" w:sz="6" w:space="0" w:color="000000"/>
                    <w:left w:val="single" w:sz="6" w:space="0" w:color="FFF186"/>
                    <w:bottom w:val="dashed" w:sz="11" w:space="0" w:color="FF0000"/>
                    <w:right w:val="single" w:sz="6" w:space="0" w:color="000000"/>
                  </w:tcBorders>
                  <w:shd w:val="clear" w:color="auto" w:fill="F7FCF7"/>
                </w:tcPr>
                <w:p w14:paraId="30DF00E2" w14:textId="77777777" w:rsidR="008F6EF9" w:rsidRPr="008F6EF9" w:rsidRDefault="008F6EF9" w:rsidP="008F6EF9">
                  <w:pPr>
                    <w:spacing w:after="200" w:line="276" w:lineRule="auto"/>
                  </w:pPr>
                  <w:proofErr w:type="spellStart"/>
                  <w:r w:rsidRPr="008F6EF9">
                    <w:t>Устны</w:t>
                  </w:r>
                  <w:proofErr w:type="spellEnd"/>
                </w:p>
              </w:tc>
              <w:tc>
                <w:tcPr>
                  <w:tcW w:w="200" w:type="dxa"/>
                  <w:tcBorders>
                    <w:top w:val="single" w:sz="6" w:space="0" w:color="000000"/>
                    <w:left w:val="single" w:sz="6" w:space="0" w:color="000000"/>
                    <w:bottom w:val="dashed" w:sz="11" w:space="0" w:color="FF0000"/>
                    <w:right w:val="single" w:sz="8" w:space="0" w:color="000000"/>
                  </w:tcBorders>
                  <w:shd w:val="clear" w:color="auto" w:fill="F7FCF7"/>
                </w:tcPr>
                <w:p w14:paraId="7631A7D4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й</w:t>
                  </w:r>
                </w:p>
              </w:tc>
            </w:tr>
            <w:tr w:rsidR="008F6EF9" w:rsidRPr="008F6EF9" w14:paraId="0BBEFB03" w14:textId="77777777" w:rsidTr="00AA1098">
              <w:trPr>
                <w:trHeight w:val="262"/>
              </w:trPr>
              <w:tc>
                <w:tcPr>
                  <w:tcW w:w="677" w:type="dxa"/>
                  <w:tcBorders>
                    <w:top w:val="dashed" w:sz="11" w:space="0" w:color="FF0000"/>
                    <w:left w:val="single" w:sz="6" w:space="0" w:color="FFF186"/>
                    <w:bottom w:val="single" w:sz="6" w:space="0" w:color="000000"/>
                    <w:right w:val="single" w:sz="6" w:space="0" w:color="000000"/>
                  </w:tcBorders>
                  <w:shd w:val="clear" w:color="auto" w:fill="F7FCF7"/>
                </w:tcPr>
                <w:p w14:paraId="2C56F7AE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опрос;</w:t>
                  </w:r>
                </w:p>
              </w:tc>
              <w:tc>
                <w:tcPr>
                  <w:tcW w:w="200" w:type="dxa"/>
                  <w:tcBorders>
                    <w:top w:val="dashed" w:sz="11" w:space="0" w:color="FF0000"/>
                    <w:left w:val="single" w:sz="6" w:space="0" w:color="000000"/>
                    <w:bottom w:val="nil"/>
                    <w:right w:val="single" w:sz="8" w:space="0" w:color="000000"/>
                  </w:tcBorders>
                  <w:shd w:val="clear" w:color="auto" w:fill="F7FCF7"/>
                </w:tcPr>
                <w:p w14:paraId="1F689F96" w14:textId="77777777" w:rsidR="008F6EF9" w:rsidRPr="008F6EF9" w:rsidRDefault="008F6EF9" w:rsidP="008F6EF9">
                  <w:pPr>
                    <w:spacing w:after="200" w:line="276" w:lineRule="auto"/>
                  </w:pPr>
                </w:p>
              </w:tc>
            </w:tr>
          </w:tbl>
          <w:p w14:paraId="38B05A7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A44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3383AB9E" w14:textId="77777777" w:rsidR="008F6EF9" w:rsidRPr="008F6EF9" w:rsidRDefault="00C768CB" w:rsidP="008F6EF9">
            <w:pPr>
              <w:spacing w:after="200" w:line="276" w:lineRule="auto"/>
            </w:pPr>
            <w:hyperlink r:id="rId9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10">
              <w:r w:rsidR="008F6EF9" w:rsidRPr="008F6EF9">
                <w:rPr>
                  <w:rStyle w:val="aff8"/>
                </w:rPr>
                <w:t>-</w:t>
              </w:r>
            </w:hyperlink>
            <w:hyperlink r:id="rId11">
              <w:r w:rsidR="008F6EF9" w:rsidRPr="008F6EF9">
                <w:rPr>
                  <w:rStyle w:val="aff8"/>
                </w:rPr>
                <w:t>2</w:t>
              </w:r>
            </w:hyperlink>
            <w:hyperlink r:id="rId12">
              <w:r w:rsidR="008F6EF9" w:rsidRPr="008F6EF9">
                <w:rPr>
                  <w:rStyle w:val="aff8"/>
                </w:rPr>
                <w:t>-</w:t>
              </w:r>
            </w:hyperlink>
            <w:hyperlink r:id="rId13">
              <w:r w:rsidR="008F6EF9" w:rsidRPr="008F6EF9">
                <w:rPr>
                  <w:rStyle w:val="aff8"/>
                </w:rPr>
                <w:t>2</w:t>
              </w:r>
            </w:hyperlink>
            <w:hyperlink r:id="rId14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15">
              <w:r w:rsidR="008F6EF9" w:rsidRPr="008F6EF9">
                <w:rPr>
                  <w:rStyle w:val="aff8"/>
                </w:rPr>
                <w:t>http://school</w:t>
              </w:r>
            </w:hyperlink>
            <w:hyperlink r:id="rId16">
              <w:r w:rsidR="008F6EF9" w:rsidRPr="008F6EF9">
                <w:rPr>
                  <w:rStyle w:val="aff8"/>
                </w:rPr>
                <w:t>-</w:t>
              </w:r>
            </w:hyperlink>
            <w:hyperlink r:id="rId17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18">
              <w:r w:rsidR="008F6EF9" w:rsidRPr="008F6EF9">
                <w:rPr>
                  <w:rStyle w:val="aff8"/>
                </w:rPr>
                <w:t>/</w:t>
              </w:r>
            </w:hyperlink>
            <w:hyperlink r:id="rId19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20">
              <w:r w:rsidR="008F6EF9" w:rsidRPr="008F6EF9">
                <w:rPr>
                  <w:rStyle w:val="aff8"/>
                </w:rPr>
                <w:t>http://um</w:t>
              </w:r>
            </w:hyperlink>
            <w:hyperlink r:id="rId21">
              <w:r w:rsidR="008F6EF9" w:rsidRPr="008F6EF9">
                <w:rPr>
                  <w:rStyle w:val="aff8"/>
                </w:rPr>
                <w:t>-</w:t>
              </w:r>
            </w:hyperlink>
            <w:hyperlink r:id="rId22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5D5B8C9C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23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24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25">
              <w:r w:rsidR="008F6EF9" w:rsidRPr="008F6EF9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26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27">
              <w:r w:rsidR="008F6EF9" w:rsidRPr="008F6EF9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28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1C2E30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32F6A5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3B2AFD7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29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30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1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3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B49D94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 Сайты детских писателей. </w:t>
            </w:r>
            <w:hyperlink r:id="rId33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3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</w:t>
            </w:r>
            <w:r w:rsidRPr="008F6EF9">
              <w:lastRenderedPageBreak/>
              <w:t xml:space="preserve">Кружковым. </w:t>
            </w:r>
            <w:hyperlink r:id="rId36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37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3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40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4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43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4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</w:tc>
      </w:tr>
    </w:tbl>
    <w:p w14:paraId="4CD01F61" w14:textId="77777777" w:rsidR="008F6EF9" w:rsidRPr="008F6EF9" w:rsidRDefault="008F6EF9" w:rsidP="008F6EF9">
      <w:pPr>
        <w:rPr>
          <w:lang w:val="ru-RU"/>
        </w:rPr>
        <w:sectPr w:rsidR="008F6EF9" w:rsidRPr="008F6EF9">
          <w:headerReference w:type="even" r:id="rId46"/>
          <w:headerReference w:type="default" r:id="rId47"/>
          <w:headerReference w:type="first" r:id="rId48"/>
          <w:pgSz w:w="16838" w:h="11909" w:orient="landscape"/>
          <w:pgMar w:top="750" w:right="702" w:bottom="939" w:left="499" w:header="705" w:footer="720" w:gutter="0"/>
          <w:cols w:space="720"/>
        </w:sectPr>
      </w:pPr>
    </w:p>
    <w:tbl>
      <w:tblPr>
        <w:tblStyle w:val="TableGrid"/>
        <w:tblW w:w="14841" w:type="dxa"/>
        <w:tblInd w:w="122" w:type="dxa"/>
        <w:tblCellMar>
          <w:left w:w="2" w:type="dxa"/>
        </w:tblCellMar>
        <w:tblLook w:val="04A0" w:firstRow="1" w:lastRow="0" w:firstColumn="1" w:lastColumn="0" w:noHBand="0" w:noVBand="1"/>
      </w:tblPr>
      <w:tblGrid>
        <w:gridCol w:w="573"/>
        <w:gridCol w:w="2081"/>
        <w:gridCol w:w="835"/>
        <w:gridCol w:w="730"/>
        <w:gridCol w:w="816"/>
        <w:gridCol w:w="617"/>
        <w:gridCol w:w="2242"/>
        <w:gridCol w:w="77"/>
        <w:gridCol w:w="310"/>
        <w:gridCol w:w="527"/>
        <w:gridCol w:w="174"/>
        <w:gridCol w:w="151"/>
        <w:gridCol w:w="5708"/>
      </w:tblGrid>
      <w:tr w:rsidR="008F6EF9" w:rsidRPr="003019D5" w14:paraId="1F2189A2" w14:textId="77777777" w:rsidTr="00AA1098">
        <w:trPr>
          <w:trHeight w:val="802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09F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BC9E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8DD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78C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66EA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2E7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3B31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рассказов повествовательного характера (например, рассказ о случаях из школьной жизни и </w:t>
            </w:r>
          </w:p>
          <w:p w14:paraId="08998E9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т. д.). </w:t>
            </w:r>
          </w:p>
          <w:p w14:paraId="05FFCA3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Совместная работа по составлению    небольших рассказов </w:t>
            </w:r>
            <w:proofErr w:type="spellStart"/>
            <w:r w:rsidRPr="008F6EF9">
              <w:t>опи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сательного</w:t>
            </w:r>
            <w:proofErr w:type="spellEnd"/>
            <w:r w:rsidRPr="008F6EF9">
              <w:t xml:space="preserve"> характера    (например, описание как результат совместных  наблюдений, описание модели звукового состава слова и </w:t>
            </w:r>
          </w:p>
          <w:p w14:paraId="40FC68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т. д.).Самостоятельная работа: составление     короткого рассказа по опорным </w:t>
            </w:r>
            <w:proofErr w:type="spellStart"/>
            <w:r w:rsidRPr="008F6EF9">
              <w:t>словам.Учебный</w:t>
            </w:r>
            <w:proofErr w:type="spellEnd"/>
            <w:r w:rsidRPr="008F6EF9">
              <w:t xml:space="preserve"> диалог по результатам   совместного составления  рассказов, объяснение </w:t>
            </w:r>
            <w:r w:rsidRPr="008F6EF9">
              <w:lastRenderedPageBreak/>
              <w:t xml:space="preserve">уместности или неуместности </w:t>
            </w:r>
            <w:proofErr w:type="spellStart"/>
            <w:r w:rsidRPr="008F6EF9">
              <w:t>исполь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зования</w:t>
            </w:r>
            <w:proofErr w:type="spellEnd"/>
            <w:r w:rsidRPr="008F6EF9">
              <w:t xml:space="preserve"> тех или иных речевых средств, </w:t>
            </w:r>
          </w:p>
          <w:p w14:paraId="2E2FD78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участие в  диалоге, высказывание и обоснование своей точки </w:t>
            </w:r>
            <w:proofErr w:type="spellStart"/>
            <w:r w:rsidRPr="008F6EF9">
              <w:t>зрения.Слушание</w:t>
            </w:r>
            <w:proofErr w:type="spellEnd"/>
            <w:r w:rsidRPr="008F6EF9">
              <w:t xml:space="preserve"> текста, понимание текста при его прослушивании </w:t>
            </w:r>
          </w:p>
        </w:tc>
        <w:tc>
          <w:tcPr>
            <w:tcW w:w="11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6BD04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21E7C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632F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 Электронные версии журналов. </w:t>
            </w:r>
            <w:hyperlink r:id="rId49">
              <w:r w:rsidRPr="008F6EF9">
                <w:rPr>
                  <w:rStyle w:val="aff8"/>
                  <w:b/>
                </w:rPr>
                <w:t>http://e</w:t>
              </w:r>
            </w:hyperlink>
            <w:hyperlink r:id="rId50">
              <w:r w:rsidRPr="008F6EF9">
                <w:rPr>
                  <w:rStyle w:val="aff8"/>
                  <w:b/>
                </w:rPr>
                <w:t>-</w:t>
              </w:r>
            </w:hyperlink>
            <w:hyperlink r:id="rId51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52">
              <w:r w:rsidRPr="008F6EF9">
                <w:rPr>
                  <w:rStyle w:val="aff8"/>
                  <w:b/>
                </w:rPr>
                <w:t>l</w:t>
              </w:r>
            </w:hyperlink>
            <w:hyperlink r:id="rId5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689EB80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2C06AD2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55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5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172D65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43893EF7" w14:textId="77777777" w:rsidR="008F6EF9" w:rsidRPr="008F6EF9" w:rsidRDefault="00C768CB" w:rsidP="008F6EF9">
            <w:pPr>
              <w:spacing w:after="200" w:line="276" w:lineRule="auto"/>
            </w:pPr>
            <w:hyperlink r:id="rId58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59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0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61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62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6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034174E2" w14:textId="77777777" w:rsidR="008F6EF9" w:rsidRPr="008F6EF9" w:rsidRDefault="00C768CB" w:rsidP="008F6EF9">
            <w:pPr>
              <w:spacing w:after="200" w:line="276" w:lineRule="auto"/>
            </w:pPr>
            <w:hyperlink r:id="rId65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6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7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68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69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0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71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72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7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75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7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7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012DABD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78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79">
              <w:r w:rsidRPr="008F6EF9">
                <w:rPr>
                  <w:rStyle w:val="aff8"/>
                  <w:b/>
                </w:rPr>
                <w:t>-</w:t>
              </w:r>
            </w:hyperlink>
            <w:hyperlink r:id="rId80">
              <w:r w:rsidRPr="008F6EF9">
                <w:rPr>
                  <w:rStyle w:val="aff8"/>
                  <w:b/>
                </w:rPr>
                <w:t>ka</w:t>
              </w:r>
            </w:hyperlink>
            <w:hyperlink r:id="rId81">
              <w:r w:rsidRPr="008F6EF9">
                <w:rPr>
                  <w:rStyle w:val="aff8"/>
                  <w:b/>
                </w:rPr>
                <w:t>/</w:t>
              </w:r>
            </w:hyperlink>
            <w:hyperlink r:id="rId82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3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5026114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5F70B349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«Единое окно доступа к образовательным </w:t>
            </w:r>
            <w:r w:rsidRPr="008F6EF9">
              <w:lastRenderedPageBreak/>
              <w:t xml:space="preserve">ресурсам»- </w:t>
            </w:r>
            <w:hyperlink r:id="rId84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8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19AEBF6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2F5AFA2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86">
              <w:r w:rsidRPr="008F6EF9">
                <w:rPr>
                  <w:rStyle w:val="aff8"/>
                </w:rPr>
                <w:t>-</w:t>
              </w:r>
            </w:hyperlink>
            <w:hyperlink r:id="rId87">
              <w:r w:rsidRPr="008F6EF9">
                <w:rPr>
                  <w:rStyle w:val="aff8"/>
                </w:rPr>
                <w:t xml:space="preserve"> </w:t>
              </w:r>
            </w:hyperlink>
            <w:hyperlink r:id="rId88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89">
              <w:r w:rsidRPr="008F6EF9">
                <w:rPr>
                  <w:rStyle w:val="aff8"/>
                  <w:b/>
                </w:rPr>
                <w:t>-</w:t>
              </w:r>
            </w:hyperlink>
            <w:hyperlink r:id="rId90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9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03CB14B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«Федеральный центр информационных образовательных ресурсов» - </w:t>
            </w:r>
          </w:p>
          <w:p w14:paraId="436A75E1" w14:textId="77777777" w:rsidR="008F6EF9" w:rsidRPr="008F6EF9" w:rsidRDefault="00C768CB" w:rsidP="008F6EF9">
            <w:pPr>
              <w:spacing w:after="200" w:line="276" w:lineRule="auto"/>
            </w:pPr>
            <w:hyperlink r:id="rId92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93">
              <w:r w:rsidR="008F6EF9" w:rsidRPr="008F6EF9">
                <w:rPr>
                  <w:rStyle w:val="aff8"/>
                </w:rPr>
                <w:t>,</w:t>
              </w:r>
            </w:hyperlink>
            <w:hyperlink r:id="rId94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95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9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63922FC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97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98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9000D1E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5203FD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99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10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E12D4E5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101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10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37E4356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103">
              <w:r w:rsidRPr="008F6EF9">
                <w:rPr>
                  <w:rStyle w:val="aff8"/>
                </w:rPr>
                <w:t xml:space="preserve"> </w:t>
              </w:r>
            </w:hyperlink>
            <w:hyperlink r:id="rId104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10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DEA14AF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68283A4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106">
              <w:r w:rsidRPr="008F6EF9">
                <w:rPr>
                  <w:rStyle w:val="aff8"/>
                </w:rPr>
                <w:t xml:space="preserve"> </w:t>
              </w:r>
            </w:hyperlink>
            <w:hyperlink r:id="rId107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108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A50217C" w14:textId="77777777" w:rsidR="008F6EF9" w:rsidRPr="008F6EF9" w:rsidRDefault="008F6EF9" w:rsidP="008F6EF9">
            <w:pPr>
              <w:numPr>
                <w:ilvl w:val="0"/>
                <w:numId w:val="18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109">
              <w:r w:rsidRPr="008F6EF9">
                <w:rPr>
                  <w:rStyle w:val="aff8"/>
                </w:rPr>
                <w:t xml:space="preserve"> </w:t>
              </w:r>
            </w:hyperlink>
            <w:hyperlink r:id="rId110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11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78674C03" w14:textId="77777777" w:rsidTr="00AA1098">
        <w:trPr>
          <w:trHeight w:val="500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9E1C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80FB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415A6D48" wp14:editId="451F4457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-5181</wp:posOffset>
                      </wp:positionV>
                      <wp:extent cx="76200" cy="180340"/>
                      <wp:effectExtent l="0" t="0" r="0" b="0"/>
                      <wp:wrapNone/>
                      <wp:docPr id="148885" name="Group 148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29" name="Shape 182529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9D0A72" id="Group 148885" o:spid="_x0000_s1026" style="position:absolute;margin-left:5.35pt;margin-top:-.4pt;width:6pt;height:14.2pt;z-index:-251656192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">
                      <v:shape id="Shape 182529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3 </w:t>
            </w:r>
          </w:p>
        </w:tc>
        <w:tc>
          <w:tcPr>
            <w:tcW w:w="64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8F0F8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37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7A53B583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A5BCDAF" w14:textId="77777777" w:rsidTr="00AA1098">
        <w:trPr>
          <w:trHeight w:val="466"/>
        </w:trPr>
        <w:tc>
          <w:tcPr>
            <w:tcW w:w="1046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DDBFEC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2. </w:t>
            </w:r>
            <w:r w:rsidRPr="008F6EF9">
              <w:rPr>
                <w:b/>
              </w:rPr>
              <w:t xml:space="preserve">Фонетика </w:t>
            </w:r>
          </w:p>
        </w:tc>
        <w:tc>
          <w:tcPr>
            <w:tcW w:w="437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BCB1E71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9CF851F" w14:textId="77777777" w:rsidTr="00AA1098">
        <w:trPr>
          <w:trHeight w:val="107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E9D7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2.1.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F2B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Звуки речи. </w:t>
            </w:r>
          </w:p>
          <w:p w14:paraId="08975D2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Интонационное выделение звука в слове. Определение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E37E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7E5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7E2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A8CF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C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Игровое упражнение «Скажи так, как я» (отрабатывается </w:t>
            </w:r>
          </w:p>
          <w:p w14:paraId="249A52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умение воспроизводить заданный учителем образец интонационного выделения звука в слове). Игровое </w:t>
            </w:r>
          </w:p>
        </w:tc>
        <w:tc>
          <w:tcPr>
            <w:tcW w:w="11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54B4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FA46D7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207A06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9A08DB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F69959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F80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4A87E7DC" w14:textId="77777777" w:rsidR="008F6EF9" w:rsidRPr="008F6EF9" w:rsidRDefault="00C768CB" w:rsidP="008F6EF9">
            <w:pPr>
              <w:spacing w:after="200" w:line="276" w:lineRule="auto"/>
            </w:pPr>
            <w:hyperlink r:id="rId112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113">
              <w:r w:rsidR="008F6EF9" w:rsidRPr="008F6EF9">
                <w:rPr>
                  <w:rStyle w:val="aff8"/>
                </w:rPr>
                <w:t>-</w:t>
              </w:r>
            </w:hyperlink>
            <w:hyperlink r:id="rId114">
              <w:r w:rsidR="008F6EF9" w:rsidRPr="008F6EF9">
                <w:rPr>
                  <w:rStyle w:val="aff8"/>
                </w:rPr>
                <w:t>2</w:t>
              </w:r>
            </w:hyperlink>
            <w:hyperlink r:id="rId115">
              <w:r w:rsidR="008F6EF9" w:rsidRPr="008F6EF9">
                <w:rPr>
                  <w:rStyle w:val="aff8"/>
                </w:rPr>
                <w:t>-</w:t>
              </w:r>
            </w:hyperlink>
            <w:hyperlink r:id="rId116">
              <w:r w:rsidR="008F6EF9" w:rsidRPr="008F6EF9">
                <w:rPr>
                  <w:rStyle w:val="aff8"/>
                </w:rPr>
                <w:t>2</w:t>
              </w:r>
            </w:hyperlink>
            <w:hyperlink r:id="rId117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118">
              <w:r w:rsidR="008F6EF9" w:rsidRPr="008F6EF9">
                <w:rPr>
                  <w:rStyle w:val="aff8"/>
                </w:rPr>
                <w:t>http://school</w:t>
              </w:r>
            </w:hyperlink>
            <w:hyperlink r:id="rId119">
              <w:r w:rsidR="008F6EF9" w:rsidRPr="008F6EF9">
                <w:rPr>
                  <w:rStyle w:val="aff8"/>
                </w:rPr>
                <w:t>-</w:t>
              </w:r>
            </w:hyperlink>
            <w:hyperlink r:id="rId120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121">
              <w:r w:rsidR="008F6EF9" w:rsidRPr="008F6EF9">
                <w:rPr>
                  <w:rStyle w:val="aff8"/>
                </w:rPr>
                <w:t>/</w:t>
              </w:r>
            </w:hyperlink>
            <w:hyperlink r:id="rId122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123">
              <w:r w:rsidR="008F6EF9" w:rsidRPr="008F6EF9">
                <w:rPr>
                  <w:rStyle w:val="aff8"/>
                </w:rPr>
                <w:t>http://um</w:t>
              </w:r>
            </w:hyperlink>
            <w:hyperlink r:id="rId124">
              <w:r w:rsidR="008F6EF9" w:rsidRPr="008F6EF9">
                <w:rPr>
                  <w:rStyle w:val="aff8"/>
                </w:rPr>
                <w:t>-</w:t>
              </w:r>
            </w:hyperlink>
            <w:hyperlink r:id="rId125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5AD6B44B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126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127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128">
              <w:r w:rsidR="008F6EF9" w:rsidRPr="008F6EF9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129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</w:tc>
      </w:tr>
      <w:tr w:rsidR="008F6EF9" w:rsidRPr="008F6EF9" w14:paraId="7A6E99D3" w14:textId="77777777" w:rsidTr="00AA1098">
        <w:trPr>
          <w:trHeight w:val="2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2FB56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0DC80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7CE34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E611C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015D6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28219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5AAE9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A7E77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  <w:r w:rsidRPr="008F6EF9">
              <w:rPr>
                <w:lang w:val="en-US"/>
              </w:rPr>
              <w:t xml:space="preserve"> </w:t>
            </w:r>
          </w:p>
          <w:p w14:paraId="5D72828E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  <w:r w:rsidRPr="008F6EF9">
              <w:rPr>
                <w:lang w:val="en-US"/>
              </w:rPr>
              <w:t xml:space="preserve"> </w:t>
            </w:r>
          </w:p>
          <w:p w14:paraId="0D076DF0" w14:textId="77777777" w:rsidR="008F6EF9" w:rsidRPr="008F6EF9" w:rsidRDefault="008F6EF9" w:rsidP="008F6EF9">
            <w:pPr>
              <w:spacing w:after="200" w:line="276" w:lineRule="auto"/>
              <w:rPr>
                <w:lang w:val="en-US"/>
              </w:rPr>
            </w:pPr>
            <w:r w:rsidRPr="008F6EF9">
              <w:rPr>
                <w:lang w:val="en-US"/>
              </w:rPr>
              <w:t xml:space="preserve"> </w:t>
            </w:r>
          </w:p>
        </w:tc>
        <w:tc>
          <w:tcPr>
            <w:tcW w:w="1004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7111365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Текущий,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5DF97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78ECF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75DCD2E" w14:textId="77777777" w:rsidTr="00AA109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032F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FABD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0DC0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50BF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9D9A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0A9D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0C8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BE76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5FF8FC5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7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6DF63A1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A20BC4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319B3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5830822" w14:textId="77777777" w:rsidTr="00AA109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53FF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2DF6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1977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1D4FC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B711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D943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AB98D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30C9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04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35D66481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письменн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CDA816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4274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C594030" w14:textId="77777777" w:rsidTr="00AA1098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BF58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8C4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D048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3007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4A34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A56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EF6C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E025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8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27FC997A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209896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18E3692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746C4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0DD203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99580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070078D6" w14:textId="77777777" w:rsidR="008F6EF9" w:rsidRPr="008F6EF9" w:rsidRDefault="008F6EF9" w:rsidP="008F6EF9">
      <w:pPr>
        <w:rPr>
          <w:lang w:val="ru-RU"/>
        </w:rPr>
      </w:pPr>
      <w:r w:rsidRPr="008F6EF9">
        <w:rPr>
          <w:lang w:val="ru-RU"/>
        </w:rPr>
        <w:t xml:space="preserve"> </w:t>
      </w:r>
    </w:p>
    <w:p w14:paraId="382865E9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10" w:type="dxa"/>
          <w:left w:w="7" w:type="dxa"/>
          <w:right w:w="29" w:type="dxa"/>
        </w:tblCellMar>
        <w:tblLook w:val="04A0" w:firstRow="1" w:lastRow="0" w:firstColumn="1" w:lastColumn="0" w:noHBand="0" w:noVBand="1"/>
      </w:tblPr>
      <w:tblGrid>
        <w:gridCol w:w="536"/>
        <w:gridCol w:w="2197"/>
        <w:gridCol w:w="696"/>
        <w:gridCol w:w="588"/>
        <w:gridCol w:w="656"/>
        <w:gridCol w:w="499"/>
        <w:gridCol w:w="2298"/>
        <w:gridCol w:w="1182"/>
        <w:gridCol w:w="6194"/>
      </w:tblGrid>
      <w:tr w:rsidR="008F6EF9" w:rsidRPr="003019D5" w14:paraId="0FB04C25" w14:textId="77777777" w:rsidTr="00AA1098">
        <w:trPr>
          <w:trHeight w:val="267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A70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8112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частотного звука в стихотворении. Называние слов с заданным звуком. Дифференциация близких по акустико- артикуляционным признакам звуков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7253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B93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D7F3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5FDE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A651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упражнение «Есть ли в слове заданный звук?» (ловить мяч нужно только тогда, когда ведущий называет слово с </w:t>
            </w:r>
          </w:p>
          <w:p w14:paraId="7EC57CA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заданным </w:t>
            </w:r>
            <w:r w:rsidRPr="008F6EF9">
              <w:lastRenderedPageBreak/>
              <w:tab/>
              <w:t xml:space="preserve">звуком, </w:t>
            </w:r>
          </w:p>
          <w:p w14:paraId="794BBCD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отрабатывается        умение определять наличие заданного звука  в      слове).     Игра- соревнование «Кто запомнит больше   слов  с  заданным звуком при прослушивании стихотворения». Упражнение: подбор  слов   с  заданным звуком. Работа с моделью: выбрать нужную модель в зависимости       от       места заданного    звука   в    слове (начало,    середина,     конец слова).  Совместная  работа: группировка слов по первому звуку (по последнему звуку), по наличию   близких в акустико-артикуляционном отношении звуков ([н] — [м], [р] — [л], [с] — [ш] и др.). </w:t>
            </w:r>
          </w:p>
          <w:p w14:paraId="6998DB3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Игра   «Живые      звуки»: моделирование    звукового состава  слова  в  игровых ситуациях.       Моделирование звукового  состава  слов  с использованием         фишек разного цвета для фиксации качественных  характеристик звуков.            Совместное выполнение            задания: проанализировать предложенную        модель звукового состава слова и рассказать о ней. Творческое задание:      подбор       слов, соответствующих      заданной модели.   Работа   в    парах: сравнение     двух     моделей звукового                состава (нахождение    сходства    и </w:t>
            </w:r>
            <w:r w:rsidRPr="008F6EF9">
              <w:lastRenderedPageBreak/>
              <w:t xml:space="preserve">различия). </w:t>
            </w:r>
          </w:p>
          <w:p w14:paraId="281F066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Дифференцированное задание: соотнесение слов с соответствующими   им моделями. Комментированное выполнение  задания: группировка звуков по заданному основанию </w:t>
            </w:r>
          </w:p>
          <w:p w14:paraId="494672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(например, твёрдые — мягкие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45E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0506E" w14:textId="77777777" w:rsidR="008F6EF9" w:rsidRPr="008F6EF9" w:rsidRDefault="00C768CB" w:rsidP="008F6EF9">
            <w:pPr>
              <w:spacing w:after="200" w:line="276" w:lineRule="auto"/>
            </w:pPr>
            <w:hyperlink r:id="rId130">
              <w:r w:rsidR="008F6EF9" w:rsidRPr="008F6EF9">
                <w:rPr>
                  <w:rStyle w:val="aff8"/>
                  <w:b/>
                </w:rPr>
                <w:t>http://www.vbg.ru/~kvint/im.htm</w:t>
              </w:r>
            </w:hyperlink>
            <w:hyperlink r:id="rId13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36A78F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16B01A0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7CE3B7D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132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13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34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13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7109483" w14:textId="77777777" w:rsidR="008F6EF9" w:rsidRPr="008F6EF9" w:rsidRDefault="008F6EF9" w:rsidP="008F6EF9">
            <w:pPr>
              <w:numPr>
                <w:ilvl w:val="0"/>
                <w:numId w:val="19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136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13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3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139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140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14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4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143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14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4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146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14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4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621E4486" w14:textId="77777777" w:rsidR="008F6EF9" w:rsidRPr="008F6EF9" w:rsidRDefault="008F6EF9" w:rsidP="008F6EF9">
            <w:pPr>
              <w:numPr>
                <w:ilvl w:val="0"/>
                <w:numId w:val="19"/>
              </w:numPr>
              <w:spacing w:after="200" w:line="276" w:lineRule="auto"/>
            </w:pPr>
            <w:r w:rsidRPr="008F6EF9">
              <w:t xml:space="preserve">Электронные версии журналов. </w:t>
            </w:r>
            <w:hyperlink r:id="rId149">
              <w:r w:rsidRPr="008F6EF9">
                <w:rPr>
                  <w:rStyle w:val="aff8"/>
                  <w:b/>
                </w:rPr>
                <w:t>http://e</w:t>
              </w:r>
            </w:hyperlink>
            <w:hyperlink r:id="rId150">
              <w:r w:rsidRPr="008F6EF9">
                <w:rPr>
                  <w:rStyle w:val="aff8"/>
                  <w:b/>
                </w:rPr>
                <w:t>-</w:t>
              </w:r>
            </w:hyperlink>
            <w:hyperlink r:id="rId151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152">
              <w:r w:rsidRPr="008F6EF9">
                <w:rPr>
                  <w:rStyle w:val="aff8"/>
                  <w:b/>
                </w:rPr>
                <w:t>l</w:t>
              </w:r>
            </w:hyperlink>
            <w:hyperlink r:id="rId15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5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3E37A7D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782EB0C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155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15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5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3241B68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1E048E99" w14:textId="77777777" w:rsidR="008F6EF9" w:rsidRPr="008F6EF9" w:rsidRDefault="00C768CB" w:rsidP="008F6EF9">
            <w:pPr>
              <w:spacing w:after="200" w:line="276" w:lineRule="auto"/>
            </w:pPr>
            <w:hyperlink r:id="rId158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159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60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161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162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16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6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2FDF3B7B" w14:textId="77777777" w:rsidR="008F6EF9" w:rsidRPr="008F6EF9" w:rsidRDefault="00C768CB" w:rsidP="008F6EF9">
            <w:pPr>
              <w:spacing w:after="200" w:line="276" w:lineRule="auto"/>
            </w:pPr>
            <w:hyperlink r:id="rId165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16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67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168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169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70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171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172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17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7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175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17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177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21F9A47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178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179">
              <w:r w:rsidRPr="008F6EF9">
                <w:rPr>
                  <w:rStyle w:val="aff8"/>
                  <w:b/>
                </w:rPr>
                <w:t>-</w:t>
              </w:r>
            </w:hyperlink>
            <w:hyperlink r:id="rId180">
              <w:r w:rsidRPr="008F6EF9">
                <w:rPr>
                  <w:rStyle w:val="aff8"/>
                  <w:b/>
                </w:rPr>
                <w:t>ka</w:t>
              </w:r>
            </w:hyperlink>
            <w:hyperlink r:id="rId181">
              <w:r w:rsidRPr="008F6EF9">
                <w:rPr>
                  <w:rStyle w:val="aff8"/>
                  <w:b/>
                </w:rPr>
                <w:t>/</w:t>
              </w:r>
            </w:hyperlink>
            <w:hyperlink r:id="rId182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183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</w:t>
            </w:r>
            <w:r w:rsidRPr="008F6EF9">
              <w:lastRenderedPageBreak/>
              <w:t xml:space="preserve">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0128423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008082DC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184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18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D28EDB7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063468E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186">
              <w:r w:rsidRPr="008F6EF9">
                <w:rPr>
                  <w:rStyle w:val="aff8"/>
                </w:rPr>
                <w:t>-</w:t>
              </w:r>
            </w:hyperlink>
            <w:hyperlink r:id="rId187">
              <w:r w:rsidRPr="008F6EF9">
                <w:rPr>
                  <w:rStyle w:val="aff8"/>
                </w:rPr>
                <w:t xml:space="preserve"> </w:t>
              </w:r>
            </w:hyperlink>
            <w:hyperlink r:id="rId188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189">
              <w:r w:rsidRPr="008F6EF9">
                <w:rPr>
                  <w:rStyle w:val="aff8"/>
                  <w:b/>
                </w:rPr>
                <w:t>-</w:t>
              </w:r>
            </w:hyperlink>
            <w:hyperlink r:id="rId190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19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3A80702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0021A2F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25755291" w14:textId="77777777" w:rsidR="008F6EF9" w:rsidRPr="008F6EF9" w:rsidRDefault="00C768CB" w:rsidP="008F6EF9">
            <w:pPr>
              <w:spacing w:after="200" w:line="276" w:lineRule="auto"/>
            </w:pPr>
            <w:hyperlink r:id="rId192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193">
              <w:r w:rsidR="008F6EF9" w:rsidRPr="008F6EF9">
                <w:rPr>
                  <w:rStyle w:val="aff8"/>
                </w:rPr>
                <w:t>,</w:t>
              </w:r>
            </w:hyperlink>
            <w:hyperlink r:id="rId194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195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196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0ED5C0C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197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198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CF0F247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528B774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199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20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B6C487E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201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20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425F839" w14:textId="77777777" w:rsidR="008F6EF9" w:rsidRPr="008F6EF9" w:rsidRDefault="008F6EF9" w:rsidP="008F6EF9">
            <w:pPr>
              <w:numPr>
                <w:ilvl w:val="0"/>
                <w:numId w:val="20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203">
              <w:r w:rsidRPr="008F6EF9">
                <w:rPr>
                  <w:rStyle w:val="aff8"/>
                </w:rPr>
                <w:t xml:space="preserve"> </w:t>
              </w:r>
            </w:hyperlink>
            <w:hyperlink r:id="rId204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20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4C390272" w14:textId="77777777" w:rsidTr="00AA1098">
        <w:trPr>
          <w:trHeight w:val="544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5EC1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2.2.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E7D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EA7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9B87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7A6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C5E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EC13E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599F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EB10A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1312" behindDoc="1" locked="0" layoutInCell="1" allowOverlap="0" wp14:anchorId="5B8D87A2" wp14:editId="5F993D5F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-36730</wp:posOffset>
                  </wp:positionV>
                  <wp:extent cx="661416" cy="777240"/>
                  <wp:effectExtent l="0" t="0" r="0" b="0"/>
                  <wp:wrapNone/>
                  <wp:docPr id="178612" name="Picture 178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12" name="Picture 17861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8DC573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AAA6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C9EDC8D" w14:textId="77777777" w:rsidTr="00AA1098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FAA2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2.3.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F72B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Особенность гласных звуков. Особенность согласных звуков. Различение гласных и согласных звуков. Определение места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1649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144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0BC3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0850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D617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039D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5B6D3E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2336" behindDoc="1" locked="0" layoutInCell="1" allowOverlap="0" wp14:anchorId="14D45874" wp14:editId="3152260B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-35206</wp:posOffset>
                  </wp:positionV>
                  <wp:extent cx="661416" cy="777240"/>
                  <wp:effectExtent l="0" t="0" r="0" b="0"/>
                  <wp:wrapNone/>
                  <wp:docPr id="178614" name="Picture 178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14" name="Picture 178614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21EB271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9592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557FF73F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7" w:type="dxa"/>
          <w:left w:w="7" w:type="dxa"/>
          <w:right w:w="14" w:type="dxa"/>
        </w:tblCellMar>
        <w:tblLook w:val="04A0" w:firstRow="1" w:lastRow="0" w:firstColumn="1" w:lastColumn="0" w:noHBand="0" w:noVBand="1"/>
      </w:tblPr>
      <w:tblGrid>
        <w:gridCol w:w="663"/>
        <w:gridCol w:w="2266"/>
        <w:gridCol w:w="1114"/>
        <w:gridCol w:w="1013"/>
        <w:gridCol w:w="1133"/>
        <w:gridCol w:w="855"/>
        <w:gridCol w:w="2314"/>
        <w:gridCol w:w="1311"/>
        <w:gridCol w:w="4177"/>
      </w:tblGrid>
      <w:tr w:rsidR="008F6EF9" w:rsidRPr="003019D5" w14:paraId="1E128905" w14:textId="77777777" w:rsidTr="00AA1098">
        <w:trPr>
          <w:trHeight w:val="15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D068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120D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ударения. </w:t>
            </w:r>
          </w:p>
          <w:p w14:paraId="68C4EA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Различение гласных ударных и безударных. Ударный слог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D1A7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D129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BA2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F91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279D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согласные звуки). Учебный диалог «Чем гласные звуки отличаются по произношению от согласных звуков?»; как результат участия в диалоге: различение   гласных   и согласных   звуков    по отсутствию/наличию преграды.      Игровое упражнение «Назови братца» (парный по  </w:t>
            </w:r>
            <w:r w:rsidRPr="008F6EF9">
              <w:lastRenderedPageBreak/>
              <w:t xml:space="preserve">твёрдости — мягкости  звук). Учебный </w:t>
            </w:r>
          </w:p>
          <w:p w14:paraId="69E82E2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диалог </w:t>
            </w:r>
            <w:r w:rsidRPr="008F6EF9">
              <w:tab/>
              <w:t xml:space="preserve">«Чем  </w:t>
            </w:r>
            <w:r w:rsidRPr="008F6EF9">
              <w:tab/>
              <w:t xml:space="preserve"> твёрдые </w:t>
            </w:r>
          </w:p>
          <w:p w14:paraId="0B4059E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согласные звуки отличаются от мягких согласных звуков?». Совместная       работа: характеристика особенностей гласных, согласных звуков, </w:t>
            </w:r>
          </w:p>
          <w:p w14:paraId="3EC4C4E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обоснование  своей    точки зрения,   выслушивание одноклассников. </w:t>
            </w:r>
          </w:p>
          <w:p w14:paraId="1DC3E78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Контролировать этапы своей работы,   оценивать    процесс и результат выполнения задания. Комментированное выполнение упражнения по определению  количества слогов в слове, приведение доказательства. </w:t>
            </w:r>
            <w:r w:rsidRPr="008F6EF9">
              <w:lastRenderedPageBreak/>
              <w:t xml:space="preserve">Работа в парах: подбор слов с заданным количеством    слогов. Дифференцированное задание: подбор слова с заданным ударным гласным звуком. Работа со </w:t>
            </w:r>
            <w:proofErr w:type="spellStart"/>
            <w:r w:rsidRPr="008F6EF9">
              <w:t>слогоударными</w:t>
            </w:r>
            <w:proofErr w:type="spellEnd"/>
            <w:r w:rsidRPr="008F6EF9">
              <w:t xml:space="preserve"> схемами: подбор слов, </w:t>
            </w:r>
            <w:proofErr w:type="spellStart"/>
            <w:r w:rsidRPr="008F6EF9">
              <w:t>соответству</w:t>
            </w:r>
            <w:proofErr w:type="spellEnd"/>
            <w:r w:rsidRPr="008F6EF9">
              <w:t xml:space="preserve">     </w:t>
            </w:r>
            <w:proofErr w:type="spellStart"/>
            <w:r w:rsidRPr="008F6EF9">
              <w:t>ющих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схеме.Работа</w:t>
            </w:r>
            <w:proofErr w:type="spellEnd"/>
            <w:r w:rsidRPr="008F6EF9">
              <w:t xml:space="preserve"> в группах: объединять слова по количеству слогов в слове и месту </w:t>
            </w:r>
            <w:proofErr w:type="spellStart"/>
            <w:r w:rsidRPr="008F6EF9">
              <w:t>ударения.Работа</w:t>
            </w:r>
            <w:proofErr w:type="spellEnd"/>
            <w:r w:rsidRPr="008F6EF9">
              <w:t xml:space="preserve"> в группах: нахождение и исправление   ошибок, допущенных при делении слов на слоги, в определении </w:t>
            </w:r>
          </w:p>
          <w:p w14:paraId="7F9522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ударного звука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CB17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05CEB" w14:textId="77777777" w:rsidR="008F6EF9" w:rsidRPr="008F6EF9" w:rsidRDefault="008F6EF9" w:rsidP="008F6EF9">
            <w:pPr>
              <w:numPr>
                <w:ilvl w:val="0"/>
                <w:numId w:val="21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6439A2E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208">
              <w:r w:rsidRPr="008F6EF9">
                <w:rPr>
                  <w:rStyle w:val="aff8"/>
                </w:rPr>
                <w:t xml:space="preserve"> </w:t>
              </w:r>
            </w:hyperlink>
            <w:hyperlink r:id="rId209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21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22B3164" w14:textId="77777777" w:rsidR="008F6EF9" w:rsidRPr="008F6EF9" w:rsidRDefault="008F6EF9" w:rsidP="008F6EF9">
            <w:pPr>
              <w:numPr>
                <w:ilvl w:val="0"/>
                <w:numId w:val="21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211">
              <w:r w:rsidRPr="008F6EF9">
                <w:rPr>
                  <w:rStyle w:val="aff8"/>
                </w:rPr>
                <w:t xml:space="preserve"> </w:t>
              </w:r>
            </w:hyperlink>
            <w:hyperlink r:id="rId212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21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5BC456D1" w14:textId="77777777" w:rsidTr="00AA1098">
        <w:trPr>
          <w:trHeight w:val="240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F47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2.4.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40CC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Твёрдость и мягкость согласных звуков как </w:t>
            </w:r>
            <w:proofErr w:type="spellStart"/>
            <w:r w:rsidRPr="008F6EF9">
              <w:t>смыслоразличитель</w:t>
            </w:r>
            <w:proofErr w:type="spellEnd"/>
            <w:r w:rsidRPr="008F6EF9">
              <w:t xml:space="preserve"> ная функция. </w:t>
            </w:r>
          </w:p>
          <w:p w14:paraId="7D6BACA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Различение твёрдых и мягких согласных звуков.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361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441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E3B4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D0D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AA19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6595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29DB0D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3360" behindDoc="1" locked="0" layoutInCell="1" allowOverlap="0" wp14:anchorId="378A4DE9" wp14:editId="4FDBBC49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-34084</wp:posOffset>
                  </wp:positionV>
                  <wp:extent cx="661416" cy="777240"/>
                  <wp:effectExtent l="0" t="0" r="0" b="0"/>
                  <wp:wrapNone/>
                  <wp:docPr id="178619" name="Picture 178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19" name="Picture 178619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469569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05A47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9CCA401" w14:textId="77777777" w:rsidTr="00AA1098">
        <w:trPr>
          <w:trHeight w:val="377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3880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2.5.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6A1A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Дифференциация парных по твёрдости — мягкости согласных звуков. </w:t>
            </w:r>
          </w:p>
          <w:p w14:paraId="5A33679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Дифференциация парных по звонкости — глухости звуков (без введения терминов «звонкость», «глухость»).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FE5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F64C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A65A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AE6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007A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1985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5BED8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4384" behindDoc="1" locked="0" layoutInCell="1" allowOverlap="0" wp14:anchorId="3BD311CA" wp14:editId="2B5E40FC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-34720</wp:posOffset>
                  </wp:positionV>
                  <wp:extent cx="661416" cy="780288"/>
                  <wp:effectExtent l="0" t="0" r="0" b="0"/>
                  <wp:wrapNone/>
                  <wp:docPr id="178621" name="Picture 178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21" name="Picture 17862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257E500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209B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D6379D9" w14:textId="77777777" w:rsidTr="00AA1098">
        <w:trPr>
          <w:trHeight w:val="263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C761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2.6.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AD48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Слог как минимальная произносительная единица. </w:t>
            </w:r>
          </w:p>
          <w:p w14:paraId="698905A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Слогообразующая функция гласных звуков. Определение количества слогов в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CF2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AE6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B2A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2537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ADF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941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95B3B1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5408" behindDoc="1" locked="0" layoutInCell="1" allowOverlap="0" wp14:anchorId="59EFCBC7" wp14:editId="5F696F07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-34593</wp:posOffset>
                  </wp:positionV>
                  <wp:extent cx="661416" cy="780288"/>
                  <wp:effectExtent l="0" t="0" r="0" b="0"/>
                  <wp:wrapNone/>
                  <wp:docPr id="178623" name="Picture 178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23" name="Picture 17862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2BF76F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2076B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1C465BD7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Look w:val="04A0" w:firstRow="1" w:lastRow="0" w:firstColumn="1" w:lastColumn="0" w:noHBand="0" w:noVBand="1"/>
      </w:tblPr>
      <w:tblGrid>
        <w:gridCol w:w="454"/>
        <w:gridCol w:w="2148"/>
        <w:gridCol w:w="621"/>
        <w:gridCol w:w="355"/>
        <w:gridCol w:w="395"/>
        <w:gridCol w:w="302"/>
        <w:gridCol w:w="3186"/>
        <w:gridCol w:w="103"/>
        <w:gridCol w:w="310"/>
        <w:gridCol w:w="525"/>
        <w:gridCol w:w="175"/>
        <w:gridCol w:w="92"/>
        <w:gridCol w:w="6180"/>
      </w:tblGrid>
      <w:tr w:rsidR="008F6EF9" w:rsidRPr="003019D5" w14:paraId="66FFCB39" w14:textId="77777777" w:rsidTr="00AA1098">
        <w:trPr>
          <w:trHeight w:val="95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110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151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слове. Деление слов на слоги (простые однозначные случаи)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D64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485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C380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EC4E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BF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385B9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1D767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73E5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</w:tr>
      <w:tr w:rsidR="008F6EF9" w:rsidRPr="008F6EF9" w14:paraId="753AD980" w14:textId="77777777" w:rsidTr="00AA1098">
        <w:trPr>
          <w:trHeight w:val="500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443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74CB2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7" w:type="dxa"/>
              <w:tblCellMar>
                <w:top w:w="3" w:type="dxa"/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5B75E30C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74863395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27</w:t>
                  </w:r>
                </w:p>
              </w:tc>
            </w:tr>
          </w:tbl>
          <w:p w14:paraId="5494306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64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10DE1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3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2504EE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2A4559B7" w14:textId="77777777" w:rsidTr="00AA1098">
        <w:trPr>
          <w:trHeight w:val="470"/>
        </w:trPr>
        <w:tc>
          <w:tcPr>
            <w:tcW w:w="1046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DB708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3. </w:t>
            </w:r>
            <w:r w:rsidRPr="008F6EF9">
              <w:rPr>
                <w:b/>
              </w:rPr>
              <w:t xml:space="preserve">Письмо. Орфография и пунктуация </w:t>
            </w:r>
          </w:p>
        </w:tc>
        <w:tc>
          <w:tcPr>
            <w:tcW w:w="43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D95958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3A1FD8F" w14:textId="77777777" w:rsidTr="00AA1098">
        <w:trPr>
          <w:trHeight w:val="461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F85A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7AFD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Развитие мелкой моторики пальцев и движения руки. Развитие умения ориентироваться на пространстве листа в тетради и на пространстве классной доски. Усвоение гигиенических требований, которые необходимо соблюдать во время письма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17FD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2C99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CF9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9701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EA65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Совместная работа: анализ поэлементного состава букв. </w:t>
            </w:r>
          </w:p>
          <w:p w14:paraId="7680D6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Игровое упражнение «Конструктор букв», направленное на составление буквы из элементов. Моделирование  (из пластилина, из проволоки) букв.    Игровое    упражнение «Назови букву», направленное на различение букв, имеющих оптическое и кинетическое сходство. Игровое упражнение «Что случилось с буквой»: анализ деформированных букв, определение недостающих элементов. Практическая      работа: контролировать правильность написания буквы, сравнивать свои буквы с предложенным </w:t>
            </w:r>
          </w:p>
          <w:p w14:paraId="47A3D7D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образцом. Упражнение: запись под диктовку   слов и </w:t>
            </w:r>
          </w:p>
          <w:p w14:paraId="739BB50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предложений, состоящих из трёх — пяти слов со звуками в сильной позиции. Работа в парах: соотнесение одних и </w:t>
            </w:r>
          </w:p>
          <w:p w14:paraId="377DE08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тех  же  слов,  написанных печатным и письменным шрифтом. Упражнение: запись </w:t>
            </w:r>
          </w:p>
          <w:p w14:paraId="731AAFF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письменными </w:t>
            </w:r>
            <w:r w:rsidRPr="008F6EF9">
              <w:tab/>
              <w:t xml:space="preserve">    буквами слова/предложения/короткого </w:t>
            </w:r>
          </w:p>
          <w:p w14:paraId="61DDA7A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текста,   написанного печатными     буквами. Моделирование в процессе совместного   обсуждения алгоритма списывания. Практическая  работа: списывание слов/предложений в соответствии с заданным алгоритмом, контролирование этапов   своей </w:t>
            </w:r>
            <w:proofErr w:type="spellStart"/>
            <w:r w:rsidRPr="008F6EF9">
              <w:t>работы.Обсуждение</w:t>
            </w:r>
            <w:proofErr w:type="spellEnd"/>
            <w:r w:rsidRPr="008F6EF9">
              <w:t xml:space="preserve"> проблемной ситуации «Что </w:t>
            </w:r>
          </w:p>
          <w:p w14:paraId="0F7523C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делать, </w:t>
            </w:r>
            <w:r w:rsidRPr="008F6EF9">
              <w:tab/>
              <w:t xml:space="preserve">если </w:t>
            </w:r>
            <w:r w:rsidRPr="008F6EF9">
              <w:tab/>
              <w:t xml:space="preserve">строка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EB7E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346F974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6432" behindDoc="1" locked="0" layoutInCell="1" allowOverlap="0" wp14:anchorId="6AD5424C" wp14:editId="125D46E3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-38457</wp:posOffset>
                  </wp:positionV>
                  <wp:extent cx="646176" cy="780288"/>
                  <wp:effectExtent l="0" t="0" r="0" b="0"/>
                  <wp:wrapNone/>
                  <wp:docPr id="178628" name="Picture 178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28" name="Picture 17862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380AEC8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202B2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F752DE3" wp14:editId="6D6E1283">
                      <wp:extent cx="18288" cy="204470"/>
                      <wp:effectExtent l="0" t="0" r="0" b="0"/>
                      <wp:docPr id="158335" name="Group 158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04470"/>
                                <a:chOff x="0" y="0"/>
                                <a:chExt cx="18288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75" name="Picture 967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77" name="Picture 9677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7" name="Picture 9697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9" name="Picture 9699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01" name="Picture 970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533"/>
                                  <a:ext cx="9144" cy="4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03" name="Picture 9703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558"/>
                                  <a:ext cx="9144" cy="39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40" name="Picture 9740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6182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96DD1" id="Group 158335" o:spid="_x0000_s1026" style="width:1.45pt;height:16.1pt;mso-position-horizontal-relative:char;mso-position-vertical-relative:line" coordsize="18288,2044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675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">
                        <v:imagedata r:id="rId222" o:title=""/>
                      </v:shape>
                      <v:shape id="Picture 9677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">
                        <v:imagedata r:id="rId222" o:title=""/>
                      </v:shape>
                      <v:shape id="Picture 9697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">
                        <v:imagedata r:id="rId223" o:title=""/>
                      </v:shape>
                      <v:shape id="Picture 9699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">
                        <v:imagedata r:id="rId223" o:title=""/>
                      </v:shape>
                      <v:shape id="Picture 9701" o:spid="_x0000_s1031" type="#_x0000_t75" style="position:absolute;top:100533;width:9144;height:4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">
                        <v:imagedata r:id="rId223" o:title=""/>
                      </v:shape>
                      <v:shape id="Picture 9703" o:spid="_x0000_s1032" type="#_x0000_t75" style="position:absolute;top:146558;width:9144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">
                        <v:imagedata r:id="rId224" o:title=""/>
                      </v:shape>
                      <v:shape id="Picture 9740" o:spid="_x0000_s1033" type="#_x0000_t75" style="position:absolute;top:186182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6B23DDD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A02722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32C91C82" wp14:editId="685776E0">
                      <wp:extent cx="9144" cy="155448"/>
                      <wp:effectExtent l="0" t="0" r="0" b="0"/>
                      <wp:docPr id="158348" name="Group 158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5448"/>
                                <a:chOff x="0" y="0"/>
                                <a:chExt cx="9144" cy="155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8" name="Picture 9808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10" name="Picture 9810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0" name="Picture 9830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2" name="Picture 9832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4" name="Picture 9834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1FEF7" id="Group 158348" o:spid="_x0000_s1026" style="width:.7pt;height:12.25pt;mso-position-horizontal-relative:char;mso-position-vertical-relative:line" coordsize="9144,1554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">
                      <v:shape id="Picture 9808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">
                        <v:imagedata r:id="rId228" o:title=""/>
                      </v:shape>
                      <v:shape id="Picture 9810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">
                        <v:imagedata r:id="rId222" o:title=""/>
                      </v:shape>
                      <v:shape id="Picture 9830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">
                        <v:imagedata r:id="rId229" o:title=""/>
                      </v:shape>
                      <v:shape id="Picture 9832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">
                        <v:imagedata r:id="rId229" o:title=""/>
                      </v:shape>
                      <v:shape id="Picture 9834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2AE2DF9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7E784C6F" wp14:editId="68192F17">
                      <wp:extent cx="9144" cy="42672"/>
                      <wp:effectExtent l="0" t="0" r="0" b="0"/>
                      <wp:docPr id="158354" name="Group 158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42672"/>
                                <a:chOff x="0" y="0"/>
                                <a:chExt cx="9144" cy="42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6" name="Picture 9836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5" name="Picture 9875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52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7" name="Picture 9877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52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1CFB1" id="Group 158354" o:spid="_x0000_s1026" style="width:.7pt;height:3.35pt;mso-position-horizontal-relative:char;mso-position-vertical-relative:line" coordsize="9144,4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">
                      <v:shape id="Picture 9836" o:spid="_x0000_s1027" type="#_x0000_t75" style="position:absolute;width:914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">
                        <v:imagedata r:id="rId232" o:title=""/>
                      </v:shape>
                      <v:shape id="Picture 9875" o:spid="_x0000_s1028" type="#_x0000_t75" style="position:absolute;top:3352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">
                        <v:imagedata r:id="rId233" o:title=""/>
                      </v:shape>
                      <v:shape id="Picture 9877" o:spid="_x0000_s1029" type="#_x0000_t75" style="position:absolute;top:3352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A7B8D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B9B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202908DD" w14:textId="77777777" w:rsidR="008F6EF9" w:rsidRPr="008F6EF9" w:rsidRDefault="00C768CB" w:rsidP="008F6EF9">
            <w:pPr>
              <w:spacing w:after="200" w:line="276" w:lineRule="auto"/>
            </w:pPr>
            <w:hyperlink r:id="rId234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235">
              <w:r w:rsidR="008F6EF9" w:rsidRPr="008F6EF9">
                <w:rPr>
                  <w:rStyle w:val="aff8"/>
                </w:rPr>
                <w:t>-</w:t>
              </w:r>
            </w:hyperlink>
            <w:hyperlink r:id="rId236">
              <w:r w:rsidR="008F6EF9" w:rsidRPr="008F6EF9">
                <w:rPr>
                  <w:rStyle w:val="aff8"/>
                </w:rPr>
                <w:t>2</w:t>
              </w:r>
            </w:hyperlink>
            <w:hyperlink r:id="rId237">
              <w:r w:rsidR="008F6EF9" w:rsidRPr="008F6EF9">
                <w:rPr>
                  <w:rStyle w:val="aff8"/>
                </w:rPr>
                <w:t>-</w:t>
              </w:r>
            </w:hyperlink>
            <w:hyperlink r:id="rId238">
              <w:r w:rsidR="008F6EF9" w:rsidRPr="008F6EF9">
                <w:rPr>
                  <w:rStyle w:val="aff8"/>
                </w:rPr>
                <w:t>2</w:t>
              </w:r>
            </w:hyperlink>
            <w:hyperlink r:id="rId239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240">
              <w:r w:rsidR="008F6EF9" w:rsidRPr="008F6EF9">
                <w:rPr>
                  <w:rStyle w:val="aff8"/>
                </w:rPr>
                <w:t>http://school</w:t>
              </w:r>
            </w:hyperlink>
            <w:hyperlink r:id="rId241">
              <w:r w:rsidR="008F6EF9" w:rsidRPr="008F6EF9">
                <w:rPr>
                  <w:rStyle w:val="aff8"/>
                </w:rPr>
                <w:t>-</w:t>
              </w:r>
            </w:hyperlink>
            <w:hyperlink r:id="rId242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243">
              <w:r w:rsidR="008F6EF9" w:rsidRPr="008F6EF9">
                <w:rPr>
                  <w:rStyle w:val="aff8"/>
                </w:rPr>
                <w:t>/</w:t>
              </w:r>
            </w:hyperlink>
            <w:hyperlink r:id="rId244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245">
              <w:r w:rsidR="008F6EF9" w:rsidRPr="008F6EF9">
                <w:rPr>
                  <w:rStyle w:val="aff8"/>
                </w:rPr>
                <w:t>http://um</w:t>
              </w:r>
            </w:hyperlink>
            <w:hyperlink r:id="rId246">
              <w:r w:rsidR="008F6EF9" w:rsidRPr="008F6EF9">
                <w:rPr>
                  <w:rStyle w:val="aff8"/>
                </w:rPr>
                <w:t>-</w:t>
              </w:r>
            </w:hyperlink>
            <w:hyperlink r:id="rId247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6145BB68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248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249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250">
              <w:r w:rsidR="008F6EF9" w:rsidRPr="008F6EF9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251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252">
              <w:r w:rsidR="008F6EF9" w:rsidRPr="008F6EF9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253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4B337CA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1142779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3DF218D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254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25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56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257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BB0EE05" w14:textId="77777777" w:rsidR="008F6EF9" w:rsidRPr="008F6EF9" w:rsidRDefault="008F6EF9" w:rsidP="008F6EF9">
            <w:pPr>
              <w:numPr>
                <w:ilvl w:val="0"/>
                <w:numId w:val="22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258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259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60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261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262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26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6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265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26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6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268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269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70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1DA7E27A" w14:textId="77777777" w:rsidR="008F6EF9" w:rsidRPr="008F6EF9" w:rsidRDefault="008F6EF9" w:rsidP="008F6EF9">
            <w:pPr>
              <w:numPr>
                <w:ilvl w:val="0"/>
                <w:numId w:val="22"/>
              </w:numPr>
              <w:spacing w:after="200" w:line="276" w:lineRule="auto"/>
            </w:pPr>
            <w:r w:rsidRPr="008F6EF9">
              <w:t xml:space="preserve">Электронные версии журналов. </w:t>
            </w:r>
            <w:hyperlink r:id="rId271">
              <w:r w:rsidRPr="008F6EF9">
                <w:rPr>
                  <w:rStyle w:val="aff8"/>
                  <w:b/>
                </w:rPr>
                <w:t>http://e</w:t>
              </w:r>
            </w:hyperlink>
            <w:hyperlink r:id="rId272">
              <w:r w:rsidRPr="008F6EF9">
                <w:rPr>
                  <w:rStyle w:val="aff8"/>
                  <w:b/>
                </w:rPr>
                <w:t>-</w:t>
              </w:r>
            </w:hyperlink>
            <w:hyperlink r:id="rId273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274">
              <w:r w:rsidRPr="008F6EF9">
                <w:rPr>
                  <w:rStyle w:val="aff8"/>
                  <w:b/>
                </w:rPr>
                <w:t>l</w:t>
              </w:r>
            </w:hyperlink>
            <w:hyperlink r:id="rId27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7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4CA81FB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- народные и авторские сказки </w:t>
            </w:r>
          </w:p>
          <w:p w14:paraId="68D473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277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27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27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3967DF9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60FA6359" w14:textId="77777777" w:rsidR="008F6EF9" w:rsidRPr="008F6EF9" w:rsidRDefault="00C768CB" w:rsidP="008F6EF9">
            <w:pPr>
              <w:spacing w:after="200" w:line="276" w:lineRule="auto"/>
            </w:pPr>
            <w:hyperlink r:id="rId280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28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282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283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284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285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286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00C23AF5" w14:textId="77777777" w:rsidR="008F6EF9" w:rsidRPr="008F6EF9" w:rsidRDefault="00C768CB" w:rsidP="008F6EF9">
            <w:pPr>
              <w:spacing w:after="200" w:line="276" w:lineRule="auto"/>
            </w:pPr>
            <w:hyperlink r:id="rId287">
              <w:r w:rsidR="008F6EF9" w:rsidRPr="008F6EF9">
                <w:rPr>
                  <w:rStyle w:val="aff8"/>
                  <w:b/>
                </w:rPr>
                <w:t>http://www.kostyor.ru/archives.htm</w:t>
              </w:r>
            </w:hyperlink>
            <w:hyperlink r:id="rId288">
              <w:r w:rsidR="008F6EF9" w:rsidRPr="008F6EF9">
                <w:rPr>
                  <w:rStyle w:val="aff8"/>
                  <w:b/>
                </w:rPr>
                <w:t xml:space="preserve">l </w:t>
              </w:r>
            </w:hyperlink>
            <w:hyperlink r:id="rId28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290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29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292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293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294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295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296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297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29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29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365C728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300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301">
              <w:r w:rsidRPr="008F6EF9">
                <w:rPr>
                  <w:rStyle w:val="aff8"/>
                  <w:b/>
                </w:rPr>
                <w:t>-</w:t>
              </w:r>
            </w:hyperlink>
            <w:hyperlink r:id="rId302">
              <w:r w:rsidRPr="008F6EF9">
                <w:rPr>
                  <w:rStyle w:val="aff8"/>
                  <w:b/>
                </w:rPr>
                <w:t>ka</w:t>
              </w:r>
            </w:hyperlink>
            <w:hyperlink r:id="rId303">
              <w:r w:rsidRPr="008F6EF9">
                <w:rPr>
                  <w:rStyle w:val="aff8"/>
                  <w:b/>
                </w:rPr>
                <w:t>/</w:t>
              </w:r>
            </w:hyperlink>
            <w:hyperlink r:id="rId30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0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</w:tc>
      </w:tr>
      <w:tr w:rsidR="008F6EF9" w:rsidRPr="008F6EF9" w14:paraId="4FB1E2DF" w14:textId="77777777" w:rsidTr="00AA1098">
        <w:trPr>
          <w:trHeight w:val="18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207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EE3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Письмо под диктовку слов и предложений, написание которых </w:t>
            </w:r>
          </w:p>
          <w:p w14:paraId="0350D1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не расходится с их произношением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AB35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F032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995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5C29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573F2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1F61C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1F73DF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7456" behindDoc="1" locked="0" layoutInCell="1" allowOverlap="0" wp14:anchorId="29306D6F" wp14:editId="41E2FA44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-35409</wp:posOffset>
                  </wp:positionV>
                  <wp:extent cx="646176" cy="780288"/>
                  <wp:effectExtent l="0" t="0" r="0" b="0"/>
                  <wp:wrapNone/>
                  <wp:docPr id="178630" name="Picture 178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0" name="Picture 178630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25107CB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48CCEA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3BA7CC5C" wp14:editId="2F57AE1B">
                      <wp:extent cx="9144" cy="100584"/>
                      <wp:effectExtent l="0" t="0" r="0" b="0"/>
                      <wp:docPr id="161956" name="Group 161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00584"/>
                                <a:chOff x="0" y="0"/>
                                <a:chExt cx="9144" cy="100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34" name="Picture 10034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36" name="Picture 10036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4" name="Picture 10054"/>
                                <pic:cNvPicPr/>
                              </pic:nvPicPr>
                              <pic:blipFill>
                                <a:blip r:embed="rId3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6" name="Picture 10056"/>
                                <pic:cNvPicPr/>
                              </pic:nvPicPr>
                              <pic:blipFill>
                                <a:blip r:embed="rId3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290F2" id="Group 161956" o:spid="_x0000_s1026" style="width:.7pt;height:7.9pt;mso-position-horizontal-relative:char;mso-position-vertical-relative:line" coordsize="914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">
                      <v:shape id="Picture 10034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">
                        <v:imagedata r:id="rId222" o:title=""/>
                      </v:shape>
                      <v:shape id="Picture 10036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">
                        <v:imagedata r:id="rId222" o:title=""/>
                      </v:shape>
                      <v:shape id="Picture 10054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">
                        <v:imagedata r:id="rId308" o:title=""/>
                      </v:shape>
                      <v:shape id="Picture 10056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">
                        <v:imagedata r:id="rId308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51BEFCA0" wp14:editId="26EE7685">
                      <wp:extent cx="18288" cy="100584"/>
                      <wp:effectExtent l="0" t="0" r="0" b="0"/>
                      <wp:docPr id="161959" name="Group 161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00584"/>
                                <a:chOff x="0" y="0"/>
                                <a:chExt cx="18288" cy="100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58" name="Picture 10058"/>
                                <pic:cNvPicPr/>
                              </pic:nvPicPr>
                              <pic:blipFill>
                                <a:blip r:embed="rId3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0" name="Picture 10060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"/>
                                  <a:ext cx="9144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97" name="Picture 1009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296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38FEC" id="Group 161959" o:spid="_x0000_s1026" style="width:1.45pt;height:7.9pt;mso-position-horizontal-relative:char;mso-position-vertical-relative:line" coordsize="18288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">
                      <v:shape id="Picture 10058" o:spid="_x0000_s1027" type="#_x0000_t75" style="position:absolute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">
                        <v:imagedata r:id="rId308" o:title=""/>
                      </v:shape>
                      <v:shape id="Picture 10060" o:spid="_x0000_s1028" type="#_x0000_t75" style="position:absolute;top:45720;width:91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">
                        <v:imagedata r:id="rId224" o:title=""/>
                      </v:shape>
                      <v:shape id="Picture 10097" o:spid="_x0000_s1029" type="#_x0000_t75" style="position:absolute;top:82296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28E168B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A79F75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2545917A" wp14:editId="78EAC1E5">
                      <wp:extent cx="9144" cy="155448"/>
                      <wp:effectExtent l="0" t="0" r="0" b="0"/>
                      <wp:docPr id="161962" name="Group 161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5448"/>
                                <a:chOff x="0" y="0"/>
                                <a:chExt cx="9144" cy="155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63" name="Picture 10163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5" name="Picture 1016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3" name="Picture 10183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5" name="Picture 10185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7" name="Picture 10187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E8F0A" id="Group 161962" o:spid="_x0000_s1026" style="width:.7pt;height:12.25pt;mso-position-horizontal-relative:char;mso-position-vertical-relative:line" coordsize="9144,1554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">
                      <v:shape id="Picture 10163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">
                        <v:imagedata r:id="rId228" o:title=""/>
                      </v:shape>
                      <v:shape id="Picture 10165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">
                        <v:imagedata r:id="rId222" o:title=""/>
                      </v:shape>
                      <v:shape id="Picture 10183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">
                        <v:imagedata r:id="rId229" o:title=""/>
                      </v:shape>
                      <v:shape id="Picture 10185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">
                        <v:imagedata r:id="rId229" o:title=""/>
                      </v:shape>
                      <v:shape id="Picture 10187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641372F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11D6075" wp14:editId="3F0A427E">
                      <wp:extent cx="9144" cy="9144"/>
                      <wp:effectExtent l="0" t="0" r="0" b="0"/>
                      <wp:docPr id="161967" name="Group 161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9144"/>
                                <a:chOff x="0" y="0"/>
                                <a:chExt cx="9144" cy="9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28" name="Picture 10228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0" name="Picture 10230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83495" id="Group 161967" o:spid="_x0000_s1026" style="width:.7pt;height:.7pt;mso-position-horizontal-relative:char;mso-position-vertical-relative:line" coordsize="914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">
                      <v:shape id="Picture 10228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">
                        <v:imagedata r:id="rId233" o:title=""/>
                      </v:shape>
                      <v:shape id="Picture 10230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92D5E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8304E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9591A80" w14:textId="77777777" w:rsidTr="00AA1098">
        <w:trPr>
          <w:trHeight w:val="107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96A3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3.3.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D8F3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Усвоение приёмов </w:t>
            </w:r>
            <w:r w:rsidRPr="008F6EF9">
              <w:lastRenderedPageBreak/>
              <w:t xml:space="preserve">последовательности правильного списывания текста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BD79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7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C46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1288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D370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431B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A56D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1634D4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99796F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3787989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7F4987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8EF8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79A11D1" w14:textId="77777777" w:rsidTr="00AA109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A9D4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4FB11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9771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AFFA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F8AE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FBD7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4755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3C769A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42CB84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2A5833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42A864A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Текущий,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12AE61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9BE65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A7C63F2" w14:textId="77777777" w:rsidTr="00AA109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A52C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6333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7DB8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D073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A553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329F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CE70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667E7A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5B2E27D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4BC265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117EEB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E8A4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975611E" w14:textId="77777777" w:rsidTr="00AA109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308B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136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8BD0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7FAB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A74E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4B39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B701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BD8FFD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0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4EDB12B9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письменн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56A31B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28357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5C3AB87" w14:textId="77777777" w:rsidTr="00AA1098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BA4C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E0B5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CB4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4C90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1B2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CE9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AA16B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5378E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5F669577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7D80E92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557E08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F27C67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3F52FC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5A9E6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FB9CC78" w14:textId="77777777" w:rsidTr="00AA1098">
        <w:trPr>
          <w:trHeight w:val="73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8451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3.4.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0590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Понимание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4462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DDA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8173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FD17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309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1D29A9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995" w:type="dxa"/>
              <w:tblInd w:w="107" w:type="dxa"/>
              <w:tblCellMar>
                <w:top w:w="46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95"/>
            </w:tblGrid>
            <w:tr w:rsidR="008F6EF9" w:rsidRPr="008F6EF9" w14:paraId="3BBA1543" w14:textId="77777777" w:rsidTr="00AA1098">
              <w:trPr>
                <w:trHeight w:val="284"/>
              </w:trPr>
              <w:tc>
                <w:tcPr>
                  <w:tcW w:w="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6FD439CB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Текущий,</w:t>
                  </w:r>
                </w:p>
              </w:tc>
            </w:tr>
          </w:tbl>
          <w:p w14:paraId="6CCE703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6B32B9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C42C1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35E5CFB7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7" w:type="dxa"/>
          <w:left w:w="7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2210"/>
        <w:gridCol w:w="1047"/>
        <w:gridCol w:w="945"/>
        <w:gridCol w:w="1056"/>
        <w:gridCol w:w="798"/>
        <w:gridCol w:w="2312"/>
        <w:gridCol w:w="1294"/>
        <w:gridCol w:w="4543"/>
      </w:tblGrid>
      <w:tr w:rsidR="008F6EF9" w:rsidRPr="003019D5" w14:paraId="078A4724" w14:textId="77777777" w:rsidTr="00AA1098">
        <w:trPr>
          <w:trHeight w:val="203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E7B3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ED3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функции небуквенных графических средств: пробела между словами, знака переноса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1AF8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7F4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A60F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5E6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6AF0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заканчивается, а слово не входит?», введение знака переноса, сообщение правила переноса слов (первичное знакомство).Учебный диалог «Почему слова пишутся отдельно друг от друга? </w:t>
            </w:r>
          </w:p>
          <w:p w14:paraId="67F4A26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Удобно ли читать предложение, записанное без пробелов между словами?» 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789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F2B7C8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8480" behindDoc="1" locked="0" layoutInCell="1" allowOverlap="0" wp14:anchorId="07A5BB63" wp14:editId="7C126FBF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-39374</wp:posOffset>
                  </wp:positionV>
                  <wp:extent cx="649224" cy="585216"/>
                  <wp:effectExtent l="0" t="0" r="0" b="0"/>
                  <wp:wrapNone/>
                  <wp:docPr id="178635" name="Picture 178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5" name="Picture 178635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устный,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525454C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53010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310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31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1517A27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0DC807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312">
              <w:r w:rsidRPr="008F6EF9">
                <w:rPr>
                  <w:rStyle w:val="aff8"/>
                </w:rPr>
                <w:t>-</w:t>
              </w:r>
            </w:hyperlink>
            <w:hyperlink r:id="rId313">
              <w:r w:rsidRPr="008F6EF9">
                <w:rPr>
                  <w:rStyle w:val="aff8"/>
                </w:rPr>
                <w:t xml:space="preserve"> </w:t>
              </w:r>
            </w:hyperlink>
            <w:hyperlink r:id="rId314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315">
              <w:r w:rsidRPr="008F6EF9">
                <w:rPr>
                  <w:rStyle w:val="aff8"/>
                  <w:b/>
                </w:rPr>
                <w:t>-</w:t>
              </w:r>
            </w:hyperlink>
            <w:hyperlink r:id="rId316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317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DDB6C10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75CD711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65783993" w14:textId="77777777" w:rsidR="008F6EF9" w:rsidRPr="008F6EF9" w:rsidRDefault="00C768CB" w:rsidP="008F6EF9">
            <w:pPr>
              <w:spacing w:after="200" w:line="276" w:lineRule="auto"/>
            </w:pPr>
            <w:hyperlink r:id="rId318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319">
              <w:r w:rsidR="008F6EF9" w:rsidRPr="008F6EF9">
                <w:rPr>
                  <w:rStyle w:val="aff8"/>
                </w:rPr>
                <w:t>,</w:t>
              </w:r>
            </w:hyperlink>
            <w:hyperlink r:id="rId320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321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322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0459B7C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323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324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96AD125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31E63DE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325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32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8E18901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 xml:space="preserve">информационно-методический </w:t>
            </w:r>
            <w:r w:rsidRPr="008F6EF9">
              <w:lastRenderedPageBreak/>
              <w:t>кабинет</w:t>
            </w:r>
            <w:hyperlink r:id="rId327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328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F51CD25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329">
              <w:r w:rsidRPr="008F6EF9">
                <w:rPr>
                  <w:rStyle w:val="aff8"/>
                </w:rPr>
                <w:t xml:space="preserve"> </w:t>
              </w:r>
            </w:hyperlink>
            <w:hyperlink r:id="rId330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33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037DFDA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2A939F1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портал </w:t>
            </w:r>
            <w:hyperlink r:id="rId332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333">
              <w:r w:rsidRPr="008F6EF9">
                <w:rPr>
                  <w:rStyle w:val="aff8"/>
                  <w:b/>
                </w:rPr>
                <w:t xml:space="preserve">  </w:t>
              </w:r>
            </w:hyperlink>
            <w:r w:rsidRPr="008F6EF9">
              <w:rPr>
                <w:b/>
              </w:rPr>
              <w:t xml:space="preserve">     </w:t>
            </w: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A55E7B9" wp14:editId="7CA78F6D">
                      <wp:extent cx="835457" cy="9144"/>
                      <wp:effectExtent l="0" t="0" r="0" b="0"/>
                      <wp:docPr id="171846" name="Group 171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5457" cy="9144"/>
                                <a:chOff x="0" y="0"/>
                                <a:chExt cx="835457" cy="9144"/>
                              </a:xfrm>
                            </wpg:grpSpPr>
                            <wps:wsp>
                              <wps:cNvPr id="182531" name="Shape 182531"/>
                              <wps:cNvSpPr/>
                              <wps:spPr>
                                <a:xfrm>
                                  <a:off x="0" y="0"/>
                                  <a:ext cx="8354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457" h="9144">
                                      <a:moveTo>
                                        <a:pt x="0" y="0"/>
                                      </a:moveTo>
                                      <a:lnTo>
                                        <a:pt x="835457" y="0"/>
                                      </a:lnTo>
                                      <a:lnTo>
                                        <a:pt x="8354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462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8E442" id="Group 171846" o:spid="_x0000_s1026" style="width:65.8pt;height:.7pt;mso-position-horizontal-relative:char;mso-position-vertical-relative:line" coordsize="835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">
                      <v:shape id="Shape 182531" o:spid="_x0000_s1027" style="position:absolute;width:8354;height:91;visibility:visible;mso-wrap-style:square;v-text-anchor:top" coordsize="8354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" path="m,l835457,r,9144l,9144,,e" fillcolor="#0462c1" stroked="f" strokeweight="0">
                        <v:stroke miterlimit="83231f" joinstyle="miter"/>
                        <v:path arrowok="t" textboxrect="0,0,835457,9144"/>
                      </v:shape>
                      <w10:anchorlock/>
                    </v:group>
                  </w:pict>
                </mc:Fallback>
              </mc:AlternateContent>
            </w:r>
            <w:r w:rsidRPr="008F6EF9">
              <w:rPr>
                <w:b/>
              </w:rPr>
              <w:t xml:space="preserve"> </w:t>
            </w:r>
            <w:r w:rsidRPr="008F6EF9">
              <w:rPr>
                <w:b/>
              </w:rPr>
              <w:tab/>
              <w:t xml:space="preserve"> </w:t>
            </w:r>
            <w:r w:rsidRPr="008F6EF9">
              <w:rPr>
                <w:b/>
              </w:rPr>
              <w:tab/>
              <w:t xml:space="preserve"> </w:t>
            </w:r>
          </w:p>
          <w:p w14:paraId="7C4BEB2E" w14:textId="77777777" w:rsidR="008F6EF9" w:rsidRPr="008F6EF9" w:rsidRDefault="008F6EF9" w:rsidP="008F6EF9">
            <w:pPr>
              <w:numPr>
                <w:ilvl w:val="0"/>
                <w:numId w:val="23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334">
              <w:r w:rsidRPr="008F6EF9">
                <w:rPr>
                  <w:rStyle w:val="aff8"/>
                </w:rPr>
                <w:t xml:space="preserve"> </w:t>
              </w:r>
            </w:hyperlink>
            <w:hyperlink r:id="rId335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33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7CE758B0" w14:textId="77777777" w:rsidTr="00AA1098">
        <w:trPr>
          <w:trHeight w:val="18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D44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3.5.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72AA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раздельное написание слов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BABA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5B40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7985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96A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B61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Совместный анализ текста на наличие в нём слов с </w:t>
            </w:r>
            <w:proofErr w:type="spellStart"/>
            <w:r w:rsidRPr="008F6EF9">
              <w:t>буквосо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четаниями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жи</w:t>
            </w:r>
            <w:proofErr w:type="spellEnd"/>
            <w:r w:rsidRPr="008F6EF9">
              <w:t xml:space="preserve">, ши, </w:t>
            </w:r>
            <w:proofErr w:type="spellStart"/>
            <w:r w:rsidRPr="008F6EF9">
              <w:t>ча</w:t>
            </w:r>
            <w:proofErr w:type="spellEnd"/>
            <w:r w:rsidRPr="008F6EF9">
              <w:t xml:space="preserve">, ща, </w:t>
            </w:r>
            <w:r w:rsidRPr="008F6EF9">
              <w:tab/>
              <w:t xml:space="preserve">чу, </w:t>
            </w:r>
            <w:proofErr w:type="spellStart"/>
            <w:r w:rsidRPr="008F6EF9">
              <w:t>щу.Упражнение</w:t>
            </w:r>
            <w:proofErr w:type="spellEnd"/>
            <w:r w:rsidRPr="008F6EF9">
              <w:t xml:space="preserve">: </w:t>
            </w:r>
          </w:p>
          <w:p w14:paraId="63A747A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выписывание  из </w:t>
            </w:r>
            <w:r w:rsidRPr="008F6EF9">
              <w:lastRenderedPageBreak/>
              <w:t xml:space="preserve">текста слов с буквосочетания ми </w:t>
            </w:r>
            <w:proofErr w:type="spellStart"/>
            <w:r w:rsidRPr="008F6EF9">
              <w:t>ча</w:t>
            </w:r>
            <w:proofErr w:type="spellEnd"/>
            <w:r w:rsidRPr="008F6EF9">
              <w:t xml:space="preserve">, ща, чу, </w:t>
            </w:r>
            <w:proofErr w:type="spellStart"/>
            <w:r w:rsidRPr="008F6EF9">
              <w:t>щу</w:t>
            </w:r>
            <w:proofErr w:type="spellEnd"/>
            <w:r w:rsidRPr="008F6EF9">
              <w:t xml:space="preserve">, </w:t>
            </w:r>
            <w:proofErr w:type="spellStart"/>
            <w:r w:rsidRPr="008F6EF9">
              <w:t>жи</w:t>
            </w:r>
            <w:proofErr w:type="spellEnd"/>
            <w:r w:rsidRPr="008F6EF9">
              <w:t xml:space="preserve">, ши. </w:t>
            </w:r>
          </w:p>
          <w:p w14:paraId="2373E22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Упражнение: запись предложения, составленного  из набора  слов, с правильным оформлением начала и конца </w:t>
            </w:r>
            <w:proofErr w:type="spellStart"/>
            <w:r w:rsidRPr="008F6EF9">
              <w:t>предложе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ния</w:t>
            </w:r>
            <w:proofErr w:type="spellEnd"/>
            <w:r w:rsidRPr="008F6EF9">
              <w:t xml:space="preserve">, с соблюдением пробелов  между </w:t>
            </w:r>
            <w:proofErr w:type="spellStart"/>
            <w:r w:rsidRPr="008F6EF9">
              <w:t>словами.Комментиров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анная</w:t>
            </w:r>
            <w:proofErr w:type="spellEnd"/>
            <w:r w:rsidRPr="008F6EF9">
              <w:t xml:space="preserve">   запись </w:t>
            </w:r>
          </w:p>
          <w:p w14:paraId="2FB8A76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предложений </w:t>
            </w:r>
            <w:r w:rsidRPr="008F6EF9">
              <w:tab/>
              <w:t xml:space="preserve"> </w:t>
            </w:r>
            <w:r w:rsidRPr="008F6EF9">
              <w:tab/>
              <w:t xml:space="preserve">с </w:t>
            </w:r>
          </w:p>
          <w:p w14:paraId="59FABFB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обязательным объяснением случаев употребления заглавной </w:t>
            </w:r>
            <w:proofErr w:type="spellStart"/>
            <w:r w:rsidRPr="008F6EF9">
              <w:t>буквы.Игра</w:t>
            </w:r>
            <w:proofErr w:type="spellEnd"/>
            <w:r w:rsidRPr="008F6EF9">
              <w:t xml:space="preserve"> «Кто больше»: подбор и запись имён собственных  на заданную букву. 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A54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52A119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69504" behindDoc="1" locked="0" layoutInCell="1" allowOverlap="0" wp14:anchorId="43364607" wp14:editId="14295715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-38145</wp:posOffset>
                  </wp:positionV>
                  <wp:extent cx="658368" cy="780288"/>
                  <wp:effectExtent l="0" t="0" r="0" b="0"/>
                  <wp:wrapNone/>
                  <wp:docPr id="178637" name="Picture 178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7" name="Picture 178637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0955F2C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E88EA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4E7FB54" w14:textId="77777777" w:rsidTr="00AA1098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256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3.6.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A11B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обозначение гласных после шипящих в сочетаниях </w:t>
            </w:r>
            <w:proofErr w:type="spellStart"/>
            <w:r w:rsidRPr="008F6EF9">
              <w:rPr>
                <w:b/>
                <w:i/>
              </w:rPr>
              <w:t>жи</w:t>
            </w:r>
            <w:proofErr w:type="spellEnd"/>
            <w:r w:rsidRPr="008F6EF9">
              <w:rPr>
                <w:b/>
                <w:i/>
              </w:rPr>
              <w:t xml:space="preserve">, ши </w:t>
            </w:r>
            <w:r w:rsidRPr="008F6EF9">
              <w:t xml:space="preserve">(в положении под ударением)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6D1A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5DFA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166A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CDB5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080A1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84B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AEEC5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0528" behindDoc="1" locked="0" layoutInCell="1" allowOverlap="0" wp14:anchorId="10FE809F" wp14:editId="0E990BE3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-39543</wp:posOffset>
                  </wp:positionV>
                  <wp:extent cx="658368" cy="780288"/>
                  <wp:effectExtent l="0" t="0" r="0" b="0"/>
                  <wp:wrapNone/>
                  <wp:docPr id="178639" name="Picture 178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9" name="Picture 178639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51161F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E8328B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C243035" w14:textId="77777777" w:rsidTr="00AA1098">
        <w:trPr>
          <w:trHeight w:val="15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190A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3.7.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D1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</w:t>
            </w:r>
            <w:proofErr w:type="spellStart"/>
            <w:r w:rsidRPr="008F6EF9">
              <w:t>ч</w:t>
            </w:r>
            <w:r w:rsidRPr="008F6EF9">
              <w:rPr>
                <w:b/>
                <w:i/>
              </w:rPr>
              <w:t>а</w:t>
            </w:r>
            <w:proofErr w:type="spellEnd"/>
            <w:r w:rsidRPr="008F6EF9">
              <w:rPr>
                <w:b/>
                <w:i/>
              </w:rPr>
              <w:t xml:space="preserve">, ща, чу, </w:t>
            </w:r>
            <w:proofErr w:type="spellStart"/>
            <w:r w:rsidRPr="008F6EF9">
              <w:rPr>
                <w:b/>
                <w:i/>
              </w:rPr>
              <w:t>щу</w:t>
            </w:r>
            <w:proofErr w:type="spellEnd"/>
            <w:r w:rsidRPr="008F6EF9">
              <w:rPr>
                <w:b/>
                <w:i/>
              </w:rPr>
              <w:t xml:space="preserve">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CC7C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808A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020A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2169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796A0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4AFB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534A8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1552" behindDoc="1" locked="0" layoutInCell="1" allowOverlap="0" wp14:anchorId="2069B8D1" wp14:editId="12E3E9FE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-36625</wp:posOffset>
                  </wp:positionV>
                  <wp:extent cx="658368" cy="777240"/>
                  <wp:effectExtent l="0" t="0" r="0" b="0"/>
                  <wp:wrapNone/>
                  <wp:docPr id="178641" name="Picture 178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1" name="Picture 178641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70203F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A91B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3654123" w14:textId="77777777" w:rsidTr="00AA1098">
        <w:trPr>
          <w:trHeight w:val="18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A333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3.8.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C06F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</w:t>
            </w:r>
          </w:p>
          <w:p w14:paraId="19543C3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прописная буква в начале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63DC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CDF8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8D90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B7D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581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3EDB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32491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2576" behindDoc="1" locked="0" layoutInCell="1" allowOverlap="0" wp14:anchorId="4C94745D" wp14:editId="7640EB60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-38653</wp:posOffset>
                  </wp:positionV>
                  <wp:extent cx="658368" cy="780288"/>
                  <wp:effectExtent l="0" t="0" r="0" b="0"/>
                  <wp:wrapNone/>
                  <wp:docPr id="178643" name="Picture 178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3" name="Picture 178643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CEDE50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83CE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3E80CA9C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8" w:type="dxa"/>
          <w:left w:w="7" w:type="dxa"/>
          <w:right w:w="19" w:type="dxa"/>
        </w:tblCellMar>
        <w:tblLook w:val="04A0" w:firstRow="1" w:lastRow="0" w:firstColumn="1" w:lastColumn="0" w:noHBand="0" w:noVBand="1"/>
      </w:tblPr>
      <w:tblGrid>
        <w:gridCol w:w="606"/>
        <w:gridCol w:w="2019"/>
        <w:gridCol w:w="881"/>
        <w:gridCol w:w="703"/>
        <w:gridCol w:w="785"/>
        <w:gridCol w:w="595"/>
        <w:gridCol w:w="2323"/>
        <w:gridCol w:w="1215"/>
        <w:gridCol w:w="5719"/>
      </w:tblGrid>
      <w:tr w:rsidR="008F6EF9" w:rsidRPr="008F6EF9" w14:paraId="0D9DC10D" w14:textId="77777777" w:rsidTr="00AA1098">
        <w:trPr>
          <w:trHeight w:val="15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995E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292AA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предложения, в именах </w:t>
            </w:r>
          </w:p>
          <w:p w14:paraId="0755C08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собственных (имена людей, клички животных)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6D00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895F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DAEF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420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EF9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Практическая работа: списывание и запись </w:t>
            </w:r>
          </w:p>
          <w:p w14:paraId="0A168D1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под </w:t>
            </w:r>
            <w:r w:rsidRPr="008F6EF9">
              <w:tab/>
              <w:t xml:space="preserve">диктовку </w:t>
            </w:r>
          </w:p>
          <w:p w14:paraId="1E30700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 применением изученных правил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4B8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C607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</w:tr>
      <w:tr w:rsidR="008F6EF9" w:rsidRPr="008F6EF9" w14:paraId="7171E1CF" w14:textId="77777777" w:rsidTr="00AA1098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C11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3.9.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3D0D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перенос слов по слогам без стечения согласных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EE22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DDA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575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46E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4632A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89A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AD9CD5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3600" behindDoc="1" locked="0" layoutInCell="1" allowOverlap="0" wp14:anchorId="3392A8AD" wp14:editId="1C5DD6C8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-34084</wp:posOffset>
                  </wp:positionV>
                  <wp:extent cx="661416" cy="777240"/>
                  <wp:effectExtent l="0" t="0" r="0" b="0"/>
                  <wp:wrapNone/>
                  <wp:docPr id="178648" name="Picture 178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8" name="Picture 17864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40A7532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DE33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66689B1" w14:textId="77777777" w:rsidTr="00AA1098">
        <w:trPr>
          <w:trHeight w:val="18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0AAB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3.10.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2640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Знакомство с правилами правописания и их применением: </w:t>
            </w:r>
          </w:p>
          <w:p w14:paraId="3954652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знаки препинания в конце предложения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E9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CED6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BD34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C6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C152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5DE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E2038B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4624" behindDoc="1" locked="0" layoutInCell="1" allowOverlap="0" wp14:anchorId="570579A4" wp14:editId="08187142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-38526</wp:posOffset>
                  </wp:positionV>
                  <wp:extent cx="661416" cy="780288"/>
                  <wp:effectExtent l="0" t="0" r="0" b="0"/>
                  <wp:wrapNone/>
                  <wp:docPr id="178650" name="Picture 178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0" name="Picture 178650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t xml:space="preserve"> Текущий, устный, 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152D91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5CE5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466A6F7" w14:textId="77777777" w:rsidTr="00AA1098">
        <w:trPr>
          <w:trHeight w:val="500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BD369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4699E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0" w:type="dxa"/>
              <w:tblCellMar>
                <w:top w:w="3" w:type="dxa"/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1A04148D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5CB4AAAA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70</w:t>
                  </w:r>
                </w:p>
              </w:tc>
            </w:tr>
          </w:tbl>
          <w:p w14:paraId="2995221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53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48AC8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0FCCC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2EB870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A43498C" w14:textId="77777777" w:rsidTr="00AA1098">
        <w:trPr>
          <w:trHeight w:val="470"/>
        </w:trPr>
        <w:tc>
          <w:tcPr>
            <w:tcW w:w="935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11FF20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СИСТЕМАТИЧЕСКИЙ КУРС </w:t>
            </w:r>
          </w:p>
        </w:tc>
        <w:tc>
          <w:tcPr>
            <w:tcW w:w="1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94B50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0F1E0A0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25B8B6D3" w14:textId="77777777" w:rsidTr="00AA1098">
        <w:trPr>
          <w:trHeight w:val="466"/>
        </w:trPr>
        <w:tc>
          <w:tcPr>
            <w:tcW w:w="935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26937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1. </w:t>
            </w:r>
            <w:r w:rsidRPr="008F6EF9">
              <w:rPr>
                <w:b/>
              </w:rPr>
              <w:t xml:space="preserve">Общие сведения о языке </w:t>
            </w:r>
          </w:p>
        </w:tc>
        <w:tc>
          <w:tcPr>
            <w:tcW w:w="1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78B53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CBDBB7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114B681" w14:textId="77777777" w:rsidTr="00AA1098">
        <w:trPr>
          <w:trHeight w:val="333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911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1.1.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3AC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Язык как основное средство человеческого общения. Осознание целей и ситуаций общения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3F3A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2CBD9AF0" wp14:editId="00EDB83E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914</wp:posOffset>
                      </wp:positionV>
                      <wp:extent cx="76200" cy="180340"/>
                      <wp:effectExtent l="0" t="0" r="0" b="0"/>
                      <wp:wrapNone/>
                      <wp:docPr id="159232" name="Group 159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33" name="Shape 182533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ECFC91" id="Group 159232" o:spid="_x0000_s1026" style="position:absolute;margin-left:5.35pt;margin-top:.05pt;width:6pt;height:14.2pt;z-index:-251640832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">
                      <v:shape id="Shape 182533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0D7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94AF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EFE6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020F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Рассказ учителя на тему «Язык </w:t>
            </w:r>
          </w:p>
          <w:p w14:paraId="7716C54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— средство общения </w:t>
            </w:r>
            <w:proofErr w:type="spellStart"/>
            <w:r w:rsidRPr="008F6EF9">
              <w:t>людей».Учебный</w:t>
            </w:r>
            <w:proofErr w:type="spellEnd"/>
            <w:r w:rsidRPr="008F6EF9">
              <w:t xml:space="preserve">  диалог </w:t>
            </w:r>
          </w:p>
          <w:p w14:paraId="3F9B183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«Можно ли общаться без помощи </w:t>
            </w:r>
          </w:p>
          <w:p w14:paraId="3BFD1E0C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языка?».Коллективное</w:t>
            </w:r>
            <w:proofErr w:type="spellEnd"/>
            <w:r w:rsidRPr="008F6EF9">
              <w:t xml:space="preserve"> </w:t>
            </w:r>
          </w:p>
          <w:p w14:paraId="787675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формулирование вывода о языке как основном средстве человеческого  общения. Работа с рисунками и текстом как основа анализа особенно </w:t>
            </w:r>
            <w:proofErr w:type="spellStart"/>
            <w:r w:rsidRPr="008F6EF9">
              <w:t>стей</w:t>
            </w:r>
            <w:proofErr w:type="spellEnd"/>
            <w:r w:rsidRPr="008F6EF9">
              <w:t xml:space="preserve">  ситуаций  устного  и письменного  общения. Творческое задание: придумать ситуацию, когда необходимо воспользоваться письменной речью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989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3AC1C7D7" wp14:editId="371C481E">
                      <wp:simplePos x="0" y="0"/>
                      <wp:positionH relativeFrom="column">
                        <wp:posOffset>57404</wp:posOffset>
                      </wp:positionH>
                      <wp:positionV relativeFrom="paragraph">
                        <wp:posOffset>-33072</wp:posOffset>
                      </wp:positionV>
                      <wp:extent cx="651510" cy="380365"/>
                      <wp:effectExtent l="0" t="0" r="0" b="0"/>
                      <wp:wrapNone/>
                      <wp:docPr id="160413" name="Group 160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510" cy="380365"/>
                                <a:chOff x="0" y="0"/>
                                <a:chExt cx="651510" cy="380365"/>
                              </a:xfrm>
                            </wpg:grpSpPr>
                            <wps:wsp>
                              <wps:cNvPr id="182535" name="Shape 182535"/>
                              <wps:cNvSpPr/>
                              <wps:spPr>
                                <a:xfrm>
                                  <a:off x="10795" y="2540"/>
                                  <a:ext cx="63182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825" h="180340">
                                      <a:moveTo>
                                        <a:pt x="0" y="0"/>
                                      </a:moveTo>
                                      <a:lnTo>
                                        <a:pt x="631825" y="0"/>
                                      </a:lnTo>
                                      <a:lnTo>
                                        <a:pt x="631825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7" name="Shape 12947"/>
                              <wps:cNvSpPr/>
                              <wps:spPr>
                                <a:xfrm>
                                  <a:off x="0" y="127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8" name="Shape 12948"/>
                              <wps:cNvSpPr/>
                              <wps:spPr>
                                <a:xfrm>
                                  <a:off x="0" y="1270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9" name="Shape 12949"/>
                              <wps:cNvSpPr/>
                              <wps:spPr>
                                <a:xfrm>
                                  <a:off x="11430" y="0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0" name="Shape 12950"/>
                              <wps:cNvSpPr/>
                              <wps:spPr>
                                <a:xfrm>
                                  <a:off x="640715" y="127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1" name="Shape 12951"/>
                              <wps:cNvSpPr/>
                              <wps:spPr>
                                <a:xfrm>
                                  <a:off x="640715" y="1270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2" name="Shape 12952"/>
                              <wps:cNvSpPr/>
                              <wps:spPr>
                                <a:xfrm>
                                  <a:off x="5080" y="571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3" name="Shape 12953"/>
                              <wps:cNvSpPr/>
                              <wps:spPr>
                                <a:xfrm>
                                  <a:off x="645795" y="5715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4" name="Shape 12954"/>
                              <wps:cNvSpPr/>
                              <wps:spPr>
                                <a:xfrm>
                                  <a:off x="1905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5" name="Shape 12955"/>
                              <wps:cNvSpPr/>
                              <wps:spPr>
                                <a:xfrm>
                                  <a:off x="1905" y="18605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6" name="Shape 12956"/>
                              <wps:cNvSpPr/>
                              <wps:spPr>
                                <a:xfrm>
                                  <a:off x="11430" y="186055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7" name="Shape 12957"/>
                              <wps:cNvSpPr/>
                              <wps:spPr>
                                <a:xfrm>
                                  <a:off x="64262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8" name="Shape 12958"/>
                              <wps:cNvSpPr/>
                              <wps:spPr>
                                <a:xfrm>
                                  <a:off x="642620" y="18605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36" name="Shape 182536"/>
                              <wps:cNvSpPr/>
                              <wps:spPr>
                                <a:xfrm>
                                  <a:off x="10795" y="197485"/>
                                  <a:ext cx="51562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620" h="180340">
                                      <a:moveTo>
                                        <a:pt x="0" y="0"/>
                                      </a:moveTo>
                                      <a:lnTo>
                                        <a:pt x="515620" y="0"/>
                                      </a:lnTo>
                                      <a:lnTo>
                                        <a:pt x="51562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0" name="Shape 12960"/>
                              <wps:cNvSpPr/>
                              <wps:spPr>
                                <a:xfrm>
                                  <a:off x="0" y="19621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1" name="Shape 12961"/>
                              <wps:cNvSpPr/>
                              <wps:spPr>
                                <a:xfrm>
                                  <a:off x="0" y="19621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2" name="Shape 12962"/>
                              <wps:cNvSpPr/>
                              <wps:spPr>
                                <a:xfrm>
                                  <a:off x="11430" y="194945"/>
                                  <a:ext cx="5149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985">
                                      <a:moveTo>
                                        <a:pt x="0" y="0"/>
                                      </a:moveTo>
                                      <a:lnTo>
                                        <a:pt x="51498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3" name="Shape 12963"/>
                              <wps:cNvSpPr/>
                              <wps:spPr>
                                <a:xfrm>
                                  <a:off x="525145" y="19621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4" name="Shape 12964"/>
                              <wps:cNvSpPr/>
                              <wps:spPr>
                                <a:xfrm>
                                  <a:off x="525145" y="196215"/>
                                  <a:ext cx="88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">
                                      <a:moveTo>
                                        <a:pt x="0" y="0"/>
                                      </a:moveTo>
                                      <a:lnTo>
                                        <a:pt x="88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5" name="Shape 12965"/>
                              <wps:cNvSpPr/>
                              <wps:spPr>
                                <a:xfrm>
                                  <a:off x="5080" y="200660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6" name="Shape 12966"/>
                              <wps:cNvSpPr/>
                              <wps:spPr>
                                <a:xfrm>
                                  <a:off x="529590" y="200660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7" name="Shape 12967"/>
                              <wps:cNvSpPr/>
                              <wps:spPr>
                                <a:xfrm>
                                  <a:off x="1905" y="38036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8" name="Shape 12968"/>
                              <wps:cNvSpPr/>
                              <wps:spPr>
                                <a:xfrm>
                                  <a:off x="1905" y="38036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9" name="Shape 12969"/>
                              <wps:cNvSpPr/>
                              <wps:spPr>
                                <a:xfrm>
                                  <a:off x="11430" y="380365"/>
                                  <a:ext cx="5149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985">
                                      <a:moveTo>
                                        <a:pt x="0" y="0"/>
                                      </a:moveTo>
                                      <a:lnTo>
                                        <a:pt x="51498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0" name="Shape 12970"/>
                              <wps:cNvSpPr/>
                              <wps:spPr>
                                <a:xfrm>
                                  <a:off x="526415" y="38036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1" name="Shape 12971"/>
                              <wps:cNvSpPr/>
                              <wps:spPr>
                                <a:xfrm>
                                  <a:off x="526415" y="380365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28101B" id="Group 160413" o:spid="_x0000_s1026" style="position:absolute;margin-left:4.5pt;margin-top:-2.6pt;width:51.3pt;height:29.95pt;z-index:-251639808" coordsize="6515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">
                      <v:shape id="Shape 182535" o:spid="_x0000_s1027" style="position:absolute;left:107;top:25;width:6319;height:1803;visibility:visible;mso-wrap-style:square;v-text-anchor:top" coordsize="6318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" path="m,l631825,r,180340l,180340,,e" fillcolor="#f7fcf7" stroked="f" strokeweight="0">
                        <v:stroke miterlimit="83231f" joinstyle="miter"/>
                        <v:path arrowok="t" textboxrect="0,0,631825,180340"/>
                      </v:shape>
                      <v:shape id="Shape 12947" o:spid="_x0000_s1028" style="position:absolute;top:12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" path="m,l8890,e" filled="f" strokecolor="red" strokeweight=".72pt">
                        <v:path arrowok="t" textboxrect="0,0,8890,0"/>
                      </v:shape>
                      <v:shape id="Shape 12948" o:spid="_x0000_s1029" style="position:absolute;top:12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2949" o:spid="_x0000_s1030" style="position:absolute;left:114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" path="m,l631190,e" filled="f" strokecolor="red" strokeweight=".72pt">
                        <v:path arrowok="t" textboxrect="0,0,631190,0"/>
                      </v:shape>
                      <v:shape id="Shape 12950" o:spid="_x0000_s1031" style="position:absolute;left:6407;top:12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2951" o:spid="_x0000_s1032" style="position:absolute;left:6407;top:12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2952" o:spid="_x0000_s1033" style="position:absolute;left:50;top:57;width:0;height:1771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2953" o:spid="_x0000_s1034" style="position:absolute;left:6457;top:57;width:0;height:1771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2954" o:spid="_x0000_s1035" style="position:absolute;left:19;top:1860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2955" o:spid="_x0000_s1036" style="position:absolute;left:19;top:1860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2956" o:spid="_x0000_s1037" style="position:absolute;left:114;top:1860;width:6312;height:0;visibility:visible;mso-wrap-style:square;v-text-anchor:top" coordsize="631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" path="m,l631190,e" filled="f" strokecolor="red" strokeweight=".72pt">
                        <v:path arrowok="t" textboxrect="0,0,631190,0"/>
                      </v:shape>
                      <v:shape id="Shape 12957" o:spid="_x0000_s1038" style="position:absolute;left:6426;top:1860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2958" o:spid="_x0000_s1039" style="position:absolute;left:6426;top:1860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82536" o:spid="_x0000_s1040" style="position:absolute;left:107;top:1974;width:5157;height:1804;visibility:visible;mso-wrap-style:square;v-text-anchor:top" coordsize="51562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" path="m,l515620,r,180340l,180340,,e" fillcolor="#f7fcf7" stroked="f" strokeweight="0">
                        <v:stroke miterlimit="83231f" joinstyle="miter"/>
                        <v:path arrowok="t" textboxrect="0,0,515620,180340"/>
                      </v:shape>
                      <v:shape id="Shape 12960" o:spid="_x0000_s1041" style="position:absolute;top:1962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" path="m,l8890,e" filled="f" strokecolor="red" strokeweight=".72pt">
                        <v:path arrowok="t" textboxrect="0,0,8890,0"/>
                      </v:shape>
                      <v:shape id="Shape 12961" o:spid="_x0000_s1042" style="position:absolute;top:1962;width:88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2962" o:spid="_x0000_s1043" style="position:absolute;left:114;top:1949;width:5150;height:0;visibility:visible;mso-wrap-style:square;v-text-anchor:top" coordsize="514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" path="m,l514985,e" filled="f" strokecolor="red" strokeweight=".72pt">
                        <v:path arrowok="t" textboxrect="0,0,514985,0"/>
                      </v:shape>
                      <v:shape id="Shape 12963" o:spid="_x0000_s1044" style="position:absolute;left:5251;top:1962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2964" o:spid="_x0000_s1045" style="position:absolute;left:5251;top:1962;width:89;height:0;visibility:visible;mso-wrap-style:square;v-text-anchor:top" coordsize="8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" path="m,l8890,e" filled="f" strokecolor="red" strokeweight=".72pt">
                        <v:path arrowok="t" textboxrect="0,0,8890,0"/>
                      </v:shape>
                      <v:shape id="Shape 12965" o:spid="_x0000_s1046" style="position:absolute;left:50;top:2006;width:0;height:1772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" path="m,l,177165e" filled="f" strokecolor="red" strokeweight=".72pt">
                        <v:path arrowok="t" textboxrect="0,0,0,177165"/>
                      </v:shape>
                      <v:shape id="Shape 12966" o:spid="_x0000_s1047" style="position:absolute;left:5295;top:2006;width:0;height:1772;visibility:visible;mso-wrap-style:square;v-text-anchor:top" coordsize="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" path="m,l,177165e" filled="f" strokecolor="red" strokeweight=".72pt">
                        <v:path arrowok="t" textboxrect="0,0,0,177165"/>
                      </v:shape>
                      <v:shape id="Shape 12967" o:spid="_x0000_s1048" style="position:absolute;left:19;top:3803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" path="m,l9525,e" filled="f" strokecolor="red" strokeweight=".72pt">
                        <v:path arrowok="t" textboxrect="0,0,9525,0"/>
                      </v:shape>
                      <v:shape id="Shape 12968" o:spid="_x0000_s1049" style="position:absolute;left:19;top:3803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" path="m,l9525,e" filled="f" strokecolor="red" strokeweight=".72pt">
                        <v:path arrowok="t" textboxrect="0,0,9525,0"/>
                      </v:shape>
                      <v:shape id="Shape 12969" o:spid="_x0000_s1050" style="position:absolute;left:114;top:3803;width:5150;height:0;visibility:visible;mso-wrap-style:square;v-text-anchor:top" coordsize="514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" path="m,l514985,e" filled="f" strokecolor="red" strokeweight=".72pt">
                        <v:path arrowok="t" textboxrect="0,0,514985,0"/>
                      </v:shape>
                      <v:shape id="Shape 12970" o:spid="_x0000_s1051" style="position:absolute;left:5264;top:3803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" path="m,l9525,e" filled="f" strokecolor="red" strokeweight=".72pt">
                        <v:path arrowok="t" textboxrect="0,0,9525,0"/>
                      </v:shape>
                      <v:shape id="Shape 12971" o:spid="_x0000_s1052" style="position:absolute;left:5264;top:3803;width:95;height:0;visibility:visible;mso-wrap-style:square;v-text-anchor:top" coordsize="9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" path="m,l9525,e" filled="f" strokecolor="red" strokeweight=".72pt">
                        <v:path arrowok="t" textboxrect="0,0,9525,0"/>
                      </v:shape>
                    </v:group>
                  </w:pict>
                </mc:Fallback>
              </mc:AlternateContent>
            </w:r>
            <w:r w:rsidRPr="008F6EF9">
              <w:t xml:space="preserve">Текущий, устный, </w:t>
            </w:r>
          </w:p>
        </w:tc>
        <w:tc>
          <w:tcPr>
            <w:tcW w:w="4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66E78" w14:textId="77777777" w:rsidR="008F6EF9" w:rsidRPr="008F6EF9" w:rsidRDefault="00C768CB" w:rsidP="008F6EF9">
            <w:pPr>
              <w:spacing w:after="200" w:line="276" w:lineRule="auto"/>
            </w:pPr>
            <w:hyperlink r:id="rId342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343">
              <w:r w:rsidR="008F6EF9" w:rsidRPr="008F6EF9">
                <w:rPr>
                  <w:rStyle w:val="aff8"/>
                </w:rPr>
                <w:t>-</w:t>
              </w:r>
            </w:hyperlink>
            <w:hyperlink r:id="rId344">
              <w:r w:rsidR="008F6EF9" w:rsidRPr="008F6EF9">
                <w:rPr>
                  <w:rStyle w:val="aff8"/>
                </w:rPr>
                <w:t>2</w:t>
              </w:r>
            </w:hyperlink>
            <w:hyperlink r:id="rId345">
              <w:r w:rsidR="008F6EF9" w:rsidRPr="008F6EF9">
                <w:rPr>
                  <w:rStyle w:val="aff8"/>
                </w:rPr>
                <w:t>-</w:t>
              </w:r>
            </w:hyperlink>
            <w:hyperlink r:id="rId346">
              <w:r w:rsidR="008F6EF9" w:rsidRPr="008F6EF9">
                <w:rPr>
                  <w:rStyle w:val="aff8"/>
                </w:rPr>
                <w:t>2</w:t>
              </w:r>
            </w:hyperlink>
            <w:hyperlink r:id="rId347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348">
              <w:r w:rsidR="008F6EF9" w:rsidRPr="008F6EF9">
                <w:rPr>
                  <w:rStyle w:val="aff8"/>
                </w:rPr>
                <w:t>http://school</w:t>
              </w:r>
            </w:hyperlink>
            <w:hyperlink r:id="rId349">
              <w:r w:rsidR="008F6EF9" w:rsidRPr="008F6EF9">
                <w:rPr>
                  <w:rStyle w:val="aff8"/>
                </w:rPr>
                <w:t>-</w:t>
              </w:r>
            </w:hyperlink>
            <w:hyperlink r:id="rId350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351">
              <w:r w:rsidR="008F6EF9" w:rsidRPr="008F6EF9">
                <w:rPr>
                  <w:rStyle w:val="aff8"/>
                </w:rPr>
                <w:t>/</w:t>
              </w:r>
            </w:hyperlink>
            <w:hyperlink r:id="rId352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353">
              <w:r w:rsidR="008F6EF9" w:rsidRPr="008F6EF9">
                <w:rPr>
                  <w:rStyle w:val="aff8"/>
                </w:rPr>
                <w:t>http://um</w:t>
              </w:r>
            </w:hyperlink>
            <w:hyperlink r:id="rId354">
              <w:r w:rsidR="008F6EF9" w:rsidRPr="008F6EF9">
                <w:rPr>
                  <w:rStyle w:val="aff8"/>
                </w:rPr>
                <w:t>-</w:t>
              </w:r>
            </w:hyperlink>
            <w:hyperlink r:id="rId355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6C88A451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356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357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358">
              <w:r w:rsidR="008F6EF9" w:rsidRPr="008F6EF9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359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360">
              <w:r w:rsidR="008F6EF9" w:rsidRPr="008F6EF9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361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</w:tc>
      </w:tr>
    </w:tbl>
    <w:p w14:paraId="22AA4F1A" w14:textId="77777777" w:rsidR="008F6EF9" w:rsidRPr="008F6EF9" w:rsidRDefault="008F6EF9" w:rsidP="008F6EF9"/>
    <w:tbl>
      <w:tblPr>
        <w:tblStyle w:val="TableGrid"/>
        <w:tblW w:w="14846" w:type="dxa"/>
        <w:tblInd w:w="122" w:type="dxa"/>
        <w:tblCellMar>
          <w:top w:w="7" w:type="dxa"/>
          <w:left w:w="7" w:type="dxa"/>
          <w:right w:w="30" w:type="dxa"/>
        </w:tblCellMar>
        <w:tblLook w:val="04A0" w:firstRow="1" w:lastRow="0" w:firstColumn="1" w:lastColumn="0" w:noHBand="0" w:noVBand="1"/>
      </w:tblPr>
      <w:tblGrid>
        <w:gridCol w:w="506"/>
        <w:gridCol w:w="1783"/>
        <w:gridCol w:w="603"/>
        <w:gridCol w:w="494"/>
        <w:gridCol w:w="549"/>
        <w:gridCol w:w="420"/>
        <w:gridCol w:w="3142"/>
        <w:gridCol w:w="1154"/>
        <w:gridCol w:w="6195"/>
      </w:tblGrid>
      <w:tr w:rsidR="008F6EF9" w:rsidRPr="008F6EF9" w14:paraId="161AF7F0" w14:textId="77777777" w:rsidTr="00AA1098">
        <w:trPr>
          <w:trHeight w:val="499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962E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4E6B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53077100" wp14:editId="5F86FF7D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-1752</wp:posOffset>
                      </wp:positionV>
                      <wp:extent cx="76200" cy="180340"/>
                      <wp:effectExtent l="0" t="0" r="0" b="0"/>
                      <wp:wrapNone/>
                      <wp:docPr id="170099" name="Group 170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39" name="Shape 182539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7E0A3" id="Group 170099" o:spid="_x0000_s1026" style="position:absolute;margin-left:5.35pt;margin-top:-.15pt;width:6pt;height:14.2pt;z-index:-251638784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">
                      <v:shape id="Shape 182539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361A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25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FEE8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F1AF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A79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3DE1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</w:tr>
      <w:tr w:rsidR="008F6EF9" w:rsidRPr="008F6EF9" w14:paraId="42351551" w14:textId="77777777" w:rsidTr="00AA1098">
        <w:trPr>
          <w:trHeight w:val="470"/>
        </w:trPr>
        <w:tc>
          <w:tcPr>
            <w:tcW w:w="1484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669C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Раздел 2. </w:t>
            </w:r>
            <w:r w:rsidRPr="008F6EF9">
              <w:rPr>
                <w:b/>
              </w:rPr>
              <w:t xml:space="preserve">Фонетика </w:t>
            </w:r>
          </w:p>
        </w:tc>
      </w:tr>
      <w:tr w:rsidR="008F6EF9" w:rsidRPr="008F6EF9" w14:paraId="146E7619" w14:textId="77777777" w:rsidTr="00AA1098">
        <w:trPr>
          <w:trHeight w:val="2958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FA1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D43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2F9C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54B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6CB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B505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0BB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Беседа «Что мы знаем о звуках русского языка», в ходе которой актуализируются знания, приобретённые в период обучения грамоте. Игровое упражнение «Назови звук»: ведущий кидает мяч и просит привести пример звука (гласного звука; твёрдого </w:t>
            </w:r>
          </w:p>
          <w:p w14:paraId="02BC843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согласного; мягкого согласного; звонкого согласного; глухого согласного). </w:t>
            </w:r>
          </w:p>
          <w:p w14:paraId="1527DFF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Игровое </w:t>
            </w:r>
            <w:r w:rsidRPr="008F6EF9">
              <w:tab/>
              <w:t xml:space="preserve">упражнение </w:t>
            </w:r>
          </w:p>
          <w:p w14:paraId="35C7A58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«Придумай слово с заданным </w:t>
            </w:r>
            <w:proofErr w:type="spellStart"/>
            <w:r w:rsidRPr="008F6EF9">
              <w:t>звуком».Дифференцированное</w:t>
            </w:r>
            <w:proofErr w:type="spellEnd"/>
            <w:r w:rsidRPr="008F6EF9">
              <w:t xml:space="preserve"> задание:   установление основания  для   сравнения звуков.   Упражнение: характеризовать (устно) </w:t>
            </w:r>
            <w:r w:rsidRPr="008F6EF9">
              <w:lastRenderedPageBreak/>
              <w:t xml:space="preserve">звуки по заданным  признакам. Учебный диалог «Объясняем особенности гласных и соглас </w:t>
            </w:r>
            <w:proofErr w:type="spellStart"/>
            <w:r w:rsidRPr="008F6EF9">
              <w:t>ных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звуков».Игра</w:t>
            </w:r>
            <w:proofErr w:type="spellEnd"/>
            <w:r w:rsidRPr="008F6EF9">
              <w:t xml:space="preserve"> «Отгадай звук» (определение звука по его характеристике).Упражнение: соотнесение звука (выбирая из ряда </w:t>
            </w:r>
            <w:proofErr w:type="spellStart"/>
            <w:r w:rsidRPr="008F6EF9">
              <w:t>предло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женных</w:t>
            </w:r>
            <w:proofErr w:type="spellEnd"/>
            <w:r w:rsidRPr="008F6EF9">
              <w:t xml:space="preserve">) и его качественной характеристики. Работа в парах: группировка </w:t>
            </w:r>
          </w:p>
          <w:p w14:paraId="4725CAA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звуков по   заданному основанию. Комментированное выполнение   задания: оценивание  правильности предложенной характеристики звука, </w:t>
            </w:r>
            <w:proofErr w:type="spellStart"/>
            <w:r w:rsidRPr="008F6EF9">
              <w:t>нахож</w:t>
            </w:r>
            <w:proofErr w:type="spellEnd"/>
            <w:r w:rsidRPr="008F6EF9">
              <w:t xml:space="preserve">  </w:t>
            </w:r>
            <w:proofErr w:type="spellStart"/>
            <w:r w:rsidRPr="008F6EF9">
              <w:t>дение</w:t>
            </w:r>
            <w:proofErr w:type="spellEnd"/>
            <w:r w:rsidRPr="008F6EF9">
              <w:t xml:space="preserve"> допущенных при характеристике ошибок. Дидактическая игра </w:t>
            </w:r>
          </w:p>
          <w:p w14:paraId="0FDB7F0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«Детективы», в ходе игры нужно в ряду предложенных слов находить слова с заданными характеристиками звукового состава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B8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343F923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8720" behindDoc="1" locked="0" layoutInCell="1" allowOverlap="0" wp14:anchorId="59044D3A" wp14:editId="15139CB7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-37266</wp:posOffset>
                  </wp:positionV>
                  <wp:extent cx="661416" cy="780288"/>
                  <wp:effectExtent l="0" t="0" r="0" b="0"/>
                  <wp:wrapNone/>
                  <wp:docPr id="178655" name="Picture 178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5" name="Picture 178655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05D8B72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5FF1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29492074" w14:textId="77777777" w:rsidR="008F6EF9" w:rsidRPr="008F6EF9" w:rsidRDefault="00C768CB" w:rsidP="008F6EF9">
            <w:pPr>
              <w:spacing w:after="200" w:line="276" w:lineRule="auto"/>
            </w:pPr>
            <w:hyperlink r:id="rId363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364">
              <w:r w:rsidR="008F6EF9" w:rsidRPr="008F6EF9">
                <w:rPr>
                  <w:rStyle w:val="aff8"/>
                </w:rPr>
                <w:t>-</w:t>
              </w:r>
            </w:hyperlink>
            <w:hyperlink r:id="rId365">
              <w:r w:rsidR="008F6EF9" w:rsidRPr="008F6EF9">
                <w:rPr>
                  <w:rStyle w:val="aff8"/>
                </w:rPr>
                <w:t>2</w:t>
              </w:r>
            </w:hyperlink>
            <w:hyperlink r:id="rId366">
              <w:r w:rsidR="008F6EF9" w:rsidRPr="008F6EF9">
                <w:rPr>
                  <w:rStyle w:val="aff8"/>
                </w:rPr>
                <w:t>-</w:t>
              </w:r>
            </w:hyperlink>
            <w:hyperlink r:id="rId367">
              <w:r w:rsidR="008F6EF9" w:rsidRPr="008F6EF9">
                <w:rPr>
                  <w:rStyle w:val="aff8"/>
                </w:rPr>
                <w:t>2</w:t>
              </w:r>
            </w:hyperlink>
            <w:hyperlink r:id="rId368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369">
              <w:r w:rsidR="008F6EF9" w:rsidRPr="008F6EF9">
                <w:rPr>
                  <w:rStyle w:val="aff8"/>
                </w:rPr>
                <w:t>http://school</w:t>
              </w:r>
            </w:hyperlink>
            <w:hyperlink r:id="rId370">
              <w:r w:rsidR="008F6EF9" w:rsidRPr="008F6EF9">
                <w:rPr>
                  <w:rStyle w:val="aff8"/>
                </w:rPr>
                <w:t>-</w:t>
              </w:r>
            </w:hyperlink>
            <w:hyperlink r:id="rId371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372">
              <w:r w:rsidR="008F6EF9" w:rsidRPr="008F6EF9">
                <w:rPr>
                  <w:rStyle w:val="aff8"/>
                </w:rPr>
                <w:t>/</w:t>
              </w:r>
            </w:hyperlink>
            <w:hyperlink r:id="rId373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374">
              <w:r w:rsidR="008F6EF9" w:rsidRPr="008F6EF9">
                <w:rPr>
                  <w:rStyle w:val="aff8"/>
                </w:rPr>
                <w:t>http://um</w:t>
              </w:r>
            </w:hyperlink>
            <w:hyperlink r:id="rId375">
              <w:r w:rsidR="008F6EF9" w:rsidRPr="008F6EF9">
                <w:rPr>
                  <w:rStyle w:val="aff8"/>
                </w:rPr>
                <w:t>-</w:t>
              </w:r>
            </w:hyperlink>
            <w:hyperlink r:id="rId376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756ED3F6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377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378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379">
              <w:r w:rsidR="008F6EF9" w:rsidRPr="008F6EF9">
                <w:rPr>
                  <w:rStyle w:val="aff8"/>
                  <w:b/>
                  <w:lang w:val="en-US"/>
                </w:rPr>
                <w:t>http://internet.chgk.info</w:t>
              </w:r>
            </w:hyperlink>
            <w:hyperlink r:id="rId380">
              <w:r w:rsidR="008F6EF9" w:rsidRPr="008F6EF9">
                <w:rPr>
                  <w:rStyle w:val="aff8"/>
                  <w:b/>
                  <w:lang w:val="en-US"/>
                </w:rPr>
                <w:t>/</w:t>
              </w:r>
            </w:hyperlink>
            <w:hyperlink r:id="rId381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382">
              <w:r w:rsidR="008F6EF9" w:rsidRPr="008F6EF9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383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37C66BB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521E51B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7031F9A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384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38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86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387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8444906" w14:textId="77777777" w:rsidR="008F6EF9" w:rsidRPr="008F6EF9" w:rsidRDefault="008F6EF9" w:rsidP="008F6EF9">
            <w:pPr>
              <w:numPr>
                <w:ilvl w:val="0"/>
                <w:numId w:val="24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388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389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90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391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392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39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9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395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39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39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398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399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00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7EB249A9" w14:textId="77777777" w:rsidR="008F6EF9" w:rsidRPr="008F6EF9" w:rsidRDefault="008F6EF9" w:rsidP="008F6EF9">
            <w:pPr>
              <w:numPr>
                <w:ilvl w:val="0"/>
                <w:numId w:val="24"/>
              </w:numPr>
              <w:spacing w:after="200" w:line="276" w:lineRule="auto"/>
            </w:pPr>
            <w:r w:rsidRPr="008F6EF9">
              <w:lastRenderedPageBreak/>
              <w:t xml:space="preserve">Электронные версии журналов. </w:t>
            </w:r>
            <w:hyperlink r:id="rId401">
              <w:r w:rsidRPr="008F6EF9">
                <w:rPr>
                  <w:rStyle w:val="aff8"/>
                  <w:b/>
                </w:rPr>
                <w:t>http://e</w:t>
              </w:r>
            </w:hyperlink>
            <w:hyperlink r:id="rId402">
              <w:r w:rsidRPr="008F6EF9">
                <w:rPr>
                  <w:rStyle w:val="aff8"/>
                  <w:b/>
                </w:rPr>
                <w:t>-</w:t>
              </w:r>
            </w:hyperlink>
            <w:hyperlink r:id="rId403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404">
              <w:r w:rsidRPr="008F6EF9">
                <w:rPr>
                  <w:rStyle w:val="aff8"/>
                  <w:b/>
                </w:rPr>
                <w:t>l</w:t>
              </w:r>
            </w:hyperlink>
            <w:hyperlink r:id="rId40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0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18C0DA7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398A14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407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40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0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012EE94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  <w:hyperlink r:id="rId410">
              <w:r w:rsidRPr="008F6EF9">
                <w:rPr>
                  <w:rStyle w:val="aff8"/>
                  <w:b/>
                </w:rPr>
                <w:t>http://barsuk.lenin.ru</w:t>
              </w:r>
            </w:hyperlink>
            <w:hyperlink r:id="rId41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1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Журнал для детей "Барсук" </w:t>
            </w:r>
            <w:hyperlink r:id="rId413">
              <w:r w:rsidRPr="008F6EF9">
                <w:rPr>
                  <w:rStyle w:val="aff8"/>
                  <w:b/>
                </w:rPr>
                <w:t>http://www.biblioguide.ru</w:t>
              </w:r>
            </w:hyperlink>
            <w:hyperlink r:id="rId414">
              <w:r w:rsidRPr="008F6EF9">
                <w:rPr>
                  <w:rStyle w:val="aff8"/>
                  <w:b/>
                </w:rPr>
                <w:t>/</w:t>
              </w:r>
            </w:hyperlink>
            <w:hyperlink r:id="rId41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1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proofErr w:type="spellStart"/>
            <w:r w:rsidRPr="008F6EF9">
              <w:t>BiblioГид</w:t>
            </w:r>
            <w:proofErr w:type="spellEnd"/>
            <w:r w:rsidRPr="008F6EF9">
              <w:t xml:space="preserve">: всё о детской книге </w:t>
            </w:r>
          </w:p>
          <w:p w14:paraId="7FB7D3A7" w14:textId="77777777" w:rsidR="008F6EF9" w:rsidRPr="008F6EF9" w:rsidRDefault="00C768CB" w:rsidP="008F6EF9">
            <w:pPr>
              <w:spacing w:after="200" w:line="276" w:lineRule="auto"/>
            </w:pPr>
            <w:hyperlink r:id="rId417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41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41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420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42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422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423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424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425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426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427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42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42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4A3FBA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430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431">
              <w:r w:rsidRPr="008F6EF9">
                <w:rPr>
                  <w:rStyle w:val="aff8"/>
                  <w:b/>
                </w:rPr>
                <w:t>-</w:t>
              </w:r>
            </w:hyperlink>
            <w:hyperlink r:id="rId432">
              <w:r w:rsidRPr="008F6EF9">
                <w:rPr>
                  <w:rStyle w:val="aff8"/>
                  <w:b/>
                </w:rPr>
                <w:t>ka</w:t>
              </w:r>
            </w:hyperlink>
            <w:hyperlink r:id="rId433">
              <w:r w:rsidRPr="008F6EF9">
                <w:rPr>
                  <w:rStyle w:val="aff8"/>
                  <w:b/>
                </w:rPr>
                <w:t>/</w:t>
              </w:r>
            </w:hyperlink>
            <w:hyperlink r:id="rId43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3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09EF6AD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40E2EF22" w14:textId="77777777" w:rsidR="008F6EF9" w:rsidRPr="008F6EF9" w:rsidRDefault="008F6EF9" w:rsidP="008F6EF9">
            <w:pPr>
              <w:numPr>
                <w:ilvl w:val="0"/>
                <w:numId w:val="25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436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437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CFCBF32" w14:textId="77777777" w:rsidR="008F6EF9" w:rsidRPr="008F6EF9" w:rsidRDefault="008F6EF9" w:rsidP="008F6EF9">
            <w:pPr>
              <w:numPr>
                <w:ilvl w:val="0"/>
                <w:numId w:val="25"/>
              </w:numPr>
              <w:spacing w:after="200" w:line="276" w:lineRule="auto"/>
            </w:pPr>
            <w:r w:rsidRPr="008F6EF9">
              <w:t xml:space="preserve">«Единая    коллекция     цифровых образовательных ресурсов» </w:t>
            </w:r>
            <w:hyperlink r:id="rId438">
              <w:r w:rsidRPr="008F6EF9">
                <w:rPr>
                  <w:rStyle w:val="aff8"/>
                </w:rPr>
                <w:t>-</w:t>
              </w:r>
            </w:hyperlink>
            <w:hyperlink r:id="rId439">
              <w:r w:rsidRPr="008F6EF9">
                <w:rPr>
                  <w:rStyle w:val="aff8"/>
                </w:rPr>
                <w:t xml:space="preserve"> </w:t>
              </w:r>
            </w:hyperlink>
            <w:hyperlink r:id="rId440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441">
              <w:r w:rsidRPr="008F6EF9">
                <w:rPr>
                  <w:rStyle w:val="aff8"/>
                  <w:b/>
                </w:rPr>
                <w:t>-</w:t>
              </w:r>
            </w:hyperlink>
            <w:hyperlink r:id="rId442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44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73FC4D1" w14:textId="77777777" w:rsidR="008F6EF9" w:rsidRPr="008F6EF9" w:rsidRDefault="008F6EF9" w:rsidP="008F6EF9">
            <w:pPr>
              <w:numPr>
                <w:ilvl w:val="0"/>
                <w:numId w:val="25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</w:tc>
      </w:tr>
      <w:tr w:rsidR="008F6EF9" w:rsidRPr="008F6EF9" w14:paraId="10EBA5AA" w14:textId="77777777" w:rsidTr="00AA1098">
        <w:trPr>
          <w:trHeight w:val="240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54D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4B53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Звонкие и глухие согласные звуки, их различение. Согласный звук </w:t>
            </w:r>
            <w:r w:rsidRPr="008F6EF9">
              <w:rPr>
                <w:b/>
                <w:i/>
              </w:rPr>
              <w:t xml:space="preserve">[й’] </w:t>
            </w:r>
            <w:r w:rsidRPr="008F6EF9">
              <w:t xml:space="preserve">и гласный звук </w:t>
            </w:r>
            <w:r w:rsidRPr="008F6EF9">
              <w:rPr>
                <w:b/>
                <w:i/>
              </w:rPr>
              <w:t>[и]</w:t>
            </w:r>
            <w:r w:rsidRPr="008F6EF9">
              <w:t xml:space="preserve">. </w:t>
            </w:r>
          </w:p>
          <w:p w14:paraId="6C8796E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Шипящие </w:t>
            </w:r>
            <w:r w:rsidRPr="008F6EF9">
              <w:rPr>
                <w:b/>
                <w:i/>
              </w:rPr>
              <w:t xml:space="preserve">[ж], [ш], </w:t>
            </w:r>
          </w:p>
          <w:p w14:paraId="28B5ED8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  <w:i/>
              </w:rPr>
              <w:t>[ч’], [щ’]</w:t>
            </w:r>
            <w:r w:rsidRPr="008F6EF9">
              <w:t xml:space="preserve">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6F08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F8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30D4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09FC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F5B0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325E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0A2088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79744" behindDoc="1" locked="0" layoutInCell="1" allowOverlap="0" wp14:anchorId="2C6FC883" wp14:editId="576C0DA0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-38917</wp:posOffset>
                  </wp:positionV>
                  <wp:extent cx="661416" cy="780288"/>
                  <wp:effectExtent l="0" t="0" r="0" b="0"/>
                  <wp:wrapNone/>
                  <wp:docPr id="178657" name="Picture 178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7" name="Picture 178657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32DF5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8FFD8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81A218F" w14:textId="77777777" w:rsidTr="00AA1098">
        <w:trPr>
          <w:trHeight w:val="4038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F13F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2.3.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DE72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Слог. Определение количества слогов в слове. Ударный слог. Деление слов на слоги (простые случаи, без стечения согласных)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AEAF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4C6F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2E02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D34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EE6F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EA1D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F646DD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0768" behindDoc="1" locked="0" layoutInCell="1" allowOverlap="0" wp14:anchorId="67538A44" wp14:editId="0AEC3610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-36603</wp:posOffset>
                  </wp:positionV>
                  <wp:extent cx="661416" cy="780288"/>
                  <wp:effectExtent l="0" t="0" r="0" b="0"/>
                  <wp:wrapNone/>
                  <wp:docPr id="178659" name="Picture 178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9" name="Picture 178659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AD74AD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F039A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6D86331A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513"/>
        <w:gridCol w:w="2081"/>
        <w:gridCol w:w="648"/>
        <w:gridCol w:w="540"/>
        <w:gridCol w:w="603"/>
        <w:gridCol w:w="457"/>
        <w:gridCol w:w="2034"/>
        <w:gridCol w:w="615"/>
        <w:gridCol w:w="60"/>
        <w:gridCol w:w="808"/>
        <w:gridCol w:w="183"/>
        <w:gridCol w:w="124"/>
        <w:gridCol w:w="6180"/>
      </w:tblGrid>
      <w:tr w:rsidR="008F6EF9" w:rsidRPr="003019D5" w14:paraId="0E7456DC" w14:textId="77777777" w:rsidTr="00AA1098">
        <w:trPr>
          <w:trHeight w:val="286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699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136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4336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606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CEE9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94A2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CDADD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926FA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D38C5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BB40D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264B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1FCEDC09" w14:textId="77777777" w:rsidR="008F6EF9" w:rsidRPr="008F6EF9" w:rsidRDefault="00C768CB" w:rsidP="008F6EF9">
            <w:pPr>
              <w:spacing w:after="200" w:line="276" w:lineRule="auto"/>
            </w:pPr>
            <w:hyperlink r:id="rId446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447">
              <w:r w:rsidR="008F6EF9" w:rsidRPr="008F6EF9">
                <w:rPr>
                  <w:rStyle w:val="aff8"/>
                </w:rPr>
                <w:t>,</w:t>
              </w:r>
            </w:hyperlink>
            <w:hyperlink r:id="rId448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449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45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DDBFC0A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451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45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B61035E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33CB110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453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454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0591841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455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45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5043FDE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t xml:space="preserve">Каталог </w:t>
            </w: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 </w:t>
            </w:r>
            <w:r w:rsidRPr="008F6EF9">
              <w:tab/>
              <w:t xml:space="preserve">сети </w:t>
            </w:r>
          </w:p>
          <w:p w14:paraId="4F1301B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«Интернет»</w:t>
            </w:r>
            <w:hyperlink r:id="rId457">
              <w:r w:rsidRPr="008F6EF9">
                <w:rPr>
                  <w:rStyle w:val="aff8"/>
                </w:rPr>
                <w:t xml:space="preserve"> </w:t>
              </w:r>
            </w:hyperlink>
            <w:hyperlink r:id="rId458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45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73589B2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lastRenderedPageBreak/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4BF03EB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460">
              <w:r w:rsidRPr="008F6EF9">
                <w:rPr>
                  <w:rStyle w:val="aff8"/>
                </w:rPr>
                <w:t xml:space="preserve"> </w:t>
              </w:r>
            </w:hyperlink>
            <w:hyperlink r:id="rId461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46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AA1DBA6" w14:textId="77777777" w:rsidR="008F6EF9" w:rsidRPr="008F6EF9" w:rsidRDefault="008F6EF9" w:rsidP="008F6EF9">
            <w:pPr>
              <w:numPr>
                <w:ilvl w:val="0"/>
                <w:numId w:val="26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463">
              <w:r w:rsidRPr="008F6EF9">
                <w:rPr>
                  <w:rStyle w:val="aff8"/>
                </w:rPr>
                <w:t xml:space="preserve"> </w:t>
              </w:r>
            </w:hyperlink>
            <w:hyperlink r:id="rId464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46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08AA9921" w14:textId="77777777" w:rsidTr="00AA1098">
        <w:trPr>
          <w:trHeight w:val="504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34EA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2FDE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22E2B1BF" wp14:editId="6DC9AD1F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-1625</wp:posOffset>
                      </wp:positionV>
                      <wp:extent cx="76200" cy="180340"/>
                      <wp:effectExtent l="0" t="0" r="0" b="0"/>
                      <wp:wrapNone/>
                      <wp:docPr id="170281" name="Group 170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41" name="Shape 182541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0D909B" id="Group 170281" o:spid="_x0000_s1026" style="position:absolute;margin-left:5.35pt;margin-top:-.15pt;width:6pt;height:14.2pt;z-index:-251634688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">
                      <v:shape id="Shape 182541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4 </w:t>
            </w:r>
          </w:p>
        </w:tc>
        <w:tc>
          <w:tcPr>
            <w:tcW w:w="47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A3E66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CBDD6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38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1FAAC24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318956E" w14:textId="77777777" w:rsidTr="00AA1098">
        <w:trPr>
          <w:trHeight w:val="471"/>
        </w:trPr>
        <w:tc>
          <w:tcPr>
            <w:tcW w:w="88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3C1356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3. </w:t>
            </w:r>
            <w:r w:rsidRPr="008F6EF9">
              <w:rPr>
                <w:b/>
              </w:rPr>
              <w:t xml:space="preserve">Графика 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2958B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38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3C4B11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00A0D1B3" w14:textId="77777777" w:rsidTr="00AA1098">
        <w:trPr>
          <w:trHeight w:val="571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9770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3.1.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807C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Звук и буква. Различение звуков и букв. </w:t>
            </w:r>
          </w:p>
          <w:p w14:paraId="6ADE6A8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Обозначение на письме твёрдости согласных звуков буквами </w:t>
            </w:r>
            <w:r w:rsidRPr="008F6EF9">
              <w:rPr>
                <w:b/>
                <w:i/>
              </w:rPr>
              <w:t>а, о, у, ы, э</w:t>
            </w:r>
            <w:r w:rsidRPr="008F6EF9">
              <w:t xml:space="preserve">; слова с буквой </w:t>
            </w:r>
            <w:r w:rsidRPr="008F6EF9">
              <w:rPr>
                <w:b/>
                <w:i/>
              </w:rPr>
              <w:t>э</w:t>
            </w:r>
            <w:r w:rsidRPr="008F6EF9">
              <w:t xml:space="preserve">. Обозначение на письме мягкости согласных звуков буквами </w:t>
            </w:r>
            <w:r w:rsidRPr="008F6EF9">
              <w:rPr>
                <w:b/>
                <w:i/>
              </w:rPr>
              <w:t>е, ё, ю, я, и</w:t>
            </w:r>
            <w:r w:rsidRPr="008F6EF9">
              <w:t xml:space="preserve">. Функции букв </w:t>
            </w:r>
            <w:r w:rsidRPr="008F6EF9">
              <w:rPr>
                <w:b/>
                <w:i/>
              </w:rPr>
              <w:t>е, ё, ю, я</w:t>
            </w:r>
            <w:r w:rsidRPr="008F6EF9">
              <w:t xml:space="preserve">. </w:t>
            </w:r>
          </w:p>
          <w:p w14:paraId="71A8A63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Мягкий знак как показатель мягкости предшествующего согласного звука в конце слова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D4D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9257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BC9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4CFF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AB63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Моделировать     звуко- буквенный  состав   слов. Упражнение:  подбор   1—2 слов к предложенной звуко- бук венной модели. Учебный диалог «Сравниваем звуковой и буквенный состав слов», в ходе диалога формулируются </w:t>
            </w:r>
          </w:p>
          <w:p w14:paraId="155CDEC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выводы     о возможных соотношениях  звукового   и буквенного  состава   слов. Работа с таблицей: заполнение таблицы примерами слов с </w:t>
            </w:r>
          </w:p>
          <w:p w14:paraId="26DA613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разным    соотношением количества звуков и букв для каждой  из  трёх  колонок: количество  звуков  равно количеству букв, количество звуков  меньше  количества букв, количество звуков больше      количества </w:t>
            </w:r>
          </w:p>
          <w:p w14:paraId="22D133CF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букв.Упражнение</w:t>
            </w:r>
            <w:proofErr w:type="spellEnd"/>
            <w:r w:rsidRPr="008F6EF9">
              <w:t>: определение</w:t>
            </w:r>
          </w:p>
          <w:p w14:paraId="4EBD4D1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 </w:t>
            </w:r>
            <w:r w:rsidRPr="008F6EF9">
              <w:tab/>
              <w:t xml:space="preserve"> </w:t>
            </w:r>
            <w:r w:rsidRPr="008F6EF9">
              <w:tab/>
              <w:t xml:space="preserve"> </w:t>
            </w:r>
            <w:r w:rsidRPr="008F6EF9">
              <w:tab/>
              <w:t xml:space="preserve"> количества </w:t>
            </w:r>
          </w:p>
          <w:p w14:paraId="4F432A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слогов в слове, </w:t>
            </w:r>
            <w:proofErr w:type="spellStart"/>
            <w:r w:rsidRPr="008F6EF9">
              <w:t>объяс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нение</w:t>
            </w:r>
            <w:proofErr w:type="spellEnd"/>
            <w:r w:rsidRPr="008F6EF9">
              <w:t xml:space="preserve"> основания для деления слов на </w:t>
            </w:r>
            <w:proofErr w:type="spellStart"/>
            <w:r w:rsidRPr="008F6EF9">
              <w:t>слоги.Работа</w:t>
            </w:r>
            <w:proofErr w:type="spellEnd"/>
            <w:r w:rsidRPr="008F6EF9">
              <w:t xml:space="preserve">   в  парах: нахождение в тексте слов с заданными характеристиками звукового и слогового состава слова. Беседа о функциях ь </w:t>
            </w:r>
          </w:p>
          <w:p w14:paraId="5EBD4F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(разделительный и показатель мягкости  предшествующего согласного).Практическая работа: нахождение в тексте </w:t>
            </w:r>
          </w:p>
        </w:tc>
        <w:tc>
          <w:tcPr>
            <w:tcW w:w="11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91B64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340A7C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2816" behindDoc="1" locked="0" layoutInCell="1" allowOverlap="0" wp14:anchorId="6D037C10" wp14:editId="39BB711E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-39981</wp:posOffset>
                  </wp:positionV>
                  <wp:extent cx="646176" cy="780288"/>
                  <wp:effectExtent l="0" t="0" r="0" b="0"/>
                  <wp:wrapNone/>
                  <wp:docPr id="178664" name="Picture 178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4" name="Picture 178664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1169BC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6E2B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6EF56C0" wp14:editId="06DFEF33">
                      <wp:extent cx="9144" cy="146304"/>
                      <wp:effectExtent l="0" t="0" r="0" b="0"/>
                      <wp:docPr id="173426" name="Group 173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46304"/>
                                <a:chOff x="0" y="0"/>
                                <a:chExt cx="9144" cy="146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20" name="Picture 16820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22" name="Picture 16822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2" name="Picture 16842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4" name="Picture 16844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6" name="Picture 16846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58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6C562" id="Group 173426" o:spid="_x0000_s1026" style="width:.7pt;height:11.5pt;mso-position-horizontal-relative:char;mso-position-vertical-relative:line" coordsize="9144,1463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">
                      <v:shape id="Picture 16820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">
                        <v:imagedata r:id="rId222" o:title=""/>
                      </v:shape>
                      <v:shape id="Picture 16822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">
                        <v:imagedata r:id="rId222" o:title=""/>
                      </v:shape>
                      <v:shape id="Picture 16842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">
                        <v:imagedata r:id="rId229" o:title=""/>
                      </v:shape>
                      <v:shape id="Picture 16844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">
                        <v:imagedata r:id="rId229" o:title=""/>
                      </v:shape>
                      <v:shape id="Picture 16846" o:spid="_x0000_s1031" type="#_x0000_t75" style="position:absolute;top:10058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3D92B2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inline distT="0" distB="0" distL="0" distR="0" wp14:anchorId="57E83D22" wp14:editId="037E37BE">
                  <wp:extent cx="18288" cy="18288"/>
                  <wp:effectExtent l="0" t="0" r="0" b="0"/>
                  <wp:docPr id="16885" name="Picture 16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5" name="Picture 16885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3760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4341D4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C2D2734" wp14:editId="0B45ABB1">
                      <wp:extent cx="9144" cy="201422"/>
                      <wp:effectExtent l="0" t="0" r="0" b="0"/>
                      <wp:docPr id="173431" name="Group 173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01422"/>
                                <a:chOff x="0" y="0"/>
                                <a:chExt cx="9144" cy="201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53" name="Picture 16953"/>
                                <pic:cNvPicPr/>
                              </pic:nvPicPr>
                              <pic:blipFill>
                                <a:blip r:embed="rId4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55" name="Picture 16955"/>
                                <pic:cNvPicPr/>
                              </pic:nvPicPr>
                              <pic:blipFill>
                                <a:blip r:embed="rId4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5" name="Picture 16975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37"/>
                                  <a:ext cx="9144" cy="4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7" name="Picture 16977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262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9" name="Picture 16979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982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81" name="Picture 16981"/>
                                <pic:cNvPicPr/>
                              </pic:nvPicPr>
                              <pic:blipFill>
                                <a:blip r:embed="rId4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702"/>
                                  <a:ext cx="9144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20" name="Picture 17020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27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22" name="Picture 17022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27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D1CD8" id="Group 173431" o:spid="_x0000_s1026" style="width:.7pt;height:15.85pt;mso-position-horizontal-relative:char;mso-position-vertical-relative:line" coordsize="9144,20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">
                      <v:shape id="Picture 16953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">
                        <v:imagedata r:id="rId470" o:title=""/>
                      </v:shape>
                      <v:shape id="Picture 16955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">
                        <v:imagedata r:id="rId471" o:title=""/>
                      </v:shape>
                      <v:shape id="Picture 16975" o:spid="_x0000_s1029" type="#_x0000_t75" style="position:absolute;top:18237;width:9144;height:4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">
                        <v:imagedata r:id="rId223" o:title=""/>
                      </v:shape>
                      <v:shape id="Picture 16977" o:spid="_x0000_s1030" type="#_x0000_t75" style="position:absolute;top:64262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">
                        <v:imagedata r:id="rId223" o:title=""/>
                      </v:shape>
                      <v:shape id="Picture 16979" o:spid="_x0000_s1031" type="#_x0000_t75" style="position:absolute;top:109982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">
                        <v:imagedata r:id="rId223" o:title=""/>
                      </v:shape>
                      <v:shape id="Picture 16981" o:spid="_x0000_s1032" type="#_x0000_t75" style="position:absolute;top:155702;width:91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">
                        <v:imagedata r:id="rId472" o:title=""/>
                      </v:shape>
                      <v:shape id="Picture 17020" o:spid="_x0000_s1033" type="#_x0000_t75" style="position:absolute;top:19227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">
                        <v:imagedata r:id="rId233" o:title=""/>
                      </v:shape>
                      <v:shape id="Picture 17022" o:spid="_x0000_s1034" type="#_x0000_t75" style="position:absolute;top:19227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2E52DBE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AAA2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68EE31FE" w14:textId="77777777" w:rsidR="008F6EF9" w:rsidRPr="008F6EF9" w:rsidRDefault="00C768CB" w:rsidP="008F6EF9">
            <w:pPr>
              <w:spacing w:after="200" w:line="276" w:lineRule="auto"/>
            </w:pPr>
            <w:hyperlink r:id="rId473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474">
              <w:r w:rsidR="008F6EF9" w:rsidRPr="008F6EF9">
                <w:rPr>
                  <w:rStyle w:val="aff8"/>
                </w:rPr>
                <w:t>-</w:t>
              </w:r>
            </w:hyperlink>
            <w:hyperlink r:id="rId475">
              <w:r w:rsidR="008F6EF9" w:rsidRPr="008F6EF9">
                <w:rPr>
                  <w:rStyle w:val="aff8"/>
                </w:rPr>
                <w:t>2</w:t>
              </w:r>
            </w:hyperlink>
            <w:hyperlink r:id="rId476">
              <w:r w:rsidR="008F6EF9" w:rsidRPr="008F6EF9">
                <w:rPr>
                  <w:rStyle w:val="aff8"/>
                </w:rPr>
                <w:t>-</w:t>
              </w:r>
            </w:hyperlink>
            <w:hyperlink r:id="rId477">
              <w:r w:rsidR="008F6EF9" w:rsidRPr="008F6EF9">
                <w:rPr>
                  <w:rStyle w:val="aff8"/>
                </w:rPr>
                <w:t>2</w:t>
              </w:r>
            </w:hyperlink>
            <w:hyperlink r:id="rId478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479">
              <w:r w:rsidR="008F6EF9" w:rsidRPr="008F6EF9">
                <w:rPr>
                  <w:rStyle w:val="aff8"/>
                </w:rPr>
                <w:t>http://school</w:t>
              </w:r>
            </w:hyperlink>
            <w:hyperlink r:id="rId480">
              <w:r w:rsidR="008F6EF9" w:rsidRPr="008F6EF9">
                <w:rPr>
                  <w:rStyle w:val="aff8"/>
                </w:rPr>
                <w:t>-</w:t>
              </w:r>
            </w:hyperlink>
            <w:hyperlink r:id="rId481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482">
              <w:r w:rsidR="008F6EF9" w:rsidRPr="008F6EF9">
                <w:rPr>
                  <w:rStyle w:val="aff8"/>
                </w:rPr>
                <w:t>/</w:t>
              </w:r>
            </w:hyperlink>
            <w:hyperlink r:id="rId483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484">
              <w:r w:rsidR="008F6EF9" w:rsidRPr="008F6EF9">
                <w:rPr>
                  <w:rStyle w:val="aff8"/>
                </w:rPr>
                <w:t>http://um</w:t>
              </w:r>
            </w:hyperlink>
            <w:hyperlink r:id="rId485">
              <w:r w:rsidR="008F6EF9" w:rsidRPr="008F6EF9">
                <w:rPr>
                  <w:rStyle w:val="aff8"/>
                </w:rPr>
                <w:t>-</w:t>
              </w:r>
            </w:hyperlink>
            <w:hyperlink r:id="rId486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1500D456" w14:textId="77777777" w:rsidR="008F6EF9" w:rsidRPr="00276041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487">
              <w:r w:rsidR="008F6EF9" w:rsidRPr="00276041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488">
              <w:r w:rsidR="008F6EF9" w:rsidRPr="00276041">
                <w:rPr>
                  <w:rStyle w:val="aff8"/>
                  <w:lang w:val="en-US"/>
                </w:rPr>
                <w:t xml:space="preserve"> </w:t>
              </w:r>
            </w:hyperlink>
            <w:hyperlink r:id="rId489">
              <w:r w:rsidR="008F6EF9" w:rsidRPr="00276041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490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491">
              <w:r w:rsidR="008F6EF9" w:rsidRPr="00276041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492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5BDEB2C5" w14:textId="77777777" w:rsidR="008F6EF9" w:rsidRPr="008F6EF9" w:rsidRDefault="008F6EF9" w:rsidP="008F6EF9">
            <w:pPr>
              <w:spacing w:after="200" w:line="276" w:lineRule="auto"/>
            </w:pPr>
            <w:r w:rsidRPr="00276041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097D0D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1D68A6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493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49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95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49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2BE9248" w14:textId="77777777" w:rsidR="008F6EF9" w:rsidRPr="008F6EF9" w:rsidRDefault="008F6EF9" w:rsidP="008F6EF9">
            <w:pPr>
              <w:numPr>
                <w:ilvl w:val="0"/>
                <w:numId w:val="27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497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49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49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500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501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502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03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504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50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0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507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50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0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73FEB45D" w14:textId="77777777" w:rsidR="008F6EF9" w:rsidRPr="008F6EF9" w:rsidRDefault="008F6EF9" w:rsidP="008F6EF9">
            <w:pPr>
              <w:numPr>
                <w:ilvl w:val="0"/>
                <w:numId w:val="27"/>
              </w:numPr>
              <w:spacing w:after="200" w:line="276" w:lineRule="auto"/>
            </w:pPr>
            <w:r w:rsidRPr="008F6EF9">
              <w:t xml:space="preserve">Электронные версии журналов. </w:t>
            </w:r>
            <w:hyperlink r:id="rId510">
              <w:r w:rsidRPr="008F6EF9">
                <w:rPr>
                  <w:rStyle w:val="aff8"/>
                  <w:b/>
                </w:rPr>
                <w:t>http://e</w:t>
              </w:r>
            </w:hyperlink>
            <w:hyperlink r:id="rId511">
              <w:r w:rsidRPr="008F6EF9">
                <w:rPr>
                  <w:rStyle w:val="aff8"/>
                  <w:b/>
                </w:rPr>
                <w:t>-</w:t>
              </w:r>
            </w:hyperlink>
            <w:hyperlink r:id="rId512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513">
              <w:r w:rsidRPr="008F6EF9">
                <w:rPr>
                  <w:rStyle w:val="aff8"/>
                  <w:b/>
                </w:rPr>
                <w:t>l</w:t>
              </w:r>
            </w:hyperlink>
            <w:hyperlink r:id="rId51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1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0D5A365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58E295D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516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51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1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079C5AB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144FE124" w14:textId="77777777" w:rsidR="008F6EF9" w:rsidRPr="008F6EF9" w:rsidRDefault="00C768CB" w:rsidP="008F6EF9">
            <w:pPr>
              <w:spacing w:after="200" w:line="276" w:lineRule="auto"/>
            </w:pPr>
            <w:hyperlink r:id="rId519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52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52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522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523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52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52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577CD554" w14:textId="77777777" w:rsidR="008F6EF9" w:rsidRPr="008F6EF9" w:rsidRDefault="00C768CB" w:rsidP="008F6EF9">
            <w:pPr>
              <w:spacing w:after="200" w:line="276" w:lineRule="auto"/>
            </w:pPr>
            <w:hyperlink r:id="rId526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52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52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</w:p>
          <w:p w14:paraId="6B10DAA5" w14:textId="77777777" w:rsidR="008F6EF9" w:rsidRPr="008F6EF9" w:rsidRDefault="00C768CB" w:rsidP="008F6EF9">
            <w:pPr>
              <w:spacing w:after="200" w:line="276" w:lineRule="auto"/>
            </w:pPr>
            <w:hyperlink r:id="rId529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53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53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532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533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53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53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  страничка   "Кирилла   и </w:t>
            </w:r>
          </w:p>
        </w:tc>
      </w:tr>
      <w:tr w:rsidR="008F6EF9" w:rsidRPr="008F6EF9" w14:paraId="65F43802" w14:textId="77777777" w:rsidTr="00AA1098">
        <w:trPr>
          <w:trHeight w:val="101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966E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3.2.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E034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Установление соотношения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008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0DF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3FA0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6D1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2A15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A45C1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24" w:type="dxa"/>
            <w:tcBorders>
              <w:top w:val="single" w:sz="6" w:space="0" w:color="000000"/>
              <w:left w:val="nil"/>
              <w:bottom w:val="dashed" w:sz="6" w:space="0" w:color="FF0000"/>
              <w:right w:val="nil"/>
            </w:tcBorders>
            <w:shd w:val="clear" w:color="auto" w:fill="F7FCF7"/>
          </w:tcPr>
          <w:p w14:paraId="7F6E0E9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dashed" w:sz="6" w:space="0" w:color="FF0000"/>
              <w:right w:val="nil"/>
            </w:tcBorders>
          </w:tcPr>
          <w:p w14:paraId="3C3272B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68022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6FE3E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D5D682B" w14:textId="77777777" w:rsidTr="00AA109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159A5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CFC25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06F2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9537A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517F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593A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F6D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C86BCB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tcBorders>
              <w:top w:val="dashed" w:sz="6" w:space="0" w:color="FF0000"/>
              <w:left w:val="dashed" w:sz="6" w:space="0" w:color="FF0000"/>
              <w:bottom w:val="dashed" w:sz="11" w:space="0" w:color="FF0000"/>
              <w:right w:val="nil"/>
            </w:tcBorders>
            <w:shd w:val="clear" w:color="auto" w:fill="F7FCF7"/>
          </w:tcPr>
          <w:p w14:paraId="08021CC3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Текущи</w:t>
            </w:r>
            <w:proofErr w:type="spellEnd"/>
          </w:p>
        </w:tc>
        <w:tc>
          <w:tcPr>
            <w:tcW w:w="182" w:type="dxa"/>
            <w:tcBorders>
              <w:top w:val="dashed" w:sz="6" w:space="0" w:color="FF0000"/>
              <w:left w:val="nil"/>
              <w:bottom w:val="dashed" w:sz="11" w:space="0" w:color="FF0000"/>
              <w:right w:val="dashed" w:sz="6" w:space="0" w:color="FF0000"/>
            </w:tcBorders>
            <w:shd w:val="clear" w:color="auto" w:fill="F7FCF7"/>
          </w:tcPr>
          <w:p w14:paraId="5416108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й,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D84BA8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F56CD8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EDBB4D2" w14:textId="77777777" w:rsidTr="00AA1098">
        <w:trPr>
          <w:trHeight w:val="37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2215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52F9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0784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3C26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4F4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CFAF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3AB5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5A126D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tcBorders>
              <w:top w:val="dashed" w:sz="11" w:space="0" w:color="FF0000"/>
              <w:left w:val="nil"/>
              <w:bottom w:val="single" w:sz="6" w:space="0" w:color="000000"/>
              <w:right w:val="nil"/>
            </w:tcBorders>
            <w:shd w:val="clear" w:color="auto" w:fill="F7FCF7"/>
          </w:tcPr>
          <w:p w14:paraId="425CA23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2" w:type="dxa"/>
            <w:tcBorders>
              <w:top w:val="dashed" w:sz="11" w:space="0" w:color="FF0000"/>
              <w:left w:val="nil"/>
              <w:bottom w:val="single" w:sz="6" w:space="0" w:color="000000"/>
              <w:right w:val="nil"/>
            </w:tcBorders>
          </w:tcPr>
          <w:p w14:paraId="76C8A9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B119A6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0940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1DB4843A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Look w:val="04A0" w:firstRow="1" w:lastRow="0" w:firstColumn="1" w:lastColumn="0" w:noHBand="0" w:noVBand="1"/>
      </w:tblPr>
      <w:tblGrid>
        <w:gridCol w:w="498"/>
        <w:gridCol w:w="2173"/>
        <w:gridCol w:w="603"/>
        <w:gridCol w:w="494"/>
        <w:gridCol w:w="551"/>
        <w:gridCol w:w="419"/>
        <w:gridCol w:w="2706"/>
        <w:gridCol w:w="99"/>
        <w:gridCol w:w="477"/>
        <w:gridCol w:w="464"/>
        <w:gridCol w:w="162"/>
        <w:gridCol w:w="118"/>
        <w:gridCol w:w="6082"/>
      </w:tblGrid>
      <w:tr w:rsidR="008F6EF9" w:rsidRPr="003019D5" w14:paraId="1E80C264" w14:textId="77777777" w:rsidTr="00AA1098">
        <w:trPr>
          <w:trHeight w:val="130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77C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D6E9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звукового и буквенного состава слова в словах типа стол, конь.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EB3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3FA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CBDD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CBA9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F6E5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слов по заданным основаниям (ь обозначает  мягкость </w:t>
            </w:r>
          </w:p>
          <w:p w14:paraId="052851D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предшествующего согласного).Игровое упражнение </w:t>
            </w:r>
            <w:r w:rsidRPr="008F6EF9">
              <w:tab/>
              <w:t xml:space="preserve">«Кто    лучше </w:t>
            </w:r>
          </w:p>
          <w:p w14:paraId="76D7E6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расскажет о слове», в ходе выполнения   упражнения отрабатывается     умение строить устное   речевое </w:t>
            </w:r>
            <w:r w:rsidRPr="008F6EF9">
              <w:lastRenderedPageBreak/>
              <w:t xml:space="preserve">высказывание об обозначении звуков буква ми; о звуковом и буквенном составе слова. Игра-соревнование «Повтори </w:t>
            </w:r>
            <w:proofErr w:type="spellStart"/>
            <w:r w:rsidRPr="008F6EF9">
              <w:t>алфавит».Совместное</w:t>
            </w:r>
            <w:proofErr w:type="spellEnd"/>
            <w:r w:rsidRPr="008F6EF9">
              <w:t xml:space="preserve"> выполнение   упражнения </w:t>
            </w:r>
          </w:p>
          <w:p w14:paraId="53A5C34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«Запиши слова по алфавиту»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417BE6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1000" w:type="dxa"/>
              <w:tblInd w:w="101" w:type="dxa"/>
              <w:tblCellMar>
                <w:top w:w="12" w:type="dxa"/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690"/>
            </w:tblGrid>
            <w:tr w:rsidR="008F6EF9" w:rsidRPr="008F6EF9" w14:paraId="6C9A58C6" w14:textId="77777777" w:rsidTr="00AA1098">
              <w:trPr>
                <w:trHeight w:val="297"/>
              </w:trPr>
              <w:tc>
                <w:tcPr>
                  <w:tcW w:w="1000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003AD8C3" w14:textId="77777777" w:rsidR="008F6EF9" w:rsidRPr="008F6EF9" w:rsidRDefault="008F6EF9" w:rsidP="008F6EF9">
                  <w:pPr>
                    <w:spacing w:after="200" w:line="276" w:lineRule="auto"/>
                  </w:pPr>
                  <w:proofErr w:type="spellStart"/>
                  <w:r w:rsidRPr="008F6EF9">
                    <w:t>письменн</w:t>
                  </w:r>
                  <w:proofErr w:type="spellEnd"/>
                </w:p>
              </w:tc>
            </w:tr>
            <w:tr w:rsidR="008F6EF9" w:rsidRPr="008F6EF9" w14:paraId="14932134" w14:textId="77777777" w:rsidTr="00AA1098">
              <w:trPr>
                <w:trHeight w:val="296"/>
              </w:trPr>
              <w:tc>
                <w:tcPr>
                  <w:tcW w:w="299" w:type="dxa"/>
                  <w:tcBorders>
                    <w:top w:val="dashed" w:sz="11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784C9D03" w14:textId="77777777" w:rsidR="008F6EF9" w:rsidRPr="008F6EF9" w:rsidRDefault="008F6EF9" w:rsidP="008F6EF9">
                  <w:pPr>
                    <w:spacing w:after="200" w:line="276" w:lineRule="auto"/>
                  </w:pPr>
                  <w:proofErr w:type="spellStart"/>
                  <w:r w:rsidRPr="008F6EF9">
                    <w:t>ый</w:t>
                  </w:r>
                  <w:proofErr w:type="spellEnd"/>
                </w:p>
              </w:tc>
              <w:tc>
                <w:tcPr>
                  <w:tcW w:w="701" w:type="dxa"/>
                  <w:tcBorders>
                    <w:top w:val="dashed" w:sz="11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3078B2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 xml:space="preserve"> </w:t>
                  </w:r>
                </w:p>
              </w:tc>
            </w:tr>
          </w:tbl>
          <w:p w14:paraId="6B6D87E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402A13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E37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Мефодия". Чат, игры, призы, информация для родителей </w:t>
            </w:r>
            <w:hyperlink r:id="rId536">
              <w:r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53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3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 Журнал </w:t>
            </w:r>
          </w:p>
          <w:p w14:paraId="34F7462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539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540">
              <w:r w:rsidRPr="008F6EF9">
                <w:rPr>
                  <w:rStyle w:val="aff8"/>
                  <w:b/>
                </w:rPr>
                <w:t>-</w:t>
              </w:r>
            </w:hyperlink>
            <w:hyperlink r:id="rId541">
              <w:r w:rsidRPr="008F6EF9">
                <w:rPr>
                  <w:rStyle w:val="aff8"/>
                  <w:b/>
                </w:rPr>
                <w:t>ka</w:t>
              </w:r>
            </w:hyperlink>
            <w:hyperlink r:id="rId542">
              <w:r w:rsidRPr="008F6EF9">
                <w:rPr>
                  <w:rStyle w:val="aff8"/>
                  <w:b/>
                </w:rPr>
                <w:t>/</w:t>
              </w:r>
            </w:hyperlink>
            <w:hyperlink r:id="rId54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54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0D4BC0F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lastRenderedPageBreak/>
              <w:t xml:space="preserve">Коллекции электронных образовательных ресурсов </w:t>
            </w:r>
          </w:p>
          <w:p w14:paraId="2E36289C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545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54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EC0A596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6F9D5F2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547">
              <w:r w:rsidRPr="008F6EF9">
                <w:rPr>
                  <w:rStyle w:val="aff8"/>
                </w:rPr>
                <w:t>-</w:t>
              </w:r>
            </w:hyperlink>
            <w:hyperlink r:id="rId548">
              <w:r w:rsidRPr="008F6EF9">
                <w:rPr>
                  <w:rStyle w:val="aff8"/>
                </w:rPr>
                <w:t xml:space="preserve"> </w:t>
              </w:r>
            </w:hyperlink>
            <w:hyperlink r:id="rId549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550">
              <w:r w:rsidRPr="008F6EF9">
                <w:rPr>
                  <w:rStyle w:val="aff8"/>
                  <w:b/>
                </w:rPr>
                <w:t>-</w:t>
              </w:r>
            </w:hyperlink>
            <w:hyperlink r:id="rId551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55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35952F0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14CF71F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7553F415" w14:textId="77777777" w:rsidR="008F6EF9" w:rsidRPr="008F6EF9" w:rsidRDefault="00C768CB" w:rsidP="008F6EF9">
            <w:pPr>
              <w:spacing w:after="200" w:line="276" w:lineRule="auto"/>
            </w:pPr>
            <w:hyperlink r:id="rId553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554">
              <w:r w:rsidR="008F6EF9" w:rsidRPr="008F6EF9">
                <w:rPr>
                  <w:rStyle w:val="aff8"/>
                </w:rPr>
                <w:t>,</w:t>
              </w:r>
            </w:hyperlink>
            <w:hyperlink r:id="rId555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556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55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0C7C44A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558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55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AC20BB1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01478A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560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56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088CFA6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562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56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B92D77E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564">
              <w:r w:rsidRPr="008F6EF9">
                <w:rPr>
                  <w:rStyle w:val="aff8"/>
                </w:rPr>
                <w:t xml:space="preserve"> </w:t>
              </w:r>
            </w:hyperlink>
            <w:hyperlink r:id="rId565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56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B61C6FE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111BC1A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567">
              <w:r w:rsidRPr="008F6EF9">
                <w:rPr>
                  <w:rStyle w:val="aff8"/>
                </w:rPr>
                <w:t xml:space="preserve"> </w:t>
              </w:r>
            </w:hyperlink>
            <w:hyperlink r:id="rId568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56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0E1B8F0" w14:textId="77777777" w:rsidR="008F6EF9" w:rsidRPr="008F6EF9" w:rsidRDefault="008F6EF9" w:rsidP="008F6EF9">
            <w:pPr>
              <w:numPr>
                <w:ilvl w:val="0"/>
                <w:numId w:val="28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570">
              <w:r w:rsidRPr="008F6EF9">
                <w:rPr>
                  <w:rStyle w:val="aff8"/>
                </w:rPr>
                <w:t xml:space="preserve"> </w:t>
              </w:r>
            </w:hyperlink>
            <w:hyperlink r:id="rId571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57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6293FEE2" w14:textId="77777777" w:rsidTr="00AA1098">
        <w:trPr>
          <w:trHeight w:val="1848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E47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3.3.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8E24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Использование небуквенных графических средств: пробела между словами, знака переноса.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E42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30CE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77F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F6FA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BBAA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656AA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1BA0AA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3840" behindDoc="1" locked="0" layoutInCell="1" allowOverlap="0" wp14:anchorId="0AD868D1" wp14:editId="2B39C04A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-39347</wp:posOffset>
                  </wp:positionV>
                  <wp:extent cx="646176" cy="780288"/>
                  <wp:effectExtent l="0" t="0" r="0" b="0"/>
                  <wp:wrapNone/>
                  <wp:docPr id="178669" name="Picture 178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9" name="Picture 178669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793744B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53119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192B0B8" wp14:editId="53927AE1">
                      <wp:extent cx="9144" cy="54864"/>
                      <wp:effectExtent l="0" t="0" r="0" b="0"/>
                      <wp:docPr id="177304" name="Group 177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54864"/>
                                <a:chOff x="0" y="0"/>
                                <a:chExt cx="9144" cy="54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86" name="Picture 17786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88" name="Picture 1778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" name="Picture 17806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8D3B0" id="Group 177304" o:spid="_x0000_s1026" style="width:.7pt;height:4.3pt;mso-position-horizontal-relative:char;mso-position-vertical-relative:line" coordsize="9144,548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">
                      <v:shape id="Picture 17786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">
                        <v:imagedata r:id="rId222" o:title=""/>
                      </v:shape>
                      <v:shape id="Picture 17788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">
                        <v:imagedata r:id="rId222" o:title=""/>
                      </v:shape>
                      <v:shape id="Picture 17806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">
                        <v:imagedata r:id="rId57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rPr>
                <w:noProof/>
              </w:rPr>
              <w:drawing>
                <wp:inline distT="0" distB="0" distL="0" distR="0" wp14:anchorId="3580E321" wp14:editId="2C963737">
                  <wp:extent cx="9144" cy="45720"/>
                  <wp:effectExtent l="0" t="0" r="0" b="0"/>
                  <wp:docPr id="17808" name="Picture 17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8" name="Picture 17808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9D104BC" wp14:editId="02AF6C47">
                      <wp:extent cx="18288" cy="103632"/>
                      <wp:effectExtent l="0" t="0" r="0" b="0"/>
                      <wp:docPr id="177306" name="Group 177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03632"/>
                                <a:chOff x="0" y="0"/>
                                <a:chExt cx="18288" cy="103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10" name="Picture 17810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12" name="Picture 17812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"/>
                                  <a:ext cx="9144" cy="39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49" name="Picture 17849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344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B71F2" id="Group 177306" o:spid="_x0000_s1026" style="width:1.45pt;height:8.15pt;mso-position-horizontal-relative:char;mso-position-vertical-relative:line" coordsize="18288,10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">
                      <v:shape id="Picture 17810" o:spid="_x0000_s1027" type="#_x0000_t75" style="position:absolute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">
                        <v:imagedata r:id="rId575" o:title=""/>
                      </v:shape>
                      <v:shape id="Picture 17812" o:spid="_x0000_s1028" type="#_x0000_t75" style="position:absolute;top:45720;width:9144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">
                        <v:imagedata r:id="rId577" o:title=""/>
                      </v:shape>
                      <v:shape id="Picture 17849" o:spid="_x0000_s1029" type="#_x0000_t75" style="position:absolute;top:85344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05D6BF3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A72C0B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ED99A50" wp14:editId="1D01C396">
                      <wp:extent cx="9144" cy="201422"/>
                      <wp:effectExtent l="0" t="0" r="0" b="0"/>
                      <wp:docPr id="177308" name="Group 177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01422"/>
                                <a:chOff x="0" y="0"/>
                                <a:chExt cx="9144" cy="201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15" name="Picture 17915"/>
                                <pic:cNvPicPr/>
                              </pic:nvPicPr>
                              <pic:blipFill>
                                <a:blip r:embed="rId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17" name="Picture 17917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35" name="Picture 17935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37" name="Picture 17937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39" name="Picture 17939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677"/>
                                  <a:ext cx="9144" cy="4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41" name="Picture 17941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702"/>
                                  <a:ext cx="9144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80" name="Picture 17980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27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82" name="Picture 17982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278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1C9E3" id="Group 177308" o:spid="_x0000_s1026" style="width:.7pt;height:15.85pt;mso-position-horizontal-relative:char;mso-position-vertical-relative:line" coordsize="9144,2014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">
                      <v:shape id="Picture 17915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">
                        <v:imagedata r:id="rId581" o:title=""/>
                      </v:shape>
                      <v:shape id="Picture 17917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">
                        <v:imagedata r:id="rId222" o:title=""/>
                      </v:shape>
                      <v:shape id="Picture 17935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">
                        <v:imagedata r:id="rId582" o:title=""/>
                      </v:shape>
                      <v:shape id="Picture 17937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">
                        <v:imagedata r:id="rId582" o:title=""/>
                      </v:shape>
                      <v:shape id="Picture 17939" o:spid="_x0000_s1031" type="#_x0000_t75" style="position:absolute;top:109677;width:9144;height:4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">
                        <v:imagedata r:id="rId582" o:title=""/>
                      </v:shape>
                      <v:shape id="Picture 17941" o:spid="_x0000_s1032" type="#_x0000_t75" style="position:absolute;top:155702;width:91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">
                        <v:imagedata r:id="rId583" o:title=""/>
                      </v:shape>
                      <v:shape id="Picture 17980" o:spid="_x0000_s1033" type="#_x0000_t75" style="position:absolute;top:19227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">
                        <v:imagedata r:id="rId233" o:title=""/>
                      </v:shape>
                      <v:shape id="Picture 17982" o:spid="_x0000_s1034" type="#_x0000_t75" style="position:absolute;top:19227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3F58834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1B1F1BF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4AA0126" w14:textId="77777777" w:rsidTr="00AA1098">
        <w:trPr>
          <w:trHeight w:val="26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5FD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3.4.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7B92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Русский алфавит: правильное название букв, знание их </w:t>
            </w:r>
          </w:p>
          <w:p w14:paraId="7E85F6D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последовательности . Использование алфавита для упорядочения списка слов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47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B3F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14B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9AD7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060C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DEAF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311EE4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4864" behindDoc="1" locked="0" layoutInCell="1" allowOverlap="0" wp14:anchorId="67B917C6" wp14:editId="42D1EF4E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-38834</wp:posOffset>
                  </wp:positionV>
                  <wp:extent cx="646176" cy="780288"/>
                  <wp:effectExtent l="0" t="0" r="0" b="0"/>
                  <wp:wrapNone/>
                  <wp:docPr id="178671" name="Picture 178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1" name="Picture 178671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21EFC9B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719CE0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0AD65E27" wp14:editId="5CE6B756">
                      <wp:extent cx="9144" cy="100584"/>
                      <wp:effectExtent l="0" t="0" r="0" b="0"/>
                      <wp:docPr id="177732" name="Group 177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00584"/>
                                <a:chOff x="0" y="0"/>
                                <a:chExt cx="9144" cy="100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43" name="Picture 18143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45" name="Picture 1814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5" name="Picture 18165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7" name="Picture 18167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8B1829" id="Group 177732" o:spid="_x0000_s1026" style="width:.7pt;height:7.9pt;mso-position-horizontal-relative:char;mso-position-vertical-relative:line" coordsize="914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">
                      <v:shape id="Picture 18143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">
                        <v:imagedata r:id="rId222" o:title=""/>
                      </v:shape>
                      <v:shape id="Picture 18145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">
                        <v:imagedata r:id="rId222" o:title=""/>
                      </v:shape>
                      <v:shape id="Picture 18165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">
                        <v:imagedata r:id="rId223" o:title=""/>
                      </v:shape>
                      <v:shape id="Picture 18167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rPr>
                <w:noProof/>
              </w:rPr>
              <w:drawing>
                <wp:inline distT="0" distB="0" distL="0" distR="0" wp14:anchorId="1A144ECA" wp14:editId="181F481E">
                  <wp:extent cx="9144" cy="46025"/>
                  <wp:effectExtent l="0" t="0" r="0" b="0"/>
                  <wp:docPr id="18169" name="Picture 18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9" name="Picture 18169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4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6EF9">
              <w:t xml:space="preserve"> </w:t>
            </w:r>
          </w:p>
          <w:p w14:paraId="040232B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inline distT="0" distB="0" distL="0" distR="0" wp14:anchorId="031E6B3D" wp14:editId="4104A973">
                  <wp:extent cx="18288" cy="18288"/>
                  <wp:effectExtent l="0" t="0" r="0" b="0"/>
                  <wp:docPr id="18208" name="Picture 18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8" name="Picture 1820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FA11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6B2F12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AE573A6" wp14:editId="7F929419">
                      <wp:extent cx="9144" cy="198120"/>
                      <wp:effectExtent l="0" t="0" r="0" b="0"/>
                      <wp:docPr id="177737" name="Group 177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98120"/>
                                <a:chOff x="0" y="0"/>
                                <a:chExt cx="9144" cy="19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6" name="Picture 18276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78" name="Picture 1827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8" name="Picture 18298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00" name="Picture 18300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02" name="Picture 18302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04" name="Picture 18304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448"/>
                                  <a:ext cx="914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43" name="Picture 18343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8976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45" name="Picture 18345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8976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7BB80" id="Group 177737" o:spid="_x0000_s1026" style="width:.7pt;height:15.6pt;mso-position-horizontal-relative:char;mso-position-vertical-relative:line" coordsize="9144,1981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0ooor8MP9Uz/2VBLAwQK&#10;AAAAAAAAACEAAa22wHoCAAB6AgAAFAAAAGRycy9tZWRpYS9pbWFnZTIuanBn/9j/4AAQSkZJRgAB&#10;AQEAYABgAAD/2wBDAAMCAgMCAgMDAwMEAwMEBQgFBQQEBQoHBwYIDAoMDAsKCwsNDhIQDQ4RDgsL&#10;EBYQERMUFRUVDA8XGBYUGBIUFRT/2wBDAQMEBAUEBQkFBQkUDQsNFBQUFBQUFBQUFBQUFBQUFBQU&#10;FBQUFBQUFBQUFBQUFBQUFBQUFBQUFBQUFBQUFBQUFBT/wAARCAAC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">
                      <v:shape id="Picture 18276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">
                        <v:imagedata r:id="rId228" o:title=""/>
                      </v:shape>
                      <v:shape id="Picture 18278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">
                        <v:imagedata r:id="rId222" o:title=""/>
                      </v:shape>
                      <v:shape id="Picture 18298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">
                        <v:imagedata r:id="rId229" o:title=""/>
                      </v:shape>
                      <v:shape id="Picture 18300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">
                        <v:imagedata r:id="rId229" o:title=""/>
                      </v:shape>
                      <v:shape id="Picture 18302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">
                        <v:imagedata r:id="rId229" o:title=""/>
                      </v:shape>
                      <v:shape id="Picture 18304" o:spid="_x0000_s1032" type="#_x0000_t75" style="position:absolute;top:155448;width:914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">
                        <v:imagedata r:id="rId232" o:title=""/>
                      </v:shape>
                      <v:shape id="Picture 18343" o:spid="_x0000_s1033" type="#_x0000_t75" style="position:absolute;top:1889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">
                        <v:imagedata r:id="rId233" o:title=""/>
                      </v:shape>
                      <v:shape id="Picture 18345" o:spid="_x0000_s1034" type="#_x0000_t75" style="position:absolute;top:1889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79DB29A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AEC5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9DD178A" w14:textId="77777777" w:rsidTr="00AA1098">
        <w:trPr>
          <w:trHeight w:val="504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B01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348C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35487965" wp14:editId="3865EA57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-2133</wp:posOffset>
                      </wp:positionV>
                      <wp:extent cx="76200" cy="180340"/>
                      <wp:effectExtent l="0" t="0" r="0" b="0"/>
                      <wp:wrapNone/>
                      <wp:docPr id="177763" name="Group 177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43" name="Shape 182543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ACF09" id="Group 177763" o:spid="_x0000_s1026" style="position:absolute;margin-left:5.35pt;margin-top:-.15pt;width:6pt;height:14.2pt;z-index:-251630592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">
                      <v:shape id="Shape 182543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4 </w:t>
            </w:r>
          </w:p>
        </w:tc>
        <w:tc>
          <w:tcPr>
            <w:tcW w:w="64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BCF13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3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87F61F1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2114C37E" w14:textId="77777777" w:rsidTr="00AA1098">
        <w:trPr>
          <w:trHeight w:val="466"/>
        </w:trPr>
        <w:tc>
          <w:tcPr>
            <w:tcW w:w="1046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1DD03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Раздел 4. </w:t>
            </w:r>
            <w:r w:rsidRPr="008F6EF9">
              <w:rPr>
                <w:b/>
              </w:rPr>
              <w:t xml:space="preserve">Лексика и морфология </w:t>
            </w:r>
          </w:p>
        </w:tc>
        <w:tc>
          <w:tcPr>
            <w:tcW w:w="43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E7437B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0B960C70" w14:textId="77777777" w:rsidTr="00AA1098">
        <w:trPr>
          <w:trHeight w:val="107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C6B5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4.1.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F267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Слово как единица языка </w:t>
            </w:r>
          </w:p>
          <w:p w14:paraId="7903D46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(ознакомление).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9967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F367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9532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52B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DB2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Учебный диалог «На какие вопросы могут отвечать </w:t>
            </w:r>
            <w:proofErr w:type="spellStart"/>
            <w:r w:rsidRPr="008F6EF9">
              <w:t>слова?».Наблюдение</w:t>
            </w:r>
            <w:proofErr w:type="spellEnd"/>
            <w:r w:rsidRPr="008F6EF9">
              <w:t xml:space="preserve"> за словами, отвечающими на вопросы «кто?», </w:t>
            </w:r>
          </w:p>
          <w:p w14:paraId="0CAD2D6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«</w:t>
            </w:r>
            <w:proofErr w:type="spellStart"/>
            <w:r w:rsidRPr="008F6EF9">
              <w:t>что?».Совместное</w:t>
            </w:r>
            <w:proofErr w:type="spellEnd"/>
            <w:r w:rsidRPr="008F6EF9">
              <w:t xml:space="preserve"> выполнение  группировки слов по   заданному признаку: отвечают на вопрос «что?» / отвечают </w:t>
            </w:r>
          </w:p>
          <w:p w14:paraId="6AB29D4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на </w:t>
            </w:r>
            <w:r w:rsidRPr="008F6EF9">
              <w:tab/>
              <w:t xml:space="preserve"> </w:t>
            </w:r>
            <w:r w:rsidRPr="008F6EF9">
              <w:tab/>
              <w:t xml:space="preserve">   </w:t>
            </w:r>
            <w:r w:rsidRPr="008F6EF9">
              <w:tab/>
              <w:t xml:space="preserve">вопрос </w:t>
            </w:r>
          </w:p>
          <w:p w14:paraId="6148B21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«</w:t>
            </w:r>
            <w:proofErr w:type="spellStart"/>
            <w:r w:rsidRPr="008F6EF9">
              <w:t>кто?».Наблюдение</w:t>
            </w:r>
            <w:proofErr w:type="spellEnd"/>
            <w:r w:rsidRPr="008F6EF9">
              <w:t xml:space="preserve"> за словами, отвечающими на вопросы «какой?», </w:t>
            </w:r>
          </w:p>
          <w:p w14:paraId="3CE4FB8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«какая?», </w:t>
            </w:r>
            <w:r w:rsidRPr="008F6EF9">
              <w:tab/>
              <w:t xml:space="preserve">«какое?», </w:t>
            </w:r>
          </w:p>
          <w:p w14:paraId="3791C4A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«какие?».</w:t>
            </w:r>
            <w:proofErr w:type="spellStart"/>
            <w:r w:rsidRPr="008F6EF9">
              <w:t>Комментированн</w:t>
            </w:r>
            <w:proofErr w:type="spellEnd"/>
            <w:r w:rsidRPr="008F6EF9">
              <w:t xml:space="preserve">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32225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45D58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C2B26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E7C078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73967F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7135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578D3CD4" w14:textId="77777777" w:rsidR="008F6EF9" w:rsidRPr="008F6EF9" w:rsidRDefault="00C768CB" w:rsidP="008F6EF9">
            <w:pPr>
              <w:spacing w:after="200" w:line="276" w:lineRule="auto"/>
            </w:pPr>
            <w:hyperlink r:id="rId585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586">
              <w:r w:rsidR="008F6EF9" w:rsidRPr="008F6EF9">
                <w:rPr>
                  <w:rStyle w:val="aff8"/>
                </w:rPr>
                <w:t>-</w:t>
              </w:r>
            </w:hyperlink>
            <w:hyperlink r:id="rId587">
              <w:r w:rsidR="008F6EF9" w:rsidRPr="008F6EF9">
                <w:rPr>
                  <w:rStyle w:val="aff8"/>
                </w:rPr>
                <w:t>2</w:t>
              </w:r>
            </w:hyperlink>
            <w:hyperlink r:id="rId588">
              <w:r w:rsidR="008F6EF9" w:rsidRPr="008F6EF9">
                <w:rPr>
                  <w:rStyle w:val="aff8"/>
                </w:rPr>
                <w:t>-</w:t>
              </w:r>
            </w:hyperlink>
            <w:hyperlink r:id="rId589">
              <w:r w:rsidR="008F6EF9" w:rsidRPr="008F6EF9">
                <w:rPr>
                  <w:rStyle w:val="aff8"/>
                </w:rPr>
                <w:t>2</w:t>
              </w:r>
            </w:hyperlink>
            <w:hyperlink r:id="rId590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591">
              <w:r w:rsidR="008F6EF9" w:rsidRPr="008F6EF9">
                <w:rPr>
                  <w:rStyle w:val="aff8"/>
                </w:rPr>
                <w:t>http://school</w:t>
              </w:r>
            </w:hyperlink>
            <w:hyperlink r:id="rId592">
              <w:r w:rsidR="008F6EF9" w:rsidRPr="008F6EF9">
                <w:rPr>
                  <w:rStyle w:val="aff8"/>
                </w:rPr>
                <w:t>-</w:t>
              </w:r>
            </w:hyperlink>
            <w:hyperlink r:id="rId593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594">
              <w:r w:rsidR="008F6EF9" w:rsidRPr="008F6EF9">
                <w:rPr>
                  <w:rStyle w:val="aff8"/>
                </w:rPr>
                <w:t>/</w:t>
              </w:r>
            </w:hyperlink>
            <w:hyperlink r:id="rId595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596">
              <w:r w:rsidR="008F6EF9" w:rsidRPr="008F6EF9">
                <w:rPr>
                  <w:rStyle w:val="aff8"/>
                </w:rPr>
                <w:t>http://um</w:t>
              </w:r>
            </w:hyperlink>
            <w:hyperlink r:id="rId597">
              <w:r w:rsidR="008F6EF9" w:rsidRPr="008F6EF9">
                <w:rPr>
                  <w:rStyle w:val="aff8"/>
                </w:rPr>
                <w:t>-</w:t>
              </w:r>
            </w:hyperlink>
            <w:hyperlink r:id="rId598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60637D96" w14:textId="77777777" w:rsidR="008F6EF9" w:rsidRPr="00276041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599">
              <w:r w:rsidR="008F6EF9" w:rsidRPr="00276041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600">
              <w:r w:rsidR="008F6EF9" w:rsidRPr="00276041">
                <w:rPr>
                  <w:rStyle w:val="aff8"/>
                  <w:lang w:val="en-US"/>
                </w:rPr>
                <w:t xml:space="preserve"> </w:t>
              </w:r>
            </w:hyperlink>
            <w:hyperlink r:id="rId601">
              <w:r w:rsidR="008F6EF9" w:rsidRPr="00276041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602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603">
              <w:r w:rsidR="008F6EF9" w:rsidRPr="00276041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604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63D5C4E6" w14:textId="77777777" w:rsidR="008F6EF9" w:rsidRPr="008F6EF9" w:rsidRDefault="008F6EF9" w:rsidP="008F6EF9">
            <w:pPr>
              <w:spacing w:after="200" w:line="276" w:lineRule="auto"/>
            </w:pPr>
            <w:r w:rsidRPr="00276041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1AEF8A7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72A0BC9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605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60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07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608">
              <w:r w:rsidRPr="008F6EF9">
                <w:rPr>
                  <w:rStyle w:val="aff8"/>
                  <w:b/>
                </w:rPr>
                <w:t xml:space="preserve"> </w:t>
              </w:r>
            </w:hyperlink>
            <w:r w:rsidRPr="008F6EF9">
              <w:t xml:space="preserve">3. Сайты детских писателей. </w:t>
            </w:r>
          </w:p>
          <w:p w14:paraId="1B6EFABE" w14:textId="77777777" w:rsidR="008F6EF9" w:rsidRPr="008F6EF9" w:rsidRDefault="00C768CB" w:rsidP="008F6EF9">
            <w:pPr>
              <w:spacing w:after="200" w:line="276" w:lineRule="auto"/>
            </w:pPr>
            <w:hyperlink r:id="rId609">
              <w:r w:rsidR="008F6EF9"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61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1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"Всё наоборот" – стихи для детей, собранные Григорием Кружковым. </w:t>
            </w:r>
            <w:hyperlink r:id="rId612">
              <w:r w:rsidR="008F6EF9"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613">
              <w:r w:rsidR="008F6EF9" w:rsidRPr="008F6EF9">
                <w:rPr>
                  <w:rStyle w:val="aff8"/>
                  <w:b/>
                </w:rPr>
                <w:t>n_index.htm</w:t>
              </w:r>
            </w:hyperlink>
            <w:hyperlink r:id="rId61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1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Писатель Владислав Крапивин. </w:t>
            </w:r>
          </w:p>
        </w:tc>
      </w:tr>
      <w:tr w:rsidR="008F6EF9" w:rsidRPr="008F6EF9" w14:paraId="365933D7" w14:textId="77777777" w:rsidTr="00AA1098">
        <w:trPr>
          <w:trHeight w:val="2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7EE1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6CF0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179D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B0FD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B2E1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47F7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B319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41AC9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2AA299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50AD87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5C1FB0D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Текущий,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6D0E16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330EF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65490CD" w14:textId="77777777" w:rsidTr="00AA109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691F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AF99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6D50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8257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24CF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EF6B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CC99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F9E754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D06135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0D1FBA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54F3DE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63CBB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3B3CC20" w14:textId="77777777" w:rsidTr="00AA109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43CB2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4D5B0B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87D7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2588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A4CF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876F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9325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96CB4B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0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5A5E3948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письменн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BC866C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BE884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DCD51F6" w14:textId="77777777" w:rsidTr="00AA1098">
        <w:trPr>
          <w:trHeight w:val="2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95A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B468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E709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23F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8FC8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C105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BE93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C8FD13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245A98E1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42A7BE6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3840B7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5D474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2811D4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D128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461D601" w14:textId="77777777" w:rsidTr="00AA1098">
        <w:trPr>
          <w:trHeight w:val="162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E20B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8BD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Слово как название предмета, признака предмета, действия предмета </w:t>
            </w:r>
          </w:p>
          <w:p w14:paraId="3E07AA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(ознакомление).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99F1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A6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A1D7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95A2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4C15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9B11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DF4D02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6912" behindDoc="1" locked="0" layoutInCell="1" allowOverlap="0" wp14:anchorId="38DBCC7E" wp14:editId="6340E326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-35146</wp:posOffset>
                  </wp:positionV>
                  <wp:extent cx="646176" cy="777240"/>
                  <wp:effectExtent l="0" t="0" r="0" b="0"/>
                  <wp:wrapNone/>
                  <wp:docPr id="178673" name="Picture 178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3" name="Picture 178673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43E2661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F749A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4B571FCA" wp14:editId="686B734E">
                      <wp:extent cx="9144" cy="54864"/>
                      <wp:effectExtent l="0" t="0" r="0" b="0"/>
                      <wp:docPr id="178524" name="Group 178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54864"/>
                                <a:chOff x="0" y="0"/>
                                <a:chExt cx="9144" cy="54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4" name="Picture 19054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56" name="Picture 19056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76" name="Picture 19076"/>
                                <pic:cNvPicPr/>
                              </pic:nvPicPr>
                              <pic:blipFill>
                                <a:blip r:embed="rId6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FA780" id="Group 178524" o:spid="_x0000_s1026" style="width:.7pt;height:4.3pt;mso-position-horizontal-relative:char;mso-position-vertical-relative:line" coordsize="9144,548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">
                      <v:shape id="Picture 19054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">
                        <v:imagedata r:id="rId222" o:title=""/>
                      </v:shape>
                      <v:shape id="Picture 19056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">
                        <v:imagedata r:id="rId222" o:title=""/>
                      </v:shape>
                      <v:shape id="Picture 19076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">
                        <v:imagedata r:id="rId618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7D3358E4" wp14:editId="35E60FB3">
                      <wp:extent cx="9144" cy="91440"/>
                      <wp:effectExtent l="0" t="0" r="0" b="0"/>
                      <wp:docPr id="178525" name="Group 178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91440"/>
                                <a:chOff x="0" y="0"/>
                                <a:chExt cx="9144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78" name="Picture 19078"/>
                                <pic:cNvPicPr/>
                              </pic:nvPicPr>
                              <pic:blipFill>
                                <a:blip r:embed="rId6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80" name="Picture 19080"/>
                                <pic:cNvPicPr/>
                              </pic:nvPicPr>
                              <pic:blipFill>
                                <a:blip r:embed="rId6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FEC61" id="Group 178525" o:spid="_x0000_s1026" style="width:.7pt;height:7.2pt;mso-position-horizontal-relative:char;mso-position-vertical-relative:line" coordsize="9144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">
                      <v:shape id="Picture 19078" o:spid="_x0000_s1027" type="#_x0000_t75" style="position:absolute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">
                        <v:imagedata r:id="rId618" o:title=""/>
                      </v:shape>
                      <v:shape id="Picture 19080" o:spid="_x0000_s1028" type="#_x0000_t75" style="position:absolute;top:45720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">
                        <v:imagedata r:id="rId618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174739B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inline distT="0" distB="0" distL="0" distR="0" wp14:anchorId="55F51D05" wp14:editId="37671E3C">
                  <wp:extent cx="18288" cy="18288"/>
                  <wp:effectExtent l="0" t="0" r="0" b="0"/>
                  <wp:docPr id="19119" name="Picture 19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9" name="Picture 19119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F176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0B0803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09FFC056" wp14:editId="3382633B">
                      <wp:extent cx="9144" cy="201168"/>
                      <wp:effectExtent l="0" t="0" r="0" b="0"/>
                      <wp:docPr id="178527" name="Group 178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01168"/>
                                <a:chOff x="0" y="0"/>
                                <a:chExt cx="9144" cy="20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87" name="Picture 19187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9" name="Picture 19189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09" name="Picture 19209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11" name="Picture 19211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13" name="Picture 19213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15" name="Picture 19215"/>
                                <pic:cNvPicPr/>
                              </pic:nvPicPr>
                              <pic:blipFill>
                                <a:blip r:embed="rId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448"/>
                                  <a:ext cx="9144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4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6" name="Picture 19256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4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1C1AE" id="Group 178527" o:spid="_x0000_s1026" style="width:.7pt;height:15.85pt;mso-position-horizontal-relative:char;mso-position-vertical-relative:line" coordsize="9144,2011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KKKK/D&#10;D/VM/9lQSwMECgAAAAAAAAAhAAGttsB6AgAAegIAABQAAABkcnMvbWVkaWEvaW1hZ2UyLmpwZ//Y&#10;/+AAEEpGSUYAAQEBAGAAYAAA/9sAQwADAgIDAgIDAwMDBAMDBAUIBQUEBAUKBwcGCAwKDAwLCgsL&#10;DQ4SEA0OEQ4LCxAWEBETFBUVFQwPFxgWFBgSFBUU/9sAQwEDBAQFBAUJBQUJFA0LDRQUFBQUFBQU&#10;FBQUFBQUFBQUFBQUFBQUFBQUFBQUFBQUFBQUFBQUFBQUFBQUFBQUFBQU/8AAEQgAAg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">
                      <v:shape id="Picture 19187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">
                        <v:imagedata r:id="rId228" o:title=""/>
                      </v:shape>
                      <v:shape id="Picture 19189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">
                        <v:imagedata r:id="rId222" o:title=""/>
                      </v:shape>
                      <v:shape id="Picture 19209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">
                        <v:imagedata r:id="rId621" o:title=""/>
                      </v:shape>
                      <v:shape id="Picture 19211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">
                        <v:imagedata r:id="rId621" o:title=""/>
                      </v:shape>
                      <v:shape id="Picture 19213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">
                        <v:imagedata r:id="rId621" o:title=""/>
                      </v:shape>
                      <v:shape id="Picture 19215" o:spid="_x0000_s1032" type="#_x0000_t75" style="position:absolute;top:155448;width:91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">
                        <v:imagedata r:id="rId622" o:title=""/>
                      </v:shape>
                      <v:shape id="Picture 19254" o:spid="_x0000_s1033" type="#_x0000_t75" style="position:absolute;top:19202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">
                        <v:imagedata r:id="rId233" o:title=""/>
                      </v:shape>
                      <v:shape id="Picture 19256" o:spid="_x0000_s1034" type="#_x0000_t75" style="position:absolute;top:19202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0E3281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8E4E4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BBCF227" w14:textId="77777777" w:rsidTr="00AA1098">
        <w:trPr>
          <w:trHeight w:val="60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BDE5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4.3.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DCB1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Выявление слов,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4BAC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EF99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A6C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F5A0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CDD9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6D9BAE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995" w:type="dxa"/>
              <w:tblInd w:w="107" w:type="dxa"/>
              <w:tblCellMar>
                <w:top w:w="46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95"/>
            </w:tblGrid>
            <w:tr w:rsidR="008F6EF9" w:rsidRPr="008F6EF9" w14:paraId="0A6ABC05" w14:textId="77777777" w:rsidTr="00AA1098">
              <w:trPr>
                <w:trHeight w:val="284"/>
              </w:trPr>
              <w:tc>
                <w:tcPr>
                  <w:tcW w:w="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67FA5A65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Текущий,</w:t>
                  </w:r>
                </w:p>
              </w:tc>
            </w:tr>
          </w:tbl>
          <w:p w14:paraId="3BBBD1C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F6C71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D48C0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6AA27425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510"/>
        <w:gridCol w:w="1839"/>
        <w:gridCol w:w="753"/>
        <w:gridCol w:w="531"/>
        <w:gridCol w:w="592"/>
        <w:gridCol w:w="450"/>
        <w:gridCol w:w="2196"/>
        <w:gridCol w:w="1409"/>
        <w:gridCol w:w="59"/>
        <w:gridCol w:w="808"/>
        <w:gridCol w:w="183"/>
        <w:gridCol w:w="114"/>
        <w:gridCol w:w="5402"/>
      </w:tblGrid>
      <w:tr w:rsidR="008F6EF9" w:rsidRPr="003019D5" w14:paraId="2A2661D0" w14:textId="77777777" w:rsidTr="00AA1098">
        <w:trPr>
          <w:trHeight w:val="84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8F3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769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значение которых требует уточнения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B2BD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C9E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73A8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CE2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7913DA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ое</w:t>
            </w:r>
            <w:proofErr w:type="spellEnd"/>
            <w:r w:rsidRPr="008F6EF9">
              <w:t xml:space="preserve"> выполнение нахождение в тексте по заданным </w:t>
            </w:r>
          </w:p>
          <w:p w14:paraId="53FB482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например </w:t>
            </w:r>
            <w:r w:rsidRPr="008F6EF9">
              <w:tab/>
              <w:t xml:space="preserve">поиск </w:t>
            </w:r>
          </w:p>
          <w:p w14:paraId="6A0B84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отвечающих     на    «</w:t>
            </w:r>
            <w:proofErr w:type="spellStart"/>
            <w:r w:rsidRPr="008F6EF9">
              <w:t>какая?».Наблюдение</w:t>
            </w:r>
            <w:proofErr w:type="spellEnd"/>
            <w:r w:rsidRPr="008F6EF9">
              <w:t xml:space="preserve"> словами, отвечающими вопросы    «что    </w:t>
            </w:r>
          </w:p>
          <w:p w14:paraId="56F5E3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«что </w:t>
            </w:r>
            <w:proofErr w:type="spellStart"/>
            <w:r w:rsidRPr="008F6EF9">
              <w:t>сделать?».Работа</w:t>
            </w:r>
            <w:proofErr w:type="spellEnd"/>
            <w:r w:rsidRPr="008F6EF9">
              <w:t xml:space="preserve"> парах: отработка </w:t>
            </w:r>
          </w:p>
          <w:p w14:paraId="321E4EA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задавать </w:t>
            </w:r>
            <w:r w:rsidRPr="008F6EF9">
              <w:tab/>
              <w:t xml:space="preserve">к </w:t>
            </w:r>
          </w:p>
          <w:p w14:paraId="4FBC274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словам </w:t>
            </w:r>
            <w:r w:rsidRPr="008F6EF9">
              <w:tab/>
              <w:t xml:space="preserve">вопросы </w:t>
            </w:r>
          </w:p>
          <w:p w14:paraId="003C652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делать?», </w:t>
            </w:r>
            <w:proofErr w:type="spellStart"/>
            <w:r w:rsidRPr="008F6EF9">
              <w:t>сделать?».Работа</w:t>
            </w:r>
            <w:proofErr w:type="spellEnd"/>
            <w:r w:rsidRPr="008F6EF9">
              <w:t xml:space="preserve"> группах: нахождение тексте слов по основанию, например слов, отвечающих     на    </w:t>
            </w:r>
          </w:p>
          <w:p w14:paraId="28015B2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«что делает?» </w:t>
            </w:r>
          </w:p>
        </w:tc>
        <w:tc>
          <w:tcPr>
            <w:tcW w:w="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1242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задания: </w:t>
            </w:r>
          </w:p>
          <w:p w14:paraId="72A063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слов основаниям, слов, </w:t>
            </w:r>
          </w:p>
          <w:p w14:paraId="0E0EBC8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вопрос  </w:t>
            </w:r>
            <w:r w:rsidRPr="008F6EF9">
              <w:tab/>
              <w:t xml:space="preserve">за  на </w:t>
            </w:r>
          </w:p>
          <w:p w14:paraId="666306A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делать?»,  в умения приведённым </w:t>
            </w:r>
          </w:p>
          <w:p w14:paraId="0003AB7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«что </w:t>
            </w:r>
          </w:p>
          <w:p w14:paraId="27D673F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«что в  </w:t>
            </w:r>
            <w:r w:rsidRPr="008F6EF9">
              <w:tab/>
            </w:r>
            <w:proofErr w:type="spellStart"/>
            <w:r w:rsidRPr="008F6EF9">
              <w:t>в</w:t>
            </w:r>
            <w:proofErr w:type="spellEnd"/>
            <w:r w:rsidRPr="008F6EF9">
              <w:t xml:space="preserve"> заданному </w:t>
            </w:r>
          </w:p>
          <w:p w14:paraId="692B7BE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43C7AC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вопрос </w:t>
            </w:r>
          </w:p>
        </w:tc>
        <w:tc>
          <w:tcPr>
            <w:tcW w:w="11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3E4A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3CF453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</w:p>
          <w:p w14:paraId="71A02EF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7936" behindDoc="1" locked="0" layoutInCell="1" allowOverlap="0" wp14:anchorId="2C25ACEB" wp14:editId="3C678F15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-230881</wp:posOffset>
                  </wp:positionV>
                  <wp:extent cx="649224" cy="585216"/>
                  <wp:effectExtent l="0" t="0" r="0" b="0"/>
                  <wp:wrapNone/>
                  <wp:docPr id="178678" name="Picture 178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8" name="Picture 178678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2937AD9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0BB3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3DF00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D28E" w14:textId="77777777" w:rsidR="008F6EF9" w:rsidRPr="008F6EF9" w:rsidRDefault="00C768CB" w:rsidP="008F6EF9">
            <w:pPr>
              <w:spacing w:after="200" w:line="276" w:lineRule="auto"/>
            </w:pPr>
            <w:hyperlink r:id="rId624">
              <w:r w:rsidR="008F6EF9"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625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26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Писатель Дмитрий Емец. </w:t>
            </w:r>
            <w:hyperlink r:id="rId627">
              <w:r w:rsidR="008F6EF9" w:rsidRPr="008F6EF9">
                <w:rPr>
                  <w:rStyle w:val="aff8"/>
                  <w:b/>
                </w:rPr>
                <w:t>http://www.nikitinsky.com.ua</w:t>
              </w:r>
            </w:hyperlink>
            <w:hyperlink r:id="rId62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2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писатель Юрий Никитинский. </w:t>
            </w:r>
          </w:p>
          <w:p w14:paraId="1EAD6FF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 Электронные версии журналов. </w:t>
            </w:r>
            <w:hyperlink r:id="rId630">
              <w:r w:rsidRPr="008F6EF9">
                <w:rPr>
                  <w:rStyle w:val="aff8"/>
                  <w:b/>
                </w:rPr>
                <w:t>http://e</w:t>
              </w:r>
            </w:hyperlink>
            <w:hyperlink r:id="rId631">
              <w:r w:rsidRPr="008F6EF9">
                <w:rPr>
                  <w:rStyle w:val="aff8"/>
                  <w:b/>
                </w:rPr>
                <w:t>-</w:t>
              </w:r>
            </w:hyperlink>
            <w:hyperlink r:id="rId632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633">
              <w:r w:rsidRPr="008F6EF9">
                <w:rPr>
                  <w:rStyle w:val="aff8"/>
                  <w:b/>
                </w:rPr>
                <w:t>l</w:t>
              </w:r>
            </w:hyperlink>
            <w:hyperlink r:id="rId63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3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7EAE5E6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026799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636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63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3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5B8399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  <w:hyperlink r:id="rId639">
              <w:r w:rsidRPr="008F6EF9">
                <w:rPr>
                  <w:rStyle w:val="aff8"/>
                  <w:b/>
                </w:rPr>
                <w:t>http://barsuk.lenin.ru</w:t>
              </w:r>
            </w:hyperlink>
            <w:hyperlink r:id="rId640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41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Журнал для детей "Барсук" </w:t>
            </w:r>
            <w:hyperlink r:id="rId642">
              <w:r w:rsidRPr="008F6EF9">
                <w:rPr>
                  <w:rStyle w:val="aff8"/>
                  <w:b/>
                </w:rPr>
                <w:t>http://www.biblioguide.ru</w:t>
              </w:r>
            </w:hyperlink>
            <w:hyperlink r:id="rId643">
              <w:r w:rsidRPr="008F6EF9">
                <w:rPr>
                  <w:rStyle w:val="aff8"/>
                  <w:b/>
                </w:rPr>
                <w:t>/</w:t>
              </w:r>
            </w:hyperlink>
            <w:hyperlink r:id="rId64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4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proofErr w:type="spellStart"/>
            <w:r w:rsidRPr="008F6EF9">
              <w:t>BiblioГид</w:t>
            </w:r>
            <w:proofErr w:type="spellEnd"/>
            <w:r w:rsidRPr="008F6EF9">
              <w:t xml:space="preserve">: всё о детской книге </w:t>
            </w:r>
          </w:p>
          <w:p w14:paraId="629AEEF0" w14:textId="77777777" w:rsidR="008F6EF9" w:rsidRPr="008F6EF9" w:rsidRDefault="00C768CB" w:rsidP="008F6EF9">
            <w:pPr>
              <w:spacing w:after="200" w:line="276" w:lineRule="auto"/>
            </w:pPr>
            <w:hyperlink r:id="rId646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64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4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649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65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5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652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653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65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5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656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65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65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6CCD50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659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660">
              <w:r w:rsidRPr="008F6EF9">
                <w:rPr>
                  <w:rStyle w:val="aff8"/>
                  <w:b/>
                </w:rPr>
                <w:t>-</w:t>
              </w:r>
            </w:hyperlink>
            <w:hyperlink r:id="rId661">
              <w:r w:rsidRPr="008F6EF9">
                <w:rPr>
                  <w:rStyle w:val="aff8"/>
                  <w:b/>
                </w:rPr>
                <w:t>ka</w:t>
              </w:r>
            </w:hyperlink>
            <w:hyperlink r:id="rId662">
              <w:r w:rsidRPr="008F6EF9">
                <w:rPr>
                  <w:rStyle w:val="aff8"/>
                  <w:b/>
                </w:rPr>
                <w:t>/</w:t>
              </w:r>
            </w:hyperlink>
            <w:hyperlink r:id="rId66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66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</w:t>
            </w:r>
            <w:r w:rsidRPr="008F6EF9">
              <w:lastRenderedPageBreak/>
              <w:t xml:space="preserve">народов. </w:t>
            </w:r>
          </w:p>
          <w:p w14:paraId="1BA8F80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3C3F7FE7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665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66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B1AA193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77B56A6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667">
              <w:r w:rsidRPr="008F6EF9">
                <w:rPr>
                  <w:rStyle w:val="aff8"/>
                </w:rPr>
                <w:t>-</w:t>
              </w:r>
            </w:hyperlink>
            <w:hyperlink r:id="rId668">
              <w:r w:rsidRPr="008F6EF9">
                <w:rPr>
                  <w:rStyle w:val="aff8"/>
                </w:rPr>
                <w:t xml:space="preserve"> </w:t>
              </w:r>
            </w:hyperlink>
            <w:hyperlink r:id="rId669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670">
              <w:r w:rsidRPr="008F6EF9">
                <w:rPr>
                  <w:rStyle w:val="aff8"/>
                  <w:b/>
                </w:rPr>
                <w:t>-</w:t>
              </w:r>
            </w:hyperlink>
            <w:hyperlink r:id="rId671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67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5BEED53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08A333C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78068D6B" w14:textId="77777777" w:rsidR="008F6EF9" w:rsidRPr="008F6EF9" w:rsidRDefault="00C768CB" w:rsidP="008F6EF9">
            <w:pPr>
              <w:spacing w:after="200" w:line="276" w:lineRule="auto"/>
            </w:pPr>
            <w:hyperlink r:id="rId673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674">
              <w:r w:rsidR="008F6EF9" w:rsidRPr="008F6EF9">
                <w:rPr>
                  <w:rStyle w:val="aff8"/>
                </w:rPr>
                <w:t>,</w:t>
              </w:r>
            </w:hyperlink>
            <w:hyperlink r:id="rId675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676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67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E6C3530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678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67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8413AE6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497D2F7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680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68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292E4FC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682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68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86781F2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684">
              <w:r w:rsidRPr="008F6EF9">
                <w:rPr>
                  <w:rStyle w:val="aff8"/>
                </w:rPr>
                <w:t xml:space="preserve"> </w:t>
              </w:r>
            </w:hyperlink>
            <w:hyperlink r:id="rId685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68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5F0F80D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3869147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>портал</w:t>
            </w:r>
            <w:hyperlink r:id="rId687">
              <w:r w:rsidRPr="008F6EF9">
                <w:rPr>
                  <w:rStyle w:val="aff8"/>
                </w:rPr>
                <w:t xml:space="preserve"> </w:t>
              </w:r>
            </w:hyperlink>
            <w:hyperlink r:id="rId688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68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242077F" w14:textId="77777777" w:rsidR="008F6EF9" w:rsidRPr="008F6EF9" w:rsidRDefault="008F6EF9" w:rsidP="008F6EF9">
            <w:pPr>
              <w:numPr>
                <w:ilvl w:val="0"/>
                <w:numId w:val="29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690">
              <w:r w:rsidRPr="008F6EF9">
                <w:rPr>
                  <w:rStyle w:val="aff8"/>
                </w:rPr>
                <w:t xml:space="preserve"> </w:t>
              </w:r>
            </w:hyperlink>
            <w:hyperlink r:id="rId691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69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396488ED" w14:textId="77777777" w:rsidTr="00AA1098">
        <w:trPr>
          <w:trHeight w:val="504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337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F0D74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7" w:type="dxa"/>
              <w:tblCellMar>
                <w:top w:w="3" w:type="dxa"/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302E82D2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4CB3FE45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12</w:t>
                  </w:r>
                </w:p>
              </w:tc>
            </w:tr>
          </w:tbl>
          <w:p w14:paraId="035D7F6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6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ECF5A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80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989E6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007DC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8E5F7E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1A1F917" w14:textId="77777777" w:rsidTr="00AA1098">
        <w:trPr>
          <w:trHeight w:val="473"/>
        </w:trPr>
        <w:tc>
          <w:tcPr>
            <w:tcW w:w="86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0E5B9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Раздел 5. </w:t>
            </w:r>
            <w:r w:rsidRPr="008F6EF9">
              <w:rPr>
                <w:b/>
              </w:rPr>
              <w:t xml:space="preserve">Синтаксис </w:t>
            </w:r>
          </w:p>
        </w:tc>
        <w:tc>
          <w:tcPr>
            <w:tcW w:w="180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074F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80129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B55476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3A14AF59" w14:textId="77777777" w:rsidTr="00AA1098">
        <w:trPr>
          <w:trHeight w:val="101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AE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5.1.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64CA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Предложение как единица языка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66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1FFB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B31B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03D4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7CE0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Работа </w:t>
            </w:r>
            <w:r w:rsidRPr="008F6EF9">
              <w:tab/>
              <w:t xml:space="preserve">со предложения: </w:t>
            </w:r>
          </w:p>
        </w:tc>
        <w:tc>
          <w:tcPr>
            <w:tcW w:w="69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5AF497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схемой умение </w:t>
            </w:r>
          </w:p>
        </w:tc>
        <w:tc>
          <w:tcPr>
            <w:tcW w:w="1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A382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24" w:type="dxa"/>
            <w:tcBorders>
              <w:top w:val="single" w:sz="6" w:space="0" w:color="000000"/>
              <w:left w:val="nil"/>
              <w:bottom w:val="dashed" w:sz="6" w:space="0" w:color="FF0000"/>
              <w:right w:val="nil"/>
            </w:tcBorders>
            <w:shd w:val="clear" w:color="auto" w:fill="F7FCF7"/>
          </w:tcPr>
          <w:p w14:paraId="6BD1470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dashed" w:sz="6" w:space="0" w:color="FF0000"/>
              <w:right w:val="nil"/>
            </w:tcBorders>
          </w:tcPr>
          <w:p w14:paraId="569EC70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4688E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EB73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06C7CD1E" w14:textId="77777777" w:rsidR="008F6EF9" w:rsidRPr="008F6EF9" w:rsidRDefault="00C768CB" w:rsidP="008F6EF9">
            <w:pPr>
              <w:spacing w:after="200" w:line="276" w:lineRule="auto"/>
            </w:pPr>
            <w:hyperlink r:id="rId693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694">
              <w:r w:rsidR="008F6EF9" w:rsidRPr="008F6EF9">
                <w:rPr>
                  <w:rStyle w:val="aff8"/>
                </w:rPr>
                <w:t>-</w:t>
              </w:r>
            </w:hyperlink>
            <w:hyperlink r:id="rId695">
              <w:r w:rsidR="008F6EF9" w:rsidRPr="008F6EF9">
                <w:rPr>
                  <w:rStyle w:val="aff8"/>
                </w:rPr>
                <w:t>2</w:t>
              </w:r>
            </w:hyperlink>
            <w:hyperlink r:id="rId696">
              <w:r w:rsidR="008F6EF9" w:rsidRPr="008F6EF9">
                <w:rPr>
                  <w:rStyle w:val="aff8"/>
                </w:rPr>
                <w:t>-</w:t>
              </w:r>
            </w:hyperlink>
            <w:hyperlink r:id="rId697">
              <w:r w:rsidR="008F6EF9" w:rsidRPr="008F6EF9">
                <w:rPr>
                  <w:rStyle w:val="aff8"/>
                </w:rPr>
                <w:t>2</w:t>
              </w:r>
            </w:hyperlink>
            <w:hyperlink r:id="rId698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699">
              <w:r w:rsidR="008F6EF9" w:rsidRPr="008F6EF9">
                <w:rPr>
                  <w:rStyle w:val="aff8"/>
                </w:rPr>
                <w:t>http://school</w:t>
              </w:r>
            </w:hyperlink>
            <w:hyperlink r:id="rId700">
              <w:r w:rsidR="008F6EF9" w:rsidRPr="008F6EF9">
                <w:rPr>
                  <w:rStyle w:val="aff8"/>
                </w:rPr>
                <w:t>-</w:t>
              </w:r>
            </w:hyperlink>
            <w:hyperlink r:id="rId701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702">
              <w:r w:rsidR="008F6EF9" w:rsidRPr="008F6EF9">
                <w:rPr>
                  <w:rStyle w:val="aff8"/>
                </w:rPr>
                <w:t>/</w:t>
              </w:r>
            </w:hyperlink>
            <w:hyperlink r:id="rId703">
              <w:r w:rsidR="008F6EF9" w:rsidRPr="008F6EF9">
                <w:rPr>
                  <w:rStyle w:val="aff8"/>
                </w:rPr>
                <w:t xml:space="preserve"> </w:t>
              </w:r>
            </w:hyperlink>
          </w:p>
        </w:tc>
      </w:tr>
      <w:tr w:rsidR="008F6EF9" w:rsidRPr="008F6EF9" w14:paraId="073920CE" w14:textId="77777777" w:rsidTr="00AA1098">
        <w:trPr>
          <w:trHeight w:val="29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7ACB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8E7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42F3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46EA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4F6E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18CC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8C3A93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53F1F1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19857C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tcBorders>
              <w:top w:val="dashed" w:sz="6" w:space="0" w:color="FF0000"/>
              <w:left w:val="dashed" w:sz="6" w:space="0" w:color="FF0000"/>
              <w:bottom w:val="dashed" w:sz="12" w:space="0" w:color="FF0000"/>
              <w:right w:val="nil"/>
            </w:tcBorders>
            <w:shd w:val="clear" w:color="auto" w:fill="F7FCF7"/>
          </w:tcPr>
          <w:p w14:paraId="4C6B2289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Текущи</w:t>
            </w:r>
            <w:proofErr w:type="spellEnd"/>
          </w:p>
        </w:tc>
        <w:tc>
          <w:tcPr>
            <w:tcW w:w="182" w:type="dxa"/>
            <w:tcBorders>
              <w:top w:val="dashed" w:sz="6" w:space="0" w:color="FF0000"/>
              <w:left w:val="nil"/>
              <w:bottom w:val="dashed" w:sz="12" w:space="0" w:color="FF0000"/>
              <w:right w:val="dashed" w:sz="6" w:space="0" w:color="FF0000"/>
            </w:tcBorders>
            <w:shd w:val="clear" w:color="auto" w:fill="F7FCF7"/>
          </w:tcPr>
          <w:p w14:paraId="4518CE0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й,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3A54CF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793A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269F47B" w14:textId="77777777" w:rsidTr="00AA1098">
        <w:trPr>
          <w:trHeight w:val="37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C20D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536D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6BD2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3B7E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38D0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63D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0320E1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B529AE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B0CC1D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tcBorders>
              <w:top w:val="dashed" w:sz="12" w:space="0" w:color="FF0000"/>
              <w:left w:val="nil"/>
              <w:bottom w:val="single" w:sz="6" w:space="0" w:color="000000"/>
              <w:right w:val="nil"/>
            </w:tcBorders>
            <w:shd w:val="clear" w:color="auto" w:fill="F7FCF7"/>
          </w:tcPr>
          <w:p w14:paraId="33754AF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2" w:type="dxa"/>
            <w:tcBorders>
              <w:top w:val="dashed" w:sz="12" w:space="0" w:color="FF0000"/>
              <w:left w:val="nil"/>
              <w:bottom w:val="single" w:sz="6" w:space="0" w:color="000000"/>
              <w:right w:val="nil"/>
            </w:tcBorders>
          </w:tcPr>
          <w:p w14:paraId="35C9DB4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BEEA5D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CC0E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35D4B96C" w14:textId="77777777" w:rsidR="008F6EF9" w:rsidRPr="008F6EF9" w:rsidRDefault="008F6EF9" w:rsidP="008F6EF9">
      <w:pPr>
        <w:rPr>
          <w:lang w:val="ru-RU"/>
        </w:rPr>
      </w:pPr>
    </w:p>
    <w:tbl>
      <w:tblPr>
        <w:tblStyle w:val="TableGrid"/>
        <w:tblW w:w="14846" w:type="dxa"/>
        <w:tblInd w:w="122" w:type="dxa"/>
        <w:tblLook w:val="04A0" w:firstRow="1" w:lastRow="0" w:firstColumn="1" w:lastColumn="0" w:noHBand="0" w:noVBand="1"/>
      </w:tblPr>
      <w:tblGrid>
        <w:gridCol w:w="518"/>
        <w:gridCol w:w="2098"/>
        <w:gridCol w:w="660"/>
        <w:gridCol w:w="552"/>
        <w:gridCol w:w="616"/>
        <w:gridCol w:w="468"/>
        <w:gridCol w:w="2420"/>
        <w:gridCol w:w="99"/>
        <w:gridCol w:w="475"/>
        <w:gridCol w:w="470"/>
        <w:gridCol w:w="166"/>
        <w:gridCol w:w="128"/>
        <w:gridCol w:w="6176"/>
      </w:tblGrid>
      <w:tr w:rsidR="008F6EF9" w:rsidRPr="003019D5" w14:paraId="6EB09356" w14:textId="77777777" w:rsidTr="00AA1098">
        <w:trPr>
          <w:trHeight w:val="18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A3A8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52DA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(ознакомление). </w:t>
            </w:r>
          </w:p>
          <w:p w14:paraId="30B558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Слово, предложение (наблюдение над сходством и различием).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68CE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7451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35E4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7D4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91B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читать схему </w:t>
            </w:r>
            <w:proofErr w:type="spellStart"/>
            <w:r w:rsidRPr="008F6EF9">
              <w:t>предло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жения</w:t>
            </w:r>
            <w:proofErr w:type="spellEnd"/>
            <w:r w:rsidRPr="008F6EF9">
              <w:t xml:space="preserve">, преобразовывать </w:t>
            </w:r>
          </w:p>
          <w:p w14:paraId="2091D90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информацию, полученную из схемы: </w:t>
            </w:r>
          </w:p>
          <w:p w14:paraId="164095F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составлять предложения, соответствующие схеме, с учётом  </w:t>
            </w:r>
            <w:r w:rsidRPr="008F6EF9">
              <w:tab/>
              <w:t xml:space="preserve">  </w:t>
            </w:r>
            <w:r w:rsidRPr="008F6EF9">
              <w:tab/>
              <w:t xml:space="preserve"> знаков препинания  в   конце схемы. </w:t>
            </w:r>
            <w:r w:rsidRPr="008F6EF9">
              <w:tab/>
              <w:t xml:space="preserve"> </w:t>
            </w:r>
            <w:r w:rsidRPr="008F6EF9">
              <w:tab/>
              <w:t xml:space="preserve">Совместная работа:  </w:t>
            </w:r>
            <w:r w:rsidRPr="008F6EF9">
              <w:tab/>
              <w:t xml:space="preserve"> составление предложения из набора </w:t>
            </w:r>
            <w:proofErr w:type="spellStart"/>
            <w:r w:rsidRPr="008F6EF9">
              <w:t>слов.Работа</w:t>
            </w:r>
            <w:proofErr w:type="spellEnd"/>
            <w:r w:rsidRPr="008F6EF9">
              <w:t xml:space="preserve"> в группах: восстановление предложения в процессе выбора нужной формы слова,  </w:t>
            </w:r>
            <w:r w:rsidRPr="008F6EF9">
              <w:lastRenderedPageBreak/>
              <w:tab/>
              <w:t xml:space="preserve">данного   в </w:t>
            </w:r>
            <w:proofErr w:type="spellStart"/>
            <w:r w:rsidRPr="008F6EF9">
              <w:t>скобках.Работа</w:t>
            </w:r>
            <w:proofErr w:type="spellEnd"/>
            <w:r w:rsidRPr="008F6EF9">
              <w:t xml:space="preserve"> </w:t>
            </w:r>
            <w:r w:rsidRPr="008F6EF9">
              <w:tab/>
              <w:t xml:space="preserve">  с сюжетными картинками и небольшим текстом: выбор  </w:t>
            </w:r>
            <w:r w:rsidRPr="008F6EF9">
              <w:tab/>
              <w:t xml:space="preserve"> фрагментов </w:t>
            </w:r>
          </w:p>
          <w:p w14:paraId="46C557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текста, которые могут </w:t>
            </w:r>
          </w:p>
          <w:p w14:paraId="1BA899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быть подписями под каждой     из </w:t>
            </w:r>
          </w:p>
          <w:p w14:paraId="2E2453FC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картинок.Практическая</w:t>
            </w:r>
            <w:proofErr w:type="spellEnd"/>
            <w:r w:rsidRPr="008F6EF9">
              <w:t xml:space="preserve"> </w:t>
            </w:r>
          </w:p>
          <w:p w14:paraId="42B6BF1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работа: </w:t>
            </w:r>
            <w:r w:rsidRPr="008F6EF9">
              <w:tab/>
              <w:t xml:space="preserve"> </w:t>
            </w:r>
            <w:r w:rsidRPr="008F6EF9">
              <w:tab/>
              <w:t xml:space="preserve">деление </w:t>
            </w:r>
          </w:p>
          <w:p w14:paraId="77CCC4D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деформированного текста на предложения, корректировка оформления предложений, списывание с  учётом </w:t>
            </w:r>
          </w:p>
          <w:p w14:paraId="05A777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правильного оформления </w:t>
            </w:r>
            <w:proofErr w:type="spellStart"/>
            <w:r w:rsidRPr="008F6EF9">
              <w:t>предложе</w:t>
            </w:r>
            <w:proofErr w:type="spellEnd"/>
            <w:r w:rsidRPr="008F6EF9">
              <w:t xml:space="preserve">- </w:t>
            </w:r>
            <w:proofErr w:type="spellStart"/>
            <w:r w:rsidRPr="008F6EF9">
              <w:t>ний</w:t>
            </w:r>
            <w:proofErr w:type="spellEnd"/>
            <w:r w:rsidRPr="008F6EF9">
              <w:t xml:space="preserve">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9B2B4B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1000" w:type="dxa"/>
              <w:tblInd w:w="101" w:type="dxa"/>
              <w:tblCellMar>
                <w:top w:w="12" w:type="dxa"/>
                <w:left w:w="6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690"/>
            </w:tblGrid>
            <w:tr w:rsidR="008F6EF9" w:rsidRPr="008F6EF9" w14:paraId="3F42BE15" w14:textId="77777777" w:rsidTr="00AA1098">
              <w:trPr>
                <w:trHeight w:val="297"/>
              </w:trPr>
              <w:tc>
                <w:tcPr>
                  <w:tcW w:w="1000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4FD87D10" w14:textId="77777777" w:rsidR="008F6EF9" w:rsidRPr="008F6EF9" w:rsidRDefault="008F6EF9" w:rsidP="008F6EF9">
                  <w:pPr>
                    <w:spacing w:after="200" w:line="276" w:lineRule="auto"/>
                  </w:pPr>
                  <w:proofErr w:type="spellStart"/>
                  <w:r w:rsidRPr="008F6EF9">
                    <w:t>письменн</w:t>
                  </w:r>
                  <w:proofErr w:type="spellEnd"/>
                </w:p>
              </w:tc>
            </w:tr>
            <w:tr w:rsidR="008F6EF9" w:rsidRPr="008F6EF9" w14:paraId="2B2398EE" w14:textId="77777777" w:rsidTr="00AA1098">
              <w:trPr>
                <w:trHeight w:val="296"/>
              </w:trPr>
              <w:tc>
                <w:tcPr>
                  <w:tcW w:w="299" w:type="dxa"/>
                  <w:tcBorders>
                    <w:top w:val="dashed" w:sz="11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CF7"/>
                </w:tcPr>
                <w:p w14:paraId="7E82FB59" w14:textId="77777777" w:rsidR="008F6EF9" w:rsidRPr="008F6EF9" w:rsidRDefault="008F6EF9" w:rsidP="008F6EF9">
                  <w:pPr>
                    <w:spacing w:after="200" w:line="276" w:lineRule="auto"/>
                  </w:pPr>
                  <w:proofErr w:type="spellStart"/>
                  <w:r w:rsidRPr="008F6EF9">
                    <w:t>ый</w:t>
                  </w:r>
                  <w:proofErr w:type="spellEnd"/>
                </w:p>
              </w:tc>
              <w:tc>
                <w:tcPr>
                  <w:tcW w:w="701" w:type="dxa"/>
                  <w:tcBorders>
                    <w:top w:val="dashed" w:sz="11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1F18FBB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 xml:space="preserve"> </w:t>
                  </w:r>
                </w:p>
              </w:tc>
            </w:tr>
          </w:tbl>
          <w:p w14:paraId="0FAEAB7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F3FBB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DA53B" w14:textId="77777777" w:rsidR="008F6EF9" w:rsidRPr="00276041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704">
              <w:r w:rsidR="008F6EF9" w:rsidRPr="00276041">
                <w:rPr>
                  <w:rStyle w:val="aff8"/>
                  <w:lang w:val="en-US"/>
                </w:rPr>
                <w:t>http://um</w:t>
              </w:r>
            </w:hyperlink>
            <w:hyperlink r:id="rId705">
              <w:r w:rsidR="008F6EF9" w:rsidRPr="00276041">
                <w:rPr>
                  <w:rStyle w:val="aff8"/>
                  <w:lang w:val="en-US"/>
                </w:rPr>
                <w:t>-</w:t>
              </w:r>
            </w:hyperlink>
            <w:hyperlink r:id="rId706">
              <w:r w:rsidR="008F6EF9" w:rsidRPr="00276041">
                <w:rPr>
                  <w:rStyle w:val="aff8"/>
                  <w:lang w:val="en-US"/>
                </w:rPr>
                <w:t xml:space="preserve"> </w:t>
              </w:r>
            </w:hyperlink>
          </w:p>
          <w:p w14:paraId="4F888FEA" w14:textId="77777777" w:rsidR="008F6EF9" w:rsidRPr="00276041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707">
              <w:r w:rsidR="008F6EF9" w:rsidRPr="00276041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708">
              <w:r w:rsidR="008F6EF9" w:rsidRPr="00276041">
                <w:rPr>
                  <w:rStyle w:val="aff8"/>
                  <w:lang w:val="en-US"/>
                </w:rPr>
                <w:t xml:space="preserve"> </w:t>
              </w:r>
            </w:hyperlink>
            <w:hyperlink r:id="rId709">
              <w:r w:rsidR="008F6EF9" w:rsidRPr="00276041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710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711">
              <w:r w:rsidR="008F6EF9" w:rsidRPr="00276041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712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4505E8C9" w14:textId="77777777" w:rsidR="008F6EF9" w:rsidRPr="008F6EF9" w:rsidRDefault="008F6EF9" w:rsidP="008F6EF9">
            <w:pPr>
              <w:spacing w:after="200" w:line="276" w:lineRule="auto"/>
            </w:pPr>
            <w:r w:rsidRPr="00276041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0EC04C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0248554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713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71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15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71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BFCD672" w14:textId="77777777" w:rsidR="008F6EF9" w:rsidRPr="008F6EF9" w:rsidRDefault="008F6EF9" w:rsidP="008F6EF9">
            <w:pPr>
              <w:numPr>
                <w:ilvl w:val="0"/>
                <w:numId w:val="30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717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71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1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720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721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722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23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724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72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2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727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72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2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1DBB8FBC" w14:textId="77777777" w:rsidR="008F6EF9" w:rsidRPr="008F6EF9" w:rsidRDefault="008F6EF9" w:rsidP="008F6EF9">
            <w:pPr>
              <w:numPr>
                <w:ilvl w:val="0"/>
                <w:numId w:val="30"/>
              </w:numPr>
              <w:spacing w:after="200" w:line="276" w:lineRule="auto"/>
            </w:pPr>
            <w:r w:rsidRPr="008F6EF9">
              <w:t xml:space="preserve">Электронные версии журналов. </w:t>
            </w:r>
            <w:hyperlink r:id="rId730">
              <w:r w:rsidRPr="008F6EF9">
                <w:rPr>
                  <w:rStyle w:val="aff8"/>
                  <w:b/>
                </w:rPr>
                <w:t>http://e</w:t>
              </w:r>
            </w:hyperlink>
            <w:hyperlink r:id="rId731">
              <w:r w:rsidRPr="008F6EF9">
                <w:rPr>
                  <w:rStyle w:val="aff8"/>
                  <w:b/>
                </w:rPr>
                <w:t>-</w:t>
              </w:r>
            </w:hyperlink>
            <w:hyperlink r:id="rId732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733">
              <w:r w:rsidRPr="008F6EF9">
                <w:rPr>
                  <w:rStyle w:val="aff8"/>
                  <w:b/>
                </w:rPr>
                <w:t>l</w:t>
              </w:r>
            </w:hyperlink>
            <w:hyperlink r:id="rId734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35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3F85F23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10AB114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736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73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3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0DC2F26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0ADA9EA2" w14:textId="77777777" w:rsidR="008F6EF9" w:rsidRPr="008F6EF9" w:rsidRDefault="00C768CB" w:rsidP="008F6EF9">
            <w:pPr>
              <w:spacing w:after="200" w:line="276" w:lineRule="auto"/>
            </w:pPr>
            <w:hyperlink r:id="rId739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74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4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742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743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74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4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00046354" w14:textId="77777777" w:rsidR="008F6EF9" w:rsidRPr="008F6EF9" w:rsidRDefault="00C768CB" w:rsidP="008F6EF9">
            <w:pPr>
              <w:spacing w:after="200" w:line="276" w:lineRule="auto"/>
            </w:pPr>
            <w:hyperlink r:id="rId746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74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4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749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75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5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752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753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75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5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756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75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75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4363430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759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760">
              <w:r w:rsidRPr="008F6EF9">
                <w:rPr>
                  <w:rStyle w:val="aff8"/>
                  <w:b/>
                </w:rPr>
                <w:t>-</w:t>
              </w:r>
            </w:hyperlink>
            <w:hyperlink r:id="rId761">
              <w:r w:rsidRPr="008F6EF9">
                <w:rPr>
                  <w:rStyle w:val="aff8"/>
                  <w:b/>
                </w:rPr>
                <w:t>ka</w:t>
              </w:r>
            </w:hyperlink>
            <w:hyperlink r:id="rId762">
              <w:r w:rsidRPr="008F6EF9">
                <w:rPr>
                  <w:rStyle w:val="aff8"/>
                  <w:b/>
                </w:rPr>
                <w:t>/</w:t>
              </w:r>
            </w:hyperlink>
            <w:hyperlink r:id="rId763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764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520EBE7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1AAD5337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765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76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65E2E1D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lastRenderedPageBreak/>
              <w:tab/>
              <w:t xml:space="preserve">образовательных </w:t>
            </w:r>
          </w:p>
          <w:p w14:paraId="661BCC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767">
              <w:r w:rsidRPr="008F6EF9">
                <w:rPr>
                  <w:rStyle w:val="aff8"/>
                </w:rPr>
                <w:t>-</w:t>
              </w:r>
            </w:hyperlink>
            <w:hyperlink r:id="rId768">
              <w:r w:rsidRPr="008F6EF9">
                <w:rPr>
                  <w:rStyle w:val="aff8"/>
                </w:rPr>
                <w:t xml:space="preserve"> </w:t>
              </w:r>
            </w:hyperlink>
            <w:hyperlink r:id="rId769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770">
              <w:r w:rsidRPr="008F6EF9">
                <w:rPr>
                  <w:rStyle w:val="aff8"/>
                  <w:b/>
                </w:rPr>
                <w:t>-</w:t>
              </w:r>
            </w:hyperlink>
            <w:hyperlink r:id="rId771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77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38CAC23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56B4A87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6BB07ADB" w14:textId="77777777" w:rsidR="008F6EF9" w:rsidRPr="008F6EF9" w:rsidRDefault="00C768CB" w:rsidP="008F6EF9">
            <w:pPr>
              <w:spacing w:after="200" w:line="276" w:lineRule="auto"/>
            </w:pPr>
            <w:hyperlink r:id="rId773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774">
              <w:r w:rsidR="008F6EF9" w:rsidRPr="008F6EF9">
                <w:rPr>
                  <w:rStyle w:val="aff8"/>
                </w:rPr>
                <w:t>,</w:t>
              </w:r>
            </w:hyperlink>
            <w:hyperlink r:id="rId775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776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77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C660D48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778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77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2186863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>начальной школы</w:t>
            </w:r>
            <w:hyperlink r:id="rId780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78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D6960BA" w14:textId="77777777" w:rsidR="008F6EF9" w:rsidRPr="008F6EF9" w:rsidRDefault="008F6EF9" w:rsidP="008F6EF9">
            <w:pPr>
              <w:numPr>
                <w:ilvl w:val="0"/>
                <w:numId w:val="31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782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78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03246217" w14:textId="77777777" w:rsidTr="00AA1098">
        <w:trPr>
          <w:trHeight w:val="15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4D4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F043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Установление связи слов в предложении при помощи смысловых вопросов.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2C21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D11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23BF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45E5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4B62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BCE1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F368F7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8960" behindDoc="1" locked="0" layoutInCell="1" allowOverlap="0" wp14:anchorId="6BE8FF0E" wp14:editId="648DA189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-40362</wp:posOffset>
                  </wp:positionV>
                  <wp:extent cx="646176" cy="780288"/>
                  <wp:effectExtent l="0" t="0" r="0" b="0"/>
                  <wp:wrapNone/>
                  <wp:docPr id="178683" name="Picture 178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83" name="Picture 178683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3B297E1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1D6763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287B02E0" wp14:editId="122A19C1">
                      <wp:extent cx="18288" cy="204470"/>
                      <wp:effectExtent l="0" t="0" r="0" b="0"/>
                      <wp:docPr id="173333" name="Group 173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04470"/>
                                <a:chOff x="0" y="0"/>
                                <a:chExt cx="18288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7" name="Picture 21227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9" name="Picture 21229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7" name="Picture 21247"/>
                                <pic:cNvPicPr/>
                              </pic:nvPicPr>
                              <pic:blipFill>
                                <a:blip r:embed="rId7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9" name="Picture 21249"/>
                                <pic:cNvPicPr/>
                              </pic:nvPicPr>
                              <pic:blipFill>
                                <a:blip r:embed="rId7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51" name="Picture 21251"/>
                                <pic:cNvPicPr/>
                              </pic:nvPicPr>
                              <pic:blipFill>
                                <a:blip r:embed="rId7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585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53" name="Picture 21253"/>
                                <pic:cNvPicPr/>
                              </pic:nvPicPr>
                              <pic:blipFill>
                                <a:blip r:embed="rId7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254"/>
                                  <a:ext cx="9144" cy="39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0" name="Picture 21290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6182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C0FF7" id="Group 173333" o:spid="_x0000_s1026" style="width:1.45pt;height:16.1pt;mso-position-horizontal-relative:char;mso-position-vertical-relative:line" coordsize="18288,2044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">
                      <v:shape id="Picture 21227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">
                        <v:imagedata r:id="rId222" o:title=""/>
                      </v:shape>
                      <v:shape id="Picture 21229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">
                        <v:imagedata r:id="rId222" o:title=""/>
                      </v:shape>
                      <v:shape id="Picture 21247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">
                        <v:imagedata r:id="rId787" o:title=""/>
                      </v:shape>
                      <v:shape id="Picture 21249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">
                        <v:imagedata r:id="rId787" o:title=""/>
                      </v:shape>
                      <v:shape id="Picture 21251" o:spid="_x0000_s1031" type="#_x0000_t75" style="position:absolute;top:100585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">
                        <v:imagedata r:id="rId787" o:title=""/>
                      </v:shape>
                      <v:shape id="Picture 21253" o:spid="_x0000_s1032" type="#_x0000_t75" style="position:absolute;top:146254;width:9144;height:3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">
                        <v:imagedata r:id="rId788" o:title=""/>
                      </v:shape>
                      <v:shape id="Picture 21290" o:spid="_x0000_s1033" type="#_x0000_t75" style="position:absolute;top:186182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5B81271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4C58FC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742AB470" wp14:editId="255916CA">
                      <wp:extent cx="9144" cy="201168"/>
                      <wp:effectExtent l="0" t="0" r="0" b="0"/>
                      <wp:docPr id="173338" name="Group 173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201168"/>
                                <a:chOff x="0" y="0"/>
                                <a:chExt cx="9144" cy="20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56" name="Picture 21356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58" name="Picture 2135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76" name="Picture 21376"/>
                                <pic:cNvPicPr/>
                              </pic:nvPicPr>
                              <pic:blipFill>
                                <a:blip r:embed="rId7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78" name="Picture 21378"/>
                                <pic:cNvPicPr/>
                              </pic:nvPicPr>
                              <pic:blipFill>
                                <a:blip r:embed="rId7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0" name="Picture 21380"/>
                                <pic:cNvPicPr/>
                              </pic:nvPicPr>
                              <pic:blipFill>
                                <a:blip r:embed="rId7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2" name="Picture 21382"/>
                                <pic:cNvPicPr/>
                              </pic:nvPicPr>
                              <pic:blipFill>
                                <a:blip r:embed="rId7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448"/>
                                  <a:ext cx="9144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21" name="Picture 21421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4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23" name="Picture 21423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4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63BE8" id="Group 173338" o:spid="_x0000_s1026" style="width:.7pt;height:15.85pt;mso-position-horizontal-relative:char;mso-position-vertical-relative:line" coordsize="9144,2011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Siiivww/1TP/ZUEsDBAoAAAAAAAAA&#10;IQABrbbAegIAAHoCAAAUAAAAZHJzL21lZGlhL2ltYWdlMi5qcGf/2P/gABBKRklGAAEBAQBgAGAA&#10;AP/bAEMAAwICAwICAwMDAwQDAwQFCAUFBAQFCgcHBggMCgwMCwoLCw0OEhANDhEOCwsQFhARExQV&#10;FRUMDxcYFhQYEhQVFP/bAEMBAwQEBQQFCQUFCRQNCw0UFBQUFBQUFBQUFBQUFBQUFBQUFBQUFBQU&#10;FBQUFBQUFBQUFBQUFBQUFBQUFBQUFBQUFP/AABEIAAI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">
                      <v:shape id="Picture 21356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">
                        <v:imagedata r:id="rId228" o:title=""/>
                      </v:shape>
                      <v:shape id="Picture 21358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">
                        <v:imagedata r:id="rId222" o:title=""/>
                      </v:shape>
                      <v:shape id="Picture 21376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">
                        <v:imagedata r:id="rId791" o:title=""/>
                      </v:shape>
                      <v:shape id="Picture 21378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">
                        <v:imagedata r:id="rId791" o:title=""/>
                      </v:shape>
                      <v:shape id="Picture 21380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">
                        <v:imagedata r:id="rId791" o:title=""/>
                      </v:shape>
                      <v:shape id="Picture 21382" o:spid="_x0000_s1032" type="#_x0000_t75" style="position:absolute;top:155448;width:91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">
                        <v:imagedata r:id="rId792" o:title=""/>
                      </v:shape>
                      <v:shape id="Picture 21421" o:spid="_x0000_s1033" type="#_x0000_t75" style="position:absolute;top:19202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">
                        <v:imagedata r:id="rId233" o:title=""/>
                      </v:shape>
                      <v:shape id="Picture 21423" o:spid="_x0000_s1034" type="#_x0000_t75" style="position:absolute;top:19202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2A29606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4B946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24A57E4F" w14:textId="77777777" w:rsidTr="00AA1098">
        <w:trPr>
          <w:trHeight w:val="103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3AD8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5.3.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BF9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Восстановление деформированных предложений.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95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3699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54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62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27B4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42C39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455949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231B1D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77FF77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3458E2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C87DF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94F58CD" w14:textId="77777777" w:rsidTr="00AA109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B5FC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5851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90C29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6DE6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EAEF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B37B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41B6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94B13C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043AF3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3FA486C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25D2441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Текущий,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E8A6A5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E527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DD468AA" w14:textId="77777777" w:rsidTr="00AA109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EB71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3E37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A704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1124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61AA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89C9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FBD0E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48A006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6D3EBBD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B854E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C9E3E9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DD41FCA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AD73EC5" w14:textId="77777777" w:rsidTr="00AA1098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02B4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8533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DA02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5C7F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539B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47D1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FEA7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F82D4E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0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392DD365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письменн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E1395B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481E0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23E1C51" w14:textId="77777777" w:rsidTr="00AA1098">
        <w:trPr>
          <w:trHeight w:val="2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007F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DBCD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2232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641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45B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2322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AAF69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AC37C7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088B9BA2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6EDE4F9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61A1625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0745E2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F1A5B0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2770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6A21EB1" w14:textId="77777777" w:rsidTr="00AA1098">
        <w:trPr>
          <w:trHeight w:val="561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12D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5.4.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E60A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Составление предложений из набора форм слов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EA99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C74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D1A6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AB01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265B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14943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985E19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89984" behindDoc="1" locked="0" layoutInCell="1" allowOverlap="0" wp14:anchorId="65CBFEA6" wp14:editId="5DF51A24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-41134</wp:posOffset>
                  </wp:positionV>
                  <wp:extent cx="646176" cy="780288"/>
                  <wp:effectExtent l="0" t="0" r="0" b="0"/>
                  <wp:wrapNone/>
                  <wp:docPr id="178685" name="Picture 178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85" name="Picture 178685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102B08E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01A3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EF8D03D" wp14:editId="4A5982FC">
                      <wp:extent cx="9144" cy="146304"/>
                      <wp:effectExtent l="0" t="0" r="0" b="0"/>
                      <wp:docPr id="175497" name="Group 175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46304"/>
                                <a:chOff x="0" y="0"/>
                                <a:chExt cx="9144" cy="146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13" name="Picture 21913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15" name="Picture 2191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35" name="Picture 21935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37" name="Picture 21937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39" name="Picture 21939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58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8905C" id="Group 175497" o:spid="_x0000_s1026" style="width:.7pt;height:11.5pt;mso-position-horizontal-relative:char;mso-position-vertical-relative:line" coordsize="9144,1463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">
                      <v:shape id="Picture 21913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">
                        <v:imagedata r:id="rId222" o:title=""/>
                      </v:shape>
                      <v:shape id="Picture 21915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">
                        <v:imagedata r:id="rId222" o:title=""/>
                      </v:shape>
                      <v:shape id="Picture 21935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">
                        <v:imagedata r:id="rId575" o:title=""/>
                      </v:shape>
                      <v:shape id="Picture 21937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">
                        <v:imagedata r:id="rId575" o:title=""/>
                      </v:shape>
                      <v:shape id="Picture 21939" o:spid="_x0000_s1031" type="#_x0000_t75" style="position:absolute;top:10058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">
                        <v:imagedata r:id="rId57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7FFB317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inline distT="0" distB="0" distL="0" distR="0" wp14:anchorId="6702DAAE" wp14:editId="738C3CF2">
                  <wp:extent cx="18288" cy="18288"/>
                  <wp:effectExtent l="0" t="0" r="0" b="0"/>
                  <wp:docPr id="21978" name="Picture 21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8" name="Picture 2197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55EB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D2EC2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60AF3CB" wp14:editId="4D379188">
                      <wp:extent cx="9144" cy="198120"/>
                      <wp:effectExtent l="0" t="0" r="0" b="0"/>
                      <wp:docPr id="175501" name="Group 175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98120"/>
                                <a:chOff x="0" y="0"/>
                                <a:chExt cx="9144" cy="19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46" name="Picture 22046"/>
                                <pic:cNvPicPr/>
                              </pic:nvPicPr>
                              <pic:blipFill>
                                <a:blip r:embed="rId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48" name="Picture 2204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68" name="Picture 22068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70" name="Picture 22070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72" name="Picture 22072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74" name="Picture 22074"/>
                                <pic:cNvPicPr/>
                              </pic:nvPicPr>
                              <pic:blipFill>
                                <a:blip r:embed="rId7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448"/>
                                  <a:ext cx="914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13" name="Picture 22113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8976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15" name="Picture 22115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8976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48498" id="Group 175501" o:spid="_x0000_s1026" style="width:.7pt;height:15.6pt;mso-position-horizontal-relative:char;mso-position-vertical-relative:line" coordsize="9144,1981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">
                      <v:shape id="Picture 22046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">
                        <v:imagedata r:id="rId581" o:title=""/>
                      </v:shape>
                      <v:shape id="Picture 22048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">
                        <v:imagedata r:id="rId222" o:title=""/>
                      </v:shape>
                      <v:shape id="Picture 22068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">
                        <v:imagedata r:id="rId582" o:title=""/>
                      </v:shape>
                      <v:shape id="Picture 22070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">
                        <v:imagedata r:id="rId582" o:title=""/>
                      </v:shape>
                      <v:shape id="Picture 22072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">
                        <v:imagedata r:id="rId582" o:title=""/>
                      </v:shape>
                      <v:shape id="Picture 22074" o:spid="_x0000_s1032" type="#_x0000_t75" style="position:absolute;top:155448;width:914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">
                        <v:imagedata r:id="rId795" o:title=""/>
                      </v:shape>
                      <v:shape id="Picture 22113" o:spid="_x0000_s1033" type="#_x0000_t75" style="position:absolute;top:1889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">
                        <v:imagedata r:id="rId233" o:title=""/>
                      </v:shape>
                      <v:shape id="Picture 22115" o:spid="_x0000_s1034" type="#_x0000_t75" style="position:absolute;top:1889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05FAFBB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85283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187C8A47" w14:textId="77777777" w:rsidTr="00AA1098">
        <w:trPr>
          <w:trHeight w:val="111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417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D6C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8DE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B4DB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1E53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3203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7780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3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93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5E9CD" w14:textId="77777777" w:rsidR="008F6EF9" w:rsidRPr="008F6EF9" w:rsidRDefault="008F6EF9" w:rsidP="008F6EF9">
            <w:pPr>
              <w:numPr>
                <w:ilvl w:val="0"/>
                <w:numId w:val="32"/>
              </w:numPr>
              <w:spacing w:after="200" w:line="276" w:lineRule="auto"/>
            </w:pPr>
            <w:r w:rsidRPr="008F6EF9">
              <w:t xml:space="preserve">Каталог </w:t>
            </w: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 </w:t>
            </w:r>
            <w:r w:rsidRPr="008F6EF9">
              <w:tab/>
              <w:t xml:space="preserve">сети </w:t>
            </w:r>
          </w:p>
          <w:p w14:paraId="2457462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«Интернет»</w:t>
            </w:r>
            <w:hyperlink r:id="rId796">
              <w:r w:rsidRPr="008F6EF9">
                <w:rPr>
                  <w:rStyle w:val="aff8"/>
                </w:rPr>
                <w:t xml:space="preserve"> </w:t>
              </w:r>
            </w:hyperlink>
            <w:hyperlink r:id="rId797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798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32AF034" w14:textId="77777777" w:rsidR="008F6EF9" w:rsidRPr="008F6EF9" w:rsidRDefault="008F6EF9" w:rsidP="008F6EF9">
            <w:pPr>
              <w:numPr>
                <w:ilvl w:val="0"/>
                <w:numId w:val="32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614DD0E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799">
              <w:r w:rsidRPr="008F6EF9">
                <w:rPr>
                  <w:rStyle w:val="aff8"/>
                </w:rPr>
                <w:t xml:space="preserve"> </w:t>
              </w:r>
            </w:hyperlink>
            <w:hyperlink r:id="rId800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801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1544235" w14:textId="77777777" w:rsidR="008F6EF9" w:rsidRPr="008F6EF9" w:rsidRDefault="008F6EF9" w:rsidP="008F6EF9">
            <w:pPr>
              <w:numPr>
                <w:ilvl w:val="0"/>
                <w:numId w:val="32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802">
              <w:r w:rsidRPr="008F6EF9">
                <w:rPr>
                  <w:rStyle w:val="aff8"/>
                </w:rPr>
                <w:t xml:space="preserve"> </w:t>
              </w:r>
            </w:hyperlink>
            <w:hyperlink r:id="rId803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804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4613D995" w14:textId="77777777" w:rsidTr="00AA1098">
        <w:trPr>
          <w:trHeight w:val="504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180E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B5C0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 wp14:anchorId="67D6DFA0" wp14:editId="394DF96F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-1879</wp:posOffset>
                      </wp:positionV>
                      <wp:extent cx="76200" cy="180340"/>
                      <wp:effectExtent l="0" t="0" r="0" b="0"/>
                      <wp:wrapNone/>
                      <wp:docPr id="160224" name="Group 160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340"/>
                                <a:chOff x="0" y="0"/>
                                <a:chExt cx="76200" cy="180340"/>
                              </a:xfrm>
                            </wpg:grpSpPr>
                            <wps:wsp>
                              <wps:cNvPr id="182545" name="Shape 182545"/>
                              <wps:cNvSpPr/>
                              <wps:spPr>
                                <a:xfrm>
                                  <a:off x="0" y="0"/>
                                  <a:ext cx="762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34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34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C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77099B" id="Group 160224" o:spid="_x0000_s1026" style="position:absolute;margin-left:5.35pt;margin-top:-.15pt;width:6pt;height:14.2pt;z-index:-251625472" coordsize="762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">
                      <v:shape id="Shape 182545" o:spid="_x0000_s1027" style="position:absolute;width:76200;height:180340;visibility:visible;mso-wrap-style:square;v-text-anchor:top" coordsize="762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" path="m,l76200,r,180340l,180340,,e" fillcolor="#f7fcf7" stroked="f" strokeweight="0">
                        <v:stroke miterlimit="83231f" joinstyle="miter"/>
                        <v:path arrowok="t" textboxrect="0,0,76200,180340"/>
                      </v:shape>
                    </v:group>
                  </w:pict>
                </mc:Fallback>
              </mc:AlternateContent>
            </w:r>
            <w:r w:rsidRPr="008F6EF9">
              <w:t xml:space="preserve">5 </w:t>
            </w:r>
          </w:p>
        </w:tc>
        <w:tc>
          <w:tcPr>
            <w:tcW w:w="53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17221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31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8364C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7BE2EB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1EDB34A" w14:textId="77777777" w:rsidTr="00AA1098">
        <w:trPr>
          <w:trHeight w:val="470"/>
        </w:trPr>
        <w:tc>
          <w:tcPr>
            <w:tcW w:w="935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28F099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Раздел 6. </w:t>
            </w:r>
            <w:r w:rsidRPr="008F6EF9">
              <w:rPr>
                <w:b/>
              </w:rPr>
              <w:t xml:space="preserve">Орфография и пунктуация </w:t>
            </w:r>
          </w:p>
        </w:tc>
        <w:tc>
          <w:tcPr>
            <w:tcW w:w="131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6EAA6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48B5FF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4164634E" w14:textId="77777777" w:rsidTr="00AA1098">
        <w:trPr>
          <w:trHeight w:val="837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03F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6.1.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17D0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Ознакомление с правилами правописания и их применение: - раздельное написание слов в предложении; - прописная буква в начале предложения и в именах собственных: </w:t>
            </w:r>
          </w:p>
          <w:p w14:paraId="0CB20E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 именах и фамилиях людей, </w:t>
            </w:r>
          </w:p>
          <w:p w14:paraId="25DBAB4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кличках животных; - перенос слов </w:t>
            </w:r>
          </w:p>
          <w:p w14:paraId="77461CE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(без </w:t>
            </w:r>
            <w:r w:rsidRPr="008F6EF9">
              <w:tab/>
              <w:t xml:space="preserve">учёта </w:t>
            </w:r>
          </w:p>
          <w:p w14:paraId="57CEC10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морфемного членения слова); - гласные после шипящих в сочетаниях </w:t>
            </w:r>
            <w:proofErr w:type="spellStart"/>
            <w:r w:rsidRPr="008F6EF9">
              <w:rPr>
                <w:b/>
                <w:i/>
              </w:rPr>
              <w:t>жи</w:t>
            </w:r>
            <w:proofErr w:type="spellEnd"/>
            <w:r w:rsidRPr="008F6EF9">
              <w:rPr>
                <w:b/>
                <w:i/>
              </w:rPr>
              <w:t xml:space="preserve">, ши </w:t>
            </w:r>
            <w:r w:rsidRPr="008F6EF9">
              <w:t xml:space="preserve">(в положении под ударением), </w:t>
            </w:r>
            <w:proofErr w:type="spellStart"/>
            <w:r w:rsidRPr="008F6EF9">
              <w:rPr>
                <w:b/>
                <w:i/>
              </w:rPr>
              <w:t>ча</w:t>
            </w:r>
            <w:proofErr w:type="spellEnd"/>
            <w:r w:rsidRPr="008F6EF9">
              <w:rPr>
                <w:b/>
                <w:i/>
              </w:rPr>
              <w:t xml:space="preserve">, ща, чу, </w:t>
            </w:r>
            <w:proofErr w:type="spellStart"/>
            <w:r w:rsidRPr="008F6EF9">
              <w:rPr>
                <w:b/>
                <w:i/>
              </w:rPr>
              <w:t>щу</w:t>
            </w:r>
            <w:proofErr w:type="spellEnd"/>
            <w:r w:rsidRPr="008F6EF9">
              <w:rPr>
                <w:b/>
                <w:i/>
              </w:rPr>
              <w:t xml:space="preserve">; </w:t>
            </w:r>
          </w:p>
          <w:p w14:paraId="31CFE291" w14:textId="77777777" w:rsidR="008F6EF9" w:rsidRPr="008F6EF9" w:rsidRDefault="008F6EF9" w:rsidP="008F6EF9">
            <w:pPr>
              <w:numPr>
                <w:ilvl w:val="0"/>
                <w:numId w:val="33"/>
              </w:numPr>
              <w:spacing w:after="200" w:line="276" w:lineRule="auto"/>
            </w:pPr>
            <w:r w:rsidRPr="008F6EF9">
              <w:t xml:space="preserve">сочетания </w:t>
            </w:r>
            <w:proofErr w:type="spellStart"/>
            <w:r w:rsidRPr="008F6EF9">
              <w:rPr>
                <w:b/>
                <w:i/>
              </w:rPr>
              <w:t>чк</w:t>
            </w:r>
            <w:proofErr w:type="spellEnd"/>
            <w:r w:rsidRPr="008F6EF9">
              <w:rPr>
                <w:b/>
                <w:i/>
              </w:rPr>
              <w:t>, чн</w:t>
            </w:r>
            <w:r w:rsidRPr="008F6EF9">
              <w:t xml:space="preserve">; </w:t>
            </w:r>
          </w:p>
          <w:p w14:paraId="0F3390EC" w14:textId="77777777" w:rsidR="008F6EF9" w:rsidRPr="008F6EF9" w:rsidRDefault="008F6EF9" w:rsidP="008F6EF9">
            <w:pPr>
              <w:numPr>
                <w:ilvl w:val="0"/>
                <w:numId w:val="33"/>
              </w:numPr>
              <w:spacing w:after="200" w:line="276" w:lineRule="auto"/>
            </w:pPr>
            <w:r w:rsidRPr="008F6EF9">
              <w:lastRenderedPageBreak/>
              <w:t xml:space="preserve">слова с </w:t>
            </w:r>
          </w:p>
          <w:p w14:paraId="484B62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непроверяемыми гласными и согласными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6A3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9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3041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095B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C39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9D62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Наблюдение  за   словами, сходными по звучанию, но различными по написанию, установление         причин возможной ошибки при записи этих слов. Комментированное выполнение        задания: выявление места в слове, где можно допустить   ошибку. Беседа,    актуализирующая последовательность действий при       списывании. </w:t>
            </w:r>
          </w:p>
          <w:p w14:paraId="20D8699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Орфографический     тренинг правильности и аккуратности списывания. Наблюдение за написанием в предложенных текстах  собственных  имён существительных, формулирование     выводов, соотнесение      </w:t>
            </w:r>
            <w:r w:rsidRPr="008F6EF9">
              <w:lastRenderedPageBreak/>
              <w:t xml:space="preserve">сделанных выводов   с  формулировкой правила        в учебнике. Упражнение:         запись предложений,  включающих собственные            имена существительные. Творческое задание:         придумать небольшой рассказ, включив в него определённое количество собственных             имён существительных. </w:t>
            </w:r>
          </w:p>
          <w:p w14:paraId="2958534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Практическая работа: использовать  правило правописания собственных имён при решении практических задач (выбор написания, например: Орёл — орёл, Снежинка — снежинка, Пушок — пушок и т. д.). Упражнение:   выбор необходимого   знака препинания в конце </w:t>
            </w:r>
          </w:p>
          <w:p w14:paraId="3C806B5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предложения. </w:t>
            </w:r>
            <w:r w:rsidRPr="008F6EF9">
              <w:lastRenderedPageBreak/>
              <w:t xml:space="preserve">Наблюдение за </w:t>
            </w:r>
          </w:p>
        </w:tc>
        <w:tc>
          <w:tcPr>
            <w:tcW w:w="13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2D58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72E7601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92032" behindDoc="1" locked="0" layoutInCell="1" allowOverlap="0" wp14:anchorId="7F66D7E9" wp14:editId="2775F584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-36730</wp:posOffset>
                  </wp:positionV>
                  <wp:extent cx="661416" cy="780288"/>
                  <wp:effectExtent l="0" t="0" r="0" b="0"/>
                  <wp:wrapNone/>
                  <wp:docPr id="178690" name="Picture 178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0" name="Picture 178690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315EDC8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DFB8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27E772DD" w14:textId="77777777" w:rsidR="008F6EF9" w:rsidRPr="008F6EF9" w:rsidRDefault="00C768CB" w:rsidP="008F6EF9">
            <w:pPr>
              <w:spacing w:after="200" w:line="276" w:lineRule="auto"/>
            </w:pPr>
            <w:hyperlink r:id="rId806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807">
              <w:r w:rsidR="008F6EF9" w:rsidRPr="008F6EF9">
                <w:rPr>
                  <w:rStyle w:val="aff8"/>
                </w:rPr>
                <w:t>-</w:t>
              </w:r>
            </w:hyperlink>
            <w:hyperlink r:id="rId808">
              <w:r w:rsidR="008F6EF9" w:rsidRPr="008F6EF9">
                <w:rPr>
                  <w:rStyle w:val="aff8"/>
                </w:rPr>
                <w:t>2</w:t>
              </w:r>
            </w:hyperlink>
            <w:hyperlink r:id="rId809">
              <w:r w:rsidR="008F6EF9" w:rsidRPr="008F6EF9">
                <w:rPr>
                  <w:rStyle w:val="aff8"/>
                </w:rPr>
                <w:t>-</w:t>
              </w:r>
            </w:hyperlink>
            <w:hyperlink r:id="rId810">
              <w:r w:rsidR="008F6EF9" w:rsidRPr="008F6EF9">
                <w:rPr>
                  <w:rStyle w:val="aff8"/>
                </w:rPr>
                <w:t>2</w:t>
              </w:r>
            </w:hyperlink>
            <w:hyperlink r:id="rId811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812">
              <w:r w:rsidR="008F6EF9" w:rsidRPr="008F6EF9">
                <w:rPr>
                  <w:rStyle w:val="aff8"/>
                </w:rPr>
                <w:t>http://school</w:t>
              </w:r>
            </w:hyperlink>
            <w:hyperlink r:id="rId813">
              <w:r w:rsidR="008F6EF9" w:rsidRPr="008F6EF9">
                <w:rPr>
                  <w:rStyle w:val="aff8"/>
                </w:rPr>
                <w:t>-</w:t>
              </w:r>
            </w:hyperlink>
            <w:hyperlink r:id="rId814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815">
              <w:r w:rsidR="008F6EF9" w:rsidRPr="008F6EF9">
                <w:rPr>
                  <w:rStyle w:val="aff8"/>
                </w:rPr>
                <w:t>/</w:t>
              </w:r>
            </w:hyperlink>
            <w:hyperlink r:id="rId816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817">
              <w:r w:rsidR="008F6EF9" w:rsidRPr="008F6EF9">
                <w:rPr>
                  <w:rStyle w:val="aff8"/>
                </w:rPr>
                <w:t>http://um</w:t>
              </w:r>
            </w:hyperlink>
            <w:hyperlink r:id="rId818">
              <w:r w:rsidR="008F6EF9" w:rsidRPr="008F6EF9">
                <w:rPr>
                  <w:rStyle w:val="aff8"/>
                </w:rPr>
                <w:t>-</w:t>
              </w:r>
            </w:hyperlink>
            <w:hyperlink r:id="rId819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752E55AF" w14:textId="77777777" w:rsidR="008F6EF9" w:rsidRPr="00276041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820">
              <w:r w:rsidR="008F6EF9" w:rsidRPr="00276041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821">
              <w:r w:rsidR="008F6EF9" w:rsidRPr="00276041">
                <w:rPr>
                  <w:rStyle w:val="aff8"/>
                  <w:lang w:val="en-US"/>
                </w:rPr>
                <w:t xml:space="preserve"> </w:t>
              </w:r>
            </w:hyperlink>
            <w:hyperlink r:id="rId822">
              <w:r w:rsidR="008F6EF9" w:rsidRPr="00276041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823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824">
              <w:r w:rsidR="008F6EF9" w:rsidRPr="00276041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825">
              <w:r w:rsidR="008F6EF9" w:rsidRPr="00276041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0D9A0CC5" w14:textId="77777777" w:rsidR="008F6EF9" w:rsidRPr="008F6EF9" w:rsidRDefault="008F6EF9" w:rsidP="008F6EF9">
            <w:pPr>
              <w:spacing w:after="200" w:line="276" w:lineRule="auto"/>
            </w:pPr>
            <w:r w:rsidRPr="00276041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69E88E2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19A2249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826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82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28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82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C61A391" w14:textId="77777777" w:rsidR="008F6EF9" w:rsidRPr="008F6EF9" w:rsidRDefault="008F6EF9" w:rsidP="008F6EF9">
            <w:pPr>
              <w:numPr>
                <w:ilvl w:val="0"/>
                <w:numId w:val="34"/>
              </w:numPr>
              <w:spacing w:after="200" w:line="276" w:lineRule="auto"/>
            </w:pPr>
            <w:r w:rsidRPr="008F6EF9">
              <w:t xml:space="preserve">Сайты детских писателей. </w:t>
            </w:r>
            <w:hyperlink r:id="rId830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83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3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833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834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835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36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Владислав Крапивин. </w:t>
            </w:r>
            <w:hyperlink r:id="rId837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83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3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  <w:hyperlink r:id="rId840">
              <w:r w:rsidRPr="008F6EF9">
                <w:rPr>
                  <w:rStyle w:val="aff8"/>
                  <w:b/>
                </w:rPr>
                <w:t>http://www.nikitinsky.com.ua</w:t>
              </w:r>
            </w:hyperlink>
            <w:hyperlink r:id="rId84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4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Детский писатель Юрий Никитинский. </w:t>
            </w:r>
          </w:p>
          <w:p w14:paraId="48CCEA29" w14:textId="77777777" w:rsidR="008F6EF9" w:rsidRPr="008F6EF9" w:rsidRDefault="008F6EF9" w:rsidP="008F6EF9">
            <w:pPr>
              <w:numPr>
                <w:ilvl w:val="0"/>
                <w:numId w:val="34"/>
              </w:numPr>
              <w:spacing w:after="200" w:line="276" w:lineRule="auto"/>
            </w:pPr>
            <w:r w:rsidRPr="008F6EF9">
              <w:t xml:space="preserve">Электронные версии журналов. </w:t>
            </w:r>
            <w:hyperlink r:id="rId843">
              <w:r w:rsidRPr="008F6EF9">
                <w:rPr>
                  <w:rStyle w:val="aff8"/>
                  <w:b/>
                </w:rPr>
                <w:t>http://e</w:t>
              </w:r>
            </w:hyperlink>
            <w:hyperlink r:id="rId844">
              <w:r w:rsidRPr="008F6EF9">
                <w:rPr>
                  <w:rStyle w:val="aff8"/>
                  <w:b/>
                </w:rPr>
                <w:t>-</w:t>
              </w:r>
            </w:hyperlink>
            <w:hyperlink r:id="rId845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846">
              <w:r w:rsidRPr="008F6EF9">
                <w:rPr>
                  <w:rStyle w:val="aff8"/>
                  <w:b/>
                </w:rPr>
                <w:t>l</w:t>
              </w:r>
            </w:hyperlink>
            <w:hyperlink r:id="rId84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4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784003B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4ADBF8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849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850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51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73E4784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1EE66720" w14:textId="77777777" w:rsidR="008F6EF9" w:rsidRPr="008F6EF9" w:rsidRDefault="00C768CB" w:rsidP="008F6EF9">
            <w:pPr>
              <w:spacing w:after="200" w:line="276" w:lineRule="auto"/>
            </w:pPr>
            <w:hyperlink r:id="rId852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85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5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855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856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85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5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080F06E0" w14:textId="77777777" w:rsidR="008F6EF9" w:rsidRPr="008F6EF9" w:rsidRDefault="00C768CB" w:rsidP="008F6EF9">
            <w:pPr>
              <w:spacing w:after="200" w:line="276" w:lineRule="auto"/>
            </w:pPr>
            <w:hyperlink r:id="rId859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86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6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862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863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64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865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866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867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68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869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87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871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4387877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872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873">
              <w:r w:rsidRPr="008F6EF9">
                <w:rPr>
                  <w:rStyle w:val="aff8"/>
                  <w:b/>
                </w:rPr>
                <w:t>-</w:t>
              </w:r>
            </w:hyperlink>
            <w:hyperlink r:id="rId874">
              <w:r w:rsidRPr="008F6EF9">
                <w:rPr>
                  <w:rStyle w:val="aff8"/>
                  <w:b/>
                </w:rPr>
                <w:t>ka</w:t>
              </w:r>
            </w:hyperlink>
            <w:hyperlink r:id="rId875">
              <w:r w:rsidRPr="008F6EF9">
                <w:rPr>
                  <w:rStyle w:val="aff8"/>
                  <w:b/>
                </w:rPr>
                <w:t>/</w:t>
              </w:r>
            </w:hyperlink>
            <w:hyperlink r:id="rId87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87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журнал. Сказки, великие 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</w:t>
            </w:r>
          </w:p>
        </w:tc>
      </w:tr>
    </w:tbl>
    <w:p w14:paraId="43426BF8" w14:textId="77777777" w:rsidR="008F6EF9" w:rsidRPr="008F6EF9" w:rsidRDefault="008F6EF9" w:rsidP="008F6EF9">
      <w:pPr>
        <w:rPr>
          <w:lang w:val="ru-RU"/>
        </w:rPr>
      </w:pPr>
      <w:r w:rsidRPr="008F6EF9">
        <w:rPr>
          <w:lang w:val="ru-RU"/>
        </w:rPr>
        <w:lastRenderedPageBreak/>
        <w:t xml:space="preserve"> </w:t>
      </w:r>
    </w:p>
    <w:tbl>
      <w:tblPr>
        <w:tblStyle w:val="TableGrid"/>
        <w:tblW w:w="14846" w:type="dxa"/>
        <w:tblInd w:w="122" w:type="dxa"/>
        <w:tblLook w:val="04A0" w:firstRow="1" w:lastRow="0" w:firstColumn="1" w:lastColumn="0" w:noHBand="0" w:noVBand="1"/>
      </w:tblPr>
      <w:tblGrid>
        <w:gridCol w:w="512"/>
        <w:gridCol w:w="2058"/>
        <w:gridCol w:w="755"/>
        <w:gridCol w:w="590"/>
        <w:gridCol w:w="596"/>
        <w:gridCol w:w="452"/>
        <w:gridCol w:w="2525"/>
        <w:gridCol w:w="65"/>
        <w:gridCol w:w="310"/>
        <w:gridCol w:w="596"/>
        <w:gridCol w:w="183"/>
        <w:gridCol w:w="122"/>
        <w:gridCol w:w="6082"/>
      </w:tblGrid>
      <w:tr w:rsidR="008F6EF9" w:rsidRPr="003019D5" w14:paraId="528F2BAD" w14:textId="77777777" w:rsidTr="00AA1098">
        <w:trPr>
          <w:trHeight w:val="2958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4F19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6232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(перечень слов в орфографическом словаре учебника); - знаки препинания в конце предложения: </w:t>
            </w:r>
          </w:p>
          <w:p w14:paraId="0A1F401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точка, </w:t>
            </w:r>
          </w:p>
          <w:p w14:paraId="6BEACA0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вопросительный и восклицательный знаки.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4A12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6CA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05FB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5AD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A654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языковым   материалом, связанным с переносом слов, формулирование на основе наблюдения правила переноса слов. Упражнение: запись слов с делением для переноса. Дифференцированное задание: поиск в тексте слов, которые нельзя    переносить. Орфографический тренинг: отработка  правописания сочетаний </w:t>
            </w:r>
            <w:proofErr w:type="spellStart"/>
            <w:r w:rsidRPr="008F6EF9">
              <w:t>жи</w:t>
            </w:r>
            <w:proofErr w:type="spellEnd"/>
            <w:r w:rsidRPr="008F6EF9">
              <w:t xml:space="preserve">, ши, </w:t>
            </w:r>
            <w:proofErr w:type="spellStart"/>
            <w:r w:rsidRPr="008F6EF9">
              <w:t>ча</w:t>
            </w:r>
            <w:proofErr w:type="spellEnd"/>
            <w:r w:rsidRPr="008F6EF9">
              <w:t xml:space="preserve">, ща, чу, </w:t>
            </w:r>
          </w:p>
          <w:p w14:paraId="221D6FED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щу</w:t>
            </w:r>
            <w:proofErr w:type="spellEnd"/>
            <w:r w:rsidRPr="008F6EF9">
              <w:t xml:space="preserve">, осуществление самоконтроля     при использовании  правил. Наблюдение за написанием слов с сочетаниями </w:t>
            </w:r>
            <w:proofErr w:type="spellStart"/>
            <w:r w:rsidRPr="008F6EF9">
              <w:t>чк</w:t>
            </w:r>
            <w:proofErr w:type="spellEnd"/>
            <w:r w:rsidRPr="008F6EF9">
              <w:t xml:space="preserve">, </w:t>
            </w:r>
            <w:proofErr w:type="spellStart"/>
            <w:r w:rsidRPr="008F6EF9">
              <w:t>чн</w:t>
            </w:r>
            <w:proofErr w:type="spellEnd"/>
            <w:r w:rsidRPr="008F6EF9">
              <w:t xml:space="preserve">, формулирование правила по результатам наблюдения, соотнесение вывода с текстом учебника. Орфографический тренинг: написание слов с сочетаниями </w:t>
            </w:r>
            <w:proofErr w:type="spellStart"/>
            <w:r w:rsidRPr="008F6EF9">
              <w:t>чк</w:t>
            </w:r>
            <w:proofErr w:type="spellEnd"/>
            <w:r w:rsidRPr="008F6EF9">
              <w:t xml:space="preserve">, </w:t>
            </w:r>
            <w:proofErr w:type="spellStart"/>
            <w:r w:rsidRPr="008F6EF9">
              <w:t>чн</w:t>
            </w:r>
            <w:proofErr w:type="spellEnd"/>
            <w:r w:rsidRPr="008F6EF9">
              <w:t xml:space="preserve">. </w:t>
            </w:r>
            <w:r w:rsidRPr="008F6EF9">
              <w:lastRenderedPageBreak/>
              <w:t xml:space="preserve">Проектное задание: подобрать текст диктанта, который можно использовать для проверки написания сочетаний гласных после шипящих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5BA3F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CAE6F3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E1A3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легендарных воинах разных времен и народов. </w:t>
            </w:r>
          </w:p>
          <w:p w14:paraId="2B70FD3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28AEC7CD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878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87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433CC61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623474F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880">
              <w:r w:rsidRPr="008F6EF9">
                <w:rPr>
                  <w:rStyle w:val="aff8"/>
                </w:rPr>
                <w:t>-</w:t>
              </w:r>
            </w:hyperlink>
            <w:hyperlink r:id="rId881">
              <w:r w:rsidRPr="008F6EF9">
                <w:rPr>
                  <w:rStyle w:val="aff8"/>
                </w:rPr>
                <w:t xml:space="preserve"> </w:t>
              </w:r>
            </w:hyperlink>
            <w:hyperlink r:id="rId882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883">
              <w:r w:rsidRPr="008F6EF9">
                <w:rPr>
                  <w:rStyle w:val="aff8"/>
                  <w:b/>
                </w:rPr>
                <w:t>-</w:t>
              </w:r>
            </w:hyperlink>
            <w:hyperlink r:id="rId884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88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177E566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3FA8405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34B90B9E" w14:textId="77777777" w:rsidR="008F6EF9" w:rsidRPr="008F6EF9" w:rsidRDefault="00C768CB" w:rsidP="008F6EF9">
            <w:pPr>
              <w:spacing w:after="200" w:line="276" w:lineRule="auto"/>
            </w:pPr>
            <w:hyperlink r:id="rId886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887">
              <w:r w:rsidR="008F6EF9" w:rsidRPr="008F6EF9">
                <w:rPr>
                  <w:rStyle w:val="aff8"/>
                </w:rPr>
                <w:t>,</w:t>
              </w:r>
            </w:hyperlink>
            <w:hyperlink r:id="rId888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889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890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9FF8736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891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89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AF30227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77A65C5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893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894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431956D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895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89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3D3E615F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897">
              <w:r w:rsidRPr="008F6EF9">
                <w:rPr>
                  <w:rStyle w:val="aff8"/>
                </w:rPr>
                <w:t xml:space="preserve"> </w:t>
              </w:r>
            </w:hyperlink>
            <w:hyperlink r:id="rId898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899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D2A4D22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7ADDE01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900">
              <w:r w:rsidRPr="008F6EF9">
                <w:rPr>
                  <w:rStyle w:val="aff8"/>
                </w:rPr>
                <w:t xml:space="preserve"> </w:t>
              </w:r>
            </w:hyperlink>
            <w:hyperlink r:id="rId901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902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CEB1B9D" w14:textId="77777777" w:rsidR="008F6EF9" w:rsidRPr="008F6EF9" w:rsidRDefault="008F6EF9" w:rsidP="008F6EF9">
            <w:pPr>
              <w:numPr>
                <w:ilvl w:val="0"/>
                <w:numId w:val="35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903">
              <w:r w:rsidRPr="008F6EF9">
                <w:rPr>
                  <w:rStyle w:val="aff8"/>
                </w:rPr>
                <w:t xml:space="preserve"> </w:t>
              </w:r>
            </w:hyperlink>
            <w:hyperlink r:id="rId904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90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067112F7" w14:textId="77777777" w:rsidTr="00AA1098">
        <w:trPr>
          <w:trHeight w:val="239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B7D4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6.2.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259D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Усвоение алгоритма списывания текста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9F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5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E67E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5249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AAC7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7671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0A9B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100FA6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93056" behindDoc="1" locked="0" layoutInCell="1" allowOverlap="0" wp14:anchorId="735883C5" wp14:editId="25C40CF6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-40616</wp:posOffset>
                  </wp:positionV>
                  <wp:extent cx="646176" cy="780288"/>
                  <wp:effectExtent l="0" t="0" r="0" b="0"/>
                  <wp:wrapNone/>
                  <wp:docPr id="178692" name="Picture 178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2" name="Picture 178692"/>
                          <pic:cNvPicPr/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 устный,</w:t>
            </w:r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</w:p>
          <w:p w14:paraId="1D9415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0494F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6D31FE86" wp14:editId="31FE4D9F">
                      <wp:extent cx="18288" cy="204216"/>
                      <wp:effectExtent l="0" t="0" r="0" b="0"/>
                      <wp:docPr id="168892" name="Group 168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04216"/>
                                <a:chOff x="0" y="0"/>
                                <a:chExt cx="18288" cy="204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61" name="Picture 24061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63" name="Picture 24063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83" name="Picture 24083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85" name="Picture 24085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87" name="Picture 24087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584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89" name="Picture 24089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4"/>
                                  <a:ext cx="9144" cy="39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26" name="Picture 24126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928"/>
                                  <a:ext cx="18288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99053" id="Group 168892" o:spid="_x0000_s1026" style="width:1.45pt;height:16.1pt;mso-position-horizontal-relative:char;mso-position-vertical-relative:line" coordsize="18288,2042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">
                      <v:shape id="Picture 24061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">
                        <v:imagedata r:id="rId222" o:title=""/>
                      </v:shape>
                      <v:shape id="Picture 24063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">
                        <v:imagedata r:id="rId222" o:title=""/>
                      </v:shape>
                      <v:shape id="Picture 24083" o:spid="_x0000_s1029" type="#_x0000_t75" style="position:absolute;top:914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">
                        <v:imagedata r:id="rId575" o:title=""/>
                      </v:shape>
                      <v:shape id="Picture 24085" o:spid="_x0000_s1030" type="#_x0000_t75" style="position:absolute;top:5486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">
                        <v:imagedata r:id="rId575" o:title=""/>
                      </v:shape>
                      <v:shape id="Picture 24087" o:spid="_x0000_s1031" type="#_x0000_t75" style="position:absolute;top:100584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">
                        <v:imagedata r:id="rId575" o:title=""/>
                      </v:shape>
                      <v:shape id="Picture 24089" o:spid="_x0000_s1032" type="#_x0000_t75" style="position:absolute;top:146304;width:9144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">
                        <v:imagedata r:id="rId577" o:title=""/>
                      </v:shape>
                      <v:shape id="Picture 24126" o:spid="_x0000_s1033" type="#_x0000_t75" style="position:absolute;top:185928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2BD370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98554E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03F498D1" wp14:editId="59974B69">
                      <wp:extent cx="9144" cy="155448"/>
                      <wp:effectExtent l="0" t="0" r="0" b="0"/>
                      <wp:docPr id="168898" name="Group 168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155448"/>
                                <a:chOff x="0" y="0"/>
                                <a:chExt cx="9144" cy="155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94" name="Picture 24194"/>
                                <pic:cNvPicPr/>
                              </pic:nvPicPr>
                              <pic:blipFill>
                                <a:blip r:embed="rId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96" name="Picture 24196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16" name="Picture 24216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18" name="Picture 24218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20" name="Picture 24220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"/>
                                  <a:ext cx="914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8A279" id="Group 168898" o:spid="_x0000_s1026" style="width:.7pt;height:12.25pt;mso-position-horizontal-relative:char;mso-position-vertical-relative:line" coordsize="9144,1554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">
                      <v:shape id="Picture 24194" o:spid="_x0000_s1027" type="#_x0000_t75" style="position:absolute;width:91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">
                        <v:imagedata r:id="rId581" o:title=""/>
                      </v:shape>
                      <v:shape id="Picture 24196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">
                        <v:imagedata r:id="rId222" o:title=""/>
                      </v:shape>
                      <v:shape id="Picture 24216" o:spid="_x0000_s1029" type="#_x0000_t75" style="position:absolute;top:1828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">
                        <v:imagedata r:id="rId582" o:title=""/>
                      </v:shape>
                      <v:shape id="Picture 24218" o:spid="_x0000_s1030" type="#_x0000_t75" style="position:absolute;top:6400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">
                        <v:imagedata r:id="rId582" o:title=""/>
                      </v:shape>
                      <v:shape id="Picture 24220" o:spid="_x0000_s1031" type="#_x0000_t75" style="position:absolute;top:109728;width:914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">
                        <v:imagedata r:id="rId582" o:title=""/>
                      </v:shape>
                      <w10:anchorlock/>
                    </v:group>
                  </w:pict>
                </mc:Fallback>
              </mc:AlternateContent>
            </w:r>
            <w:r w:rsidRPr="008F6EF9">
              <w:t xml:space="preserve"> </w:t>
            </w:r>
          </w:p>
          <w:p w14:paraId="3B17417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inline distT="0" distB="0" distL="0" distR="0" wp14:anchorId="1C34F1E9" wp14:editId="3631274D">
                      <wp:extent cx="9144" cy="9144"/>
                      <wp:effectExtent l="0" t="0" r="0" b="0"/>
                      <wp:docPr id="168902" name="Group 168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9144"/>
                                <a:chOff x="0" y="0"/>
                                <a:chExt cx="9144" cy="9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61" name="Picture 24261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63" name="Picture 24263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1D349" id="Group 168902" o:spid="_x0000_s1026" style="width:.7pt;height:.7pt;mso-position-horizontal-relative:char;mso-position-vertical-relative:line" coordsize="914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">
                      <v:shape id="Picture 24261" o:spid="_x0000_s1027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">
                        <v:imagedata r:id="rId233" o:title=""/>
                      </v:shape>
                      <v:shape id="Picture 24263" o:spid="_x0000_s1028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6365AE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208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9DCE38B" w14:textId="77777777" w:rsidTr="00AA1098">
        <w:trPr>
          <w:trHeight w:val="500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14B6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Итого по разделу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64E56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7" w:type="dxa"/>
              <w:tblCellMar>
                <w:top w:w="2" w:type="dxa"/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730E8535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7F58219D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14</w:t>
                  </w:r>
                </w:p>
              </w:tc>
            </w:tr>
          </w:tbl>
          <w:p w14:paraId="0F19482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64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F1CA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EF6B4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8F42931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FF204F0" w14:textId="77777777" w:rsidTr="00AA1098">
        <w:trPr>
          <w:trHeight w:val="466"/>
        </w:trPr>
        <w:tc>
          <w:tcPr>
            <w:tcW w:w="1046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A11FB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Раздел 7. </w:t>
            </w:r>
            <w:r w:rsidRPr="008F6EF9">
              <w:rPr>
                <w:b/>
              </w:rPr>
              <w:t xml:space="preserve">Развитие речи </w:t>
            </w:r>
          </w:p>
        </w:tc>
        <w:tc>
          <w:tcPr>
            <w:tcW w:w="20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E84E3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0D2285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3019D5" w14:paraId="35702E92" w14:textId="77777777" w:rsidTr="00AA1098">
        <w:trPr>
          <w:trHeight w:val="107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41CA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7.1.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B94E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Речь как основная форма общения между людьми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CF74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82F7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068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421E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5E2A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Работа с рисунками, на которых изображены разные </w:t>
            </w:r>
          </w:p>
          <w:p w14:paraId="5C85EA6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ситуации </w:t>
            </w:r>
            <w:r w:rsidRPr="008F6EF9">
              <w:tab/>
              <w:t xml:space="preserve">общения </w:t>
            </w:r>
          </w:p>
          <w:p w14:paraId="187F40C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(приветствие,     прощание, извинение,      благодарность, обращение с просьбой), устное </w:t>
            </w:r>
          </w:p>
          <w:p w14:paraId="64E5ACD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обсуждение этих ситуаций, выбор   соответствующих каждой  ситуации   слов речевого    </w:t>
            </w:r>
            <w:proofErr w:type="spellStart"/>
            <w:r w:rsidRPr="008F6EF9">
              <w:t>этикета.Учебный</w:t>
            </w:r>
            <w:proofErr w:type="spellEnd"/>
            <w:r w:rsidRPr="008F6EF9">
              <w:t xml:space="preserve"> диалог, в    ходе  </w:t>
            </w:r>
            <w:r w:rsidRPr="008F6EF9">
              <w:lastRenderedPageBreak/>
              <w:t xml:space="preserve">которого обсуждаются       ситуации общения,      в   которых выражается         просьба, обосновывается выбор слов речевого          этикета, соответствующих  ситуации выражения </w:t>
            </w:r>
          </w:p>
          <w:p w14:paraId="5A24D965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просьбы.Моделирование</w:t>
            </w:r>
            <w:proofErr w:type="spellEnd"/>
            <w:r w:rsidRPr="008F6EF9">
              <w:t xml:space="preserve"> речевой ситуации вежливого </w:t>
            </w:r>
          </w:p>
        </w:tc>
        <w:tc>
          <w:tcPr>
            <w:tcW w:w="11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B4EC5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20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1DC31C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76E8D8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737BBD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02E5BE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8B89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Для учащихся </w:t>
            </w:r>
          </w:p>
          <w:p w14:paraId="311E1C26" w14:textId="77777777" w:rsidR="008F6EF9" w:rsidRPr="008F6EF9" w:rsidRDefault="00C768CB" w:rsidP="008F6EF9">
            <w:pPr>
              <w:spacing w:after="200" w:line="276" w:lineRule="auto"/>
            </w:pPr>
            <w:hyperlink r:id="rId907">
              <w:r w:rsidR="008F6EF9" w:rsidRPr="008F6EF9">
                <w:rPr>
                  <w:rStyle w:val="aff8"/>
                </w:rPr>
                <w:t>https://www.uchportal.ru/load/47</w:t>
              </w:r>
            </w:hyperlink>
            <w:hyperlink r:id="rId908">
              <w:r w:rsidR="008F6EF9" w:rsidRPr="008F6EF9">
                <w:rPr>
                  <w:rStyle w:val="aff8"/>
                </w:rPr>
                <w:t>-</w:t>
              </w:r>
            </w:hyperlink>
            <w:hyperlink r:id="rId909">
              <w:r w:rsidR="008F6EF9" w:rsidRPr="008F6EF9">
                <w:rPr>
                  <w:rStyle w:val="aff8"/>
                </w:rPr>
                <w:t>2</w:t>
              </w:r>
            </w:hyperlink>
            <w:hyperlink r:id="rId910">
              <w:r w:rsidR="008F6EF9" w:rsidRPr="008F6EF9">
                <w:rPr>
                  <w:rStyle w:val="aff8"/>
                </w:rPr>
                <w:t>-</w:t>
              </w:r>
            </w:hyperlink>
            <w:hyperlink r:id="rId911">
              <w:r w:rsidR="008F6EF9" w:rsidRPr="008F6EF9">
                <w:rPr>
                  <w:rStyle w:val="aff8"/>
                </w:rPr>
                <w:t>2</w:t>
              </w:r>
            </w:hyperlink>
            <w:hyperlink r:id="rId912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913">
              <w:r w:rsidR="008F6EF9" w:rsidRPr="008F6EF9">
                <w:rPr>
                  <w:rStyle w:val="aff8"/>
                </w:rPr>
                <w:t>http://school</w:t>
              </w:r>
            </w:hyperlink>
            <w:hyperlink r:id="rId914">
              <w:r w:rsidR="008F6EF9" w:rsidRPr="008F6EF9">
                <w:rPr>
                  <w:rStyle w:val="aff8"/>
                </w:rPr>
                <w:t>-</w:t>
              </w:r>
            </w:hyperlink>
            <w:hyperlink r:id="rId915">
              <w:r w:rsidR="008F6EF9" w:rsidRPr="008F6EF9">
                <w:rPr>
                  <w:rStyle w:val="aff8"/>
                </w:rPr>
                <w:t>collection.edu.ru</w:t>
              </w:r>
            </w:hyperlink>
            <w:hyperlink r:id="rId916">
              <w:r w:rsidR="008F6EF9" w:rsidRPr="008F6EF9">
                <w:rPr>
                  <w:rStyle w:val="aff8"/>
                </w:rPr>
                <w:t>/</w:t>
              </w:r>
            </w:hyperlink>
            <w:hyperlink r:id="rId917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918">
              <w:r w:rsidR="008F6EF9" w:rsidRPr="008F6EF9">
                <w:rPr>
                  <w:rStyle w:val="aff8"/>
                </w:rPr>
                <w:t>http://um</w:t>
              </w:r>
            </w:hyperlink>
            <w:hyperlink r:id="rId919">
              <w:r w:rsidR="008F6EF9" w:rsidRPr="008F6EF9">
                <w:rPr>
                  <w:rStyle w:val="aff8"/>
                </w:rPr>
                <w:t>-</w:t>
              </w:r>
            </w:hyperlink>
            <w:hyperlink r:id="rId920">
              <w:r w:rsidR="008F6EF9" w:rsidRPr="008F6EF9">
                <w:rPr>
                  <w:rStyle w:val="aff8"/>
                </w:rPr>
                <w:t xml:space="preserve"> </w:t>
              </w:r>
            </w:hyperlink>
          </w:p>
          <w:p w14:paraId="6B2AA68F" w14:textId="77777777" w:rsidR="008F6EF9" w:rsidRPr="008F6EF9" w:rsidRDefault="00C768CB" w:rsidP="008F6EF9">
            <w:pPr>
              <w:spacing w:after="200" w:line="276" w:lineRule="auto"/>
              <w:rPr>
                <w:lang w:val="en-US"/>
              </w:rPr>
            </w:pPr>
            <w:hyperlink r:id="rId921">
              <w:r w:rsidR="008F6EF9" w:rsidRPr="008F6EF9">
                <w:rPr>
                  <w:rStyle w:val="aff8"/>
                  <w:lang w:val="en-US"/>
                </w:rPr>
                <w:t>razum.ru/load/uchebnye_prezentacii/nachalnaja_shkola/18</w:t>
              </w:r>
            </w:hyperlink>
            <w:hyperlink r:id="rId922">
              <w:r w:rsidR="008F6EF9" w:rsidRPr="008F6EF9">
                <w:rPr>
                  <w:rStyle w:val="aff8"/>
                  <w:lang w:val="en-US"/>
                </w:rPr>
                <w:t xml:space="preserve"> </w:t>
              </w:r>
            </w:hyperlink>
            <w:hyperlink r:id="rId923">
              <w:r w:rsidR="008F6EF9" w:rsidRPr="008F6EF9">
                <w:rPr>
                  <w:rStyle w:val="aff8"/>
                  <w:b/>
                  <w:lang w:val="en-US"/>
                </w:rPr>
                <w:t>http://internet.chgk.info/</w:t>
              </w:r>
            </w:hyperlink>
            <w:hyperlink r:id="rId924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  <w:hyperlink r:id="rId925">
              <w:r w:rsidR="008F6EF9" w:rsidRPr="008F6EF9">
                <w:rPr>
                  <w:rStyle w:val="aff8"/>
                  <w:b/>
                  <w:lang w:val="en-US"/>
                </w:rPr>
                <w:t>http://www.vbg.ru/~kvint/im.htm</w:t>
              </w:r>
            </w:hyperlink>
            <w:hyperlink r:id="rId926">
              <w:r w:rsidR="008F6EF9" w:rsidRPr="008F6EF9">
                <w:rPr>
                  <w:rStyle w:val="aff8"/>
                  <w:b/>
                  <w:lang w:val="en-US"/>
                </w:rPr>
                <w:t xml:space="preserve"> </w:t>
              </w:r>
            </w:hyperlink>
          </w:p>
          <w:p w14:paraId="5E44A41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lang w:val="en-US"/>
              </w:rPr>
              <w:tab/>
            </w:r>
            <w:r w:rsidRPr="008F6EF9">
              <w:t xml:space="preserve">Детский </w:t>
            </w:r>
            <w:r w:rsidRPr="008F6EF9">
              <w:tab/>
              <w:t xml:space="preserve">интеллектуальный </w:t>
            </w:r>
            <w:r w:rsidRPr="008F6EF9">
              <w:tab/>
              <w:t xml:space="preserve">клуб </w:t>
            </w:r>
            <w:r w:rsidRPr="008F6EF9">
              <w:tab/>
              <w:t xml:space="preserve">"Квинт". </w:t>
            </w:r>
          </w:p>
          <w:p w14:paraId="0A583F8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"Интеллектуальный марафон" </w:t>
            </w:r>
          </w:p>
          <w:p w14:paraId="76890B5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· Музыкальный клуб </w:t>
            </w:r>
            <w:hyperlink r:id="rId927">
              <w:r w:rsidRPr="008F6EF9">
                <w:rPr>
                  <w:rStyle w:val="aff8"/>
                  <w:b/>
                </w:rPr>
                <w:t>http://www.realmusic.ru/</w:t>
              </w:r>
            </w:hyperlink>
            <w:hyperlink r:id="rId92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29">
              <w:r w:rsidRPr="008F6EF9">
                <w:rPr>
                  <w:rStyle w:val="aff8"/>
                  <w:b/>
                </w:rPr>
                <w:t>http://www.jokeclub.ru/</w:t>
              </w:r>
            </w:hyperlink>
            <w:hyperlink r:id="rId93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0284A30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3. Сайты детских писателей. </w:t>
            </w:r>
            <w:hyperlink r:id="rId931">
              <w:r w:rsidRPr="008F6EF9">
                <w:rPr>
                  <w:rStyle w:val="aff8"/>
                  <w:b/>
                </w:rPr>
                <w:t>http://www.mccme.ru/~dima/erunda/naoborot/index.htm</w:t>
              </w:r>
            </w:hyperlink>
            <w:hyperlink r:id="rId932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33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"Всё наоборот" – стихи для детей, собранные Григорием Кружковым. </w:t>
            </w:r>
            <w:hyperlink r:id="rId934">
              <w:r w:rsidRPr="008F6EF9">
                <w:rPr>
                  <w:rStyle w:val="aff8"/>
                  <w:b/>
                </w:rPr>
                <w:t>http://www.sf.mksat.net/vk/krapivi</w:t>
              </w:r>
            </w:hyperlink>
            <w:hyperlink r:id="rId935">
              <w:r w:rsidRPr="008F6EF9">
                <w:rPr>
                  <w:rStyle w:val="aff8"/>
                  <w:b/>
                </w:rPr>
                <w:t>n_index.htm</w:t>
              </w:r>
            </w:hyperlink>
            <w:hyperlink r:id="rId936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37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lastRenderedPageBreak/>
              <w:t xml:space="preserve">Писатель Владислав Крапивин. </w:t>
            </w:r>
            <w:hyperlink r:id="rId938">
              <w:r w:rsidRPr="008F6EF9">
                <w:rPr>
                  <w:rStyle w:val="aff8"/>
                  <w:b/>
                </w:rPr>
                <w:t>http://www.literatura1.narod.ru/dmitrij_emets.html</w:t>
              </w:r>
            </w:hyperlink>
            <w:hyperlink r:id="rId939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40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Писатель Дмитрий Емец. </w:t>
            </w:r>
          </w:p>
        </w:tc>
      </w:tr>
      <w:tr w:rsidR="008F6EF9" w:rsidRPr="008F6EF9" w14:paraId="04C4EEAD" w14:textId="77777777" w:rsidTr="00AA109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772C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A2D2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41A1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A098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B33D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1803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1DE5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0000"/>
            </w:tcBorders>
          </w:tcPr>
          <w:p w14:paraId="73BC316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5C14A2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3346004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F84616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Текущий,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49A8C0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BDFC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D0E5021" w14:textId="77777777" w:rsidTr="00AA1098">
        <w:trPr>
          <w:trHeight w:val="30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50F5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2AEBD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6E33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7605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8B03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D256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5141E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FF0000"/>
            </w:tcBorders>
          </w:tcPr>
          <w:p w14:paraId="19591D9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3" w:type="dxa"/>
            <w:gridSpan w:val="2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0AD032C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устный,</w:t>
            </w:r>
          </w:p>
        </w:tc>
        <w:tc>
          <w:tcPr>
            <w:tcW w:w="18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70397DE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89FA67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1E8D7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17D7D7C" w14:textId="77777777" w:rsidTr="00AA109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24DB8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6A63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302C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DE5E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AB54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A1CA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9BF5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FF0000"/>
            </w:tcBorders>
          </w:tcPr>
          <w:p w14:paraId="2B8DEE1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823" w:type="dxa"/>
            <w:gridSpan w:val="2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7EF4649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письмен</w:t>
            </w: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CF7"/>
          </w:tcPr>
          <w:p w14:paraId="00C2D19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CEF494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ADDD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FFAA262" w14:textId="77777777" w:rsidTr="00AA1098">
        <w:trPr>
          <w:trHeight w:val="3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3EBF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04E8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25FC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00B2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8150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B8A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AD11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0000"/>
            </w:tcBorders>
          </w:tcPr>
          <w:p w14:paraId="2183FA7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5F2D1114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5EF528A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524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7E252FD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3A9F6A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68DFC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45CBCA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BE9F85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2EAADC39" w14:textId="77777777" w:rsidTr="00AA1098">
        <w:trPr>
          <w:trHeight w:val="155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4672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7.2.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7714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Текст как единица речи (ознакомление </w:t>
            </w:r>
          </w:p>
          <w:p w14:paraId="2170BC2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).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1E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056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A12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1F5E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264B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9ED89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6E7C1F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409FC6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E24A7B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42654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5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343A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A87A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74773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40EF41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CB5FDA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CD0C27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11E0D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10BE913" w14:textId="77777777" w:rsidTr="00AA1098">
        <w:trPr>
          <w:trHeight w:val="2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F482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FEB0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7D33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DD75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BFF7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3B18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D435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7BDDB5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6993836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</w:t>
            </w:r>
          </w:p>
        </w:tc>
        <w:tc>
          <w:tcPr>
            <w:tcW w:w="52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5B25ADA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кущи</w:t>
            </w: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4F83132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283210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5E8A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E6F9D48" w14:textId="77777777" w:rsidTr="00AA1098">
        <w:trPr>
          <w:trHeight w:val="30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F9488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05FF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DBF4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EC92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79AE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EA9E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89A7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809E2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4E470A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</w:t>
            </w:r>
          </w:p>
        </w:tc>
        <w:tc>
          <w:tcPr>
            <w:tcW w:w="5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1658B7D1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тный</w:t>
            </w:r>
            <w:proofErr w:type="spellEnd"/>
            <w:r w:rsidRPr="008F6EF9">
              <w:t>,</w:t>
            </w:r>
          </w:p>
        </w:tc>
        <w:tc>
          <w:tcPr>
            <w:tcW w:w="18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6490776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541D09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CC5DE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26C284E" w14:textId="77777777" w:rsidTr="00AA1098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F19F8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11B9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C2FC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1701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5B57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F55E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0015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3A079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3E55253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пи</w:t>
            </w:r>
          </w:p>
        </w:tc>
        <w:tc>
          <w:tcPr>
            <w:tcW w:w="5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63806F9D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сьмен</w:t>
            </w:r>
            <w:proofErr w:type="spellEnd"/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7FCF7"/>
          </w:tcPr>
          <w:p w14:paraId="5146B75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0F3A41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B2EB8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8DDCCD9" w14:textId="77777777" w:rsidTr="00AA1098">
        <w:trPr>
          <w:trHeight w:val="26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B8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9011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373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3D9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0BA2E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3586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2656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EC98E2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355FC85C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369648D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524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3E761F2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  <w:p w14:paraId="5495DEF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98056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714C99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67906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0927E5DD" w14:textId="77777777" w:rsidTr="00AA1098">
        <w:trPr>
          <w:trHeight w:val="152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8695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7.3. 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EE80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Осознание ситуации общения: с какой целью, с кем и где 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84D2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A22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952E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D76D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55F5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58484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48D9AF5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229B8B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759FF8D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1AC22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5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96141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8CFD9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0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1E83CE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6576321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26CFF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2A9CC06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DB364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7FD865E" w14:textId="77777777" w:rsidTr="00AA1098">
        <w:trPr>
          <w:trHeight w:val="2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9FD4A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66EDF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37CF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DC2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F9B09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B833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65BE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910953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0C39593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Те</w:t>
            </w:r>
          </w:p>
        </w:tc>
        <w:tc>
          <w:tcPr>
            <w:tcW w:w="52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0F1F6A2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кущи</w:t>
            </w:r>
          </w:p>
        </w:tc>
        <w:tc>
          <w:tcPr>
            <w:tcW w:w="182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7FCF7"/>
          </w:tcPr>
          <w:p w14:paraId="4338C46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й,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3D3292F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FEFC1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7258EFCA" w14:textId="77777777" w:rsidTr="00AA109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8BA6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3339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E261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7B66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3CEE2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9F1A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7EA6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FB7884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1EF4852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ус</w:t>
            </w:r>
          </w:p>
        </w:tc>
        <w:tc>
          <w:tcPr>
            <w:tcW w:w="5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25A51631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тный</w:t>
            </w:r>
            <w:proofErr w:type="spellEnd"/>
            <w:r w:rsidRPr="008F6EF9">
              <w:t>,</w:t>
            </w:r>
          </w:p>
        </w:tc>
        <w:tc>
          <w:tcPr>
            <w:tcW w:w="18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4951144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6844774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60E8C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55650511" w14:textId="77777777" w:rsidTr="00AA1098">
        <w:trPr>
          <w:trHeight w:val="2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41DE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C1B2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19B6A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7FF8B5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516C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71CF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F1FAD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20EF19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7FCF7"/>
          </w:tcPr>
          <w:p w14:paraId="6255E04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пи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7FCF7"/>
          </w:tcPr>
          <w:p w14:paraId="1388E745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сьменн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61D0AC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22292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3D7D780C" w14:textId="77777777" w:rsidTr="00AA1098">
        <w:trPr>
          <w:trHeight w:val="2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048B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C79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3513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F5E88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A600C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398A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3446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753530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299" w:type="dxa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single" w:sz="6" w:space="0" w:color="FF0000"/>
            </w:tcBorders>
            <w:shd w:val="clear" w:color="auto" w:fill="F7FCF7"/>
          </w:tcPr>
          <w:p w14:paraId="72A4C479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ый</w:t>
            </w:r>
            <w:proofErr w:type="spellEnd"/>
          </w:p>
          <w:p w14:paraId="3612581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12" w:space="0" w:color="000000"/>
              <w:left w:val="single" w:sz="6" w:space="0" w:color="FF0000"/>
              <w:bottom w:val="single" w:sz="6" w:space="0" w:color="000000"/>
              <w:right w:val="nil"/>
            </w:tcBorders>
          </w:tcPr>
          <w:p w14:paraId="78CAF14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1C97191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BAA8190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54F9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117348EB" w14:textId="77777777" w:rsidR="008F6EF9" w:rsidRPr="008F6EF9" w:rsidRDefault="008F6EF9" w:rsidP="008F6EF9">
      <w:pPr>
        <w:rPr>
          <w:lang w:val="ru-RU"/>
        </w:rPr>
      </w:pPr>
      <w:r w:rsidRPr="008F6EF9">
        <w:rPr>
          <w:lang w:val="ru-RU"/>
        </w:rPr>
        <w:t xml:space="preserve"> </w:t>
      </w:r>
    </w:p>
    <w:tbl>
      <w:tblPr>
        <w:tblStyle w:val="TableGrid"/>
        <w:tblW w:w="14846" w:type="dxa"/>
        <w:tblInd w:w="122" w:type="dxa"/>
        <w:tblCellMar>
          <w:top w:w="7" w:type="dxa"/>
          <w:left w:w="7" w:type="dxa"/>
          <w:right w:w="24" w:type="dxa"/>
        </w:tblCellMar>
        <w:tblLook w:val="04A0" w:firstRow="1" w:lastRow="0" w:firstColumn="1" w:lastColumn="0" w:noHBand="0" w:noVBand="1"/>
      </w:tblPr>
      <w:tblGrid>
        <w:gridCol w:w="583"/>
        <w:gridCol w:w="2156"/>
        <w:gridCol w:w="921"/>
        <w:gridCol w:w="781"/>
        <w:gridCol w:w="838"/>
        <w:gridCol w:w="635"/>
        <w:gridCol w:w="3145"/>
        <w:gridCol w:w="1230"/>
        <w:gridCol w:w="4557"/>
      </w:tblGrid>
      <w:tr w:rsidR="008F6EF9" w:rsidRPr="003019D5" w14:paraId="1810396C" w14:textId="77777777" w:rsidTr="00AA1098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109B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E304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происходит общение.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1798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E91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35DD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3E1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2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79C9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отказа с </w:t>
            </w:r>
            <w:proofErr w:type="spellStart"/>
            <w:r w:rsidRPr="008F6EF9">
              <w:t>исполь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зованием</w:t>
            </w:r>
            <w:proofErr w:type="spellEnd"/>
            <w:r w:rsidRPr="008F6EF9">
              <w:t xml:space="preserve"> опорных </w:t>
            </w:r>
            <w:proofErr w:type="spellStart"/>
            <w:r w:rsidRPr="008F6EF9">
              <w:t>слов.Разыгрывание</w:t>
            </w:r>
            <w:proofErr w:type="spellEnd"/>
            <w:r w:rsidRPr="008F6EF9">
              <w:t xml:space="preserve"> сценок, отражающих ситуации выражения просьбы, извинения, вежливого </w:t>
            </w:r>
          </w:p>
          <w:p w14:paraId="0C9F4797" w14:textId="77777777" w:rsidR="008F6EF9" w:rsidRPr="008F6EF9" w:rsidRDefault="008F6EF9" w:rsidP="008F6EF9">
            <w:pPr>
              <w:spacing w:after="200" w:line="276" w:lineRule="auto"/>
            </w:pPr>
            <w:proofErr w:type="spellStart"/>
            <w:r w:rsidRPr="008F6EF9">
              <w:t>отказа.Моделирование</w:t>
            </w:r>
            <w:proofErr w:type="spellEnd"/>
            <w:r w:rsidRPr="008F6EF9">
              <w:t xml:space="preserve"> </w:t>
            </w:r>
          </w:p>
          <w:p w14:paraId="558A339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речевой   ситуации, содержащей извинение, анализ данной ситуации,  выбор адекватных средств </w:t>
            </w:r>
            <w:proofErr w:type="spellStart"/>
            <w:r w:rsidRPr="008F6EF9">
              <w:lastRenderedPageBreak/>
              <w:t>выраже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ния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извинения.Комментированное</w:t>
            </w:r>
            <w:proofErr w:type="spellEnd"/>
            <w:r w:rsidRPr="008F6EF9">
              <w:t xml:space="preserve"> </w:t>
            </w:r>
          </w:p>
          <w:p w14:paraId="31E8EEA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выполнение задания: выбор из </w:t>
            </w:r>
            <w:proofErr w:type="spellStart"/>
            <w:r w:rsidRPr="008F6EF9">
              <w:t>предло</w:t>
            </w:r>
            <w:proofErr w:type="spellEnd"/>
            <w:r w:rsidRPr="008F6EF9">
              <w:t xml:space="preserve"> </w:t>
            </w:r>
            <w:proofErr w:type="spellStart"/>
            <w:r w:rsidRPr="008F6EF9">
              <w:t>женного</w:t>
            </w:r>
            <w:proofErr w:type="spellEnd"/>
            <w:r w:rsidRPr="008F6EF9">
              <w:t xml:space="preserve"> набора этикетных   слов, соответствующих   заданным ситуациям </w:t>
            </w:r>
            <w:proofErr w:type="spellStart"/>
            <w:r w:rsidRPr="008F6EF9">
              <w:t>общения.Творческое</w:t>
            </w:r>
            <w:proofErr w:type="spellEnd"/>
            <w:r w:rsidRPr="008F6EF9">
              <w:t xml:space="preserve"> задание: придумать ситуации общения, в  кото  </w:t>
            </w:r>
            <w:proofErr w:type="spellStart"/>
            <w:r w:rsidRPr="008F6EF9">
              <w:t>рых</w:t>
            </w:r>
            <w:proofErr w:type="spellEnd"/>
            <w:r w:rsidRPr="008F6EF9">
              <w:t xml:space="preserve">  могут  быть употреблены  предложенные этикетные  </w:t>
            </w:r>
            <w:proofErr w:type="spellStart"/>
            <w:r w:rsidRPr="008F6EF9">
              <w:t>слова.Работа</w:t>
            </w:r>
            <w:proofErr w:type="spellEnd"/>
            <w:r w:rsidRPr="008F6EF9">
              <w:t xml:space="preserve"> в группах:    оценивание </w:t>
            </w:r>
          </w:p>
          <w:p w14:paraId="5017961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дидактического текста с точки зрения  наличия/отсутствия необходимых   элементов </w:t>
            </w:r>
            <w:proofErr w:type="spellStart"/>
            <w:r w:rsidRPr="008F6EF9">
              <w:t>речево</w:t>
            </w:r>
            <w:proofErr w:type="spellEnd"/>
            <w:r w:rsidRPr="008F6EF9">
              <w:t xml:space="preserve"> го этикета в описанных в тексте   ситуациях </w:t>
            </w:r>
            <w:proofErr w:type="spellStart"/>
            <w:r w:rsidRPr="008F6EF9">
              <w:t>общения.Работа</w:t>
            </w:r>
            <w:proofErr w:type="spellEnd"/>
            <w:r w:rsidRPr="008F6EF9">
              <w:t xml:space="preserve">  в  группах: оценивание  предложенных </w:t>
            </w:r>
            <w:proofErr w:type="spellStart"/>
            <w:r w:rsidRPr="008F6EF9">
              <w:t>юмористиче</w:t>
            </w:r>
            <w:proofErr w:type="spellEnd"/>
            <w:r w:rsidRPr="008F6EF9">
              <w:t xml:space="preserve">       </w:t>
            </w:r>
            <w:proofErr w:type="spellStart"/>
            <w:r w:rsidRPr="008F6EF9">
              <w:t>ских</w:t>
            </w:r>
            <w:proofErr w:type="spellEnd"/>
            <w:r w:rsidRPr="008F6EF9">
              <w:t xml:space="preserve"> </w:t>
            </w:r>
          </w:p>
          <w:p w14:paraId="33E5D70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стихотворений с точки зрения соблюдения      героями стихотворений правил </w:t>
            </w:r>
          </w:p>
          <w:p w14:paraId="13763BB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речевого этикета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DF37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 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D0D141" w14:textId="77777777" w:rsidR="008F6EF9" w:rsidRPr="008F6EF9" w:rsidRDefault="00C768CB" w:rsidP="008F6EF9">
            <w:pPr>
              <w:spacing w:after="200" w:line="276" w:lineRule="auto"/>
            </w:pPr>
            <w:hyperlink r:id="rId941">
              <w:r w:rsidR="008F6EF9" w:rsidRPr="008F6EF9">
                <w:rPr>
                  <w:rStyle w:val="aff8"/>
                  <w:b/>
                </w:rPr>
                <w:t>http://www.nikitinsky.com.ua</w:t>
              </w:r>
            </w:hyperlink>
            <w:hyperlink r:id="rId942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43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писатель Юрий Никитинский. </w:t>
            </w:r>
          </w:p>
          <w:p w14:paraId="6FF85B9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4. Электронные версии журналов. </w:t>
            </w:r>
            <w:hyperlink r:id="rId944">
              <w:r w:rsidRPr="008F6EF9">
                <w:rPr>
                  <w:rStyle w:val="aff8"/>
                  <w:b/>
                </w:rPr>
                <w:t>http://e</w:t>
              </w:r>
            </w:hyperlink>
            <w:hyperlink r:id="rId945">
              <w:r w:rsidRPr="008F6EF9">
                <w:rPr>
                  <w:rStyle w:val="aff8"/>
                  <w:b/>
                </w:rPr>
                <w:t>-</w:t>
              </w:r>
            </w:hyperlink>
            <w:hyperlink r:id="rId946">
              <w:r w:rsidRPr="008F6EF9">
                <w:rPr>
                  <w:rStyle w:val="aff8"/>
                  <w:b/>
                </w:rPr>
                <w:t>skazki.narod.ru/index.htm</w:t>
              </w:r>
            </w:hyperlink>
            <w:hyperlink r:id="rId947">
              <w:r w:rsidRPr="008F6EF9">
                <w:rPr>
                  <w:rStyle w:val="aff8"/>
                  <w:b/>
                </w:rPr>
                <w:t>l</w:t>
              </w:r>
            </w:hyperlink>
            <w:hyperlink r:id="rId948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49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"Сказка для народа" </w:t>
            </w:r>
          </w:p>
          <w:p w14:paraId="25DF8E4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- народные и авторские сказки </w:t>
            </w:r>
          </w:p>
          <w:p w14:paraId="0C62C19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</w:r>
            <w:hyperlink r:id="rId950">
              <w:r w:rsidRPr="008F6EF9">
                <w:rPr>
                  <w:rStyle w:val="aff8"/>
                  <w:b/>
                </w:rPr>
                <w:t>http://www.kinder.ru</w:t>
              </w:r>
            </w:hyperlink>
            <w:hyperlink r:id="rId951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52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</w:t>
            </w:r>
            <w:r w:rsidRPr="008F6EF9">
              <w:tab/>
              <w:t xml:space="preserve">Каталог </w:t>
            </w:r>
            <w:r w:rsidRPr="008F6EF9">
              <w:tab/>
              <w:t xml:space="preserve">детских </w:t>
            </w:r>
            <w:r w:rsidRPr="008F6EF9">
              <w:tab/>
              <w:t xml:space="preserve">ресурсов </w:t>
            </w:r>
          </w:p>
          <w:p w14:paraId="43AA933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"</w:t>
            </w:r>
            <w:proofErr w:type="spellStart"/>
            <w:r w:rsidRPr="008F6EF9">
              <w:t>Kinder.Ru</w:t>
            </w:r>
            <w:proofErr w:type="spellEnd"/>
            <w:r w:rsidRPr="008F6EF9">
              <w:t xml:space="preserve">" </w:t>
            </w:r>
          </w:p>
          <w:p w14:paraId="01DF0731" w14:textId="77777777" w:rsidR="008F6EF9" w:rsidRPr="008F6EF9" w:rsidRDefault="00C768CB" w:rsidP="008F6EF9">
            <w:pPr>
              <w:spacing w:after="200" w:line="276" w:lineRule="auto"/>
            </w:pPr>
            <w:hyperlink r:id="rId953">
              <w:r w:rsidR="008F6EF9" w:rsidRPr="008F6EF9">
                <w:rPr>
                  <w:rStyle w:val="aff8"/>
                  <w:b/>
                </w:rPr>
                <w:t>http://barsuk.lenin.ru</w:t>
              </w:r>
            </w:hyperlink>
            <w:hyperlink r:id="rId95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5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Журнал для детей "Барсук" </w:t>
            </w:r>
            <w:hyperlink r:id="rId956">
              <w:r w:rsidR="008F6EF9" w:rsidRPr="008F6EF9">
                <w:rPr>
                  <w:rStyle w:val="aff8"/>
                  <w:b/>
                </w:rPr>
                <w:t>http://www.biblioguide.ru</w:t>
              </w:r>
            </w:hyperlink>
            <w:hyperlink r:id="rId957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95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5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proofErr w:type="spellStart"/>
            <w:r w:rsidR="008F6EF9" w:rsidRPr="008F6EF9">
              <w:t>BiblioГид</w:t>
            </w:r>
            <w:proofErr w:type="spellEnd"/>
            <w:r w:rsidR="008F6EF9" w:rsidRPr="008F6EF9">
              <w:t xml:space="preserve">: всё о детской книге </w:t>
            </w:r>
          </w:p>
          <w:p w14:paraId="6423A496" w14:textId="77777777" w:rsidR="008F6EF9" w:rsidRPr="008F6EF9" w:rsidRDefault="00C768CB" w:rsidP="008F6EF9">
            <w:pPr>
              <w:spacing w:after="200" w:line="276" w:lineRule="auto"/>
            </w:pPr>
            <w:hyperlink r:id="rId960">
              <w:r w:rsidR="008F6EF9" w:rsidRPr="008F6EF9">
                <w:rPr>
                  <w:rStyle w:val="aff8"/>
                  <w:b/>
                </w:rPr>
                <w:t>http://www.kostyor.ru/archives.html</w:t>
              </w:r>
            </w:hyperlink>
            <w:hyperlink r:id="rId96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62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Журнал </w:t>
            </w:r>
            <w:r w:rsidR="008F6EF9" w:rsidRPr="008F6EF9">
              <w:tab/>
              <w:t xml:space="preserve">для школьников "Костёр" </w:t>
            </w:r>
            <w:hyperlink r:id="rId963">
              <w:r w:rsidR="008F6EF9" w:rsidRPr="008F6EF9">
                <w:rPr>
                  <w:rStyle w:val="aff8"/>
                  <w:b/>
                </w:rPr>
                <w:t>http://murzilka.km.ru</w:t>
              </w:r>
            </w:hyperlink>
            <w:hyperlink r:id="rId964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65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Детский журнал "Мурзилка" </w:t>
            </w:r>
            <w:hyperlink r:id="rId966">
              <w:r w:rsidR="008F6EF9" w:rsidRPr="008F6EF9">
                <w:rPr>
                  <w:rStyle w:val="aff8"/>
                  <w:b/>
                </w:rPr>
                <w:t>http://vkids.km.ru</w:t>
              </w:r>
            </w:hyperlink>
            <w:hyperlink r:id="rId967">
              <w:r w:rsidR="008F6EF9" w:rsidRPr="008F6EF9">
                <w:rPr>
                  <w:rStyle w:val="aff8"/>
                  <w:b/>
                </w:rPr>
                <w:t>/</w:t>
              </w:r>
            </w:hyperlink>
            <w:hyperlink r:id="rId968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69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Детская страничка "Кирилла и Мефодия". Чат, игры, призы, информация для родителей </w:t>
            </w:r>
            <w:hyperlink r:id="rId970">
              <w:r w:rsidR="008F6EF9" w:rsidRPr="008F6EF9">
                <w:rPr>
                  <w:rStyle w:val="aff8"/>
                  <w:b/>
                </w:rPr>
                <w:t>http://www.posnayko.com/index.htm</w:t>
              </w:r>
            </w:hyperlink>
            <w:hyperlink r:id="rId97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  <w:hyperlink r:id="rId972">
              <w:r w:rsidR="008F6EF9" w:rsidRPr="008F6EF9">
                <w:rPr>
                  <w:rStyle w:val="aff8"/>
                </w:rPr>
                <w:t>-</w:t>
              </w:r>
            </w:hyperlink>
            <w:r w:rsidR="008F6EF9" w:rsidRPr="008F6EF9">
              <w:t xml:space="preserve"> </w:t>
            </w:r>
            <w:r w:rsidR="008F6EF9" w:rsidRPr="008F6EF9">
              <w:tab/>
              <w:t xml:space="preserve"> </w:t>
            </w:r>
            <w:r w:rsidR="008F6EF9" w:rsidRPr="008F6EF9">
              <w:tab/>
              <w:t xml:space="preserve">Журнал </w:t>
            </w:r>
          </w:p>
          <w:p w14:paraId="466DFAC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16BD7C88" wp14:editId="7E5F32C9">
                      <wp:simplePos x="0" y="0"/>
                      <wp:positionH relativeFrom="column">
                        <wp:posOffset>62485</wp:posOffset>
                      </wp:positionH>
                      <wp:positionV relativeFrom="paragraph">
                        <wp:posOffset>318417</wp:posOffset>
                      </wp:positionV>
                      <wp:extent cx="1182929" cy="9144"/>
                      <wp:effectExtent l="0" t="0" r="0" b="0"/>
                      <wp:wrapNone/>
                      <wp:docPr id="151791" name="Group 151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2929" cy="9144"/>
                                <a:chOff x="0" y="0"/>
                                <a:chExt cx="1182929" cy="9144"/>
                              </a:xfrm>
                            </wpg:grpSpPr>
                            <wps:wsp>
                              <wps:cNvPr id="182547" name="Shape 182547"/>
                              <wps:cNvSpPr/>
                              <wps:spPr>
                                <a:xfrm>
                                  <a:off x="0" y="0"/>
                                  <a:ext cx="11829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2929" h="9144">
                                      <a:moveTo>
                                        <a:pt x="0" y="0"/>
                                      </a:moveTo>
                                      <a:lnTo>
                                        <a:pt x="1182929" y="0"/>
                                      </a:lnTo>
                                      <a:lnTo>
                                        <a:pt x="11829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462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5835D" id="Group 151791" o:spid="_x0000_s1026" style="position:absolute;margin-left:4.9pt;margin-top:25.05pt;width:93.15pt;height:.7pt;z-index:-251622400" coordsize="1182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">
                      <v:shape id="Shape 182547" o:spid="_x0000_s1027" style="position:absolute;width:11829;height:91;visibility:visible;mso-wrap-style:square;v-text-anchor:top" coordsize="1182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" path="m,l1182929,r,9144l,9144,,e" fillcolor="#0462c1" stroked="f" strokeweight="0">
                        <v:stroke miterlimit="83231f" joinstyle="miter"/>
                        <v:path arrowok="t" textboxrect="0,0,1182929,9144"/>
                      </v:shape>
                    </v:group>
                  </w:pict>
                </mc:Fallback>
              </mc:AlternateContent>
            </w:r>
            <w:r w:rsidRPr="008F6EF9">
              <w:t>"</w:t>
            </w:r>
            <w:proofErr w:type="spellStart"/>
            <w:r w:rsidRPr="008F6EF9">
              <w:t>Познайка</w:t>
            </w:r>
            <w:proofErr w:type="spellEnd"/>
            <w:r w:rsidRPr="008F6EF9">
              <w:t xml:space="preserve">". Детский игровой журнал. Конкурсы, игры и прочее. Здесь можно найти стихи и песни для детей </w:t>
            </w:r>
            <w:hyperlink r:id="rId973">
              <w:r w:rsidRPr="008F6EF9">
                <w:rPr>
                  <w:rStyle w:val="aff8"/>
                  <w:b/>
                </w:rPr>
                <w:t>http://www.cofe.ru/read</w:t>
              </w:r>
            </w:hyperlink>
            <w:hyperlink r:id="rId974">
              <w:r w:rsidRPr="008F6EF9">
                <w:rPr>
                  <w:rStyle w:val="aff8"/>
                  <w:b/>
                </w:rPr>
                <w:t>-</w:t>
              </w:r>
            </w:hyperlink>
            <w:hyperlink r:id="rId975">
              <w:r w:rsidRPr="008F6EF9">
                <w:rPr>
                  <w:rStyle w:val="aff8"/>
                  <w:b/>
                </w:rPr>
                <w:t>ka</w:t>
              </w:r>
            </w:hyperlink>
            <w:hyperlink r:id="rId976">
              <w:r w:rsidRPr="008F6EF9">
                <w:rPr>
                  <w:rStyle w:val="aff8"/>
                  <w:b/>
                </w:rPr>
                <w:t>/</w:t>
              </w:r>
            </w:hyperlink>
            <w:hyperlink r:id="rId977">
              <w:r w:rsidRPr="008F6EF9">
                <w:rPr>
                  <w:rStyle w:val="aff8"/>
                  <w:b/>
                </w:rPr>
                <w:t xml:space="preserve"> </w:t>
              </w:r>
            </w:hyperlink>
            <w:hyperlink r:id="rId978">
              <w:r w:rsidRPr="008F6EF9">
                <w:rPr>
                  <w:rStyle w:val="aff8"/>
                </w:rPr>
                <w:t>-</w:t>
              </w:r>
            </w:hyperlink>
            <w:r w:rsidRPr="008F6EF9">
              <w:t xml:space="preserve"> "Почитай-ка" - детский сказочный </w:t>
            </w:r>
            <w:r w:rsidRPr="008F6EF9">
              <w:tab/>
              <w:t xml:space="preserve">журнал. </w:t>
            </w:r>
            <w:r w:rsidRPr="008F6EF9">
              <w:tab/>
              <w:t xml:space="preserve">Сказки, </w:t>
            </w:r>
            <w:r w:rsidRPr="008F6EF9">
              <w:tab/>
              <w:t xml:space="preserve">великие </w:t>
            </w:r>
            <w:r w:rsidRPr="008F6EF9">
              <w:tab/>
              <w:t xml:space="preserve">сказочники, головоломки, курьезные факты из жизни ученых, конкурс литературного   творчества,  калейдоскоп   необычных сведений из мира животных и истории, рассказы о легендарных воинах разных времен и народов. </w:t>
            </w:r>
          </w:p>
          <w:p w14:paraId="043A0DB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b/>
              </w:rPr>
              <w:t xml:space="preserve">Коллекции электронных образовательных ресурсов </w:t>
            </w:r>
          </w:p>
          <w:p w14:paraId="422DF203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 xml:space="preserve">«Единое окно доступа к образовательным ресурсам»- </w:t>
            </w:r>
            <w:hyperlink r:id="rId979">
              <w:r w:rsidRPr="008F6EF9">
                <w:rPr>
                  <w:rStyle w:val="aff8"/>
                  <w:b/>
                </w:rPr>
                <w:t>http://windows.edu/ru</w:t>
              </w:r>
            </w:hyperlink>
            <w:hyperlink r:id="rId98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7AA3B92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lastRenderedPageBreak/>
              <w:t xml:space="preserve">«Единая </w:t>
            </w:r>
            <w:r w:rsidRPr="008F6EF9">
              <w:tab/>
              <w:t xml:space="preserve">коллекция </w:t>
            </w:r>
            <w:r w:rsidRPr="008F6EF9">
              <w:tab/>
              <w:t xml:space="preserve">цифровых </w:t>
            </w:r>
            <w:r w:rsidRPr="008F6EF9">
              <w:tab/>
              <w:t xml:space="preserve">образовательных </w:t>
            </w:r>
          </w:p>
          <w:p w14:paraId="58BC521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ресурсов» </w:t>
            </w:r>
            <w:hyperlink r:id="rId981">
              <w:r w:rsidRPr="008F6EF9">
                <w:rPr>
                  <w:rStyle w:val="aff8"/>
                </w:rPr>
                <w:t>-</w:t>
              </w:r>
            </w:hyperlink>
            <w:hyperlink r:id="rId982">
              <w:r w:rsidRPr="008F6EF9">
                <w:rPr>
                  <w:rStyle w:val="aff8"/>
                </w:rPr>
                <w:t xml:space="preserve"> </w:t>
              </w:r>
            </w:hyperlink>
            <w:hyperlink r:id="rId983">
              <w:r w:rsidRPr="008F6EF9">
                <w:rPr>
                  <w:rStyle w:val="aff8"/>
                  <w:b/>
                </w:rPr>
                <w:t>http://school</w:t>
              </w:r>
            </w:hyperlink>
            <w:hyperlink r:id="rId984">
              <w:r w:rsidRPr="008F6EF9">
                <w:rPr>
                  <w:rStyle w:val="aff8"/>
                  <w:b/>
                </w:rPr>
                <w:t>-</w:t>
              </w:r>
            </w:hyperlink>
            <w:hyperlink r:id="rId985">
              <w:r w:rsidRPr="008F6EF9">
                <w:rPr>
                  <w:rStyle w:val="aff8"/>
                  <w:b/>
                </w:rPr>
                <w:t>collektion.edu/ru</w:t>
              </w:r>
            </w:hyperlink>
            <w:hyperlink r:id="rId98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BA708F6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 xml:space="preserve">«Федеральный </w:t>
            </w:r>
            <w:r w:rsidRPr="008F6EF9">
              <w:tab/>
              <w:t xml:space="preserve">центр </w:t>
            </w:r>
            <w:r w:rsidRPr="008F6EF9">
              <w:tab/>
              <w:t xml:space="preserve">информационных </w:t>
            </w:r>
          </w:p>
          <w:p w14:paraId="620FAAD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образовательных </w:t>
            </w:r>
            <w:r w:rsidRPr="008F6EF9">
              <w:tab/>
              <w:t xml:space="preserve">ресурсов» </w:t>
            </w:r>
            <w:r w:rsidRPr="008F6EF9">
              <w:tab/>
              <w:t xml:space="preserve">- </w:t>
            </w:r>
          </w:p>
          <w:p w14:paraId="0E1911E2" w14:textId="77777777" w:rsidR="008F6EF9" w:rsidRPr="008F6EF9" w:rsidRDefault="00C768CB" w:rsidP="008F6EF9">
            <w:pPr>
              <w:spacing w:after="200" w:line="276" w:lineRule="auto"/>
            </w:pPr>
            <w:hyperlink r:id="rId987">
              <w:r w:rsidR="008F6EF9" w:rsidRPr="008F6EF9">
                <w:rPr>
                  <w:rStyle w:val="aff8"/>
                  <w:b/>
                </w:rPr>
                <w:t>http://fcior.edu.ru</w:t>
              </w:r>
            </w:hyperlink>
            <w:hyperlink r:id="rId988">
              <w:r w:rsidR="008F6EF9" w:rsidRPr="008F6EF9">
                <w:rPr>
                  <w:rStyle w:val="aff8"/>
                </w:rPr>
                <w:t>,</w:t>
              </w:r>
            </w:hyperlink>
            <w:hyperlink r:id="rId989">
              <w:r w:rsidR="008F6EF9" w:rsidRPr="008F6EF9">
                <w:rPr>
                  <w:rStyle w:val="aff8"/>
                </w:rPr>
                <w:t xml:space="preserve"> </w:t>
              </w:r>
            </w:hyperlink>
            <w:hyperlink r:id="rId990">
              <w:r w:rsidR="008F6EF9" w:rsidRPr="008F6EF9">
                <w:rPr>
                  <w:rStyle w:val="aff8"/>
                  <w:b/>
                </w:rPr>
                <w:t>http://eor.edu.ru</w:t>
              </w:r>
            </w:hyperlink>
            <w:hyperlink r:id="rId991">
              <w:r w:rsidR="008F6EF9"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72CFCB8A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>Каталог образовательных ресурсов сети Интернет для школы</w:t>
            </w:r>
            <w:hyperlink r:id="rId992">
              <w:r w:rsidRPr="008F6EF9">
                <w:rPr>
                  <w:rStyle w:val="aff8"/>
                  <w:b/>
                </w:rPr>
                <w:t>http://katalog.iot.ru/</w:t>
              </w:r>
            </w:hyperlink>
            <w:hyperlink r:id="rId99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28C04F11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 xml:space="preserve">Библиотека </w:t>
            </w:r>
            <w:r w:rsidRPr="008F6EF9">
              <w:tab/>
              <w:t xml:space="preserve">материалов </w:t>
            </w:r>
            <w:r w:rsidRPr="008F6EF9">
              <w:tab/>
              <w:t xml:space="preserve">для </w:t>
            </w:r>
            <w:r w:rsidRPr="008F6EF9">
              <w:tab/>
              <w:t xml:space="preserve">начальной </w:t>
            </w:r>
          </w:p>
          <w:p w14:paraId="74A6023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школы</w:t>
            </w:r>
            <w:hyperlink r:id="rId994">
              <w:r w:rsidRPr="008F6EF9">
                <w:rPr>
                  <w:rStyle w:val="aff8"/>
                  <w:b/>
                </w:rPr>
                <w:t>http://www.nachalka.com/biblioteka</w:t>
              </w:r>
            </w:hyperlink>
            <w:hyperlink r:id="rId995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1FB0A771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 xml:space="preserve">Mеtodkabinet.eu: </w:t>
            </w:r>
            <w:r w:rsidRPr="008F6EF9">
              <w:tab/>
              <w:t>информационно-методический кабинет</w:t>
            </w:r>
            <w:hyperlink r:id="rId996">
              <w:r w:rsidRPr="008F6EF9">
                <w:rPr>
                  <w:rStyle w:val="aff8"/>
                  <w:b/>
                </w:rPr>
                <w:t>http://www.metodkabinet.eu/</w:t>
              </w:r>
            </w:hyperlink>
            <w:hyperlink r:id="rId997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57146667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>Каталог      образовательных       ресурсов       сети «Интернет»</w:t>
            </w:r>
            <w:hyperlink r:id="rId998">
              <w:r w:rsidRPr="008F6EF9">
                <w:rPr>
                  <w:rStyle w:val="aff8"/>
                </w:rPr>
                <w:t xml:space="preserve"> </w:t>
              </w:r>
            </w:hyperlink>
            <w:hyperlink r:id="rId999">
              <w:r w:rsidRPr="008F6EF9">
                <w:rPr>
                  <w:rStyle w:val="aff8"/>
                  <w:b/>
                </w:rPr>
                <w:t>http://catalog.iot.ru</w:t>
              </w:r>
            </w:hyperlink>
            <w:hyperlink r:id="rId1000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44A95AC7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 xml:space="preserve">Российский </w:t>
            </w:r>
            <w:r w:rsidRPr="008F6EF9">
              <w:tab/>
              <w:t xml:space="preserve">образовательный </w:t>
            </w:r>
          </w:p>
          <w:p w14:paraId="300C6A9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>портал</w:t>
            </w:r>
            <w:hyperlink r:id="rId1001">
              <w:r w:rsidRPr="008F6EF9">
                <w:rPr>
                  <w:rStyle w:val="aff8"/>
                </w:rPr>
                <w:t xml:space="preserve"> </w:t>
              </w:r>
            </w:hyperlink>
            <w:hyperlink r:id="rId1002">
              <w:r w:rsidRPr="008F6EF9">
                <w:rPr>
                  <w:rStyle w:val="aff8"/>
                  <w:b/>
                </w:rPr>
                <w:t>http://www.school.edu.ru</w:t>
              </w:r>
            </w:hyperlink>
            <w:hyperlink r:id="rId1003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  <w:p w14:paraId="67613A8E" w14:textId="77777777" w:rsidR="008F6EF9" w:rsidRPr="008F6EF9" w:rsidRDefault="008F6EF9" w:rsidP="008F6EF9">
            <w:pPr>
              <w:numPr>
                <w:ilvl w:val="0"/>
                <w:numId w:val="36"/>
              </w:numPr>
              <w:spacing w:after="200" w:line="276" w:lineRule="auto"/>
            </w:pPr>
            <w:r w:rsidRPr="008F6EF9">
              <w:t>Портал «Российское образование</w:t>
            </w:r>
            <w:hyperlink r:id="rId1004">
              <w:r w:rsidRPr="008F6EF9">
                <w:rPr>
                  <w:rStyle w:val="aff8"/>
                </w:rPr>
                <w:t xml:space="preserve"> </w:t>
              </w:r>
            </w:hyperlink>
            <w:hyperlink r:id="rId1005">
              <w:r w:rsidRPr="008F6EF9">
                <w:rPr>
                  <w:rStyle w:val="aff8"/>
                  <w:b/>
                </w:rPr>
                <w:t>http://www.edu.ru</w:t>
              </w:r>
            </w:hyperlink>
            <w:hyperlink r:id="rId1006">
              <w:r w:rsidRPr="008F6EF9">
                <w:rPr>
                  <w:rStyle w:val="aff8"/>
                  <w:b/>
                </w:rPr>
                <w:t xml:space="preserve"> </w:t>
              </w:r>
            </w:hyperlink>
          </w:p>
        </w:tc>
      </w:tr>
      <w:tr w:rsidR="008F6EF9" w:rsidRPr="008F6EF9" w14:paraId="3780802F" w14:textId="77777777" w:rsidTr="00AA1098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7A3E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7.4.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87DB6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Ситуации устного общения (чтение диалогов по ролям, просмотр видеоматериалов, прослушивание аудиозаписи).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B74F2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733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A858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08A1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F7C16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8340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544FE64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95104" behindDoc="1" locked="0" layoutInCell="1" allowOverlap="0" wp14:anchorId="252C50DE" wp14:editId="30271444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-40286</wp:posOffset>
                  </wp:positionV>
                  <wp:extent cx="661416" cy="783336"/>
                  <wp:effectExtent l="0" t="0" r="0" b="0"/>
                  <wp:wrapNone/>
                  <wp:docPr id="178694" name="Picture 178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4" name="Picture 178694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1842ED0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B9283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10E26AD2" w14:textId="77777777" w:rsidTr="00AA1098">
        <w:trPr>
          <w:trHeight w:val="522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267A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7.5.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091E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Овладение нормами речевого этикета в ситуациях учебного и бытового общения (приветствие, прощание, извинение, благодарность, обращение с просьбой)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9D88F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59BA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1F863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2E52D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EC8E3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D88A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  <w:p w14:paraId="037F4C0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rPr>
                <w:noProof/>
              </w:rPr>
              <w:drawing>
                <wp:anchor distT="0" distB="0" distL="114300" distR="114300" simplePos="0" relativeHeight="251696128" behindDoc="1" locked="0" layoutInCell="1" allowOverlap="0" wp14:anchorId="66413058" wp14:editId="6DE89049">
                  <wp:simplePos x="0" y="0"/>
                  <wp:positionH relativeFrom="column">
                    <wp:posOffset>56642</wp:posOffset>
                  </wp:positionH>
                  <wp:positionV relativeFrom="paragraph">
                    <wp:posOffset>-35713</wp:posOffset>
                  </wp:positionV>
                  <wp:extent cx="661416" cy="780288"/>
                  <wp:effectExtent l="0" t="0" r="0" b="0"/>
                  <wp:wrapNone/>
                  <wp:docPr id="178696" name="Picture 178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6" name="Picture 178696"/>
                          <pic:cNvPicPr/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Текущий,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t>устный,</w:t>
            </w:r>
            <w:r w:rsidRPr="008F6EF9">
              <w:rPr>
                <w:vertAlign w:val="superscript"/>
              </w:rPr>
              <w:t xml:space="preserve"> </w:t>
            </w:r>
            <w:r w:rsidRPr="008F6EF9">
              <w:rPr>
                <w:vertAlign w:val="superscript"/>
              </w:rPr>
              <w:tab/>
              <w:t xml:space="preserve"> </w:t>
            </w:r>
            <w:proofErr w:type="spellStart"/>
            <w:r w:rsidRPr="008F6EF9">
              <w:t>письменн</w:t>
            </w:r>
            <w:proofErr w:type="spellEnd"/>
            <w:r w:rsidRPr="008F6EF9">
              <w:rPr>
                <w:vertAlign w:val="superscript"/>
              </w:rPr>
              <w:t xml:space="preserve"> </w:t>
            </w:r>
            <w:proofErr w:type="spellStart"/>
            <w:r w:rsidRPr="008F6EF9">
              <w:t>ый</w:t>
            </w:r>
            <w:proofErr w:type="spellEnd"/>
            <w:r w:rsidRPr="008F6EF9">
              <w:t xml:space="preserve"> </w:t>
            </w:r>
            <w:r w:rsidRPr="008F6EF9">
              <w:tab/>
              <w:t xml:space="preserve"> </w:t>
            </w:r>
          </w:p>
          <w:p w14:paraId="459368BA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58169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636E9C6" w14:textId="77777777" w:rsidTr="00AA1098">
        <w:trPr>
          <w:trHeight w:val="500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8AD50" w14:textId="77777777" w:rsidR="008F6EF9" w:rsidRPr="008F6EF9" w:rsidRDefault="008F6EF9" w:rsidP="008F6EF9">
            <w:pPr>
              <w:spacing w:after="200" w:line="276" w:lineRule="auto"/>
            </w:pPr>
            <w:r w:rsidRPr="008F6EF9">
              <w:lastRenderedPageBreak/>
              <w:t xml:space="preserve">Итого по разделу: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DCAA8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0" w:type="dxa"/>
              <w:tblCellMar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307BDF37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42A4346C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10</w:t>
                  </w:r>
                </w:p>
              </w:tc>
            </w:tr>
          </w:tbl>
          <w:p w14:paraId="1B2EFB81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73320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561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52BF77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B87DD05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6E145C05" w14:textId="77777777" w:rsidTr="00AA1098">
        <w:trPr>
          <w:trHeight w:val="504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3436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Резервное время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E4EB0" w14:textId="77777777" w:rsidR="008F6EF9" w:rsidRPr="008F6EF9" w:rsidRDefault="008F6EF9" w:rsidP="008F6EF9">
            <w:pPr>
              <w:spacing w:after="200" w:line="276" w:lineRule="auto"/>
            </w:pPr>
          </w:p>
          <w:tbl>
            <w:tblPr>
              <w:tblStyle w:val="TableGrid"/>
              <w:tblW w:w="240" w:type="dxa"/>
              <w:tblInd w:w="100" w:type="dxa"/>
              <w:tblCellMar>
                <w:left w:w="5" w:type="dxa"/>
              </w:tblCellMar>
              <w:tblLook w:val="04A0" w:firstRow="1" w:lastRow="0" w:firstColumn="1" w:lastColumn="0" w:noHBand="0" w:noVBand="1"/>
            </w:tblPr>
            <w:tblGrid>
              <w:gridCol w:w="249"/>
            </w:tblGrid>
            <w:tr w:rsidR="008F6EF9" w:rsidRPr="008F6EF9" w14:paraId="7B890C4E" w14:textId="77777777" w:rsidTr="00AA1098">
              <w:trPr>
                <w:trHeight w:val="284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CF7"/>
                </w:tcPr>
                <w:p w14:paraId="5E8DA894" w14:textId="77777777" w:rsidR="008F6EF9" w:rsidRPr="008F6EF9" w:rsidRDefault="008F6EF9" w:rsidP="008F6EF9">
                  <w:pPr>
                    <w:spacing w:after="200" w:line="276" w:lineRule="auto"/>
                  </w:pPr>
                  <w:r w:rsidRPr="008F6EF9">
                    <w:t>15</w:t>
                  </w:r>
                </w:p>
              </w:tc>
            </w:tr>
          </w:tbl>
          <w:p w14:paraId="53AA04AB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820989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561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B49872" w14:textId="77777777" w:rsidR="008F6EF9" w:rsidRPr="008F6EF9" w:rsidRDefault="008F6EF9" w:rsidP="008F6EF9">
            <w:pPr>
              <w:spacing w:after="200" w:line="276" w:lineRule="auto"/>
            </w:pP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4938CA" w14:textId="77777777" w:rsidR="008F6EF9" w:rsidRPr="008F6EF9" w:rsidRDefault="008F6EF9" w:rsidP="008F6EF9">
            <w:pPr>
              <w:spacing w:after="200" w:line="276" w:lineRule="auto"/>
            </w:pPr>
          </w:p>
        </w:tc>
      </w:tr>
      <w:tr w:rsidR="008F6EF9" w:rsidRPr="008F6EF9" w14:paraId="427E1FDB" w14:textId="77777777" w:rsidTr="00AA1098">
        <w:trPr>
          <w:trHeight w:val="1023"/>
        </w:trPr>
        <w:tc>
          <w:tcPr>
            <w:tcW w:w="2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B2654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ОБЩЕЕ </w:t>
            </w:r>
            <w:r w:rsidRPr="008F6EF9">
              <w:tab/>
              <w:t xml:space="preserve">КОЛИЧЕСТВО </w:t>
            </w:r>
          </w:p>
          <w:p w14:paraId="129A1765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ab/>
              <w:t xml:space="preserve">ЧАСОВ </w:t>
            </w:r>
            <w:r w:rsidRPr="008F6EF9">
              <w:tab/>
              <w:t xml:space="preserve"> </w:t>
            </w:r>
            <w:r w:rsidRPr="008F6EF9">
              <w:tab/>
              <w:t xml:space="preserve">ПО </w:t>
            </w:r>
          </w:p>
          <w:p w14:paraId="3C803DFB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ПРОГРАММЕ 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69A2E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165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A1F1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25C1C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149BE7" w14:textId="77777777" w:rsidR="008F6EF9" w:rsidRPr="008F6EF9" w:rsidRDefault="008F6EF9" w:rsidP="008F6EF9">
            <w:pPr>
              <w:spacing w:after="200" w:line="276" w:lineRule="auto"/>
            </w:pPr>
            <w:r w:rsidRPr="008F6EF9">
              <w:t xml:space="preserve"> </w:t>
            </w:r>
          </w:p>
        </w:tc>
        <w:tc>
          <w:tcPr>
            <w:tcW w:w="41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ADBED1" w14:textId="77777777" w:rsidR="008F6EF9" w:rsidRPr="008F6EF9" w:rsidRDefault="008F6EF9" w:rsidP="008F6EF9">
            <w:pPr>
              <w:spacing w:after="200" w:line="276" w:lineRule="auto"/>
            </w:pPr>
          </w:p>
        </w:tc>
      </w:tr>
    </w:tbl>
    <w:p w14:paraId="7B98FCC8" w14:textId="77777777" w:rsidR="008F6EF9" w:rsidRPr="008F6EF9" w:rsidRDefault="008F6EF9" w:rsidP="008F6EF9">
      <w:pPr>
        <w:rPr>
          <w:lang w:val="ru-RU"/>
        </w:rPr>
      </w:pPr>
      <w:r w:rsidRPr="008F6EF9">
        <w:rPr>
          <w:lang w:val="ru-RU"/>
        </w:rPr>
        <w:t xml:space="preserve"> </w:t>
      </w:r>
    </w:p>
    <w:p w14:paraId="372677E6" w14:textId="77777777" w:rsidR="00FE2D6B" w:rsidRPr="008F6EF9" w:rsidRDefault="00FE2D6B">
      <w:pPr>
        <w:rPr>
          <w:lang w:val="ru-RU"/>
        </w:rPr>
        <w:sectPr w:rsidR="00FE2D6B" w:rsidRPr="008F6EF9">
          <w:pgSz w:w="16840" w:h="11900"/>
          <w:pgMar w:top="284" w:right="640" w:bottom="123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8D8C175" w14:textId="77777777" w:rsidR="00FE2D6B" w:rsidRDefault="00FE2D6B">
      <w:pPr>
        <w:autoSpaceDE w:val="0"/>
        <w:autoSpaceDN w:val="0"/>
        <w:spacing w:after="78" w:line="220" w:lineRule="exact"/>
      </w:pPr>
    </w:p>
    <w:p w14:paraId="4E82766D" w14:textId="77777777" w:rsidR="00FE2D6B" w:rsidRDefault="00197B9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7E061407" w14:textId="77777777" w:rsidR="00FE2D6B" w:rsidRPr="008F6EF9" w:rsidRDefault="00197B97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8F6EF9">
        <w:rPr>
          <w:lang w:val="ru-RU"/>
        </w:rPr>
        <w:br/>
      </w: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A3B47FA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F453057" w14:textId="77777777" w:rsidR="00FE2D6B" w:rsidRPr="008F6EF9" w:rsidRDefault="00FE2D6B">
      <w:pPr>
        <w:autoSpaceDE w:val="0"/>
        <w:autoSpaceDN w:val="0"/>
        <w:spacing w:after="78" w:line="220" w:lineRule="exact"/>
        <w:rPr>
          <w:lang w:val="ru-RU"/>
        </w:rPr>
      </w:pPr>
    </w:p>
    <w:p w14:paraId="7C5C505E" w14:textId="77777777" w:rsidR="00FE2D6B" w:rsidRPr="008F6EF9" w:rsidRDefault="00197B97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8F6EF9">
        <w:rPr>
          <w:lang w:val="ru-RU"/>
        </w:rPr>
        <w:br/>
      </w:r>
      <w:proofErr w:type="spellStart"/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8F6EF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7C843363" w14:textId="77777777" w:rsidR="00FE2D6B" w:rsidRPr="008F6EF9" w:rsidRDefault="00FE2D6B">
      <w:pPr>
        <w:rPr>
          <w:lang w:val="ru-RU"/>
        </w:rPr>
        <w:sectPr w:rsidR="00FE2D6B" w:rsidRPr="008F6EF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6B445F0" w14:textId="77777777" w:rsidR="00197B97" w:rsidRPr="008F6EF9" w:rsidRDefault="00197B97">
      <w:pPr>
        <w:rPr>
          <w:lang w:val="ru-RU"/>
        </w:rPr>
      </w:pPr>
    </w:p>
    <w:sectPr w:rsidR="00197B97" w:rsidRPr="008F6EF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E048A" w14:textId="77777777" w:rsidR="00C768CB" w:rsidRDefault="00C768CB">
      <w:pPr>
        <w:spacing w:after="0" w:line="240" w:lineRule="auto"/>
      </w:pPr>
      <w:r>
        <w:separator/>
      </w:r>
    </w:p>
  </w:endnote>
  <w:endnote w:type="continuationSeparator" w:id="0">
    <w:p w14:paraId="738B4389" w14:textId="77777777" w:rsidR="00C768CB" w:rsidRDefault="00C7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221EB" w14:textId="77777777" w:rsidR="00C768CB" w:rsidRDefault="00C768CB">
      <w:pPr>
        <w:spacing w:after="0" w:line="240" w:lineRule="auto"/>
      </w:pPr>
      <w:r>
        <w:separator/>
      </w:r>
    </w:p>
  </w:footnote>
  <w:footnote w:type="continuationSeparator" w:id="0">
    <w:p w14:paraId="1B44AD47" w14:textId="77777777" w:rsidR="00C768CB" w:rsidRDefault="00C7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AF39" w14:textId="77777777" w:rsidR="00905583" w:rsidRDefault="00197B97">
    <w:pPr>
      <w:spacing w:after="0" w:line="259" w:lineRule="auto"/>
      <w:ind w:left="447"/>
    </w:pPr>
    <w:r>
      <w:t>—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BF66" w14:textId="77777777" w:rsidR="00905583" w:rsidRDefault="00197B97">
    <w:pPr>
      <w:spacing w:after="0" w:line="259" w:lineRule="auto"/>
      <w:ind w:left="447"/>
    </w:pPr>
    <w:r>
      <w:t>—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19BE" w14:textId="77777777" w:rsidR="00905583" w:rsidRDefault="00197B97">
    <w:pPr>
      <w:spacing w:after="0" w:line="259" w:lineRule="auto"/>
      <w:ind w:left="447"/>
    </w:pPr>
    <w:r>
      <w:t>—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4B60CC"/>
    <w:multiLevelType w:val="hybridMultilevel"/>
    <w:tmpl w:val="6338B482"/>
    <w:lvl w:ilvl="0" w:tplc="87DC740C">
      <w:start w:val="1"/>
      <w:numFmt w:val="decimal"/>
      <w:lvlText w:val="%1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54468C4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198CDB8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9CCECD4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F4ACE54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F208650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5CA01E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482B754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2284B94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3AC0301"/>
    <w:multiLevelType w:val="hybridMultilevel"/>
    <w:tmpl w:val="BBC03D4C"/>
    <w:lvl w:ilvl="0" w:tplc="DB00533A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04FA24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B29FCC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A4FACE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C850F4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500C62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380E16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7C4300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2EEAE0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C4577A7"/>
    <w:multiLevelType w:val="hybridMultilevel"/>
    <w:tmpl w:val="04EAED7C"/>
    <w:lvl w:ilvl="0" w:tplc="5848344A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14E1B6">
      <w:start w:val="1"/>
      <w:numFmt w:val="bullet"/>
      <w:lvlText w:val="o"/>
      <w:lvlJc w:val="left"/>
      <w:pPr>
        <w:ind w:left="1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6460DA">
      <w:start w:val="1"/>
      <w:numFmt w:val="bullet"/>
      <w:lvlText w:val="▪"/>
      <w:lvlJc w:val="left"/>
      <w:pPr>
        <w:ind w:left="2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E8693E">
      <w:start w:val="1"/>
      <w:numFmt w:val="bullet"/>
      <w:lvlText w:val="•"/>
      <w:lvlJc w:val="left"/>
      <w:pPr>
        <w:ind w:left="3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6C5E8E">
      <w:start w:val="1"/>
      <w:numFmt w:val="bullet"/>
      <w:lvlText w:val="o"/>
      <w:lvlJc w:val="left"/>
      <w:pPr>
        <w:ind w:left="4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96A796">
      <w:start w:val="1"/>
      <w:numFmt w:val="bullet"/>
      <w:lvlText w:val="▪"/>
      <w:lvlJc w:val="left"/>
      <w:pPr>
        <w:ind w:left="4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8E64E8">
      <w:start w:val="1"/>
      <w:numFmt w:val="bullet"/>
      <w:lvlText w:val="•"/>
      <w:lvlJc w:val="left"/>
      <w:pPr>
        <w:ind w:left="5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DE8FE6">
      <w:start w:val="1"/>
      <w:numFmt w:val="bullet"/>
      <w:lvlText w:val="o"/>
      <w:lvlJc w:val="left"/>
      <w:pPr>
        <w:ind w:left="6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AC8E48">
      <w:start w:val="1"/>
      <w:numFmt w:val="bullet"/>
      <w:lvlText w:val="▪"/>
      <w:lvlJc w:val="left"/>
      <w:pPr>
        <w:ind w:left="6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623B05"/>
    <w:multiLevelType w:val="hybridMultilevel"/>
    <w:tmpl w:val="C37C0946"/>
    <w:lvl w:ilvl="0" w:tplc="2936895E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B8F760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2CC23C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CE2C4A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2836B0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DE4B8E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CE6DE6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D87B9C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70EE16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9517F52"/>
    <w:multiLevelType w:val="hybridMultilevel"/>
    <w:tmpl w:val="853266E8"/>
    <w:lvl w:ilvl="0" w:tplc="54B89274">
      <w:start w:val="1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3527188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F63CB6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F348B74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27453FE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2D2C0D4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2BCC29E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7EEBEFC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E0A4326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A4D3A1A"/>
    <w:multiLevelType w:val="hybridMultilevel"/>
    <w:tmpl w:val="8E3031F8"/>
    <w:lvl w:ilvl="0" w:tplc="72BCF434">
      <w:start w:val="3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18740E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5CAEF0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EACA86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48AC7C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02CFD6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8A924C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3ED1FA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D07F82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00558F"/>
    <w:multiLevelType w:val="hybridMultilevel"/>
    <w:tmpl w:val="25EC4D38"/>
    <w:lvl w:ilvl="0" w:tplc="C8F6168E">
      <w:start w:val="3"/>
      <w:numFmt w:val="decimal"/>
      <w:lvlText w:val="%1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E89D62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BDE3C46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0CA7B40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AC664EA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450A6E0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DF80CB8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4ED416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838419A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292F7F"/>
    <w:multiLevelType w:val="hybridMultilevel"/>
    <w:tmpl w:val="A11E6BF2"/>
    <w:lvl w:ilvl="0" w:tplc="B8227462">
      <w:start w:val="1"/>
      <w:numFmt w:val="decimal"/>
      <w:lvlText w:val="%1.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29CB962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4CC1B32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D04F944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62AEA0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F964C72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C62F47C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BBCCAC2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D24DBF6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5D0E3B"/>
    <w:multiLevelType w:val="hybridMultilevel"/>
    <w:tmpl w:val="4AAC3E54"/>
    <w:lvl w:ilvl="0" w:tplc="6FF809E0">
      <w:start w:val="3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7281D7C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9A4BDF2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62A0B0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B62AF54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26AF9D2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4F24F86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DACA4FE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EDCBCE2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641D64"/>
    <w:multiLevelType w:val="hybridMultilevel"/>
    <w:tmpl w:val="9238E190"/>
    <w:lvl w:ilvl="0" w:tplc="CD34E022">
      <w:start w:val="1"/>
      <w:numFmt w:val="decimal"/>
      <w:lvlText w:val="%1.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7DA8F12">
      <w:start w:val="1"/>
      <w:numFmt w:val="lowerLetter"/>
      <w:lvlText w:val="%2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CAE3D80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D1AD986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6662DA0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B4A5CAC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C28038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B48DD12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DFEF514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173E19"/>
    <w:multiLevelType w:val="hybridMultilevel"/>
    <w:tmpl w:val="2D78DFB4"/>
    <w:lvl w:ilvl="0" w:tplc="C1683CB8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52E562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5C8AAE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3283DE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B849B8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85A08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2465E8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AE6FD6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747F52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B120FE"/>
    <w:multiLevelType w:val="hybridMultilevel"/>
    <w:tmpl w:val="B5B8D9D0"/>
    <w:lvl w:ilvl="0" w:tplc="BF6C401C">
      <w:start w:val="1"/>
      <w:numFmt w:val="bullet"/>
      <w:lvlText w:val="-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B60F42">
      <w:start w:val="1"/>
      <w:numFmt w:val="bullet"/>
      <w:lvlText w:val="o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4B654">
      <w:start w:val="1"/>
      <w:numFmt w:val="bullet"/>
      <w:lvlText w:val="▪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C7316">
      <w:start w:val="1"/>
      <w:numFmt w:val="bullet"/>
      <w:lvlText w:val="•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D69D58">
      <w:start w:val="1"/>
      <w:numFmt w:val="bullet"/>
      <w:lvlText w:val="o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039F2">
      <w:start w:val="1"/>
      <w:numFmt w:val="bullet"/>
      <w:lvlText w:val="▪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64CDE">
      <w:start w:val="1"/>
      <w:numFmt w:val="bullet"/>
      <w:lvlText w:val="•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6939C">
      <w:start w:val="1"/>
      <w:numFmt w:val="bullet"/>
      <w:lvlText w:val="o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CFE7C">
      <w:start w:val="1"/>
      <w:numFmt w:val="bullet"/>
      <w:lvlText w:val="▪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3677E2A"/>
    <w:multiLevelType w:val="hybridMultilevel"/>
    <w:tmpl w:val="D0B8B8CC"/>
    <w:lvl w:ilvl="0" w:tplc="E1E462E0">
      <w:start w:val="1"/>
      <w:numFmt w:val="decimal"/>
      <w:lvlText w:val="%1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0ECB820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FCC2412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112D652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EE4123E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446C2F0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27E51BE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672D278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85E0368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40C4B8F"/>
    <w:multiLevelType w:val="hybridMultilevel"/>
    <w:tmpl w:val="F1FC0668"/>
    <w:lvl w:ilvl="0" w:tplc="115420B6">
      <w:start w:val="3"/>
      <w:numFmt w:val="decimal"/>
      <w:lvlText w:val="%1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4389EC8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2C03490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ADE56BC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D8AC662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F921A5C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D38730C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90AE5EE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59C2FB4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AB5C53"/>
    <w:multiLevelType w:val="hybridMultilevel"/>
    <w:tmpl w:val="6D165752"/>
    <w:lvl w:ilvl="0" w:tplc="40C8B6AE">
      <w:start w:val="1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DB4600E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958781A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E7CFF44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ACE9F2C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1B23C5A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D4EAD7C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6E2504A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02A00B0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572D2A"/>
    <w:multiLevelType w:val="hybridMultilevel"/>
    <w:tmpl w:val="A4AA7FE6"/>
    <w:lvl w:ilvl="0" w:tplc="339EACAC">
      <w:start w:val="20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942C42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785506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3C7760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A6674A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70E52E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740D6A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08B062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1E29D4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EFB0D81"/>
    <w:multiLevelType w:val="hybridMultilevel"/>
    <w:tmpl w:val="8A5E9A1A"/>
    <w:lvl w:ilvl="0" w:tplc="4508A842">
      <w:start w:val="7"/>
      <w:numFmt w:val="decimal"/>
      <w:lvlText w:val="%1.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AC4FE0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8924182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53822F8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2008ED6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AD8BAC6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034A48A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3869F4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D253FC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44215E8"/>
    <w:multiLevelType w:val="hybridMultilevel"/>
    <w:tmpl w:val="51F481DC"/>
    <w:lvl w:ilvl="0" w:tplc="7E0AA5CC">
      <w:start w:val="3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136E30C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BB4D214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1B6D448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E46D5E6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080B436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1206192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9AC3D9C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0B0A89C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9D012D8"/>
    <w:multiLevelType w:val="hybridMultilevel"/>
    <w:tmpl w:val="46768862"/>
    <w:lvl w:ilvl="0" w:tplc="C32ADBF4">
      <w:start w:val="8"/>
      <w:numFmt w:val="decimal"/>
      <w:lvlText w:val="%1."/>
      <w:lvlJc w:val="left"/>
      <w:pPr>
        <w:ind w:left="11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0D256D0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162E978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8E63B32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4F23780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0127EB4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BF6BECA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D1E4382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FE04E96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BF42DDD"/>
    <w:multiLevelType w:val="hybridMultilevel"/>
    <w:tmpl w:val="6BB80A04"/>
    <w:lvl w:ilvl="0" w:tplc="814CE70E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7457AC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4B036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609E50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421B36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BE2F32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AA2C2A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9EDE78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300AB2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E2F4378"/>
    <w:multiLevelType w:val="hybridMultilevel"/>
    <w:tmpl w:val="3932B7F4"/>
    <w:lvl w:ilvl="0" w:tplc="BEB4A4E0">
      <w:start w:val="1"/>
      <w:numFmt w:val="decimal"/>
      <w:lvlText w:val="%1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9C6DC62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E202F2E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CAEE4DA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2584148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1B00672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6CC83FA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5C4574C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550B3B2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052F06"/>
    <w:multiLevelType w:val="hybridMultilevel"/>
    <w:tmpl w:val="4F585CC4"/>
    <w:lvl w:ilvl="0" w:tplc="3F8A1ABC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2E4A7A">
      <w:start w:val="1"/>
      <w:numFmt w:val="bullet"/>
      <w:lvlText w:val="o"/>
      <w:lvlJc w:val="left"/>
      <w:pPr>
        <w:ind w:left="1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DE75AE">
      <w:start w:val="1"/>
      <w:numFmt w:val="bullet"/>
      <w:lvlText w:val="▪"/>
      <w:lvlJc w:val="left"/>
      <w:pPr>
        <w:ind w:left="2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9A92EA">
      <w:start w:val="1"/>
      <w:numFmt w:val="bullet"/>
      <w:lvlText w:val="•"/>
      <w:lvlJc w:val="left"/>
      <w:pPr>
        <w:ind w:left="3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781DA0">
      <w:start w:val="1"/>
      <w:numFmt w:val="bullet"/>
      <w:lvlText w:val="o"/>
      <w:lvlJc w:val="left"/>
      <w:pPr>
        <w:ind w:left="4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DA8330">
      <w:start w:val="1"/>
      <w:numFmt w:val="bullet"/>
      <w:lvlText w:val="▪"/>
      <w:lvlJc w:val="left"/>
      <w:pPr>
        <w:ind w:left="4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DA86B2">
      <w:start w:val="1"/>
      <w:numFmt w:val="bullet"/>
      <w:lvlText w:val="•"/>
      <w:lvlJc w:val="left"/>
      <w:pPr>
        <w:ind w:left="5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E448DE">
      <w:start w:val="1"/>
      <w:numFmt w:val="bullet"/>
      <w:lvlText w:val="o"/>
      <w:lvlJc w:val="left"/>
      <w:pPr>
        <w:ind w:left="6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6869B2">
      <w:start w:val="1"/>
      <w:numFmt w:val="bullet"/>
      <w:lvlText w:val="▪"/>
      <w:lvlJc w:val="left"/>
      <w:pPr>
        <w:ind w:left="6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7728E3"/>
    <w:multiLevelType w:val="hybridMultilevel"/>
    <w:tmpl w:val="88EEBCF6"/>
    <w:lvl w:ilvl="0" w:tplc="A3FA4AE8">
      <w:start w:val="1"/>
      <w:numFmt w:val="decimal"/>
      <w:lvlText w:val="%1.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C6A30C8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F52FC3E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2EC508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B94C1D6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EE85F9C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F28C4F8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092F008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DDE26DA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9FA4BE2"/>
    <w:multiLevelType w:val="hybridMultilevel"/>
    <w:tmpl w:val="E57C4E12"/>
    <w:lvl w:ilvl="0" w:tplc="56E61DEC">
      <w:start w:val="4"/>
      <w:numFmt w:val="decimal"/>
      <w:lvlText w:val="%1."/>
      <w:lvlJc w:val="left"/>
      <w:pPr>
        <w:ind w:left="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7A6CD18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07C622C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0F22D60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BE626B2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EE0CFC6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47EC8EA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5E22062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8458DC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D768D1"/>
    <w:multiLevelType w:val="hybridMultilevel"/>
    <w:tmpl w:val="BC9082FA"/>
    <w:lvl w:ilvl="0" w:tplc="33581A2A">
      <w:start w:val="3"/>
      <w:numFmt w:val="decimal"/>
      <w:lvlText w:val="%1.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CCF274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B40EEFA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A288BD8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290B520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696C1A4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AFAD142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3D63470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DDACC84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B345ED"/>
    <w:multiLevelType w:val="hybridMultilevel"/>
    <w:tmpl w:val="9E8A7F88"/>
    <w:lvl w:ilvl="0" w:tplc="1370F8C0">
      <w:start w:val="3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4DAE622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3A9CDC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114B14C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9B44472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C2CA204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DACA074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E6E84E8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C8E4022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F2342D9"/>
    <w:multiLevelType w:val="hybridMultilevel"/>
    <w:tmpl w:val="86481200"/>
    <w:lvl w:ilvl="0" w:tplc="05A6056A">
      <w:start w:val="1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6925B42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13A2F0A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98F6D6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28CAE7A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2649F8A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CC4EAB6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25A508C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6368A22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30"/>
  </w:num>
  <w:num w:numId="12">
    <w:abstractNumId w:val="19"/>
  </w:num>
  <w:num w:numId="13">
    <w:abstractNumId w:val="28"/>
  </w:num>
  <w:num w:numId="14">
    <w:abstractNumId w:val="24"/>
  </w:num>
  <w:num w:numId="15">
    <w:abstractNumId w:val="14"/>
  </w:num>
  <w:num w:numId="16">
    <w:abstractNumId w:val="10"/>
  </w:num>
  <w:num w:numId="17">
    <w:abstractNumId w:val="12"/>
  </w:num>
  <w:num w:numId="18">
    <w:abstractNumId w:val="21"/>
  </w:num>
  <w:num w:numId="19">
    <w:abstractNumId w:val="34"/>
  </w:num>
  <w:num w:numId="20">
    <w:abstractNumId w:val="23"/>
  </w:num>
  <w:num w:numId="21">
    <w:abstractNumId w:val="27"/>
  </w:num>
  <w:num w:numId="22">
    <w:abstractNumId w:val="15"/>
  </w:num>
  <w:num w:numId="23">
    <w:abstractNumId w:val="35"/>
  </w:num>
  <w:num w:numId="24">
    <w:abstractNumId w:val="26"/>
  </w:num>
  <w:num w:numId="25">
    <w:abstractNumId w:val="9"/>
  </w:num>
  <w:num w:numId="26">
    <w:abstractNumId w:val="32"/>
  </w:num>
  <w:num w:numId="27">
    <w:abstractNumId w:val="22"/>
  </w:num>
  <w:num w:numId="28">
    <w:abstractNumId w:val="16"/>
  </w:num>
  <w:num w:numId="29">
    <w:abstractNumId w:val="31"/>
  </w:num>
  <w:num w:numId="30">
    <w:abstractNumId w:val="33"/>
  </w:num>
  <w:num w:numId="31">
    <w:abstractNumId w:val="18"/>
  </w:num>
  <w:num w:numId="32">
    <w:abstractNumId w:val="25"/>
  </w:num>
  <w:num w:numId="33">
    <w:abstractNumId w:val="20"/>
  </w:num>
  <w:num w:numId="34">
    <w:abstractNumId w:val="17"/>
  </w:num>
  <w:num w:numId="35">
    <w:abstractNumId w:val="2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7B97"/>
    <w:rsid w:val="00276041"/>
    <w:rsid w:val="0029639D"/>
    <w:rsid w:val="003019D5"/>
    <w:rsid w:val="00326F90"/>
    <w:rsid w:val="00607910"/>
    <w:rsid w:val="008F6EF9"/>
    <w:rsid w:val="00AA1D8D"/>
    <w:rsid w:val="00B47730"/>
    <w:rsid w:val="00C768CB"/>
    <w:rsid w:val="00CB0664"/>
    <w:rsid w:val="00FC693F"/>
    <w:rsid w:val="00FE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A6F81D"/>
  <w14:defaultImageDpi w14:val="300"/>
  <w15:docId w15:val="{738FA90F-1F2D-479D-8441-F8B3B641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8F6EF9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8F6EF9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27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276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uchportal.ru/load/47-2-2" TargetMode="External"/><Relationship Id="rId671" Type="http://schemas.openxmlformats.org/officeDocument/2006/relationships/hyperlink" Target="http://school-collektion.edu/ru" TargetMode="External"/><Relationship Id="rId769" Type="http://schemas.openxmlformats.org/officeDocument/2006/relationships/hyperlink" Target="http://school-collektion.edu/ru" TargetMode="External"/><Relationship Id="rId976" Type="http://schemas.openxmlformats.org/officeDocument/2006/relationships/hyperlink" Target="http://www.cofe.ru/read-ka/" TargetMode="External"/><Relationship Id="rId21" Type="http://schemas.openxmlformats.org/officeDocument/2006/relationships/hyperlink" Target="http://um-razum.ru/load/uchebnye_prezentacii/nachalnaja_shkola/18" TargetMode="External"/><Relationship Id="rId324" Type="http://schemas.openxmlformats.org/officeDocument/2006/relationships/hyperlink" Target="http://katalog.iot.ru/" TargetMode="External"/><Relationship Id="rId531" Type="http://schemas.openxmlformats.org/officeDocument/2006/relationships/hyperlink" Target="http://murzilka.km.ru/" TargetMode="External"/><Relationship Id="rId629" Type="http://schemas.openxmlformats.org/officeDocument/2006/relationships/hyperlink" Target="http://www.nikitinsky.com.ua/" TargetMode="External"/><Relationship Id="rId170" Type="http://schemas.openxmlformats.org/officeDocument/2006/relationships/hyperlink" Target="http://murzilka.km.ru/" TargetMode="External"/><Relationship Id="rId836" Type="http://schemas.openxmlformats.org/officeDocument/2006/relationships/hyperlink" Target="http://www.sf.mksat.net/vk/krapivin_index.htm" TargetMode="External"/><Relationship Id="rId268" Type="http://schemas.openxmlformats.org/officeDocument/2006/relationships/hyperlink" Target="http://www.nikitinsky.com.ua/" TargetMode="External"/><Relationship Id="rId475" Type="http://schemas.openxmlformats.org/officeDocument/2006/relationships/hyperlink" Target="https://www.uchportal.ru/load/47-2-2" TargetMode="External"/><Relationship Id="rId682" Type="http://schemas.openxmlformats.org/officeDocument/2006/relationships/hyperlink" Target="http://www.metodkabinet.eu/" TargetMode="External"/><Relationship Id="rId903" Type="http://schemas.openxmlformats.org/officeDocument/2006/relationships/hyperlink" Target="http://www.edu.ru/" TargetMode="External"/><Relationship Id="rId32" Type="http://schemas.openxmlformats.org/officeDocument/2006/relationships/hyperlink" Target="http://www.jokeclub.ru/" TargetMode="External"/><Relationship Id="rId128" Type="http://schemas.openxmlformats.org/officeDocument/2006/relationships/hyperlink" Target="http://internet.chgk.info/" TargetMode="External"/><Relationship Id="rId335" Type="http://schemas.openxmlformats.org/officeDocument/2006/relationships/hyperlink" Target="http://www.edu.ru/" TargetMode="External"/><Relationship Id="rId542" Type="http://schemas.openxmlformats.org/officeDocument/2006/relationships/hyperlink" Target="http://www.cofe.ru/read-ka/" TargetMode="External"/><Relationship Id="rId987" Type="http://schemas.openxmlformats.org/officeDocument/2006/relationships/hyperlink" Target="http://fcior.edu.ru/" TargetMode="External"/><Relationship Id="rId181" Type="http://schemas.openxmlformats.org/officeDocument/2006/relationships/hyperlink" Target="http://www.cofe.ru/read-ka/" TargetMode="External"/><Relationship Id="rId402" Type="http://schemas.openxmlformats.org/officeDocument/2006/relationships/hyperlink" Target="http://e-skazki.narod.ru/index.html" TargetMode="External"/><Relationship Id="rId847" Type="http://schemas.openxmlformats.org/officeDocument/2006/relationships/hyperlink" Target="http://e-skazki.narod.ru/index.html" TargetMode="External"/><Relationship Id="rId279" Type="http://schemas.openxmlformats.org/officeDocument/2006/relationships/hyperlink" Target="http://www.kinder.ru/" TargetMode="External"/><Relationship Id="rId486" Type="http://schemas.openxmlformats.org/officeDocument/2006/relationships/hyperlink" Target="http://um-razum.ru/load/uchebnye_prezentacii/nachalnaja_shkola/18" TargetMode="External"/><Relationship Id="rId693" Type="http://schemas.openxmlformats.org/officeDocument/2006/relationships/hyperlink" Target="https://www.uchportal.ru/load/47-2-2" TargetMode="External"/><Relationship Id="rId707" Type="http://schemas.openxmlformats.org/officeDocument/2006/relationships/hyperlink" Target="http://um-razum.ru/load/uchebnye_prezentacii/nachalnaja_shkola/18" TargetMode="External"/><Relationship Id="rId914" Type="http://schemas.openxmlformats.org/officeDocument/2006/relationships/hyperlink" Target="http://school-collection.edu.ru/" TargetMode="External"/><Relationship Id="rId43" Type="http://schemas.openxmlformats.org/officeDocument/2006/relationships/hyperlink" Target="http://www.nikitinsky.com.ua/" TargetMode="External"/><Relationship Id="rId139" Type="http://schemas.openxmlformats.org/officeDocument/2006/relationships/hyperlink" Target="http://www.sf.mksat.net/vk/krapivin_index.htm" TargetMode="External"/><Relationship Id="rId346" Type="http://schemas.openxmlformats.org/officeDocument/2006/relationships/hyperlink" Target="https://www.uchportal.ru/load/47-2-2" TargetMode="External"/><Relationship Id="rId553" Type="http://schemas.openxmlformats.org/officeDocument/2006/relationships/hyperlink" Target="http://fcior.edu.ru/" TargetMode="External"/><Relationship Id="rId760" Type="http://schemas.openxmlformats.org/officeDocument/2006/relationships/hyperlink" Target="http://www.cofe.ru/read-ka/" TargetMode="External"/><Relationship Id="rId998" Type="http://schemas.openxmlformats.org/officeDocument/2006/relationships/hyperlink" Target="http://catalog.iot.ru/" TargetMode="External"/><Relationship Id="rId192" Type="http://schemas.openxmlformats.org/officeDocument/2006/relationships/hyperlink" Target="http://fcior.edu.ru/" TargetMode="External"/><Relationship Id="rId206" Type="http://schemas.openxmlformats.org/officeDocument/2006/relationships/image" Target="media/image2.png"/><Relationship Id="rId413" Type="http://schemas.openxmlformats.org/officeDocument/2006/relationships/hyperlink" Target="http://www.biblioguide.ru/" TargetMode="External"/><Relationship Id="rId858" Type="http://schemas.openxmlformats.org/officeDocument/2006/relationships/hyperlink" Target="http://www.biblioguide.ru/" TargetMode="External"/><Relationship Id="rId497" Type="http://schemas.openxmlformats.org/officeDocument/2006/relationships/hyperlink" Target="http://www.mccme.ru/~dima/erunda/naoborot/index.htm" TargetMode="External"/><Relationship Id="rId620" Type="http://schemas.openxmlformats.org/officeDocument/2006/relationships/image" Target="media/image59.png"/><Relationship Id="rId718" Type="http://schemas.openxmlformats.org/officeDocument/2006/relationships/hyperlink" Target="http://www.mccme.ru/~dima/erunda/naoborot/index.htm" TargetMode="External"/><Relationship Id="rId925" Type="http://schemas.openxmlformats.org/officeDocument/2006/relationships/hyperlink" Target="http://www.vbg.ru/~kvint/im.htm" TargetMode="External"/><Relationship Id="rId357" Type="http://schemas.openxmlformats.org/officeDocument/2006/relationships/hyperlink" Target="http://um-razum.ru/load/uchebnye_prezentacii/nachalnaja_shkola/18" TargetMode="External"/><Relationship Id="rId54" Type="http://schemas.openxmlformats.org/officeDocument/2006/relationships/hyperlink" Target="http://e-skazki.narod.ru/index.html" TargetMode="External"/><Relationship Id="rId217" Type="http://schemas.openxmlformats.org/officeDocument/2006/relationships/image" Target="media/image7.png"/><Relationship Id="rId564" Type="http://schemas.openxmlformats.org/officeDocument/2006/relationships/hyperlink" Target="http://catalog.iot.ru/" TargetMode="External"/><Relationship Id="rId771" Type="http://schemas.openxmlformats.org/officeDocument/2006/relationships/hyperlink" Target="http://school-collektion.edu/ru" TargetMode="External"/><Relationship Id="rId869" Type="http://schemas.openxmlformats.org/officeDocument/2006/relationships/hyperlink" Target="http://www.posnayko.com/index.htm" TargetMode="External"/><Relationship Id="rId424" Type="http://schemas.openxmlformats.org/officeDocument/2006/relationships/hyperlink" Target="http://vkids.km.ru/" TargetMode="External"/><Relationship Id="rId631" Type="http://schemas.openxmlformats.org/officeDocument/2006/relationships/hyperlink" Target="http://e-skazki.narod.ru/index.html" TargetMode="External"/><Relationship Id="rId729" Type="http://schemas.openxmlformats.org/officeDocument/2006/relationships/hyperlink" Target="http://www.nikitinsky.com.ua/" TargetMode="External"/><Relationship Id="rId270" Type="http://schemas.openxmlformats.org/officeDocument/2006/relationships/hyperlink" Target="http://www.nikitinsky.com.ua/" TargetMode="External"/><Relationship Id="rId936" Type="http://schemas.openxmlformats.org/officeDocument/2006/relationships/hyperlink" Target="http://www.sf.mksat.net/vk/krapivin_index.htm" TargetMode="External"/><Relationship Id="rId65" Type="http://schemas.openxmlformats.org/officeDocument/2006/relationships/hyperlink" Target="http://www.kostyor.ru/archives.html" TargetMode="External"/><Relationship Id="rId130" Type="http://schemas.openxmlformats.org/officeDocument/2006/relationships/hyperlink" Target="http://www.vbg.ru/~kvint/im.htm" TargetMode="External"/><Relationship Id="rId368" Type="http://schemas.openxmlformats.org/officeDocument/2006/relationships/hyperlink" Target="https://www.uchportal.ru/load/47-2-2" TargetMode="External"/><Relationship Id="rId575" Type="http://schemas.openxmlformats.org/officeDocument/2006/relationships/image" Target="media/image45.png"/><Relationship Id="rId782" Type="http://schemas.openxmlformats.org/officeDocument/2006/relationships/hyperlink" Target="http://www.metodkabinet.eu/" TargetMode="External"/><Relationship Id="rId228" Type="http://schemas.openxmlformats.org/officeDocument/2006/relationships/image" Target="media/image18.jpeg"/><Relationship Id="rId435" Type="http://schemas.openxmlformats.org/officeDocument/2006/relationships/hyperlink" Target="http://www.cofe.ru/read-ka/" TargetMode="External"/><Relationship Id="rId642" Type="http://schemas.openxmlformats.org/officeDocument/2006/relationships/hyperlink" Target="http://www.biblioguide.ru/" TargetMode="External"/><Relationship Id="rId281" Type="http://schemas.openxmlformats.org/officeDocument/2006/relationships/hyperlink" Target="http://barsuk.lenin.ru/" TargetMode="External"/><Relationship Id="rId502" Type="http://schemas.openxmlformats.org/officeDocument/2006/relationships/hyperlink" Target="http://www.sf.mksat.net/vk/krapivin_index.htm" TargetMode="External"/><Relationship Id="rId947" Type="http://schemas.openxmlformats.org/officeDocument/2006/relationships/hyperlink" Target="http://e-skazki.narod.ru/index.html" TargetMode="External"/><Relationship Id="rId76" Type="http://schemas.openxmlformats.org/officeDocument/2006/relationships/hyperlink" Target="http://www.posnayko.com/index.htm" TargetMode="External"/><Relationship Id="rId141" Type="http://schemas.openxmlformats.org/officeDocument/2006/relationships/hyperlink" Target="http://www.sf.mksat.net/vk/krapivin_index.htm" TargetMode="External"/><Relationship Id="rId379" Type="http://schemas.openxmlformats.org/officeDocument/2006/relationships/hyperlink" Target="http://internet.chgk.info/" TargetMode="External"/><Relationship Id="rId586" Type="http://schemas.openxmlformats.org/officeDocument/2006/relationships/hyperlink" Target="https://www.uchportal.ru/load/47-2-2" TargetMode="External"/><Relationship Id="rId793" Type="http://schemas.openxmlformats.org/officeDocument/2006/relationships/image" Target="media/image72.png"/><Relationship Id="rId807" Type="http://schemas.openxmlformats.org/officeDocument/2006/relationships/hyperlink" Target="https://www.uchportal.ru/load/47-2-2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www.uchportal.ru/load/47-2-2" TargetMode="External"/><Relationship Id="rId446" Type="http://schemas.openxmlformats.org/officeDocument/2006/relationships/hyperlink" Target="http://fcior.edu.ru/" TargetMode="External"/><Relationship Id="rId653" Type="http://schemas.openxmlformats.org/officeDocument/2006/relationships/hyperlink" Target="http://vkids.km.ru/" TargetMode="External"/><Relationship Id="rId292" Type="http://schemas.openxmlformats.org/officeDocument/2006/relationships/hyperlink" Target="http://murzilka.km.ru/" TargetMode="External"/><Relationship Id="rId306" Type="http://schemas.openxmlformats.org/officeDocument/2006/relationships/image" Target="media/image24.png"/><Relationship Id="rId860" Type="http://schemas.openxmlformats.org/officeDocument/2006/relationships/hyperlink" Target="http://www.kostyor.ru/archives.html" TargetMode="External"/><Relationship Id="rId958" Type="http://schemas.openxmlformats.org/officeDocument/2006/relationships/hyperlink" Target="http://www.biblioguide.ru/" TargetMode="External"/><Relationship Id="rId87" Type="http://schemas.openxmlformats.org/officeDocument/2006/relationships/hyperlink" Target="http://school-collektion.edu/ru" TargetMode="External"/><Relationship Id="rId513" Type="http://schemas.openxmlformats.org/officeDocument/2006/relationships/hyperlink" Target="http://e-skazki.narod.ru/index.html" TargetMode="External"/><Relationship Id="rId597" Type="http://schemas.openxmlformats.org/officeDocument/2006/relationships/hyperlink" Target="http://um-razum.ru/load/uchebnye_prezentacii/nachalnaja_shkola/18" TargetMode="External"/><Relationship Id="rId720" Type="http://schemas.openxmlformats.org/officeDocument/2006/relationships/hyperlink" Target="http://www.sf.mksat.net/vk/krapivin_index.htm" TargetMode="External"/><Relationship Id="rId818" Type="http://schemas.openxmlformats.org/officeDocument/2006/relationships/hyperlink" Target="http://um-razum.ru/load/uchebnye_prezentacii/nachalnaja_shkola/18" TargetMode="External"/><Relationship Id="rId152" Type="http://schemas.openxmlformats.org/officeDocument/2006/relationships/hyperlink" Target="http://e-skazki.narod.ru/index.html" TargetMode="External"/><Relationship Id="rId457" Type="http://schemas.openxmlformats.org/officeDocument/2006/relationships/hyperlink" Target="http://catalog.iot.ru/" TargetMode="External"/><Relationship Id="rId1003" Type="http://schemas.openxmlformats.org/officeDocument/2006/relationships/hyperlink" Target="http://www.school.edu.ru/" TargetMode="External"/><Relationship Id="rId664" Type="http://schemas.openxmlformats.org/officeDocument/2006/relationships/hyperlink" Target="http://www.cofe.ru/read-ka/" TargetMode="External"/><Relationship Id="rId871" Type="http://schemas.openxmlformats.org/officeDocument/2006/relationships/hyperlink" Target="http://www.posnayko.com/index.htm" TargetMode="External"/><Relationship Id="rId969" Type="http://schemas.openxmlformats.org/officeDocument/2006/relationships/hyperlink" Target="http://vkids.km.ru/" TargetMode="External"/><Relationship Id="rId14" Type="http://schemas.openxmlformats.org/officeDocument/2006/relationships/hyperlink" Target="https://www.uchportal.ru/load/47-2-2" TargetMode="External"/><Relationship Id="rId317" Type="http://schemas.openxmlformats.org/officeDocument/2006/relationships/hyperlink" Target="http://school-collektion.edu/ru" TargetMode="External"/><Relationship Id="rId524" Type="http://schemas.openxmlformats.org/officeDocument/2006/relationships/hyperlink" Target="http://www.biblioguide.ru/" TargetMode="External"/><Relationship Id="rId731" Type="http://schemas.openxmlformats.org/officeDocument/2006/relationships/hyperlink" Target="http://e-skazki.narod.ru/index.html" TargetMode="External"/><Relationship Id="rId98" Type="http://schemas.openxmlformats.org/officeDocument/2006/relationships/hyperlink" Target="http://katalog.iot.ru/" TargetMode="External"/><Relationship Id="rId163" Type="http://schemas.openxmlformats.org/officeDocument/2006/relationships/hyperlink" Target="http://www.biblioguide.ru/" TargetMode="External"/><Relationship Id="rId370" Type="http://schemas.openxmlformats.org/officeDocument/2006/relationships/hyperlink" Target="http://school-collection.edu.ru/" TargetMode="External"/><Relationship Id="rId829" Type="http://schemas.openxmlformats.org/officeDocument/2006/relationships/hyperlink" Target="http://www.jokeclub.ru/" TargetMode="External"/><Relationship Id="rId230" Type="http://schemas.openxmlformats.org/officeDocument/2006/relationships/image" Target="media/image20.png"/><Relationship Id="rId468" Type="http://schemas.openxmlformats.org/officeDocument/2006/relationships/image" Target="media/image38.png"/><Relationship Id="rId675" Type="http://schemas.openxmlformats.org/officeDocument/2006/relationships/hyperlink" Target="http://fcior.edu.ru/" TargetMode="External"/><Relationship Id="rId882" Type="http://schemas.openxmlformats.org/officeDocument/2006/relationships/hyperlink" Target="http://school-collektion.edu/ru" TargetMode="External"/><Relationship Id="rId25" Type="http://schemas.openxmlformats.org/officeDocument/2006/relationships/hyperlink" Target="http://internet.chgk.info/" TargetMode="External"/><Relationship Id="rId328" Type="http://schemas.openxmlformats.org/officeDocument/2006/relationships/hyperlink" Target="http://www.metodkabinet.eu/" TargetMode="External"/><Relationship Id="rId535" Type="http://schemas.openxmlformats.org/officeDocument/2006/relationships/hyperlink" Target="http://vkids.km.ru/" TargetMode="External"/><Relationship Id="rId742" Type="http://schemas.openxmlformats.org/officeDocument/2006/relationships/hyperlink" Target="http://www.biblioguide.ru/" TargetMode="External"/><Relationship Id="rId174" Type="http://schemas.openxmlformats.org/officeDocument/2006/relationships/hyperlink" Target="http://vkids.km.ru/" TargetMode="External"/><Relationship Id="rId381" Type="http://schemas.openxmlformats.org/officeDocument/2006/relationships/hyperlink" Target="http://internet.chgk.info/" TargetMode="External"/><Relationship Id="rId602" Type="http://schemas.openxmlformats.org/officeDocument/2006/relationships/hyperlink" Target="http://internet.chgk.info/" TargetMode="External"/><Relationship Id="rId241" Type="http://schemas.openxmlformats.org/officeDocument/2006/relationships/hyperlink" Target="http://school-collection.edu.ru/" TargetMode="External"/><Relationship Id="rId479" Type="http://schemas.openxmlformats.org/officeDocument/2006/relationships/hyperlink" Target="http://school-collection.edu.ru/" TargetMode="External"/><Relationship Id="rId686" Type="http://schemas.openxmlformats.org/officeDocument/2006/relationships/hyperlink" Target="http://catalog.iot.ru/" TargetMode="External"/><Relationship Id="rId893" Type="http://schemas.openxmlformats.org/officeDocument/2006/relationships/hyperlink" Target="http://www.nachalka.com/biblioteka" TargetMode="External"/><Relationship Id="rId907" Type="http://schemas.openxmlformats.org/officeDocument/2006/relationships/hyperlink" Target="https://www.uchportal.ru/load/47-2-2" TargetMode="External"/><Relationship Id="rId36" Type="http://schemas.openxmlformats.org/officeDocument/2006/relationships/hyperlink" Target="http://www.sf.mksat.net/vk/krapivin_index.htm" TargetMode="External"/><Relationship Id="rId339" Type="http://schemas.openxmlformats.org/officeDocument/2006/relationships/image" Target="media/image30.png"/><Relationship Id="rId546" Type="http://schemas.openxmlformats.org/officeDocument/2006/relationships/hyperlink" Target="http://windows.edu/ru" TargetMode="External"/><Relationship Id="rId753" Type="http://schemas.openxmlformats.org/officeDocument/2006/relationships/hyperlink" Target="http://vkids.km.ru/" TargetMode="External"/><Relationship Id="rId101" Type="http://schemas.openxmlformats.org/officeDocument/2006/relationships/hyperlink" Target="http://www.metodkabinet.eu/" TargetMode="External"/><Relationship Id="rId185" Type="http://schemas.openxmlformats.org/officeDocument/2006/relationships/hyperlink" Target="http://windows.edu/ru" TargetMode="External"/><Relationship Id="rId406" Type="http://schemas.openxmlformats.org/officeDocument/2006/relationships/hyperlink" Target="http://e-skazki.narod.ru/index.html" TargetMode="External"/><Relationship Id="rId960" Type="http://schemas.openxmlformats.org/officeDocument/2006/relationships/hyperlink" Target="http://www.kostyor.ru/archives.html" TargetMode="External"/><Relationship Id="rId392" Type="http://schemas.openxmlformats.org/officeDocument/2006/relationships/hyperlink" Target="http://www.sf.mksat.net/vk/krapivin_index.htm" TargetMode="External"/><Relationship Id="rId613" Type="http://schemas.openxmlformats.org/officeDocument/2006/relationships/hyperlink" Target="http://www.sf.mksat.net/vk/krapivin_index.htm" TargetMode="External"/><Relationship Id="rId697" Type="http://schemas.openxmlformats.org/officeDocument/2006/relationships/hyperlink" Target="https://www.uchportal.ru/load/47-2-2" TargetMode="External"/><Relationship Id="rId820" Type="http://schemas.openxmlformats.org/officeDocument/2006/relationships/hyperlink" Target="http://um-razum.ru/load/uchebnye_prezentacii/nachalnaja_shkola/18" TargetMode="External"/><Relationship Id="rId918" Type="http://schemas.openxmlformats.org/officeDocument/2006/relationships/hyperlink" Target="http://um-razum.ru/load/uchebnye_prezentacii/nachalnaja_shkola/18" TargetMode="External"/><Relationship Id="rId252" Type="http://schemas.openxmlformats.org/officeDocument/2006/relationships/hyperlink" Target="http://www.vbg.ru/~kvint/im.htm" TargetMode="External"/><Relationship Id="rId47" Type="http://schemas.openxmlformats.org/officeDocument/2006/relationships/header" Target="header2.xml"/><Relationship Id="rId112" Type="http://schemas.openxmlformats.org/officeDocument/2006/relationships/hyperlink" Target="https://www.uchportal.ru/load/47-2-2" TargetMode="External"/><Relationship Id="rId557" Type="http://schemas.openxmlformats.org/officeDocument/2006/relationships/hyperlink" Target="http://fcior.edu.ru/" TargetMode="External"/><Relationship Id="rId764" Type="http://schemas.openxmlformats.org/officeDocument/2006/relationships/hyperlink" Target="http://www.cofe.ru/read-ka/" TargetMode="External"/><Relationship Id="rId971" Type="http://schemas.openxmlformats.org/officeDocument/2006/relationships/hyperlink" Target="http://www.posnayko.com/index.htm" TargetMode="External"/><Relationship Id="rId196" Type="http://schemas.openxmlformats.org/officeDocument/2006/relationships/hyperlink" Target="http://fcior.edu.ru/" TargetMode="External"/><Relationship Id="rId417" Type="http://schemas.openxmlformats.org/officeDocument/2006/relationships/hyperlink" Target="http://www.kostyor.ru/archives.html" TargetMode="External"/><Relationship Id="rId624" Type="http://schemas.openxmlformats.org/officeDocument/2006/relationships/hyperlink" Target="http://www.literatura1.narod.ru/dmitrij_emets.html" TargetMode="External"/><Relationship Id="rId831" Type="http://schemas.openxmlformats.org/officeDocument/2006/relationships/hyperlink" Target="http://www.mccme.ru/~dima/erunda/naoborot/index.htm" TargetMode="External"/><Relationship Id="rId263" Type="http://schemas.openxmlformats.org/officeDocument/2006/relationships/hyperlink" Target="http://www.sf.mksat.net/vk/krapivin_index.htm" TargetMode="External"/><Relationship Id="rId470" Type="http://schemas.openxmlformats.org/officeDocument/2006/relationships/image" Target="media/image40.png"/><Relationship Id="rId929" Type="http://schemas.openxmlformats.org/officeDocument/2006/relationships/hyperlink" Target="http://www.jokeclub.ru/" TargetMode="External"/><Relationship Id="rId58" Type="http://schemas.openxmlformats.org/officeDocument/2006/relationships/hyperlink" Target="http://barsuk.lenin.ru/" TargetMode="External"/><Relationship Id="rId123" Type="http://schemas.openxmlformats.org/officeDocument/2006/relationships/hyperlink" Target="http://um-razum.ru/load/uchebnye_prezentacii/nachalnaja_shkola/18" TargetMode="External"/><Relationship Id="rId330" Type="http://schemas.openxmlformats.org/officeDocument/2006/relationships/hyperlink" Target="http://catalog.iot.ru/" TargetMode="External"/><Relationship Id="rId568" Type="http://schemas.openxmlformats.org/officeDocument/2006/relationships/hyperlink" Target="http://www.school.edu.ru/" TargetMode="External"/><Relationship Id="rId775" Type="http://schemas.openxmlformats.org/officeDocument/2006/relationships/hyperlink" Target="http://fcior.edu.ru/" TargetMode="External"/><Relationship Id="rId982" Type="http://schemas.openxmlformats.org/officeDocument/2006/relationships/hyperlink" Target="http://school-collektion.edu/ru" TargetMode="External"/><Relationship Id="rId428" Type="http://schemas.openxmlformats.org/officeDocument/2006/relationships/hyperlink" Target="http://www.posnayko.com/index.htm" TargetMode="External"/><Relationship Id="rId635" Type="http://schemas.openxmlformats.org/officeDocument/2006/relationships/hyperlink" Target="http://e-skazki.narod.ru/index.html" TargetMode="External"/><Relationship Id="rId842" Type="http://schemas.openxmlformats.org/officeDocument/2006/relationships/hyperlink" Target="http://www.nikitinsky.com.ua/" TargetMode="External"/><Relationship Id="rId274" Type="http://schemas.openxmlformats.org/officeDocument/2006/relationships/hyperlink" Target="http://e-skazki.narod.ru/index.html" TargetMode="External"/><Relationship Id="rId481" Type="http://schemas.openxmlformats.org/officeDocument/2006/relationships/hyperlink" Target="http://school-collection.edu.ru/" TargetMode="External"/><Relationship Id="rId702" Type="http://schemas.openxmlformats.org/officeDocument/2006/relationships/hyperlink" Target="http://school-collection.edu.ru/" TargetMode="External"/><Relationship Id="rId69" Type="http://schemas.openxmlformats.org/officeDocument/2006/relationships/hyperlink" Target="http://murzilka.km.ru/" TargetMode="External"/><Relationship Id="rId134" Type="http://schemas.openxmlformats.org/officeDocument/2006/relationships/hyperlink" Target="http://www.jokeclub.ru/" TargetMode="External"/><Relationship Id="rId579" Type="http://schemas.openxmlformats.org/officeDocument/2006/relationships/image" Target="media/image49.png"/><Relationship Id="rId786" Type="http://schemas.openxmlformats.org/officeDocument/2006/relationships/image" Target="media/image65.png"/><Relationship Id="rId993" Type="http://schemas.openxmlformats.org/officeDocument/2006/relationships/hyperlink" Target="http://katalog.iot.ru/" TargetMode="External"/><Relationship Id="rId341" Type="http://schemas.openxmlformats.org/officeDocument/2006/relationships/image" Target="media/image32.png"/><Relationship Id="rId439" Type="http://schemas.openxmlformats.org/officeDocument/2006/relationships/hyperlink" Target="http://school-collektion.edu/ru" TargetMode="External"/><Relationship Id="rId646" Type="http://schemas.openxmlformats.org/officeDocument/2006/relationships/hyperlink" Target="http://www.kostyor.ru/archives.html" TargetMode="External"/><Relationship Id="rId201" Type="http://schemas.openxmlformats.org/officeDocument/2006/relationships/hyperlink" Target="http://www.metodkabinet.eu/" TargetMode="External"/><Relationship Id="rId285" Type="http://schemas.openxmlformats.org/officeDocument/2006/relationships/hyperlink" Target="http://www.biblioguide.ru/" TargetMode="External"/><Relationship Id="rId506" Type="http://schemas.openxmlformats.org/officeDocument/2006/relationships/hyperlink" Target="http://www.literatura1.narod.ru/dmitrij_emets.html" TargetMode="External"/><Relationship Id="rId853" Type="http://schemas.openxmlformats.org/officeDocument/2006/relationships/hyperlink" Target="http://barsuk.lenin.ru/" TargetMode="External"/><Relationship Id="rId492" Type="http://schemas.openxmlformats.org/officeDocument/2006/relationships/hyperlink" Target="http://www.vbg.ru/~kvint/im.htm" TargetMode="External"/><Relationship Id="rId713" Type="http://schemas.openxmlformats.org/officeDocument/2006/relationships/hyperlink" Target="http://www.realmusic.ru/" TargetMode="External"/><Relationship Id="rId797" Type="http://schemas.openxmlformats.org/officeDocument/2006/relationships/hyperlink" Target="http://catalog.iot.ru/" TargetMode="External"/><Relationship Id="rId920" Type="http://schemas.openxmlformats.org/officeDocument/2006/relationships/hyperlink" Target="http://um-razum.ru/load/uchebnye_prezentacii/nachalnaja_shkola/18" TargetMode="External"/><Relationship Id="rId145" Type="http://schemas.openxmlformats.org/officeDocument/2006/relationships/hyperlink" Target="http://www.literatura1.narod.ru/dmitrij_emets.html" TargetMode="External"/><Relationship Id="rId352" Type="http://schemas.openxmlformats.org/officeDocument/2006/relationships/hyperlink" Target="http://school-collection.edu.ru/" TargetMode="External"/><Relationship Id="rId212" Type="http://schemas.openxmlformats.org/officeDocument/2006/relationships/hyperlink" Target="http://www.edu.ru/" TargetMode="External"/><Relationship Id="rId657" Type="http://schemas.openxmlformats.org/officeDocument/2006/relationships/hyperlink" Target="http://www.posnayko.com/index.htm" TargetMode="External"/><Relationship Id="rId864" Type="http://schemas.openxmlformats.org/officeDocument/2006/relationships/hyperlink" Target="http://murzilka.km.ru/" TargetMode="External"/><Relationship Id="rId296" Type="http://schemas.openxmlformats.org/officeDocument/2006/relationships/hyperlink" Target="http://vkids.km.ru/" TargetMode="External"/><Relationship Id="rId517" Type="http://schemas.openxmlformats.org/officeDocument/2006/relationships/hyperlink" Target="http://www.kinder.ru/" TargetMode="External"/><Relationship Id="rId724" Type="http://schemas.openxmlformats.org/officeDocument/2006/relationships/hyperlink" Target="http://www.literatura1.narod.ru/dmitrij_emets.html" TargetMode="External"/><Relationship Id="rId931" Type="http://schemas.openxmlformats.org/officeDocument/2006/relationships/hyperlink" Target="http://www.mccme.ru/~dima/erunda/naoborot/index.htm" TargetMode="External"/><Relationship Id="rId60" Type="http://schemas.openxmlformats.org/officeDocument/2006/relationships/hyperlink" Target="http://barsuk.lenin.ru/" TargetMode="External"/><Relationship Id="rId156" Type="http://schemas.openxmlformats.org/officeDocument/2006/relationships/hyperlink" Target="http://www.kinder.ru/" TargetMode="External"/><Relationship Id="rId363" Type="http://schemas.openxmlformats.org/officeDocument/2006/relationships/hyperlink" Target="https://www.uchportal.ru/load/47-2-2" TargetMode="External"/><Relationship Id="rId570" Type="http://schemas.openxmlformats.org/officeDocument/2006/relationships/hyperlink" Target="http://www.edu.ru/" TargetMode="External"/><Relationship Id="rId1007" Type="http://schemas.openxmlformats.org/officeDocument/2006/relationships/image" Target="media/image77.png"/><Relationship Id="rId223" Type="http://schemas.openxmlformats.org/officeDocument/2006/relationships/image" Target="media/image13.png"/><Relationship Id="rId430" Type="http://schemas.openxmlformats.org/officeDocument/2006/relationships/hyperlink" Target="http://www.cofe.ru/read-ka/" TargetMode="External"/><Relationship Id="rId668" Type="http://schemas.openxmlformats.org/officeDocument/2006/relationships/hyperlink" Target="http://school-collektion.edu/ru" TargetMode="External"/><Relationship Id="rId875" Type="http://schemas.openxmlformats.org/officeDocument/2006/relationships/hyperlink" Target="http://www.cofe.ru/read-ka/" TargetMode="External"/><Relationship Id="rId18" Type="http://schemas.openxmlformats.org/officeDocument/2006/relationships/hyperlink" Target="http://school-collection.edu.ru/" TargetMode="External"/><Relationship Id="rId528" Type="http://schemas.openxmlformats.org/officeDocument/2006/relationships/hyperlink" Target="http://www.kostyor.ru/archives.html" TargetMode="External"/><Relationship Id="rId735" Type="http://schemas.openxmlformats.org/officeDocument/2006/relationships/hyperlink" Target="http://e-skazki.narod.ru/index.html" TargetMode="External"/><Relationship Id="rId942" Type="http://schemas.openxmlformats.org/officeDocument/2006/relationships/hyperlink" Target="http://www.nikitinsky.com.ua/" TargetMode="External"/><Relationship Id="rId167" Type="http://schemas.openxmlformats.org/officeDocument/2006/relationships/hyperlink" Target="http://www.kostyor.ru/archives.html" TargetMode="External"/><Relationship Id="rId374" Type="http://schemas.openxmlformats.org/officeDocument/2006/relationships/hyperlink" Target="http://um-razum.ru/load/uchebnye_prezentacii/nachalnaja_shkola/18" TargetMode="External"/><Relationship Id="rId581" Type="http://schemas.openxmlformats.org/officeDocument/2006/relationships/image" Target="media/image51.png"/><Relationship Id="rId71" Type="http://schemas.openxmlformats.org/officeDocument/2006/relationships/hyperlink" Target="http://vkids.km.ru/" TargetMode="External"/><Relationship Id="rId234" Type="http://schemas.openxmlformats.org/officeDocument/2006/relationships/hyperlink" Target="https://www.uchportal.ru/load/47-2-2" TargetMode="External"/><Relationship Id="rId679" Type="http://schemas.openxmlformats.org/officeDocument/2006/relationships/hyperlink" Target="http://katalog.iot.ru/" TargetMode="External"/><Relationship Id="rId802" Type="http://schemas.openxmlformats.org/officeDocument/2006/relationships/hyperlink" Target="http://www.edu.ru/" TargetMode="External"/><Relationship Id="rId886" Type="http://schemas.openxmlformats.org/officeDocument/2006/relationships/hyperlink" Target="http://fcior.edu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realmusic.ru/" TargetMode="External"/><Relationship Id="rId441" Type="http://schemas.openxmlformats.org/officeDocument/2006/relationships/hyperlink" Target="http://school-collektion.edu/ru" TargetMode="External"/><Relationship Id="rId539" Type="http://schemas.openxmlformats.org/officeDocument/2006/relationships/hyperlink" Target="http://www.cofe.ru/read-ka/" TargetMode="External"/><Relationship Id="rId746" Type="http://schemas.openxmlformats.org/officeDocument/2006/relationships/hyperlink" Target="http://www.kostyor.ru/archives.html" TargetMode="External"/><Relationship Id="rId178" Type="http://schemas.openxmlformats.org/officeDocument/2006/relationships/hyperlink" Target="http://www.cofe.ru/read-ka/" TargetMode="External"/><Relationship Id="rId301" Type="http://schemas.openxmlformats.org/officeDocument/2006/relationships/hyperlink" Target="http://www.cofe.ru/read-ka/" TargetMode="External"/><Relationship Id="rId953" Type="http://schemas.openxmlformats.org/officeDocument/2006/relationships/hyperlink" Target="http://barsuk.lenin.ru/" TargetMode="External"/><Relationship Id="rId82" Type="http://schemas.openxmlformats.org/officeDocument/2006/relationships/hyperlink" Target="http://www.cofe.ru/read-ka/" TargetMode="External"/><Relationship Id="rId385" Type="http://schemas.openxmlformats.org/officeDocument/2006/relationships/hyperlink" Target="http://www.realmusic.ru/" TargetMode="External"/><Relationship Id="rId592" Type="http://schemas.openxmlformats.org/officeDocument/2006/relationships/hyperlink" Target="http://school-collection.edu.ru/" TargetMode="External"/><Relationship Id="rId606" Type="http://schemas.openxmlformats.org/officeDocument/2006/relationships/hyperlink" Target="http://www.realmusic.ru/" TargetMode="External"/><Relationship Id="rId813" Type="http://schemas.openxmlformats.org/officeDocument/2006/relationships/hyperlink" Target="http://school-collection.edu.ru/" TargetMode="External"/><Relationship Id="rId245" Type="http://schemas.openxmlformats.org/officeDocument/2006/relationships/hyperlink" Target="http://um-razum.ru/load/uchebnye_prezentacii/nachalnaja_shkola/18" TargetMode="External"/><Relationship Id="rId452" Type="http://schemas.openxmlformats.org/officeDocument/2006/relationships/hyperlink" Target="http://katalog.iot.ru/" TargetMode="External"/><Relationship Id="rId897" Type="http://schemas.openxmlformats.org/officeDocument/2006/relationships/hyperlink" Target="http://catalog.iot.ru/" TargetMode="External"/><Relationship Id="rId105" Type="http://schemas.openxmlformats.org/officeDocument/2006/relationships/hyperlink" Target="http://catalog.iot.ru/" TargetMode="External"/><Relationship Id="rId312" Type="http://schemas.openxmlformats.org/officeDocument/2006/relationships/hyperlink" Target="http://school-collektion.edu/ru" TargetMode="External"/><Relationship Id="rId757" Type="http://schemas.openxmlformats.org/officeDocument/2006/relationships/hyperlink" Target="http://www.posnayko.com/index.htm" TargetMode="External"/><Relationship Id="rId964" Type="http://schemas.openxmlformats.org/officeDocument/2006/relationships/hyperlink" Target="http://murzilka.km.ru/" TargetMode="External"/><Relationship Id="rId93" Type="http://schemas.openxmlformats.org/officeDocument/2006/relationships/hyperlink" Target="http://fcior.edu.ru/" TargetMode="External"/><Relationship Id="rId189" Type="http://schemas.openxmlformats.org/officeDocument/2006/relationships/hyperlink" Target="http://school-collektion.edu/ru" TargetMode="External"/><Relationship Id="rId396" Type="http://schemas.openxmlformats.org/officeDocument/2006/relationships/hyperlink" Target="http://www.literatura1.narod.ru/dmitrij_emets.html" TargetMode="External"/><Relationship Id="rId617" Type="http://schemas.openxmlformats.org/officeDocument/2006/relationships/image" Target="media/image56.png"/><Relationship Id="rId824" Type="http://schemas.openxmlformats.org/officeDocument/2006/relationships/hyperlink" Target="http://www.vbg.ru/~kvint/im.htm" TargetMode="External"/><Relationship Id="rId256" Type="http://schemas.openxmlformats.org/officeDocument/2006/relationships/hyperlink" Target="http://www.jokeclub.ru/" TargetMode="External"/><Relationship Id="rId463" Type="http://schemas.openxmlformats.org/officeDocument/2006/relationships/hyperlink" Target="http://www.edu.ru/" TargetMode="External"/><Relationship Id="rId670" Type="http://schemas.openxmlformats.org/officeDocument/2006/relationships/hyperlink" Target="http://school-collektion.edu/ru" TargetMode="External"/><Relationship Id="rId116" Type="http://schemas.openxmlformats.org/officeDocument/2006/relationships/hyperlink" Target="https://www.uchportal.ru/load/47-2-2" TargetMode="External"/><Relationship Id="rId323" Type="http://schemas.openxmlformats.org/officeDocument/2006/relationships/hyperlink" Target="http://katalog.iot.ru/" TargetMode="External"/><Relationship Id="rId530" Type="http://schemas.openxmlformats.org/officeDocument/2006/relationships/hyperlink" Target="http://murzilka.km.ru/" TargetMode="External"/><Relationship Id="rId768" Type="http://schemas.openxmlformats.org/officeDocument/2006/relationships/hyperlink" Target="http://school-collektion.edu/ru" TargetMode="External"/><Relationship Id="rId975" Type="http://schemas.openxmlformats.org/officeDocument/2006/relationships/hyperlink" Target="http://www.cofe.ru/read-ka/" TargetMode="External"/><Relationship Id="rId20" Type="http://schemas.openxmlformats.org/officeDocument/2006/relationships/hyperlink" Target="http://um-razum.ru/load/uchebnye_prezentacii/nachalnaja_shkola/18" TargetMode="External"/><Relationship Id="rId628" Type="http://schemas.openxmlformats.org/officeDocument/2006/relationships/hyperlink" Target="http://www.nikitinsky.com.ua/" TargetMode="External"/><Relationship Id="rId835" Type="http://schemas.openxmlformats.org/officeDocument/2006/relationships/hyperlink" Target="http://www.sf.mksat.net/vk/krapivin_index.htm" TargetMode="External"/><Relationship Id="rId267" Type="http://schemas.openxmlformats.org/officeDocument/2006/relationships/hyperlink" Target="http://www.literatura1.narod.ru/dmitrij_emets.html" TargetMode="External"/><Relationship Id="rId474" Type="http://schemas.openxmlformats.org/officeDocument/2006/relationships/hyperlink" Target="https://www.uchportal.ru/load/47-2-2" TargetMode="External"/><Relationship Id="rId127" Type="http://schemas.openxmlformats.org/officeDocument/2006/relationships/hyperlink" Target="http://um-razum.ru/load/uchebnye_prezentacii/nachalnaja_shkola/18" TargetMode="External"/><Relationship Id="rId681" Type="http://schemas.openxmlformats.org/officeDocument/2006/relationships/hyperlink" Target="http://www.nachalka.com/biblioteka" TargetMode="External"/><Relationship Id="rId779" Type="http://schemas.openxmlformats.org/officeDocument/2006/relationships/hyperlink" Target="http://katalog.iot.ru/" TargetMode="External"/><Relationship Id="rId902" Type="http://schemas.openxmlformats.org/officeDocument/2006/relationships/hyperlink" Target="http://www.school.edu.ru/" TargetMode="External"/><Relationship Id="rId986" Type="http://schemas.openxmlformats.org/officeDocument/2006/relationships/hyperlink" Target="http://school-collektion.edu/ru" TargetMode="External"/><Relationship Id="rId31" Type="http://schemas.openxmlformats.org/officeDocument/2006/relationships/hyperlink" Target="http://www.jokeclub.ru/" TargetMode="External"/><Relationship Id="rId334" Type="http://schemas.openxmlformats.org/officeDocument/2006/relationships/hyperlink" Target="http://www.edu.ru/" TargetMode="External"/><Relationship Id="rId541" Type="http://schemas.openxmlformats.org/officeDocument/2006/relationships/hyperlink" Target="http://www.cofe.ru/read-ka/" TargetMode="External"/><Relationship Id="rId639" Type="http://schemas.openxmlformats.org/officeDocument/2006/relationships/hyperlink" Target="http://barsuk.lenin.ru/" TargetMode="External"/><Relationship Id="rId180" Type="http://schemas.openxmlformats.org/officeDocument/2006/relationships/hyperlink" Target="http://www.cofe.ru/read-ka/" TargetMode="External"/><Relationship Id="rId278" Type="http://schemas.openxmlformats.org/officeDocument/2006/relationships/hyperlink" Target="http://www.kinder.ru/" TargetMode="External"/><Relationship Id="rId401" Type="http://schemas.openxmlformats.org/officeDocument/2006/relationships/hyperlink" Target="http://e-skazki.narod.ru/index.html" TargetMode="External"/><Relationship Id="rId846" Type="http://schemas.openxmlformats.org/officeDocument/2006/relationships/hyperlink" Target="http://e-skazki.narod.ru/index.html" TargetMode="External"/><Relationship Id="rId485" Type="http://schemas.openxmlformats.org/officeDocument/2006/relationships/hyperlink" Target="http://um-razum.ru/load/uchebnye_prezentacii/nachalnaja_shkola/18" TargetMode="External"/><Relationship Id="rId692" Type="http://schemas.openxmlformats.org/officeDocument/2006/relationships/hyperlink" Target="http://www.edu.ru/" TargetMode="External"/><Relationship Id="rId706" Type="http://schemas.openxmlformats.org/officeDocument/2006/relationships/hyperlink" Target="http://um-razum.ru/load/uchebnye_prezentacii/nachalnaja_shkola/18" TargetMode="External"/><Relationship Id="rId913" Type="http://schemas.openxmlformats.org/officeDocument/2006/relationships/hyperlink" Target="http://school-collection.edu.ru/" TargetMode="External"/><Relationship Id="rId42" Type="http://schemas.openxmlformats.org/officeDocument/2006/relationships/hyperlink" Target="http://www.literatura1.narod.ru/dmitrij_emets.html" TargetMode="External"/><Relationship Id="rId138" Type="http://schemas.openxmlformats.org/officeDocument/2006/relationships/hyperlink" Target="http://www.mccme.ru/~dima/erunda/naoborot/index.htm" TargetMode="External"/><Relationship Id="rId345" Type="http://schemas.openxmlformats.org/officeDocument/2006/relationships/hyperlink" Target="https://www.uchportal.ru/load/47-2-2" TargetMode="External"/><Relationship Id="rId552" Type="http://schemas.openxmlformats.org/officeDocument/2006/relationships/hyperlink" Target="http://school-collektion.edu/ru" TargetMode="External"/><Relationship Id="rId997" Type="http://schemas.openxmlformats.org/officeDocument/2006/relationships/hyperlink" Target="http://www.metodkabinet.eu/" TargetMode="External"/><Relationship Id="rId191" Type="http://schemas.openxmlformats.org/officeDocument/2006/relationships/hyperlink" Target="http://school-collektion.edu/ru" TargetMode="External"/><Relationship Id="rId205" Type="http://schemas.openxmlformats.org/officeDocument/2006/relationships/hyperlink" Target="http://catalog.iot.ru/" TargetMode="External"/><Relationship Id="rId412" Type="http://schemas.openxmlformats.org/officeDocument/2006/relationships/hyperlink" Target="http://barsuk.lenin.ru/" TargetMode="External"/><Relationship Id="rId857" Type="http://schemas.openxmlformats.org/officeDocument/2006/relationships/hyperlink" Target="http://www.biblioguide.ru/" TargetMode="External"/><Relationship Id="rId289" Type="http://schemas.openxmlformats.org/officeDocument/2006/relationships/hyperlink" Target="http://www.kostyor.ru/archives.html" TargetMode="External"/><Relationship Id="rId496" Type="http://schemas.openxmlformats.org/officeDocument/2006/relationships/hyperlink" Target="http://www.jokeclub.ru/" TargetMode="External"/><Relationship Id="rId717" Type="http://schemas.openxmlformats.org/officeDocument/2006/relationships/hyperlink" Target="http://www.mccme.ru/~dima/erunda/naoborot/index.htm" TargetMode="External"/><Relationship Id="rId924" Type="http://schemas.openxmlformats.org/officeDocument/2006/relationships/hyperlink" Target="http://internet.chgk.info/" TargetMode="External"/><Relationship Id="rId53" Type="http://schemas.openxmlformats.org/officeDocument/2006/relationships/hyperlink" Target="http://e-skazki.narod.ru/index.html" TargetMode="External"/><Relationship Id="rId149" Type="http://schemas.openxmlformats.org/officeDocument/2006/relationships/hyperlink" Target="http://e-skazki.narod.ru/index.html" TargetMode="External"/><Relationship Id="rId356" Type="http://schemas.openxmlformats.org/officeDocument/2006/relationships/hyperlink" Target="http://um-razum.ru/load/uchebnye_prezentacii/nachalnaja_shkola/18" TargetMode="External"/><Relationship Id="rId563" Type="http://schemas.openxmlformats.org/officeDocument/2006/relationships/hyperlink" Target="http://www.metodkabinet.eu/" TargetMode="External"/><Relationship Id="rId770" Type="http://schemas.openxmlformats.org/officeDocument/2006/relationships/hyperlink" Target="http://school-collektion.edu/ru" TargetMode="External"/><Relationship Id="rId216" Type="http://schemas.openxmlformats.org/officeDocument/2006/relationships/image" Target="media/image6.png"/><Relationship Id="rId423" Type="http://schemas.openxmlformats.org/officeDocument/2006/relationships/hyperlink" Target="http://vkids.km.ru/" TargetMode="External"/><Relationship Id="rId868" Type="http://schemas.openxmlformats.org/officeDocument/2006/relationships/hyperlink" Target="http://vkids.km.ru/" TargetMode="External"/><Relationship Id="rId630" Type="http://schemas.openxmlformats.org/officeDocument/2006/relationships/hyperlink" Target="http://e-skazki.narod.ru/index.html" TargetMode="External"/><Relationship Id="rId728" Type="http://schemas.openxmlformats.org/officeDocument/2006/relationships/hyperlink" Target="http://www.nikitinsky.com.ua/" TargetMode="External"/><Relationship Id="rId935" Type="http://schemas.openxmlformats.org/officeDocument/2006/relationships/hyperlink" Target="http://www.sf.mksat.net/vk/krapivin_index.htm" TargetMode="External"/><Relationship Id="rId64" Type="http://schemas.openxmlformats.org/officeDocument/2006/relationships/hyperlink" Target="http://www.biblioguide.ru/" TargetMode="External"/><Relationship Id="rId367" Type="http://schemas.openxmlformats.org/officeDocument/2006/relationships/hyperlink" Target="https://www.uchportal.ru/load/47-2-2" TargetMode="External"/><Relationship Id="rId574" Type="http://schemas.openxmlformats.org/officeDocument/2006/relationships/image" Target="media/image44.png"/><Relationship Id="rId227" Type="http://schemas.openxmlformats.org/officeDocument/2006/relationships/image" Target="media/image17.png"/><Relationship Id="rId781" Type="http://schemas.openxmlformats.org/officeDocument/2006/relationships/hyperlink" Target="http://www.nachalka.com/biblioteka" TargetMode="External"/><Relationship Id="rId879" Type="http://schemas.openxmlformats.org/officeDocument/2006/relationships/hyperlink" Target="http://windows.edu/ru" TargetMode="External"/><Relationship Id="rId434" Type="http://schemas.openxmlformats.org/officeDocument/2006/relationships/hyperlink" Target="http://www.cofe.ru/read-ka/" TargetMode="External"/><Relationship Id="rId641" Type="http://schemas.openxmlformats.org/officeDocument/2006/relationships/hyperlink" Target="http://barsuk.lenin.ru/" TargetMode="External"/><Relationship Id="rId739" Type="http://schemas.openxmlformats.org/officeDocument/2006/relationships/hyperlink" Target="http://barsuk.lenin.ru/" TargetMode="External"/><Relationship Id="rId280" Type="http://schemas.openxmlformats.org/officeDocument/2006/relationships/hyperlink" Target="http://barsuk.lenin.ru/" TargetMode="External"/><Relationship Id="rId501" Type="http://schemas.openxmlformats.org/officeDocument/2006/relationships/hyperlink" Target="http://www.sf.mksat.net/vk/krapivin_index.htm" TargetMode="External"/><Relationship Id="rId946" Type="http://schemas.openxmlformats.org/officeDocument/2006/relationships/hyperlink" Target="http://e-skazki.narod.ru/index.html" TargetMode="External"/><Relationship Id="rId75" Type="http://schemas.openxmlformats.org/officeDocument/2006/relationships/hyperlink" Target="http://www.posnayko.com/index.htm" TargetMode="External"/><Relationship Id="rId140" Type="http://schemas.openxmlformats.org/officeDocument/2006/relationships/hyperlink" Target="http://www.sf.mksat.net/vk/krapivin_index.htm" TargetMode="External"/><Relationship Id="rId378" Type="http://schemas.openxmlformats.org/officeDocument/2006/relationships/hyperlink" Target="http://um-razum.ru/load/uchebnye_prezentacii/nachalnaja_shkola/18" TargetMode="External"/><Relationship Id="rId585" Type="http://schemas.openxmlformats.org/officeDocument/2006/relationships/hyperlink" Target="https://www.uchportal.ru/load/47-2-2" TargetMode="External"/><Relationship Id="rId792" Type="http://schemas.openxmlformats.org/officeDocument/2006/relationships/image" Target="media/image71.png"/><Relationship Id="rId806" Type="http://schemas.openxmlformats.org/officeDocument/2006/relationships/hyperlink" Target="https://www.uchportal.ru/load/47-2-2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uchportal.ru/load/47-2-2" TargetMode="External"/><Relationship Id="rId445" Type="http://schemas.openxmlformats.org/officeDocument/2006/relationships/image" Target="media/image35.png"/><Relationship Id="rId652" Type="http://schemas.openxmlformats.org/officeDocument/2006/relationships/hyperlink" Target="http://vkids.km.ru/" TargetMode="External"/><Relationship Id="rId291" Type="http://schemas.openxmlformats.org/officeDocument/2006/relationships/hyperlink" Target="http://murzilka.km.ru/" TargetMode="External"/><Relationship Id="rId305" Type="http://schemas.openxmlformats.org/officeDocument/2006/relationships/hyperlink" Target="http://www.cofe.ru/read-ka/" TargetMode="External"/><Relationship Id="rId512" Type="http://schemas.openxmlformats.org/officeDocument/2006/relationships/hyperlink" Target="http://e-skazki.narod.ru/index.html" TargetMode="External"/><Relationship Id="rId957" Type="http://schemas.openxmlformats.org/officeDocument/2006/relationships/hyperlink" Target="http://www.biblioguide.ru/" TargetMode="External"/><Relationship Id="rId86" Type="http://schemas.openxmlformats.org/officeDocument/2006/relationships/hyperlink" Target="http://school-collektion.edu/ru" TargetMode="External"/><Relationship Id="rId151" Type="http://schemas.openxmlformats.org/officeDocument/2006/relationships/hyperlink" Target="http://e-skazki.narod.ru/index.html" TargetMode="External"/><Relationship Id="rId389" Type="http://schemas.openxmlformats.org/officeDocument/2006/relationships/hyperlink" Target="http://www.mccme.ru/~dima/erunda/naoborot/index.htm" TargetMode="External"/><Relationship Id="rId596" Type="http://schemas.openxmlformats.org/officeDocument/2006/relationships/hyperlink" Target="http://um-razum.ru/load/uchebnye_prezentacii/nachalnaja_shkola/18" TargetMode="External"/><Relationship Id="rId817" Type="http://schemas.openxmlformats.org/officeDocument/2006/relationships/hyperlink" Target="http://um-razum.ru/load/uchebnye_prezentacii/nachalnaja_shkola/18" TargetMode="External"/><Relationship Id="rId1002" Type="http://schemas.openxmlformats.org/officeDocument/2006/relationships/hyperlink" Target="http://www.school.edu.ru/" TargetMode="External"/><Relationship Id="rId249" Type="http://schemas.openxmlformats.org/officeDocument/2006/relationships/hyperlink" Target="http://um-razum.ru/load/uchebnye_prezentacii/nachalnaja_shkola/18" TargetMode="External"/><Relationship Id="rId456" Type="http://schemas.openxmlformats.org/officeDocument/2006/relationships/hyperlink" Target="http://www.metodkabinet.eu/" TargetMode="External"/><Relationship Id="rId663" Type="http://schemas.openxmlformats.org/officeDocument/2006/relationships/hyperlink" Target="http://www.cofe.ru/read-ka/" TargetMode="External"/><Relationship Id="rId870" Type="http://schemas.openxmlformats.org/officeDocument/2006/relationships/hyperlink" Target="http://www.posnayko.com/index.htm" TargetMode="External"/><Relationship Id="rId13" Type="http://schemas.openxmlformats.org/officeDocument/2006/relationships/hyperlink" Target="https://www.uchportal.ru/load/47-2-2" TargetMode="External"/><Relationship Id="rId109" Type="http://schemas.openxmlformats.org/officeDocument/2006/relationships/hyperlink" Target="http://www.edu.ru/" TargetMode="External"/><Relationship Id="rId316" Type="http://schemas.openxmlformats.org/officeDocument/2006/relationships/hyperlink" Target="http://school-collektion.edu/ru" TargetMode="External"/><Relationship Id="rId523" Type="http://schemas.openxmlformats.org/officeDocument/2006/relationships/hyperlink" Target="http://www.biblioguide.ru/" TargetMode="External"/><Relationship Id="rId968" Type="http://schemas.openxmlformats.org/officeDocument/2006/relationships/hyperlink" Target="http://vkids.km.ru/" TargetMode="External"/><Relationship Id="rId97" Type="http://schemas.openxmlformats.org/officeDocument/2006/relationships/hyperlink" Target="http://katalog.iot.ru/" TargetMode="External"/><Relationship Id="rId730" Type="http://schemas.openxmlformats.org/officeDocument/2006/relationships/hyperlink" Target="http://e-skazki.narod.ru/index.html" TargetMode="External"/><Relationship Id="rId828" Type="http://schemas.openxmlformats.org/officeDocument/2006/relationships/hyperlink" Target="http://www.jokeclub.ru/" TargetMode="External"/><Relationship Id="rId162" Type="http://schemas.openxmlformats.org/officeDocument/2006/relationships/hyperlink" Target="http://www.biblioguide.ru/" TargetMode="External"/><Relationship Id="rId467" Type="http://schemas.openxmlformats.org/officeDocument/2006/relationships/image" Target="media/image37.png"/><Relationship Id="rId674" Type="http://schemas.openxmlformats.org/officeDocument/2006/relationships/hyperlink" Target="http://fcior.edu.ru/" TargetMode="External"/><Relationship Id="rId881" Type="http://schemas.openxmlformats.org/officeDocument/2006/relationships/hyperlink" Target="http://school-collektion.edu/ru" TargetMode="External"/><Relationship Id="rId979" Type="http://schemas.openxmlformats.org/officeDocument/2006/relationships/hyperlink" Target="http://windows.edu/ru" TargetMode="External"/><Relationship Id="rId24" Type="http://schemas.openxmlformats.org/officeDocument/2006/relationships/hyperlink" Target="http://um-razum.ru/load/uchebnye_prezentacii/nachalnaja_shkola/18" TargetMode="External"/><Relationship Id="rId327" Type="http://schemas.openxmlformats.org/officeDocument/2006/relationships/hyperlink" Target="http://www.metodkabinet.eu/" TargetMode="External"/><Relationship Id="rId534" Type="http://schemas.openxmlformats.org/officeDocument/2006/relationships/hyperlink" Target="http://vkids.km.ru/" TargetMode="External"/><Relationship Id="rId741" Type="http://schemas.openxmlformats.org/officeDocument/2006/relationships/hyperlink" Target="http://barsuk.lenin.ru/" TargetMode="External"/><Relationship Id="rId839" Type="http://schemas.openxmlformats.org/officeDocument/2006/relationships/hyperlink" Target="http://www.literatura1.narod.ru/dmitrij_emets.html" TargetMode="External"/><Relationship Id="rId173" Type="http://schemas.openxmlformats.org/officeDocument/2006/relationships/hyperlink" Target="http://vkids.km.ru/" TargetMode="External"/><Relationship Id="rId380" Type="http://schemas.openxmlformats.org/officeDocument/2006/relationships/hyperlink" Target="http://internet.chgk.info/" TargetMode="External"/><Relationship Id="rId601" Type="http://schemas.openxmlformats.org/officeDocument/2006/relationships/hyperlink" Target="http://internet.chgk.info/" TargetMode="External"/><Relationship Id="rId240" Type="http://schemas.openxmlformats.org/officeDocument/2006/relationships/hyperlink" Target="http://school-collection.edu.ru/" TargetMode="External"/><Relationship Id="rId478" Type="http://schemas.openxmlformats.org/officeDocument/2006/relationships/hyperlink" Target="https://www.uchportal.ru/load/47-2-2" TargetMode="External"/><Relationship Id="rId685" Type="http://schemas.openxmlformats.org/officeDocument/2006/relationships/hyperlink" Target="http://catalog.iot.ru/" TargetMode="External"/><Relationship Id="rId892" Type="http://schemas.openxmlformats.org/officeDocument/2006/relationships/hyperlink" Target="http://katalog.iot.ru/" TargetMode="External"/><Relationship Id="rId906" Type="http://schemas.openxmlformats.org/officeDocument/2006/relationships/image" Target="media/image76.png"/><Relationship Id="rId35" Type="http://schemas.openxmlformats.org/officeDocument/2006/relationships/hyperlink" Target="http://www.mccme.ru/~dima/erunda/naoborot/index.htm" TargetMode="External"/><Relationship Id="rId100" Type="http://schemas.openxmlformats.org/officeDocument/2006/relationships/hyperlink" Target="http://www.nachalka.com/biblioteka" TargetMode="External"/><Relationship Id="rId338" Type="http://schemas.openxmlformats.org/officeDocument/2006/relationships/image" Target="media/image29.png"/><Relationship Id="rId545" Type="http://schemas.openxmlformats.org/officeDocument/2006/relationships/hyperlink" Target="http://windows.edu/ru" TargetMode="External"/><Relationship Id="rId752" Type="http://schemas.openxmlformats.org/officeDocument/2006/relationships/hyperlink" Target="http://vkids.km.ru/" TargetMode="External"/><Relationship Id="rId184" Type="http://schemas.openxmlformats.org/officeDocument/2006/relationships/hyperlink" Target="http://windows.edu/ru" TargetMode="External"/><Relationship Id="rId391" Type="http://schemas.openxmlformats.org/officeDocument/2006/relationships/hyperlink" Target="http://www.sf.mksat.net/vk/krapivin_index.htm" TargetMode="External"/><Relationship Id="rId405" Type="http://schemas.openxmlformats.org/officeDocument/2006/relationships/hyperlink" Target="http://e-skazki.narod.ru/index.html" TargetMode="External"/><Relationship Id="rId612" Type="http://schemas.openxmlformats.org/officeDocument/2006/relationships/hyperlink" Target="http://www.sf.mksat.net/vk/krapivin_index.htm" TargetMode="External"/><Relationship Id="rId251" Type="http://schemas.openxmlformats.org/officeDocument/2006/relationships/hyperlink" Target="http://internet.chgk.info/" TargetMode="External"/><Relationship Id="rId489" Type="http://schemas.openxmlformats.org/officeDocument/2006/relationships/hyperlink" Target="http://internet.chgk.info/" TargetMode="External"/><Relationship Id="rId696" Type="http://schemas.openxmlformats.org/officeDocument/2006/relationships/hyperlink" Target="https://www.uchportal.ru/load/47-2-2" TargetMode="External"/><Relationship Id="rId917" Type="http://schemas.openxmlformats.org/officeDocument/2006/relationships/hyperlink" Target="http://school-collection.edu.ru/" TargetMode="External"/><Relationship Id="rId46" Type="http://schemas.openxmlformats.org/officeDocument/2006/relationships/header" Target="header1.xml"/><Relationship Id="rId349" Type="http://schemas.openxmlformats.org/officeDocument/2006/relationships/hyperlink" Target="http://school-collection.edu.ru/" TargetMode="External"/><Relationship Id="rId556" Type="http://schemas.openxmlformats.org/officeDocument/2006/relationships/hyperlink" Target="http://fcior.edu.ru/" TargetMode="External"/><Relationship Id="rId763" Type="http://schemas.openxmlformats.org/officeDocument/2006/relationships/hyperlink" Target="http://www.cofe.ru/read-ka/" TargetMode="External"/><Relationship Id="rId111" Type="http://schemas.openxmlformats.org/officeDocument/2006/relationships/hyperlink" Target="http://www.edu.ru/" TargetMode="External"/><Relationship Id="rId195" Type="http://schemas.openxmlformats.org/officeDocument/2006/relationships/hyperlink" Target="http://fcior.edu.ru/" TargetMode="External"/><Relationship Id="rId209" Type="http://schemas.openxmlformats.org/officeDocument/2006/relationships/hyperlink" Target="http://www.school.edu.ru/" TargetMode="External"/><Relationship Id="rId416" Type="http://schemas.openxmlformats.org/officeDocument/2006/relationships/hyperlink" Target="http://www.biblioguide.ru/" TargetMode="External"/><Relationship Id="rId970" Type="http://schemas.openxmlformats.org/officeDocument/2006/relationships/hyperlink" Target="http://www.posnayko.com/index.htm" TargetMode="External"/><Relationship Id="rId623" Type="http://schemas.openxmlformats.org/officeDocument/2006/relationships/image" Target="media/image62.png"/><Relationship Id="rId830" Type="http://schemas.openxmlformats.org/officeDocument/2006/relationships/hyperlink" Target="http://www.mccme.ru/~dima/erunda/naoborot/index.htm" TargetMode="External"/><Relationship Id="rId928" Type="http://schemas.openxmlformats.org/officeDocument/2006/relationships/hyperlink" Target="http://www.realmusic.ru/" TargetMode="External"/><Relationship Id="rId57" Type="http://schemas.openxmlformats.org/officeDocument/2006/relationships/hyperlink" Target="http://www.kinder.ru/" TargetMode="External"/><Relationship Id="rId262" Type="http://schemas.openxmlformats.org/officeDocument/2006/relationships/hyperlink" Target="http://www.sf.mksat.net/vk/krapivin_index.htm" TargetMode="External"/><Relationship Id="rId567" Type="http://schemas.openxmlformats.org/officeDocument/2006/relationships/hyperlink" Target="http://www.school.edu.ru/" TargetMode="External"/><Relationship Id="rId122" Type="http://schemas.openxmlformats.org/officeDocument/2006/relationships/hyperlink" Target="http://school-collection.edu.ru/" TargetMode="External"/><Relationship Id="rId774" Type="http://schemas.openxmlformats.org/officeDocument/2006/relationships/hyperlink" Target="http://fcior.edu.ru/" TargetMode="External"/><Relationship Id="rId981" Type="http://schemas.openxmlformats.org/officeDocument/2006/relationships/hyperlink" Target="http://school-collektion.edu/ru" TargetMode="External"/><Relationship Id="rId427" Type="http://schemas.openxmlformats.org/officeDocument/2006/relationships/hyperlink" Target="http://www.posnayko.com/index.htm" TargetMode="External"/><Relationship Id="rId634" Type="http://schemas.openxmlformats.org/officeDocument/2006/relationships/hyperlink" Target="http://e-skazki.narod.ru/index.html" TargetMode="External"/><Relationship Id="rId841" Type="http://schemas.openxmlformats.org/officeDocument/2006/relationships/hyperlink" Target="http://www.nikitinsky.com.ua/" TargetMode="External"/><Relationship Id="rId273" Type="http://schemas.openxmlformats.org/officeDocument/2006/relationships/hyperlink" Target="http://e-skazki.narod.ru/index.html" TargetMode="External"/><Relationship Id="rId480" Type="http://schemas.openxmlformats.org/officeDocument/2006/relationships/hyperlink" Target="http://school-collection.edu.ru/" TargetMode="External"/><Relationship Id="rId701" Type="http://schemas.openxmlformats.org/officeDocument/2006/relationships/hyperlink" Target="http://school-collection.edu.ru/" TargetMode="External"/><Relationship Id="rId939" Type="http://schemas.openxmlformats.org/officeDocument/2006/relationships/hyperlink" Target="http://www.literatura1.narod.ru/dmitrij_emets.html" TargetMode="External"/><Relationship Id="rId68" Type="http://schemas.openxmlformats.org/officeDocument/2006/relationships/hyperlink" Target="http://murzilka.km.ru/" TargetMode="External"/><Relationship Id="rId133" Type="http://schemas.openxmlformats.org/officeDocument/2006/relationships/hyperlink" Target="http://www.realmusic.ru/" TargetMode="External"/><Relationship Id="rId340" Type="http://schemas.openxmlformats.org/officeDocument/2006/relationships/image" Target="media/image31.png"/><Relationship Id="rId578" Type="http://schemas.openxmlformats.org/officeDocument/2006/relationships/image" Target="media/image48.png"/><Relationship Id="rId785" Type="http://schemas.openxmlformats.org/officeDocument/2006/relationships/image" Target="media/image64.png"/><Relationship Id="rId992" Type="http://schemas.openxmlformats.org/officeDocument/2006/relationships/hyperlink" Target="http://katalog.iot.ru/" TargetMode="External"/><Relationship Id="rId200" Type="http://schemas.openxmlformats.org/officeDocument/2006/relationships/hyperlink" Target="http://www.nachalka.com/biblioteka" TargetMode="External"/><Relationship Id="rId438" Type="http://schemas.openxmlformats.org/officeDocument/2006/relationships/hyperlink" Target="http://school-collektion.edu/ru" TargetMode="External"/><Relationship Id="rId645" Type="http://schemas.openxmlformats.org/officeDocument/2006/relationships/hyperlink" Target="http://www.biblioguide.ru/" TargetMode="External"/><Relationship Id="rId852" Type="http://schemas.openxmlformats.org/officeDocument/2006/relationships/hyperlink" Target="http://barsuk.lenin.ru/" TargetMode="External"/><Relationship Id="rId284" Type="http://schemas.openxmlformats.org/officeDocument/2006/relationships/hyperlink" Target="http://www.biblioguide.ru/" TargetMode="External"/><Relationship Id="rId491" Type="http://schemas.openxmlformats.org/officeDocument/2006/relationships/hyperlink" Target="http://www.vbg.ru/~kvint/im.htm" TargetMode="External"/><Relationship Id="rId505" Type="http://schemas.openxmlformats.org/officeDocument/2006/relationships/hyperlink" Target="http://www.literatura1.narod.ru/dmitrij_emets.html" TargetMode="External"/><Relationship Id="rId712" Type="http://schemas.openxmlformats.org/officeDocument/2006/relationships/hyperlink" Target="http://www.vbg.ru/~kvint/im.htm" TargetMode="External"/><Relationship Id="rId79" Type="http://schemas.openxmlformats.org/officeDocument/2006/relationships/hyperlink" Target="http://www.cofe.ru/read-ka/" TargetMode="External"/><Relationship Id="rId144" Type="http://schemas.openxmlformats.org/officeDocument/2006/relationships/hyperlink" Target="http://www.literatura1.narod.ru/dmitrij_emets.html" TargetMode="External"/><Relationship Id="rId589" Type="http://schemas.openxmlformats.org/officeDocument/2006/relationships/hyperlink" Target="https://www.uchportal.ru/load/47-2-2" TargetMode="External"/><Relationship Id="rId796" Type="http://schemas.openxmlformats.org/officeDocument/2006/relationships/hyperlink" Target="http://catalog.iot.ru/" TargetMode="External"/><Relationship Id="rId351" Type="http://schemas.openxmlformats.org/officeDocument/2006/relationships/hyperlink" Target="http://school-collection.edu.ru/" TargetMode="External"/><Relationship Id="rId449" Type="http://schemas.openxmlformats.org/officeDocument/2006/relationships/hyperlink" Target="http://fcior.edu.ru/" TargetMode="External"/><Relationship Id="rId656" Type="http://schemas.openxmlformats.org/officeDocument/2006/relationships/hyperlink" Target="http://www.posnayko.com/index.htm" TargetMode="External"/><Relationship Id="rId863" Type="http://schemas.openxmlformats.org/officeDocument/2006/relationships/hyperlink" Target="http://murzilka.km.ru/" TargetMode="External"/><Relationship Id="rId211" Type="http://schemas.openxmlformats.org/officeDocument/2006/relationships/hyperlink" Target="http://www.edu.ru/" TargetMode="External"/><Relationship Id="rId295" Type="http://schemas.openxmlformats.org/officeDocument/2006/relationships/hyperlink" Target="http://vkids.km.ru/" TargetMode="External"/><Relationship Id="rId309" Type="http://schemas.openxmlformats.org/officeDocument/2006/relationships/image" Target="media/image27.png"/><Relationship Id="rId516" Type="http://schemas.openxmlformats.org/officeDocument/2006/relationships/hyperlink" Target="http://www.kinder.ru/" TargetMode="External"/><Relationship Id="rId723" Type="http://schemas.openxmlformats.org/officeDocument/2006/relationships/hyperlink" Target="http://www.sf.mksat.net/vk/krapivin_index.htm" TargetMode="External"/><Relationship Id="rId930" Type="http://schemas.openxmlformats.org/officeDocument/2006/relationships/hyperlink" Target="http://www.jokeclub.ru/" TargetMode="External"/><Relationship Id="rId1006" Type="http://schemas.openxmlformats.org/officeDocument/2006/relationships/hyperlink" Target="http://www.edu.ru/" TargetMode="External"/><Relationship Id="rId155" Type="http://schemas.openxmlformats.org/officeDocument/2006/relationships/hyperlink" Target="http://www.kinder.ru/" TargetMode="External"/><Relationship Id="rId362" Type="http://schemas.openxmlformats.org/officeDocument/2006/relationships/image" Target="media/image33.png"/><Relationship Id="rId222" Type="http://schemas.openxmlformats.org/officeDocument/2006/relationships/image" Target="media/image12.jpeg"/><Relationship Id="rId667" Type="http://schemas.openxmlformats.org/officeDocument/2006/relationships/hyperlink" Target="http://school-collektion.edu/ru" TargetMode="External"/><Relationship Id="rId874" Type="http://schemas.openxmlformats.org/officeDocument/2006/relationships/hyperlink" Target="http://www.cofe.ru/read-ka/" TargetMode="External"/><Relationship Id="rId17" Type="http://schemas.openxmlformats.org/officeDocument/2006/relationships/hyperlink" Target="http://school-collection.edu.ru/" TargetMode="External"/><Relationship Id="rId527" Type="http://schemas.openxmlformats.org/officeDocument/2006/relationships/hyperlink" Target="http://www.kostyor.ru/archives.html" TargetMode="External"/><Relationship Id="rId734" Type="http://schemas.openxmlformats.org/officeDocument/2006/relationships/hyperlink" Target="http://e-skazki.narod.ru/index.html" TargetMode="External"/><Relationship Id="rId941" Type="http://schemas.openxmlformats.org/officeDocument/2006/relationships/hyperlink" Target="http://www.nikitinsky.com.ua/" TargetMode="External"/><Relationship Id="rId70" Type="http://schemas.openxmlformats.org/officeDocument/2006/relationships/hyperlink" Target="http://murzilka.km.ru/" TargetMode="External"/><Relationship Id="rId166" Type="http://schemas.openxmlformats.org/officeDocument/2006/relationships/hyperlink" Target="http://www.kostyor.ru/archives.html" TargetMode="External"/><Relationship Id="rId373" Type="http://schemas.openxmlformats.org/officeDocument/2006/relationships/hyperlink" Target="http://school-collection.edu.ru/" TargetMode="External"/><Relationship Id="rId580" Type="http://schemas.openxmlformats.org/officeDocument/2006/relationships/image" Target="media/image50.jpg"/><Relationship Id="rId801" Type="http://schemas.openxmlformats.org/officeDocument/2006/relationships/hyperlink" Target="http://www.school.edu.ru/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23.png"/><Relationship Id="rId440" Type="http://schemas.openxmlformats.org/officeDocument/2006/relationships/hyperlink" Target="http://school-collektion.edu/ru" TargetMode="External"/><Relationship Id="rId678" Type="http://schemas.openxmlformats.org/officeDocument/2006/relationships/hyperlink" Target="http://katalog.iot.ru/" TargetMode="External"/><Relationship Id="rId885" Type="http://schemas.openxmlformats.org/officeDocument/2006/relationships/hyperlink" Target="http://school-collektion.edu/ru" TargetMode="External"/><Relationship Id="rId28" Type="http://schemas.openxmlformats.org/officeDocument/2006/relationships/hyperlink" Target="http://www.vbg.ru/~kvint/im.htm" TargetMode="External"/><Relationship Id="rId300" Type="http://schemas.openxmlformats.org/officeDocument/2006/relationships/hyperlink" Target="http://www.cofe.ru/read-ka/" TargetMode="External"/><Relationship Id="rId538" Type="http://schemas.openxmlformats.org/officeDocument/2006/relationships/hyperlink" Target="http://www.posnayko.com/index.htm" TargetMode="External"/><Relationship Id="rId745" Type="http://schemas.openxmlformats.org/officeDocument/2006/relationships/hyperlink" Target="http://www.biblioguide.ru/" TargetMode="External"/><Relationship Id="rId952" Type="http://schemas.openxmlformats.org/officeDocument/2006/relationships/hyperlink" Target="http://www.kinder.ru/" TargetMode="External"/><Relationship Id="rId81" Type="http://schemas.openxmlformats.org/officeDocument/2006/relationships/hyperlink" Target="http://www.cofe.ru/read-ka/" TargetMode="External"/><Relationship Id="rId177" Type="http://schemas.openxmlformats.org/officeDocument/2006/relationships/hyperlink" Target="http://www.posnayko.com/index.htm" TargetMode="External"/><Relationship Id="rId384" Type="http://schemas.openxmlformats.org/officeDocument/2006/relationships/hyperlink" Target="http://www.realmusic.ru/" TargetMode="External"/><Relationship Id="rId591" Type="http://schemas.openxmlformats.org/officeDocument/2006/relationships/hyperlink" Target="http://school-collection.edu.ru/" TargetMode="External"/><Relationship Id="rId605" Type="http://schemas.openxmlformats.org/officeDocument/2006/relationships/hyperlink" Target="http://www.realmusic.ru/" TargetMode="External"/><Relationship Id="rId812" Type="http://schemas.openxmlformats.org/officeDocument/2006/relationships/hyperlink" Target="http://school-collection.edu.ru/" TargetMode="External"/><Relationship Id="rId244" Type="http://schemas.openxmlformats.org/officeDocument/2006/relationships/hyperlink" Target="http://school-collection.edu.ru/" TargetMode="External"/><Relationship Id="rId689" Type="http://schemas.openxmlformats.org/officeDocument/2006/relationships/hyperlink" Target="http://www.school.edu.ru/" TargetMode="External"/><Relationship Id="rId896" Type="http://schemas.openxmlformats.org/officeDocument/2006/relationships/hyperlink" Target="http://www.metodkabinet.eu/" TargetMode="External"/><Relationship Id="rId39" Type="http://schemas.openxmlformats.org/officeDocument/2006/relationships/hyperlink" Target="http://www.sf.mksat.net/vk/krapivin_index.htm" TargetMode="External"/><Relationship Id="rId451" Type="http://schemas.openxmlformats.org/officeDocument/2006/relationships/hyperlink" Target="http://katalog.iot.ru/" TargetMode="External"/><Relationship Id="rId549" Type="http://schemas.openxmlformats.org/officeDocument/2006/relationships/hyperlink" Target="http://school-collektion.edu/ru" TargetMode="External"/><Relationship Id="rId756" Type="http://schemas.openxmlformats.org/officeDocument/2006/relationships/hyperlink" Target="http://www.posnayko.com/index.htm" TargetMode="External"/><Relationship Id="rId104" Type="http://schemas.openxmlformats.org/officeDocument/2006/relationships/hyperlink" Target="http://catalog.iot.ru/" TargetMode="External"/><Relationship Id="rId188" Type="http://schemas.openxmlformats.org/officeDocument/2006/relationships/hyperlink" Target="http://school-collektion.edu/ru" TargetMode="External"/><Relationship Id="rId311" Type="http://schemas.openxmlformats.org/officeDocument/2006/relationships/hyperlink" Target="http://windows.edu/ru" TargetMode="External"/><Relationship Id="rId395" Type="http://schemas.openxmlformats.org/officeDocument/2006/relationships/hyperlink" Target="http://www.literatura1.narod.ru/dmitrij_emets.html" TargetMode="External"/><Relationship Id="rId409" Type="http://schemas.openxmlformats.org/officeDocument/2006/relationships/hyperlink" Target="http://www.kinder.ru/" TargetMode="External"/><Relationship Id="rId963" Type="http://schemas.openxmlformats.org/officeDocument/2006/relationships/hyperlink" Target="http://murzilka.km.ru/" TargetMode="External"/><Relationship Id="rId92" Type="http://schemas.openxmlformats.org/officeDocument/2006/relationships/hyperlink" Target="http://fcior.edu.ru/" TargetMode="External"/><Relationship Id="rId616" Type="http://schemas.openxmlformats.org/officeDocument/2006/relationships/image" Target="media/image55.png"/><Relationship Id="rId823" Type="http://schemas.openxmlformats.org/officeDocument/2006/relationships/hyperlink" Target="http://internet.chgk.info/" TargetMode="External"/><Relationship Id="rId255" Type="http://schemas.openxmlformats.org/officeDocument/2006/relationships/hyperlink" Target="http://www.realmusic.ru/" TargetMode="External"/><Relationship Id="rId462" Type="http://schemas.openxmlformats.org/officeDocument/2006/relationships/hyperlink" Target="http://www.school.edu.ru/" TargetMode="External"/><Relationship Id="rId115" Type="http://schemas.openxmlformats.org/officeDocument/2006/relationships/hyperlink" Target="https://www.uchportal.ru/load/47-2-2" TargetMode="External"/><Relationship Id="rId322" Type="http://schemas.openxmlformats.org/officeDocument/2006/relationships/hyperlink" Target="http://fcior.edu.ru/" TargetMode="External"/><Relationship Id="rId767" Type="http://schemas.openxmlformats.org/officeDocument/2006/relationships/hyperlink" Target="http://school-collektion.edu/ru" TargetMode="External"/><Relationship Id="rId974" Type="http://schemas.openxmlformats.org/officeDocument/2006/relationships/hyperlink" Target="http://www.cofe.ru/read-ka/" TargetMode="External"/><Relationship Id="rId199" Type="http://schemas.openxmlformats.org/officeDocument/2006/relationships/hyperlink" Target="http://www.nachalka.com/biblioteka" TargetMode="External"/><Relationship Id="rId627" Type="http://schemas.openxmlformats.org/officeDocument/2006/relationships/hyperlink" Target="http://www.nikitinsky.com.ua/" TargetMode="External"/><Relationship Id="rId834" Type="http://schemas.openxmlformats.org/officeDocument/2006/relationships/hyperlink" Target="http://www.sf.mksat.net/vk/krapivin_index.htm" TargetMode="External"/><Relationship Id="rId266" Type="http://schemas.openxmlformats.org/officeDocument/2006/relationships/hyperlink" Target="http://www.literatura1.narod.ru/dmitrij_emets.html" TargetMode="External"/><Relationship Id="rId473" Type="http://schemas.openxmlformats.org/officeDocument/2006/relationships/hyperlink" Target="https://www.uchportal.ru/load/47-2-2" TargetMode="External"/><Relationship Id="rId680" Type="http://schemas.openxmlformats.org/officeDocument/2006/relationships/hyperlink" Target="http://www.nachalka.com/biblioteka" TargetMode="External"/><Relationship Id="rId901" Type="http://schemas.openxmlformats.org/officeDocument/2006/relationships/hyperlink" Target="http://www.school.edu.ru/" TargetMode="External"/><Relationship Id="rId30" Type="http://schemas.openxmlformats.org/officeDocument/2006/relationships/hyperlink" Target="http://www.realmusic.ru/" TargetMode="External"/><Relationship Id="rId126" Type="http://schemas.openxmlformats.org/officeDocument/2006/relationships/hyperlink" Target="http://um-razum.ru/load/uchebnye_prezentacii/nachalnaja_shkola/18" TargetMode="External"/><Relationship Id="rId333" Type="http://schemas.openxmlformats.org/officeDocument/2006/relationships/hyperlink" Target="http://www.school.edu.ru/" TargetMode="External"/><Relationship Id="rId540" Type="http://schemas.openxmlformats.org/officeDocument/2006/relationships/hyperlink" Target="http://www.cofe.ru/read-ka/" TargetMode="External"/><Relationship Id="rId778" Type="http://schemas.openxmlformats.org/officeDocument/2006/relationships/hyperlink" Target="http://katalog.iot.ru/" TargetMode="External"/><Relationship Id="rId985" Type="http://schemas.openxmlformats.org/officeDocument/2006/relationships/hyperlink" Target="http://school-collektion.edu/ru" TargetMode="External"/><Relationship Id="rId638" Type="http://schemas.openxmlformats.org/officeDocument/2006/relationships/hyperlink" Target="http://www.kinder.ru/" TargetMode="External"/><Relationship Id="rId845" Type="http://schemas.openxmlformats.org/officeDocument/2006/relationships/hyperlink" Target="http://e-skazki.narod.ru/index.html" TargetMode="External"/><Relationship Id="rId277" Type="http://schemas.openxmlformats.org/officeDocument/2006/relationships/hyperlink" Target="http://www.kinder.ru/" TargetMode="External"/><Relationship Id="rId400" Type="http://schemas.openxmlformats.org/officeDocument/2006/relationships/hyperlink" Target="http://www.nikitinsky.com.ua/" TargetMode="External"/><Relationship Id="rId484" Type="http://schemas.openxmlformats.org/officeDocument/2006/relationships/hyperlink" Target="http://um-razum.ru/load/uchebnye_prezentacii/nachalnaja_shkola/18" TargetMode="External"/><Relationship Id="rId705" Type="http://schemas.openxmlformats.org/officeDocument/2006/relationships/hyperlink" Target="http://um-razum.ru/load/uchebnye_prezentacii/nachalnaja_shkola/18" TargetMode="External"/><Relationship Id="rId137" Type="http://schemas.openxmlformats.org/officeDocument/2006/relationships/hyperlink" Target="http://www.mccme.ru/~dima/erunda/naoborot/index.htm" TargetMode="External"/><Relationship Id="rId344" Type="http://schemas.openxmlformats.org/officeDocument/2006/relationships/hyperlink" Target="https://www.uchportal.ru/load/47-2-2" TargetMode="External"/><Relationship Id="rId691" Type="http://schemas.openxmlformats.org/officeDocument/2006/relationships/hyperlink" Target="http://www.edu.ru/" TargetMode="External"/><Relationship Id="rId789" Type="http://schemas.openxmlformats.org/officeDocument/2006/relationships/image" Target="media/image68.png"/><Relationship Id="rId912" Type="http://schemas.openxmlformats.org/officeDocument/2006/relationships/hyperlink" Target="https://www.uchportal.ru/load/47-2-2" TargetMode="External"/><Relationship Id="rId996" Type="http://schemas.openxmlformats.org/officeDocument/2006/relationships/hyperlink" Target="http://www.metodkabinet.eu/" TargetMode="External"/><Relationship Id="rId41" Type="http://schemas.openxmlformats.org/officeDocument/2006/relationships/hyperlink" Target="http://www.literatura1.narod.ru/dmitrij_emets.html" TargetMode="External"/><Relationship Id="rId551" Type="http://schemas.openxmlformats.org/officeDocument/2006/relationships/hyperlink" Target="http://school-collektion.edu/ru" TargetMode="External"/><Relationship Id="rId649" Type="http://schemas.openxmlformats.org/officeDocument/2006/relationships/hyperlink" Target="http://murzilka.km.ru/" TargetMode="External"/><Relationship Id="rId856" Type="http://schemas.openxmlformats.org/officeDocument/2006/relationships/hyperlink" Target="http://www.biblioguide.ru/" TargetMode="External"/><Relationship Id="rId190" Type="http://schemas.openxmlformats.org/officeDocument/2006/relationships/hyperlink" Target="http://school-collektion.edu/ru" TargetMode="External"/><Relationship Id="rId204" Type="http://schemas.openxmlformats.org/officeDocument/2006/relationships/hyperlink" Target="http://catalog.iot.ru/" TargetMode="External"/><Relationship Id="rId288" Type="http://schemas.openxmlformats.org/officeDocument/2006/relationships/hyperlink" Target="http://www.kostyor.ru/archives.html" TargetMode="External"/><Relationship Id="rId411" Type="http://schemas.openxmlformats.org/officeDocument/2006/relationships/hyperlink" Target="http://barsuk.lenin.ru/" TargetMode="External"/><Relationship Id="rId509" Type="http://schemas.openxmlformats.org/officeDocument/2006/relationships/hyperlink" Target="http://www.nikitinsky.com.ua/" TargetMode="External"/><Relationship Id="rId106" Type="http://schemas.openxmlformats.org/officeDocument/2006/relationships/hyperlink" Target="http://www.school.edu.ru/" TargetMode="External"/><Relationship Id="rId313" Type="http://schemas.openxmlformats.org/officeDocument/2006/relationships/hyperlink" Target="http://school-collektion.edu/ru" TargetMode="External"/><Relationship Id="rId495" Type="http://schemas.openxmlformats.org/officeDocument/2006/relationships/hyperlink" Target="http://www.jokeclub.ru/" TargetMode="External"/><Relationship Id="rId716" Type="http://schemas.openxmlformats.org/officeDocument/2006/relationships/hyperlink" Target="http://www.jokeclub.ru/" TargetMode="External"/><Relationship Id="rId758" Type="http://schemas.openxmlformats.org/officeDocument/2006/relationships/hyperlink" Target="http://www.posnayko.com/index.htm" TargetMode="External"/><Relationship Id="rId923" Type="http://schemas.openxmlformats.org/officeDocument/2006/relationships/hyperlink" Target="http://internet.chgk.info/" TargetMode="External"/><Relationship Id="rId965" Type="http://schemas.openxmlformats.org/officeDocument/2006/relationships/hyperlink" Target="http://murzilka.km.ru/" TargetMode="External"/><Relationship Id="rId10" Type="http://schemas.openxmlformats.org/officeDocument/2006/relationships/hyperlink" Target="https://www.uchportal.ru/load/47-2-2" TargetMode="External"/><Relationship Id="rId52" Type="http://schemas.openxmlformats.org/officeDocument/2006/relationships/hyperlink" Target="http://e-skazki.narod.ru/index.html" TargetMode="External"/><Relationship Id="rId94" Type="http://schemas.openxmlformats.org/officeDocument/2006/relationships/hyperlink" Target="http://fcior.edu.ru/" TargetMode="External"/><Relationship Id="rId148" Type="http://schemas.openxmlformats.org/officeDocument/2006/relationships/hyperlink" Target="http://www.nikitinsky.com.ua/" TargetMode="External"/><Relationship Id="rId355" Type="http://schemas.openxmlformats.org/officeDocument/2006/relationships/hyperlink" Target="http://um-razum.ru/load/uchebnye_prezentacii/nachalnaja_shkola/18" TargetMode="External"/><Relationship Id="rId397" Type="http://schemas.openxmlformats.org/officeDocument/2006/relationships/hyperlink" Target="http://www.literatura1.narod.ru/dmitrij_emets.html" TargetMode="External"/><Relationship Id="rId520" Type="http://schemas.openxmlformats.org/officeDocument/2006/relationships/hyperlink" Target="http://barsuk.lenin.ru/" TargetMode="External"/><Relationship Id="rId562" Type="http://schemas.openxmlformats.org/officeDocument/2006/relationships/hyperlink" Target="http://www.metodkabinet.eu/" TargetMode="External"/><Relationship Id="rId618" Type="http://schemas.openxmlformats.org/officeDocument/2006/relationships/image" Target="media/image57.png"/><Relationship Id="rId825" Type="http://schemas.openxmlformats.org/officeDocument/2006/relationships/hyperlink" Target="http://www.vbg.ru/~kvint/im.htm" TargetMode="External"/><Relationship Id="rId215" Type="http://schemas.openxmlformats.org/officeDocument/2006/relationships/image" Target="media/image5.png"/><Relationship Id="rId257" Type="http://schemas.openxmlformats.org/officeDocument/2006/relationships/hyperlink" Target="http://www.jokeclub.ru/" TargetMode="External"/><Relationship Id="rId422" Type="http://schemas.openxmlformats.org/officeDocument/2006/relationships/hyperlink" Target="http://murzilka.km.ru/" TargetMode="External"/><Relationship Id="rId464" Type="http://schemas.openxmlformats.org/officeDocument/2006/relationships/hyperlink" Target="http://www.edu.ru/" TargetMode="External"/><Relationship Id="rId867" Type="http://schemas.openxmlformats.org/officeDocument/2006/relationships/hyperlink" Target="http://vkids.km.ru/" TargetMode="External"/><Relationship Id="rId1010" Type="http://schemas.openxmlformats.org/officeDocument/2006/relationships/theme" Target="theme/theme1.xml"/><Relationship Id="rId299" Type="http://schemas.openxmlformats.org/officeDocument/2006/relationships/hyperlink" Target="http://www.posnayko.com/index.htm" TargetMode="External"/><Relationship Id="rId727" Type="http://schemas.openxmlformats.org/officeDocument/2006/relationships/hyperlink" Target="http://www.nikitinsky.com.ua/" TargetMode="External"/><Relationship Id="rId934" Type="http://schemas.openxmlformats.org/officeDocument/2006/relationships/hyperlink" Target="http://www.sf.mksat.net/vk/krapivin_index.htm" TargetMode="External"/><Relationship Id="rId63" Type="http://schemas.openxmlformats.org/officeDocument/2006/relationships/hyperlink" Target="http://www.biblioguide.ru/" TargetMode="External"/><Relationship Id="rId159" Type="http://schemas.openxmlformats.org/officeDocument/2006/relationships/hyperlink" Target="http://barsuk.lenin.ru/" TargetMode="External"/><Relationship Id="rId366" Type="http://schemas.openxmlformats.org/officeDocument/2006/relationships/hyperlink" Target="https://www.uchportal.ru/load/47-2-2" TargetMode="External"/><Relationship Id="rId573" Type="http://schemas.openxmlformats.org/officeDocument/2006/relationships/image" Target="media/image43.png"/><Relationship Id="rId780" Type="http://schemas.openxmlformats.org/officeDocument/2006/relationships/hyperlink" Target="http://www.nachalka.com/biblioteka" TargetMode="External"/><Relationship Id="rId226" Type="http://schemas.openxmlformats.org/officeDocument/2006/relationships/image" Target="media/image16.jpg"/><Relationship Id="rId433" Type="http://schemas.openxmlformats.org/officeDocument/2006/relationships/hyperlink" Target="http://www.cofe.ru/read-ka/" TargetMode="External"/><Relationship Id="rId878" Type="http://schemas.openxmlformats.org/officeDocument/2006/relationships/hyperlink" Target="http://windows.edu/ru" TargetMode="External"/><Relationship Id="rId640" Type="http://schemas.openxmlformats.org/officeDocument/2006/relationships/hyperlink" Target="http://barsuk.lenin.ru/" TargetMode="External"/><Relationship Id="rId738" Type="http://schemas.openxmlformats.org/officeDocument/2006/relationships/hyperlink" Target="http://www.kinder.ru/" TargetMode="External"/><Relationship Id="rId945" Type="http://schemas.openxmlformats.org/officeDocument/2006/relationships/hyperlink" Target="http://e-skazki.narod.ru/index.html" TargetMode="External"/><Relationship Id="rId74" Type="http://schemas.openxmlformats.org/officeDocument/2006/relationships/hyperlink" Target="http://vkids.km.ru/" TargetMode="External"/><Relationship Id="rId377" Type="http://schemas.openxmlformats.org/officeDocument/2006/relationships/hyperlink" Target="http://um-razum.ru/load/uchebnye_prezentacii/nachalnaja_shkola/18" TargetMode="External"/><Relationship Id="rId500" Type="http://schemas.openxmlformats.org/officeDocument/2006/relationships/hyperlink" Target="http://www.sf.mksat.net/vk/krapivin_index.htm" TargetMode="External"/><Relationship Id="rId584" Type="http://schemas.openxmlformats.org/officeDocument/2006/relationships/image" Target="media/image54.png"/><Relationship Id="rId805" Type="http://schemas.openxmlformats.org/officeDocument/2006/relationships/image" Target="media/image75.png"/><Relationship Id="rId5" Type="http://schemas.openxmlformats.org/officeDocument/2006/relationships/webSettings" Target="webSettings.xml"/><Relationship Id="rId237" Type="http://schemas.openxmlformats.org/officeDocument/2006/relationships/hyperlink" Target="https://www.uchportal.ru/load/47-2-2" TargetMode="External"/><Relationship Id="rId791" Type="http://schemas.openxmlformats.org/officeDocument/2006/relationships/image" Target="media/image70.png"/><Relationship Id="rId889" Type="http://schemas.openxmlformats.org/officeDocument/2006/relationships/hyperlink" Target="http://fcior.edu.ru/" TargetMode="External"/><Relationship Id="rId444" Type="http://schemas.openxmlformats.org/officeDocument/2006/relationships/image" Target="media/image34.png"/><Relationship Id="rId651" Type="http://schemas.openxmlformats.org/officeDocument/2006/relationships/hyperlink" Target="http://murzilka.km.ru/" TargetMode="External"/><Relationship Id="rId749" Type="http://schemas.openxmlformats.org/officeDocument/2006/relationships/hyperlink" Target="http://murzilka.km.ru/" TargetMode="External"/><Relationship Id="rId290" Type="http://schemas.openxmlformats.org/officeDocument/2006/relationships/hyperlink" Target="http://murzilka.km.ru/" TargetMode="External"/><Relationship Id="rId304" Type="http://schemas.openxmlformats.org/officeDocument/2006/relationships/hyperlink" Target="http://www.cofe.ru/read-ka/" TargetMode="External"/><Relationship Id="rId388" Type="http://schemas.openxmlformats.org/officeDocument/2006/relationships/hyperlink" Target="http://www.mccme.ru/~dima/erunda/naoborot/index.htm" TargetMode="External"/><Relationship Id="rId511" Type="http://schemas.openxmlformats.org/officeDocument/2006/relationships/hyperlink" Target="http://e-skazki.narod.ru/index.html" TargetMode="External"/><Relationship Id="rId609" Type="http://schemas.openxmlformats.org/officeDocument/2006/relationships/hyperlink" Target="http://www.mccme.ru/~dima/erunda/naoborot/index.htm" TargetMode="External"/><Relationship Id="rId956" Type="http://schemas.openxmlformats.org/officeDocument/2006/relationships/hyperlink" Target="http://www.biblioguide.ru/" TargetMode="External"/><Relationship Id="rId85" Type="http://schemas.openxmlformats.org/officeDocument/2006/relationships/hyperlink" Target="http://windows.edu/ru" TargetMode="External"/><Relationship Id="rId150" Type="http://schemas.openxmlformats.org/officeDocument/2006/relationships/hyperlink" Target="http://e-skazki.narod.ru/index.html" TargetMode="External"/><Relationship Id="rId595" Type="http://schemas.openxmlformats.org/officeDocument/2006/relationships/hyperlink" Target="http://school-collection.edu.ru/" TargetMode="External"/><Relationship Id="rId816" Type="http://schemas.openxmlformats.org/officeDocument/2006/relationships/hyperlink" Target="http://school-collection.edu.ru/" TargetMode="External"/><Relationship Id="rId1001" Type="http://schemas.openxmlformats.org/officeDocument/2006/relationships/hyperlink" Target="http://www.school.edu.ru/" TargetMode="External"/><Relationship Id="rId248" Type="http://schemas.openxmlformats.org/officeDocument/2006/relationships/hyperlink" Target="http://um-razum.ru/load/uchebnye_prezentacii/nachalnaja_shkola/18" TargetMode="External"/><Relationship Id="rId455" Type="http://schemas.openxmlformats.org/officeDocument/2006/relationships/hyperlink" Target="http://www.metodkabinet.eu/" TargetMode="External"/><Relationship Id="rId662" Type="http://schemas.openxmlformats.org/officeDocument/2006/relationships/hyperlink" Target="http://www.cofe.ru/read-ka/" TargetMode="External"/><Relationship Id="rId12" Type="http://schemas.openxmlformats.org/officeDocument/2006/relationships/hyperlink" Target="https://www.uchportal.ru/load/47-2-2" TargetMode="External"/><Relationship Id="rId108" Type="http://schemas.openxmlformats.org/officeDocument/2006/relationships/hyperlink" Target="http://www.school.edu.ru/" TargetMode="External"/><Relationship Id="rId315" Type="http://schemas.openxmlformats.org/officeDocument/2006/relationships/hyperlink" Target="http://school-collektion.edu/ru" TargetMode="External"/><Relationship Id="rId522" Type="http://schemas.openxmlformats.org/officeDocument/2006/relationships/hyperlink" Target="http://www.biblioguide.ru/" TargetMode="External"/><Relationship Id="rId967" Type="http://schemas.openxmlformats.org/officeDocument/2006/relationships/hyperlink" Target="http://vkids.km.ru/" TargetMode="External"/><Relationship Id="rId96" Type="http://schemas.openxmlformats.org/officeDocument/2006/relationships/hyperlink" Target="http://fcior.edu.ru/" TargetMode="External"/><Relationship Id="rId161" Type="http://schemas.openxmlformats.org/officeDocument/2006/relationships/hyperlink" Target="http://www.biblioguide.ru/" TargetMode="External"/><Relationship Id="rId399" Type="http://schemas.openxmlformats.org/officeDocument/2006/relationships/hyperlink" Target="http://www.nikitinsky.com.ua/" TargetMode="External"/><Relationship Id="rId827" Type="http://schemas.openxmlformats.org/officeDocument/2006/relationships/hyperlink" Target="http://www.realmusic.ru/" TargetMode="External"/><Relationship Id="rId259" Type="http://schemas.openxmlformats.org/officeDocument/2006/relationships/hyperlink" Target="http://www.mccme.ru/~dima/erunda/naoborot/index.htm" TargetMode="External"/><Relationship Id="rId466" Type="http://schemas.openxmlformats.org/officeDocument/2006/relationships/image" Target="media/image36.png"/><Relationship Id="rId673" Type="http://schemas.openxmlformats.org/officeDocument/2006/relationships/hyperlink" Target="http://fcior.edu.ru/" TargetMode="External"/><Relationship Id="rId880" Type="http://schemas.openxmlformats.org/officeDocument/2006/relationships/hyperlink" Target="http://school-collektion.edu/ru" TargetMode="External"/><Relationship Id="rId23" Type="http://schemas.openxmlformats.org/officeDocument/2006/relationships/hyperlink" Target="http://um-razum.ru/load/uchebnye_prezentacii/nachalnaja_shkola/18" TargetMode="External"/><Relationship Id="rId119" Type="http://schemas.openxmlformats.org/officeDocument/2006/relationships/hyperlink" Target="http://school-collection.edu.ru/" TargetMode="External"/><Relationship Id="rId326" Type="http://schemas.openxmlformats.org/officeDocument/2006/relationships/hyperlink" Target="http://www.nachalka.com/biblioteka" TargetMode="External"/><Relationship Id="rId533" Type="http://schemas.openxmlformats.org/officeDocument/2006/relationships/hyperlink" Target="http://vkids.km.ru/" TargetMode="External"/><Relationship Id="rId978" Type="http://schemas.openxmlformats.org/officeDocument/2006/relationships/hyperlink" Target="http://www.cofe.ru/read-ka/" TargetMode="External"/><Relationship Id="rId740" Type="http://schemas.openxmlformats.org/officeDocument/2006/relationships/hyperlink" Target="http://barsuk.lenin.ru/" TargetMode="External"/><Relationship Id="rId838" Type="http://schemas.openxmlformats.org/officeDocument/2006/relationships/hyperlink" Target="http://www.literatura1.narod.ru/dmitrij_emets.html" TargetMode="External"/><Relationship Id="rId172" Type="http://schemas.openxmlformats.org/officeDocument/2006/relationships/hyperlink" Target="http://vkids.km.ru/" TargetMode="External"/><Relationship Id="rId477" Type="http://schemas.openxmlformats.org/officeDocument/2006/relationships/hyperlink" Target="https://www.uchportal.ru/load/47-2-2" TargetMode="External"/><Relationship Id="rId600" Type="http://schemas.openxmlformats.org/officeDocument/2006/relationships/hyperlink" Target="http://um-razum.ru/load/uchebnye_prezentacii/nachalnaja_shkola/18" TargetMode="External"/><Relationship Id="rId684" Type="http://schemas.openxmlformats.org/officeDocument/2006/relationships/hyperlink" Target="http://catalog.iot.ru/" TargetMode="External"/><Relationship Id="rId337" Type="http://schemas.openxmlformats.org/officeDocument/2006/relationships/image" Target="media/image28.png"/><Relationship Id="rId891" Type="http://schemas.openxmlformats.org/officeDocument/2006/relationships/hyperlink" Target="http://katalog.iot.ru/" TargetMode="External"/><Relationship Id="rId905" Type="http://schemas.openxmlformats.org/officeDocument/2006/relationships/hyperlink" Target="http://www.edu.ru/" TargetMode="External"/><Relationship Id="rId989" Type="http://schemas.openxmlformats.org/officeDocument/2006/relationships/hyperlink" Target="http://fcior.edu.ru/" TargetMode="External"/><Relationship Id="rId34" Type="http://schemas.openxmlformats.org/officeDocument/2006/relationships/hyperlink" Target="http://www.mccme.ru/~dima/erunda/naoborot/index.htm" TargetMode="External"/><Relationship Id="rId544" Type="http://schemas.openxmlformats.org/officeDocument/2006/relationships/hyperlink" Target="http://www.cofe.ru/read-ka/" TargetMode="External"/><Relationship Id="rId751" Type="http://schemas.openxmlformats.org/officeDocument/2006/relationships/hyperlink" Target="http://murzilka.km.ru/" TargetMode="External"/><Relationship Id="rId849" Type="http://schemas.openxmlformats.org/officeDocument/2006/relationships/hyperlink" Target="http://www.kinder.ru/" TargetMode="External"/><Relationship Id="rId183" Type="http://schemas.openxmlformats.org/officeDocument/2006/relationships/hyperlink" Target="http://www.cofe.ru/read-ka/" TargetMode="External"/><Relationship Id="rId390" Type="http://schemas.openxmlformats.org/officeDocument/2006/relationships/hyperlink" Target="http://www.mccme.ru/~dima/erunda/naoborot/index.htm" TargetMode="External"/><Relationship Id="rId404" Type="http://schemas.openxmlformats.org/officeDocument/2006/relationships/hyperlink" Target="http://e-skazki.narod.ru/index.html" TargetMode="External"/><Relationship Id="rId611" Type="http://schemas.openxmlformats.org/officeDocument/2006/relationships/hyperlink" Target="http://www.mccme.ru/~dima/erunda/naoborot/index.htm" TargetMode="External"/><Relationship Id="rId250" Type="http://schemas.openxmlformats.org/officeDocument/2006/relationships/hyperlink" Target="http://internet.chgk.info/" TargetMode="External"/><Relationship Id="rId488" Type="http://schemas.openxmlformats.org/officeDocument/2006/relationships/hyperlink" Target="http://um-razum.ru/load/uchebnye_prezentacii/nachalnaja_shkola/18" TargetMode="External"/><Relationship Id="rId695" Type="http://schemas.openxmlformats.org/officeDocument/2006/relationships/hyperlink" Target="https://www.uchportal.ru/load/47-2-2" TargetMode="External"/><Relationship Id="rId709" Type="http://schemas.openxmlformats.org/officeDocument/2006/relationships/hyperlink" Target="http://internet.chgk.info/" TargetMode="External"/><Relationship Id="rId916" Type="http://schemas.openxmlformats.org/officeDocument/2006/relationships/hyperlink" Target="http://school-collection.edu.ru/" TargetMode="External"/><Relationship Id="rId45" Type="http://schemas.openxmlformats.org/officeDocument/2006/relationships/hyperlink" Target="http://www.nikitinsky.com.ua/" TargetMode="External"/><Relationship Id="rId110" Type="http://schemas.openxmlformats.org/officeDocument/2006/relationships/hyperlink" Target="http://www.edu.ru/" TargetMode="External"/><Relationship Id="rId348" Type="http://schemas.openxmlformats.org/officeDocument/2006/relationships/hyperlink" Target="http://school-collection.edu.ru/" TargetMode="External"/><Relationship Id="rId555" Type="http://schemas.openxmlformats.org/officeDocument/2006/relationships/hyperlink" Target="http://fcior.edu.ru/" TargetMode="External"/><Relationship Id="rId762" Type="http://schemas.openxmlformats.org/officeDocument/2006/relationships/hyperlink" Target="http://www.cofe.ru/read-ka/" TargetMode="External"/><Relationship Id="rId194" Type="http://schemas.openxmlformats.org/officeDocument/2006/relationships/hyperlink" Target="http://fcior.edu.ru/" TargetMode="External"/><Relationship Id="rId208" Type="http://schemas.openxmlformats.org/officeDocument/2006/relationships/hyperlink" Target="http://www.school.edu.ru/" TargetMode="External"/><Relationship Id="rId415" Type="http://schemas.openxmlformats.org/officeDocument/2006/relationships/hyperlink" Target="http://www.biblioguide.ru/" TargetMode="External"/><Relationship Id="rId622" Type="http://schemas.openxmlformats.org/officeDocument/2006/relationships/image" Target="media/image61.png"/><Relationship Id="rId261" Type="http://schemas.openxmlformats.org/officeDocument/2006/relationships/hyperlink" Target="http://www.sf.mksat.net/vk/krapivin_index.htm" TargetMode="External"/><Relationship Id="rId499" Type="http://schemas.openxmlformats.org/officeDocument/2006/relationships/hyperlink" Target="http://www.mccme.ru/~dima/erunda/naoborot/index.htm" TargetMode="External"/><Relationship Id="rId927" Type="http://schemas.openxmlformats.org/officeDocument/2006/relationships/hyperlink" Target="http://www.realmusic.ru/" TargetMode="External"/><Relationship Id="rId56" Type="http://schemas.openxmlformats.org/officeDocument/2006/relationships/hyperlink" Target="http://www.kinder.ru/" TargetMode="External"/><Relationship Id="rId359" Type="http://schemas.openxmlformats.org/officeDocument/2006/relationships/hyperlink" Target="http://internet.chgk.info/" TargetMode="External"/><Relationship Id="rId566" Type="http://schemas.openxmlformats.org/officeDocument/2006/relationships/hyperlink" Target="http://catalog.iot.ru/" TargetMode="External"/><Relationship Id="rId773" Type="http://schemas.openxmlformats.org/officeDocument/2006/relationships/hyperlink" Target="http://fcior.edu.ru/" TargetMode="External"/><Relationship Id="rId121" Type="http://schemas.openxmlformats.org/officeDocument/2006/relationships/hyperlink" Target="http://school-collection.edu.ru/" TargetMode="External"/><Relationship Id="rId219" Type="http://schemas.openxmlformats.org/officeDocument/2006/relationships/image" Target="media/image9.png"/><Relationship Id="rId426" Type="http://schemas.openxmlformats.org/officeDocument/2006/relationships/hyperlink" Target="http://vkids.km.ru/" TargetMode="External"/><Relationship Id="rId633" Type="http://schemas.openxmlformats.org/officeDocument/2006/relationships/hyperlink" Target="http://e-skazki.narod.ru/index.html" TargetMode="External"/><Relationship Id="rId980" Type="http://schemas.openxmlformats.org/officeDocument/2006/relationships/hyperlink" Target="http://windows.edu/ru" TargetMode="External"/><Relationship Id="rId840" Type="http://schemas.openxmlformats.org/officeDocument/2006/relationships/hyperlink" Target="http://www.nikitinsky.com.ua/" TargetMode="External"/><Relationship Id="rId938" Type="http://schemas.openxmlformats.org/officeDocument/2006/relationships/hyperlink" Target="http://www.literatura1.narod.ru/dmitrij_emets.html" TargetMode="External"/><Relationship Id="rId67" Type="http://schemas.openxmlformats.org/officeDocument/2006/relationships/hyperlink" Target="http://www.kostyor.ru/archives.html" TargetMode="External"/><Relationship Id="rId272" Type="http://schemas.openxmlformats.org/officeDocument/2006/relationships/hyperlink" Target="http://e-skazki.narod.ru/index.html" TargetMode="External"/><Relationship Id="rId577" Type="http://schemas.openxmlformats.org/officeDocument/2006/relationships/image" Target="media/image47.png"/><Relationship Id="rId700" Type="http://schemas.openxmlformats.org/officeDocument/2006/relationships/hyperlink" Target="http://school-collection.edu.ru/" TargetMode="External"/><Relationship Id="rId132" Type="http://schemas.openxmlformats.org/officeDocument/2006/relationships/hyperlink" Target="http://www.realmusic.ru/" TargetMode="External"/><Relationship Id="rId784" Type="http://schemas.openxmlformats.org/officeDocument/2006/relationships/image" Target="media/image63.png"/><Relationship Id="rId991" Type="http://schemas.openxmlformats.org/officeDocument/2006/relationships/hyperlink" Target="http://fcior.edu.ru/" TargetMode="External"/><Relationship Id="rId437" Type="http://schemas.openxmlformats.org/officeDocument/2006/relationships/hyperlink" Target="http://windows.edu/ru" TargetMode="External"/><Relationship Id="rId644" Type="http://schemas.openxmlformats.org/officeDocument/2006/relationships/hyperlink" Target="http://www.biblioguide.ru/" TargetMode="External"/><Relationship Id="rId851" Type="http://schemas.openxmlformats.org/officeDocument/2006/relationships/hyperlink" Target="http://www.kinder.ru/" TargetMode="External"/><Relationship Id="rId283" Type="http://schemas.openxmlformats.org/officeDocument/2006/relationships/hyperlink" Target="http://www.biblioguide.ru/" TargetMode="External"/><Relationship Id="rId490" Type="http://schemas.openxmlformats.org/officeDocument/2006/relationships/hyperlink" Target="http://internet.chgk.info/" TargetMode="External"/><Relationship Id="rId504" Type="http://schemas.openxmlformats.org/officeDocument/2006/relationships/hyperlink" Target="http://www.literatura1.narod.ru/dmitrij_emets.html" TargetMode="External"/><Relationship Id="rId711" Type="http://schemas.openxmlformats.org/officeDocument/2006/relationships/hyperlink" Target="http://www.vbg.ru/~kvint/im.htm" TargetMode="External"/><Relationship Id="rId949" Type="http://schemas.openxmlformats.org/officeDocument/2006/relationships/hyperlink" Target="http://e-skazki.narod.ru/index.html" TargetMode="External"/><Relationship Id="rId78" Type="http://schemas.openxmlformats.org/officeDocument/2006/relationships/hyperlink" Target="http://www.cofe.ru/read-ka/" TargetMode="External"/><Relationship Id="rId143" Type="http://schemas.openxmlformats.org/officeDocument/2006/relationships/hyperlink" Target="http://www.literatura1.narod.ru/dmitrij_emets.html" TargetMode="External"/><Relationship Id="rId350" Type="http://schemas.openxmlformats.org/officeDocument/2006/relationships/hyperlink" Target="http://school-collection.edu.ru/" TargetMode="External"/><Relationship Id="rId588" Type="http://schemas.openxmlformats.org/officeDocument/2006/relationships/hyperlink" Target="https://www.uchportal.ru/load/47-2-2" TargetMode="External"/><Relationship Id="rId795" Type="http://schemas.openxmlformats.org/officeDocument/2006/relationships/image" Target="media/image74.jpeg"/><Relationship Id="rId809" Type="http://schemas.openxmlformats.org/officeDocument/2006/relationships/hyperlink" Target="https://www.uchportal.ru/load/47-2-2" TargetMode="External"/><Relationship Id="rId9" Type="http://schemas.openxmlformats.org/officeDocument/2006/relationships/hyperlink" Target="https://www.uchportal.ru/load/47-2-2" TargetMode="External"/><Relationship Id="rId210" Type="http://schemas.openxmlformats.org/officeDocument/2006/relationships/hyperlink" Target="http://www.school.edu.ru/" TargetMode="External"/><Relationship Id="rId448" Type="http://schemas.openxmlformats.org/officeDocument/2006/relationships/hyperlink" Target="http://fcior.edu.ru/" TargetMode="External"/><Relationship Id="rId655" Type="http://schemas.openxmlformats.org/officeDocument/2006/relationships/hyperlink" Target="http://vkids.km.ru/" TargetMode="External"/><Relationship Id="rId862" Type="http://schemas.openxmlformats.org/officeDocument/2006/relationships/hyperlink" Target="http://murzilka.km.ru/" TargetMode="External"/><Relationship Id="rId294" Type="http://schemas.openxmlformats.org/officeDocument/2006/relationships/hyperlink" Target="http://vkids.km.ru/" TargetMode="External"/><Relationship Id="rId308" Type="http://schemas.openxmlformats.org/officeDocument/2006/relationships/image" Target="media/image26.png"/><Relationship Id="rId515" Type="http://schemas.openxmlformats.org/officeDocument/2006/relationships/hyperlink" Target="http://e-skazki.narod.ru/index.html" TargetMode="External"/><Relationship Id="rId722" Type="http://schemas.openxmlformats.org/officeDocument/2006/relationships/hyperlink" Target="http://www.sf.mksat.net/vk/krapivin_index.htm" TargetMode="External"/><Relationship Id="rId89" Type="http://schemas.openxmlformats.org/officeDocument/2006/relationships/hyperlink" Target="http://school-collektion.edu/ru" TargetMode="External"/><Relationship Id="rId154" Type="http://schemas.openxmlformats.org/officeDocument/2006/relationships/hyperlink" Target="http://e-skazki.narod.ru/index.html" TargetMode="External"/><Relationship Id="rId361" Type="http://schemas.openxmlformats.org/officeDocument/2006/relationships/hyperlink" Target="http://www.vbg.ru/~kvint/im.htm" TargetMode="External"/><Relationship Id="rId599" Type="http://schemas.openxmlformats.org/officeDocument/2006/relationships/hyperlink" Target="http://um-razum.ru/load/uchebnye_prezentacii/nachalnaja_shkola/18" TargetMode="External"/><Relationship Id="rId1005" Type="http://schemas.openxmlformats.org/officeDocument/2006/relationships/hyperlink" Target="http://www.edu.ru/" TargetMode="External"/><Relationship Id="rId459" Type="http://schemas.openxmlformats.org/officeDocument/2006/relationships/hyperlink" Target="http://catalog.iot.ru/" TargetMode="External"/><Relationship Id="rId666" Type="http://schemas.openxmlformats.org/officeDocument/2006/relationships/hyperlink" Target="http://windows.edu/ru" TargetMode="External"/><Relationship Id="rId873" Type="http://schemas.openxmlformats.org/officeDocument/2006/relationships/hyperlink" Target="http://www.cofe.ru/read-ka/" TargetMode="External"/><Relationship Id="rId16" Type="http://schemas.openxmlformats.org/officeDocument/2006/relationships/hyperlink" Target="http://school-collection.edu.ru/" TargetMode="External"/><Relationship Id="rId221" Type="http://schemas.openxmlformats.org/officeDocument/2006/relationships/image" Target="media/image11.png"/><Relationship Id="rId319" Type="http://schemas.openxmlformats.org/officeDocument/2006/relationships/hyperlink" Target="http://fcior.edu.ru/" TargetMode="External"/><Relationship Id="rId526" Type="http://schemas.openxmlformats.org/officeDocument/2006/relationships/hyperlink" Target="http://www.kostyor.ru/archives.html" TargetMode="External"/><Relationship Id="rId733" Type="http://schemas.openxmlformats.org/officeDocument/2006/relationships/hyperlink" Target="http://e-skazki.narod.ru/index.html" TargetMode="External"/><Relationship Id="rId940" Type="http://schemas.openxmlformats.org/officeDocument/2006/relationships/hyperlink" Target="http://www.literatura1.narod.ru/dmitrij_emets.html" TargetMode="External"/><Relationship Id="rId165" Type="http://schemas.openxmlformats.org/officeDocument/2006/relationships/hyperlink" Target="http://www.kostyor.ru/archives.html" TargetMode="External"/><Relationship Id="rId372" Type="http://schemas.openxmlformats.org/officeDocument/2006/relationships/hyperlink" Target="http://school-collection.edu.ru/" TargetMode="External"/><Relationship Id="rId677" Type="http://schemas.openxmlformats.org/officeDocument/2006/relationships/hyperlink" Target="http://fcior.edu.ru/" TargetMode="External"/><Relationship Id="rId800" Type="http://schemas.openxmlformats.org/officeDocument/2006/relationships/hyperlink" Target="http://www.school.edu.ru/" TargetMode="External"/><Relationship Id="rId232" Type="http://schemas.openxmlformats.org/officeDocument/2006/relationships/image" Target="media/image22.png"/><Relationship Id="rId884" Type="http://schemas.openxmlformats.org/officeDocument/2006/relationships/hyperlink" Target="http://school-collektion.edu/ru" TargetMode="External"/><Relationship Id="rId27" Type="http://schemas.openxmlformats.org/officeDocument/2006/relationships/hyperlink" Target="http://www.vbg.ru/~kvint/im.htm" TargetMode="External"/><Relationship Id="rId537" Type="http://schemas.openxmlformats.org/officeDocument/2006/relationships/hyperlink" Target="http://www.posnayko.com/index.htm" TargetMode="External"/><Relationship Id="rId744" Type="http://schemas.openxmlformats.org/officeDocument/2006/relationships/hyperlink" Target="http://www.biblioguide.ru/" TargetMode="External"/><Relationship Id="rId951" Type="http://schemas.openxmlformats.org/officeDocument/2006/relationships/hyperlink" Target="http://www.kinder.ru/" TargetMode="External"/><Relationship Id="rId80" Type="http://schemas.openxmlformats.org/officeDocument/2006/relationships/hyperlink" Target="http://www.cofe.ru/read-ka/" TargetMode="External"/><Relationship Id="rId176" Type="http://schemas.openxmlformats.org/officeDocument/2006/relationships/hyperlink" Target="http://www.posnayko.com/index.htm" TargetMode="External"/><Relationship Id="rId383" Type="http://schemas.openxmlformats.org/officeDocument/2006/relationships/hyperlink" Target="http://www.vbg.ru/~kvint/im.htm" TargetMode="External"/><Relationship Id="rId590" Type="http://schemas.openxmlformats.org/officeDocument/2006/relationships/hyperlink" Target="https://www.uchportal.ru/load/47-2-2" TargetMode="External"/><Relationship Id="rId604" Type="http://schemas.openxmlformats.org/officeDocument/2006/relationships/hyperlink" Target="http://www.vbg.ru/~kvint/im.htm" TargetMode="External"/><Relationship Id="rId811" Type="http://schemas.openxmlformats.org/officeDocument/2006/relationships/hyperlink" Target="https://www.uchportal.ru/load/47-2-2" TargetMode="External"/><Relationship Id="rId243" Type="http://schemas.openxmlformats.org/officeDocument/2006/relationships/hyperlink" Target="http://school-collection.edu.ru/" TargetMode="External"/><Relationship Id="rId450" Type="http://schemas.openxmlformats.org/officeDocument/2006/relationships/hyperlink" Target="http://fcior.edu.ru/" TargetMode="External"/><Relationship Id="rId688" Type="http://schemas.openxmlformats.org/officeDocument/2006/relationships/hyperlink" Target="http://www.school.edu.ru/" TargetMode="External"/><Relationship Id="rId895" Type="http://schemas.openxmlformats.org/officeDocument/2006/relationships/hyperlink" Target="http://www.metodkabinet.eu/" TargetMode="External"/><Relationship Id="rId909" Type="http://schemas.openxmlformats.org/officeDocument/2006/relationships/hyperlink" Target="https://www.uchportal.ru/load/47-2-2" TargetMode="External"/><Relationship Id="rId38" Type="http://schemas.openxmlformats.org/officeDocument/2006/relationships/hyperlink" Target="http://www.sf.mksat.net/vk/krapivin_index.htm" TargetMode="External"/><Relationship Id="rId103" Type="http://schemas.openxmlformats.org/officeDocument/2006/relationships/hyperlink" Target="http://catalog.iot.ru/" TargetMode="External"/><Relationship Id="rId310" Type="http://schemas.openxmlformats.org/officeDocument/2006/relationships/hyperlink" Target="http://windows.edu/ru" TargetMode="External"/><Relationship Id="rId548" Type="http://schemas.openxmlformats.org/officeDocument/2006/relationships/hyperlink" Target="http://school-collektion.edu/ru" TargetMode="External"/><Relationship Id="rId755" Type="http://schemas.openxmlformats.org/officeDocument/2006/relationships/hyperlink" Target="http://vkids.km.ru/" TargetMode="External"/><Relationship Id="rId962" Type="http://schemas.openxmlformats.org/officeDocument/2006/relationships/hyperlink" Target="http://www.kostyor.ru/archives.html" TargetMode="External"/><Relationship Id="rId91" Type="http://schemas.openxmlformats.org/officeDocument/2006/relationships/hyperlink" Target="http://school-collektion.edu/ru" TargetMode="External"/><Relationship Id="rId187" Type="http://schemas.openxmlformats.org/officeDocument/2006/relationships/hyperlink" Target="http://school-collektion.edu/ru" TargetMode="External"/><Relationship Id="rId394" Type="http://schemas.openxmlformats.org/officeDocument/2006/relationships/hyperlink" Target="http://www.sf.mksat.net/vk/krapivin_index.htm" TargetMode="External"/><Relationship Id="rId408" Type="http://schemas.openxmlformats.org/officeDocument/2006/relationships/hyperlink" Target="http://www.kinder.ru/" TargetMode="External"/><Relationship Id="rId615" Type="http://schemas.openxmlformats.org/officeDocument/2006/relationships/hyperlink" Target="http://www.sf.mksat.net/vk/krapivin_index.htm" TargetMode="External"/><Relationship Id="rId822" Type="http://schemas.openxmlformats.org/officeDocument/2006/relationships/hyperlink" Target="http://internet.chgk.info/" TargetMode="External"/><Relationship Id="rId254" Type="http://schemas.openxmlformats.org/officeDocument/2006/relationships/hyperlink" Target="http://www.realmusic.ru/" TargetMode="External"/><Relationship Id="rId699" Type="http://schemas.openxmlformats.org/officeDocument/2006/relationships/hyperlink" Target="http://school-collection.edu.ru/" TargetMode="External"/><Relationship Id="rId49" Type="http://schemas.openxmlformats.org/officeDocument/2006/relationships/hyperlink" Target="http://e-skazki.narod.ru/index.html" TargetMode="External"/><Relationship Id="rId114" Type="http://schemas.openxmlformats.org/officeDocument/2006/relationships/hyperlink" Target="https://www.uchportal.ru/load/47-2-2" TargetMode="External"/><Relationship Id="rId461" Type="http://schemas.openxmlformats.org/officeDocument/2006/relationships/hyperlink" Target="http://www.school.edu.ru/" TargetMode="External"/><Relationship Id="rId559" Type="http://schemas.openxmlformats.org/officeDocument/2006/relationships/hyperlink" Target="http://katalog.iot.ru/" TargetMode="External"/><Relationship Id="rId766" Type="http://schemas.openxmlformats.org/officeDocument/2006/relationships/hyperlink" Target="http://windows.edu/ru" TargetMode="External"/><Relationship Id="rId198" Type="http://schemas.openxmlformats.org/officeDocument/2006/relationships/hyperlink" Target="http://katalog.iot.ru/" TargetMode="External"/><Relationship Id="rId321" Type="http://schemas.openxmlformats.org/officeDocument/2006/relationships/hyperlink" Target="http://fcior.edu.ru/" TargetMode="External"/><Relationship Id="rId419" Type="http://schemas.openxmlformats.org/officeDocument/2006/relationships/hyperlink" Target="http://www.kostyor.ru/archives.html" TargetMode="External"/><Relationship Id="rId626" Type="http://schemas.openxmlformats.org/officeDocument/2006/relationships/hyperlink" Target="http://www.literatura1.narod.ru/dmitrij_emets.html" TargetMode="External"/><Relationship Id="rId973" Type="http://schemas.openxmlformats.org/officeDocument/2006/relationships/hyperlink" Target="http://www.cofe.ru/read-ka/" TargetMode="External"/><Relationship Id="rId833" Type="http://schemas.openxmlformats.org/officeDocument/2006/relationships/hyperlink" Target="http://www.sf.mksat.net/vk/krapivin_index.htm" TargetMode="External"/><Relationship Id="rId265" Type="http://schemas.openxmlformats.org/officeDocument/2006/relationships/hyperlink" Target="http://www.literatura1.narod.ru/dmitrij_emets.html" TargetMode="External"/><Relationship Id="rId472" Type="http://schemas.openxmlformats.org/officeDocument/2006/relationships/image" Target="media/image42.png"/><Relationship Id="rId900" Type="http://schemas.openxmlformats.org/officeDocument/2006/relationships/hyperlink" Target="http://www.school.edu.ru/" TargetMode="External"/><Relationship Id="rId125" Type="http://schemas.openxmlformats.org/officeDocument/2006/relationships/hyperlink" Target="http://um-razum.ru/load/uchebnye_prezentacii/nachalnaja_shkola/18" TargetMode="External"/><Relationship Id="rId332" Type="http://schemas.openxmlformats.org/officeDocument/2006/relationships/hyperlink" Target="http://www.school.edu.ru/" TargetMode="External"/><Relationship Id="rId777" Type="http://schemas.openxmlformats.org/officeDocument/2006/relationships/hyperlink" Target="http://fcior.edu.ru/" TargetMode="External"/><Relationship Id="rId984" Type="http://schemas.openxmlformats.org/officeDocument/2006/relationships/hyperlink" Target="http://school-collektion.edu/ru" TargetMode="External"/><Relationship Id="rId637" Type="http://schemas.openxmlformats.org/officeDocument/2006/relationships/hyperlink" Target="http://www.kinder.ru/" TargetMode="External"/><Relationship Id="rId844" Type="http://schemas.openxmlformats.org/officeDocument/2006/relationships/hyperlink" Target="http://e-skazki.narod.ru/index.html" TargetMode="External"/><Relationship Id="rId276" Type="http://schemas.openxmlformats.org/officeDocument/2006/relationships/hyperlink" Target="http://e-skazki.narod.ru/index.html" TargetMode="External"/><Relationship Id="rId483" Type="http://schemas.openxmlformats.org/officeDocument/2006/relationships/hyperlink" Target="http://school-collection.edu.ru/" TargetMode="External"/><Relationship Id="rId690" Type="http://schemas.openxmlformats.org/officeDocument/2006/relationships/hyperlink" Target="http://www.edu.ru/" TargetMode="External"/><Relationship Id="rId704" Type="http://schemas.openxmlformats.org/officeDocument/2006/relationships/hyperlink" Target="http://um-razum.ru/load/uchebnye_prezentacii/nachalnaja_shkola/18" TargetMode="External"/><Relationship Id="rId911" Type="http://schemas.openxmlformats.org/officeDocument/2006/relationships/hyperlink" Target="https://www.uchportal.ru/load/47-2-2" TargetMode="External"/><Relationship Id="rId40" Type="http://schemas.openxmlformats.org/officeDocument/2006/relationships/hyperlink" Target="http://www.literatura1.narod.ru/dmitrij_emets.html" TargetMode="External"/><Relationship Id="rId136" Type="http://schemas.openxmlformats.org/officeDocument/2006/relationships/hyperlink" Target="http://www.mccme.ru/~dima/erunda/naoborot/index.htm" TargetMode="External"/><Relationship Id="rId343" Type="http://schemas.openxmlformats.org/officeDocument/2006/relationships/hyperlink" Target="https://www.uchportal.ru/load/47-2-2" TargetMode="External"/><Relationship Id="rId550" Type="http://schemas.openxmlformats.org/officeDocument/2006/relationships/hyperlink" Target="http://school-collektion.edu/ru" TargetMode="External"/><Relationship Id="rId788" Type="http://schemas.openxmlformats.org/officeDocument/2006/relationships/image" Target="media/image67.png"/><Relationship Id="rId995" Type="http://schemas.openxmlformats.org/officeDocument/2006/relationships/hyperlink" Target="http://www.nachalka.com/biblioteka" TargetMode="External"/><Relationship Id="rId203" Type="http://schemas.openxmlformats.org/officeDocument/2006/relationships/hyperlink" Target="http://catalog.iot.ru/" TargetMode="External"/><Relationship Id="rId648" Type="http://schemas.openxmlformats.org/officeDocument/2006/relationships/hyperlink" Target="http://www.kostyor.ru/archives.html" TargetMode="External"/><Relationship Id="rId855" Type="http://schemas.openxmlformats.org/officeDocument/2006/relationships/hyperlink" Target="http://www.biblioguide.ru/" TargetMode="External"/><Relationship Id="rId287" Type="http://schemas.openxmlformats.org/officeDocument/2006/relationships/hyperlink" Target="http://www.kostyor.ru/archives.html" TargetMode="External"/><Relationship Id="rId410" Type="http://schemas.openxmlformats.org/officeDocument/2006/relationships/hyperlink" Target="http://barsuk.lenin.ru/" TargetMode="External"/><Relationship Id="rId494" Type="http://schemas.openxmlformats.org/officeDocument/2006/relationships/hyperlink" Target="http://www.realmusic.ru/" TargetMode="External"/><Relationship Id="rId508" Type="http://schemas.openxmlformats.org/officeDocument/2006/relationships/hyperlink" Target="http://www.nikitinsky.com.ua/" TargetMode="External"/><Relationship Id="rId715" Type="http://schemas.openxmlformats.org/officeDocument/2006/relationships/hyperlink" Target="http://www.jokeclub.ru/" TargetMode="External"/><Relationship Id="rId922" Type="http://schemas.openxmlformats.org/officeDocument/2006/relationships/hyperlink" Target="http://um-razum.ru/load/uchebnye_prezentacii/nachalnaja_shkola/18" TargetMode="External"/><Relationship Id="rId147" Type="http://schemas.openxmlformats.org/officeDocument/2006/relationships/hyperlink" Target="http://www.nikitinsky.com.ua/" TargetMode="External"/><Relationship Id="rId354" Type="http://schemas.openxmlformats.org/officeDocument/2006/relationships/hyperlink" Target="http://um-razum.ru/load/uchebnye_prezentacii/nachalnaja_shkola/18" TargetMode="External"/><Relationship Id="rId799" Type="http://schemas.openxmlformats.org/officeDocument/2006/relationships/hyperlink" Target="http://www.school.edu.ru/" TargetMode="External"/><Relationship Id="rId51" Type="http://schemas.openxmlformats.org/officeDocument/2006/relationships/hyperlink" Target="http://e-skazki.narod.ru/index.html" TargetMode="External"/><Relationship Id="rId561" Type="http://schemas.openxmlformats.org/officeDocument/2006/relationships/hyperlink" Target="http://www.nachalka.com/biblioteka" TargetMode="External"/><Relationship Id="rId659" Type="http://schemas.openxmlformats.org/officeDocument/2006/relationships/hyperlink" Target="http://www.cofe.ru/read-ka/" TargetMode="External"/><Relationship Id="rId866" Type="http://schemas.openxmlformats.org/officeDocument/2006/relationships/hyperlink" Target="http://vkids.km.ru/" TargetMode="External"/><Relationship Id="rId214" Type="http://schemas.openxmlformats.org/officeDocument/2006/relationships/image" Target="media/image4.png"/><Relationship Id="rId298" Type="http://schemas.openxmlformats.org/officeDocument/2006/relationships/hyperlink" Target="http://www.posnayko.com/index.htm" TargetMode="External"/><Relationship Id="rId421" Type="http://schemas.openxmlformats.org/officeDocument/2006/relationships/hyperlink" Target="http://murzilka.km.ru/" TargetMode="External"/><Relationship Id="rId519" Type="http://schemas.openxmlformats.org/officeDocument/2006/relationships/hyperlink" Target="http://barsuk.lenin.ru/" TargetMode="External"/><Relationship Id="rId158" Type="http://schemas.openxmlformats.org/officeDocument/2006/relationships/hyperlink" Target="http://barsuk.lenin.ru/" TargetMode="External"/><Relationship Id="rId726" Type="http://schemas.openxmlformats.org/officeDocument/2006/relationships/hyperlink" Target="http://www.literatura1.narod.ru/dmitrij_emets.html" TargetMode="External"/><Relationship Id="rId933" Type="http://schemas.openxmlformats.org/officeDocument/2006/relationships/hyperlink" Target="http://www.mccme.ru/~dima/erunda/naoborot/index.htm" TargetMode="External"/><Relationship Id="rId1009" Type="http://schemas.openxmlformats.org/officeDocument/2006/relationships/fontTable" Target="fontTable.xml"/><Relationship Id="rId62" Type="http://schemas.openxmlformats.org/officeDocument/2006/relationships/hyperlink" Target="http://www.biblioguide.ru/" TargetMode="External"/><Relationship Id="rId365" Type="http://schemas.openxmlformats.org/officeDocument/2006/relationships/hyperlink" Target="https://www.uchportal.ru/load/47-2-2" TargetMode="External"/><Relationship Id="rId572" Type="http://schemas.openxmlformats.org/officeDocument/2006/relationships/hyperlink" Target="http://www.edu.ru/" TargetMode="External"/><Relationship Id="rId225" Type="http://schemas.openxmlformats.org/officeDocument/2006/relationships/image" Target="media/image15.png"/><Relationship Id="rId432" Type="http://schemas.openxmlformats.org/officeDocument/2006/relationships/hyperlink" Target="http://www.cofe.ru/read-ka/" TargetMode="External"/><Relationship Id="rId877" Type="http://schemas.openxmlformats.org/officeDocument/2006/relationships/hyperlink" Target="http://www.cofe.ru/read-ka/" TargetMode="External"/><Relationship Id="rId737" Type="http://schemas.openxmlformats.org/officeDocument/2006/relationships/hyperlink" Target="http://www.kinder.ru/" TargetMode="External"/><Relationship Id="rId944" Type="http://schemas.openxmlformats.org/officeDocument/2006/relationships/hyperlink" Target="http://e-skazki.narod.ru/index.html" TargetMode="External"/><Relationship Id="rId73" Type="http://schemas.openxmlformats.org/officeDocument/2006/relationships/hyperlink" Target="http://vkids.km.ru/" TargetMode="External"/><Relationship Id="rId169" Type="http://schemas.openxmlformats.org/officeDocument/2006/relationships/hyperlink" Target="http://murzilka.km.ru/" TargetMode="External"/><Relationship Id="rId376" Type="http://schemas.openxmlformats.org/officeDocument/2006/relationships/hyperlink" Target="http://um-razum.ru/load/uchebnye_prezentacii/nachalnaja_shkola/18" TargetMode="External"/><Relationship Id="rId583" Type="http://schemas.openxmlformats.org/officeDocument/2006/relationships/image" Target="media/image53.jpeg"/><Relationship Id="rId790" Type="http://schemas.openxmlformats.org/officeDocument/2006/relationships/image" Target="media/image69.png"/><Relationship Id="rId804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www.uchportal.ru/load/47-2-2" TargetMode="External"/><Relationship Id="rId443" Type="http://schemas.openxmlformats.org/officeDocument/2006/relationships/hyperlink" Target="http://school-collektion.edu/ru" TargetMode="External"/><Relationship Id="rId650" Type="http://schemas.openxmlformats.org/officeDocument/2006/relationships/hyperlink" Target="http://murzilka.km.ru/" TargetMode="External"/><Relationship Id="rId888" Type="http://schemas.openxmlformats.org/officeDocument/2006/relationships/hyperlink" Target="http://fcior.edu.ru/" TargetMode="External"/><Relationship Id="rId303" Type="http://schemas.openxmlformats.org/officeDocument/2006/relationships/hyperlink" Target="http://www.cofe.ru/read-ka/" TargetMode="External"/><Relationship Id="rId748" Type="http://schemas.openxmlformats.org/officeDocument/2006/relationships/hyperlink" Target="http://www.kostyor.ru/archives.html" TargetMode="External"/><Relationship Id="rId955" Type="http://schemas.openxmlformats.org/officeDocument/2006/relationships/hyperlink" Target="http://barsuk.lenin.ru/" TargetMode="External"/><Relationship Id="rId84" Type="http://schemas.openxmlformats.org/officeDocument/2006/relationships/hyperlink" Target="http://windows.edu/ru" TargetMode="External"/><Relationship Id="rId387" Type="http://schemas.openxmlformats.org/officeDocument/2006/relationships/hyperlink" Target="http://www.jokeclub.ru/" TargetMode="External"/><Relationship Id="rId510" Type="http://schemas.openxmlformats.org/officeDocument/2006/relationships/hyperlink" Target="http://e-skazki.narod.ru/index.html" TargetMode="External"/><Relationship Id="rId594" Type="http://schemas.openxmlformats.org/officeDocument/2006/relationships/hyperlink" Target="http://school-collection.edu.ru/" TargetMode="External"/><Relationship Id="rId608" Type="http://schemas.openxmlformats.org/officeDocument/2006/relationships/hyperlink" Target="http://www.jokeclub.ru/" TargetMode="External"/><Relationship Id="rId815" Type="http://schemas.openxmlformats.org/officeDocument/2006/relationships/hyperlink" Target="http://school-collection.edu.ru/" TargetMode="External"/><Relationship Id="rId247" Type="http://schemas.openxmlformats.org/officeDocument/2006/relationships/hyperlink" Target="http://um-razum.ru/load/uchebnye_prezentacii/nachalnaja_shkola/18" TargetMode="External"/><Relationship Id="rId899" Type="http://schemas.openxmlformats.org/officeDocument/2006/relationships/hyperlink" Target="http://catalog.iot.ru/" TargetMode="External"/><Relationship Id="rId1000" Type="http://schemas.openxmlformats.org/officeDocument/2006/relationships/hyperlink" Target="http://catalog.iot.ru/" TargetMode="External"/><Relationship Id="rId107" Type="http://schemas.openxmlformats.org/officeDocument/2006/relationships/hyperlink" Target="http://www.school.edu.ru/" TargetMode="External"/><Relationship Id="rId454" Type="http://schemas.openxmlformats.org/officeDocument/2006/relationships/hyperlink" Target="http://www.nachalka.com/biblioteka" TargetMode="External"/><Relationship Id="rId661" Type="http://schemas.openxmlformats.org/officeDocument/2006/relationships/hyperlink" Target="http://www.cofe.ru/read-ka/" TargetMode="External"/><Relationship Id="rId759" Type="http://schemas.openxmlformats.org/officeDocument/2006/relationships/hyperlink" Target="http://www.cofe.ru/read-ka/" TargetMode="External"/><Relationship Id="rId966" Type="http://schemas.openxmlformats.org/officeDocument/2006/relationships/hyperlink" Target="http://vkids.km.ru/" TargetMode="External"/><Relationship Id="rId11" Type="http://schemas.openxmlformats.org/officeDocument/2006/relationships/hyperlink" Target="https://www.uchportal.ru/load/47-2-2" TargetMode="External"/><Relationship Id="rId314" Type="http://schemas.openxmlformats.org/officeDocument/2006/relationships/hyperlink" Target="http://school-collektion.edu/ru" TargetMode="External"/><Relationship Id="rId398" Type="http://schemas.openxmlformats.org/officeDocument/2006/relationships/hyperlink" Target="http://www.nikitinsky.com.ua/" TargetMode="External"/><Relationship Id="rId521" Type="http://schemas.openxmlformats.org/officeDocument/2006/relationships/hyperlink" Target="http://barsuk.lenin.ru/" TargetMode="External"/><Relationship Id="rId619" Type="http://schemas.openxmlformats.org/officeDocument/2006/relationships/image" Target="media/image58.png"/><Relationship Id="rId95" Type="http://schemas.openxmlformats.org/officeDocument/2006/relationships/hyperlink" Target="http://fcior.edu.ru/" TargetMode="External"/><Relationship Id="rId160" Type="http://schemas.openxmlformats.org/officeDocument/2006/relationships/hyperlink" Target="http://barsuk.lenin.ru/" TargetMode="External"/><Relationship Id="rId826" Type="http://schemas.openxmlformats.org/officeDocument/2006/relationships/hyperlink" Target="http://www.realmusic.ru/" TargetMode="External"/><Relationship Id="rId258" Type="http://schemas.openxmlformats.org/officeDocument/2006/relationships/hyperlink" Target="http://www.mccme.ru/~dima/erunda/naoborot/index.htm" TargetMode="External"/><Relationship Id="rId465" Type="http://schemas.openxmlformats.org/officeDocument/2006/relationships/hyperlink" Target="http://www.edu.ru/" TargetMode="External"/><Relationship Id="rId672" Type="http://schemas.openxmlformats.org/officeDocument/2006/relationships/hyperlink" Target="http://school-collektion.edu/ru" TargetMode="External"/><Relationship Id="rId22" Type="http://schemas.openxmlformats.org/officeDocument/2006/relationships/hyperlink" Target="http://um-razum.ru/load/uchebnye_prezentacii/nachalnaja_shkola/18" TargetMode="External"/><Relationship Id="rId118" Type="http://schemas.openxmlformats.org/officeDocument/2006/relationships/hyperlink" Target="http://school-collection.edu.ru/" TargetMode="External"/><Relationship Id="rId325" Type="http://schemas.openxmlformats.org/officeDocument/2006/relationships/hyperlink" Target="http://www.nachalka.com/biblioteka" TargetMode="External"/><Relationship Id="rId532" Type="http://schemas.openxmlformats.org/officeDocument/2006/relationships/hyperlink" Target="http://vkids.km.ru/" TargetMode="External"/><Relationship Id="rId977" Type="http://schemas.openxmlformats.org/officeDocument/2006/relationships/hyperlink" Target="http://www.cofe.ru/read-ka/" TargetMode="External"/><Relationship Id="rId171" Type="http://schemas.openxmlformats.org/officeDocument/2006/relationships/hyperlink" Target="http://vkids.km.ru/" TargetMode="External"/><Relationship Id="rId837" Type="http://schemas.openxmlformats.org/officeDocument/2006/relationships/hyperlink" Target="http://www.literatura1.narod.ru/dmitrij_emets.html" TargetMode="External"/><Relationship Id="rId269" Type="http://schemas.openxmlformats.org/officeDocument/2006/relationships/hyperlink" Target="http://www.nikitinsky.com.ua/" TargetMode="External"/><Relationship Id="rId476" Type="http://schemas.openxmlformats.org/officeDocument/2006/relationships/hyperlink" Target="https://www.uchportal.ru/load/47-2-2" TargetMode="External"/><Relationship Id="rId683" Type="http://schemas.openxmlformats.org/officeDocument/2006/relationships/hyperlink" Target="http://www.metodkabinet.eu/" TargetMode="External"/><Relationship Id="rId890" Type="http://schemas.openxmlformats.org/officeDocument/2006/relationships/hyperlink" Target="http://fcior.edu.ru/" TargetMode="External"/><Relationship Id="rId904" Type="http://schemas.openxmlformats.org/officeDocument/2006/relationships/hyperlink" Target="http://www.edu.ru/" TargetMode="External"/><Relationship Id="rId33" Type="http://schemas.openxmlformats.org/officeDocument/2006/relationships/hyperlink" Target="http://www.mccme.ru/~dima/erunda/naoborot/index.htm" TargetMode="External"/><Relationship Id="rId129" Type="http://schemas.openxmlformats.org/officeDocument/2006/relationships/hyperlink" Target="http://internet.chgk.info/" TargetMode="External"/><Relationship Id="rId336" Type="http://schemas.openxmlformats.org/officeDocument/2006/relationships/hyperlink" Target="http://www.edu.ru/" TargetMode="External"/><Relationship Id="rId543" Type="http://schemas.openxmlformats.org/officeDocument/2006/relationships/hyperlink" Target="http://www.cofe.ru/read-ka/" TargetMode="External"/><Relationship Id="rId988" Type="http://schemas.openxmlformats.org/officeDocument/2006/relationships/hyperlink" Target="http://fcior.edu.ru/" TargetMode="External"/><Relationship Id="rId182" Type="http://schemas.openxmlformats.org/officeDocument/2006/relationships/hyperlink" Target="http://www.cofe.ru/read-ka/" TargetMode="External"/><Relationship Id="rId403" Type="http://schemas.openxmlformats.org/officeDocument/2006/relationships/hyperlink" Target="http://e-skazki.narod.ru/index.html" TargetMode="External"/><Relationship Id="rId750" Type="http://schemas.openxmlformats.org/officeDocument/2006/relationships/hyperlink" Target="http://murzilka.km.ru/" TargetMode="External"/><Relationship Id="rId848" Type="http://schemas.openxmlformats.org/officeDocument/2006/relationships/hyperlink" Target="http://e-skazki.narod.ru/index.html" TargetMode="External"/><Relationship Id="rId487" Type="http://schemas.openxmlformats.org/officeDocument/2006/relationships/hyperlink" Target="http://um-razum.ru/load/uchebnye_prezentacii/nachalnaja_shkola/18" TargetMode="External"/><Relationship Id="rId610" Type="http://schemas.openxmlformats.org/officeDocument/2006/relationships/hyperlink" Target="http://www.mccme.ru/~dima/erunda/naoborot/index.htm" TargetMode="External"/><Relationship Id="rId694" Type="http://schemas.openxmlformats.org/officeDocument/2006/relationships/hyperlink" Target="https://www.uchportal.ru/load/47-2-2" TargetMode="External"/><Relationship Id="rId708" Type="http://schemas.openxmlformats.org/officeDocument/2006/relationships/hyperlink" Target="http://um-razum.ru/load/uchebnye_prezentacii/nachalnaja_shkola/18" TargetMode="External"/><Relationship Id="rId915" Type="http://schemas.openxmlformats.org/officeDocument/2006/relationships/hyperlink" Target="http://school-collection.edu.ru/" TargetMode="External"/><Relationship Id="rId347" Type="http://schemas.openxmlformats.org/officeDocument/2006/relationships/hyperlink" Target="https://www.uchportal.ru/load/47-2-2" TargetMode="External"/><Relationship Id="rId999" Type="http://schemas.openxmlformats.org/officeDocument/2006/relationships/hyperlink" Target="http://catalog.iot.ru/" TargetMode="External"/><Relationship Id="rId44" Type="http://schemas.openxmlformats.org/officeDocument/2006/relationships/hyperlink" Target="http://www.nikitinsky.com.ua/" TargetMode="External"/><Relationship Id="rId554" Type="http://schemas.openxmlformats.org/officeDocument/2006/relationships/hyperlink" Target="http://fcior.edu.ru/" TargetMode="External"/><Relationship Id="rId761" Type="http://schemas.openxmlformats.org/officeDocument/2006/relationships/hyperlink" Target="http://www.cofe.ru/read-ka/" TargetMode="External"/><Relationship Id="rId859" Type="http://schemas.openxmlformats.org/officeDocument/2006/relationships/hyperlink" Target="http://www.kostyor.ru/archives.html" TargetMode="External"/><Relationship Id="rId193" Type="http://schemas.openxmlformats.org/officeDocument/2006/relationships/hyperlink" Target="http://fcior.edu.ru/" TargetMode="External"/><Relationship Id="rId207" Type="http://schemas.openxmlformats.org/officeDocument/2006/relationships/image" Target="media/image3.png"/><Relationship Id="rId414" Type="http://schemas.openxmlformats.org/officeDocument/2006/relationships/hyperlink" Target="http://www.biblioguide.ru/" TargetMode="External"/><Relationship Id="rId498" Type="http://schemas.openxmlformats.org/officeDocument/2006/relationships/hyperlink" Target="http://www.mccme.ru/~dima/erunda/naoborot/index.htm" TargetMode="External"/><Relationship Id="rId621" Type="http://schemas.openxmlformats.org/officeDocument/2006/relationships/image" Target="media/image60.png"/><Relationship Id="rId260" Type="http://schemas.openxmlformats.org/officeDocument/2006/relationships/hyperlink" Target="http://www.mccme.ru/~dima/erunda/naoborot/index.htm" TargetMode="External"/><Relationship Id="rId719" Type="http://schemas.openxmlformats.org/officeDocument/2006/relationships/hyperlink" Target="http://www.mccme.ru/~dima/erunda/naoborot/index.htm" TargetMode="External"/><Relationship Id="rId926" Type="http://schemas.openxmlformats.org/officeDocument/2006/relationships/hyperlink" Target="http://www.vbg.ru/~kvint/im.htm" TargetMode="External"/><Relationship Id="rId55" Type="http://schemas.openxmlformats.org/officeDocument/2006/relationships/hyperlink" Target="http://www.kinder.ru/" TargetMode="External"/><Relationship Id="rId120" Type="http://schemas.openxmlformats.org/officeDocument/2006/relationships/hyperlink" Target="http://school-collection.edu.ru/" TargetMode="External"/><Relationship Id="rId358" Type="http://schemas.openxmlformats.org/officeDocument/2006/relationships/hyperlink" Target="http://internet.chgk.info/" TargetMode="External"/><Relationship Id="rId565" Type="http://schemas.openxmlformats.org/officeDocument/2006/relationships/hyperlink" Target="http://catalog.iot.ru/" TargetMode="External"/><Relationship Id="rId772" Type="http://schemas.openxmlformats.org/officeDocument/2006/relationships/hyperlink" Target="http://school-collektion.edu/ru" TargetMode="External"/><Relationship Id="rId218" Type="http://schemas.openxmlformats.org/officeDocument/2006/relationships/image" Target="media/image8.jpg"/><Relationship Id="rId425" Type="http://schemas.openxmlformats.org/officeDocument/2006/relationships/hyperlink" Target="http://vkids.km.ru/" TargetMode="External"/><Relationship Id="rId632" Type="http://schemas.openxmlformats.org/officeDocument/2006/relationships/hyperlink" Target="http://e-skazki.narod.ru/index.html" TargetMode="External"/><Relationship Id="rId271" Type="http://schemas.openxmlformats.org/officeDocument/2006/relationships/hyperlink" Target="http://e-skazki.narod.ru/index.html" TargetMode="External"/><Relationship Id="rId937" Type="http://schemas.openxmlformats.org/officeDocument/2006/relationships/hyperlink" Target="http://www.sf.mksat.net/vk/krapivin_index.htm" TargetMode="External"/><Relationship Id="rId66" Type="http://schemas.openxmlformats.org/officeDocument/2006/relationships/hyperlink" Target="http://www.kostyor.ru/archives.html" TargetMode="External"/><Relationship Id="rId131" Type="http://schemas.openxmlformats.org/officeDocument/2006/relationships/hyperlink" Target="http://www.vbg.ru/~kvint/im.htm" TargetMode="External"/><Relationship Id="rId369" Type="http://schemas.openxmlformats.org/officeDocument/2006/relationships/hyperlink" Target="http://school-collection.edu.ru/" TargetMode="External"/><Relationship Id="rId576" Type="http://schemas.openxmlformats.org/officeDocument/2006/relationships/image" Target="media/image46.png"/><Relationship Id="rId783" Type="http://schemas.openxmlformats.org/officeDocument/2006/relationships/hyperlink" Target="http://www.metodkabinet.eu/" TargetMode="External"/><Relationship Id="rId990" Type="http://schemas.openxmlformats.org/officeDocument/2006/relationships/hyperlink" Target="http://fcior.edu.ru/" TargetMode="External"/><Relationship Id="rId229" Type="http://schemas.openxmlformats.org/officeDocument/2006/relationships/image" Target="media/image19.png"/><Relationship Id="rId436" Type="http://schemas.openxmlformats.org/officeDocument/2006/relationships/hyperlink" Target="http://windows.edu/ru" TargetMode="External"/><Relationship Id="rId643" Type="http://schemas.openxmlformats.org/officeDocument/2006/relationships/hyperlink" Target="http://www.biblioguide.ru/" TargetMode="External"/><Relationship Id="rId850" Type="http://schemas.openxmlformats.org/officeDocument/2006/relationships/hyperlink" Target="http://www.kinder.ru/" TargetMode="External"/><Relationship Id="rId948" Type="http://schemas.openxmlformats.org/officeDocument/2006/relationships/hyperlink" Target="http://e-skazki.narod.ru/index.html" TargetMode="External"/><Relationship Id="rId77" Type="http://schemas.openxmlformats.org/officeDocument/2006/relationships/hyperlink" Target="http://www.posnayko.com/index.htm" TargetMode="External"/><Relationship Id="rId282" Type="http://schemas.openxmlformats.org/officeDocument/2006/relationships/hyperlink" Target="http://barsuk.lenin.ru/" TargetMode="External"/><Relationship Id="rId503" Type="http://schemas.openxmlformats.org/officeDocument/2006/relationships/hyperlink" Target="http://www.sf.mksat.net/vk/krapivin_index.htm" TargetMode="External"/><Relationship Id="rId587" Type="http://schemas.openxmlformats.org/officeDocument/2006/relationships/hyperlink" Target="https://www.uchportal.ru/load/47-2-2" TargetMode="External"/><Relationship Id="rId710" Type="http://schemas.openxmlformats.org/officeDocument/2006/relationships/hyperlink" Target="http://internet.chgk.info/" TargetMode="External"/><Relationship Id="rId808" Type="http://schemas.openxmlformats.org/officeDocument/2006/relationships/hyperlink" Target="https://www.uchportal.ru/load/47-2-2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://www.sf.mksat.net/vk/krapivin_index.htm" TargetMode="External"/><Relationship Id="rId447" Type="http://schemas.openxmlformats.org/officeDocument/2006/relationships/hyperlink" Target="http://fcior.edu.ru/" TargetMode="External"/><Relationship Id="rId794" Type="http://schemas.openxmlformats.org/officeDocument/2006/relationships/image" Target="media/image73.jpg"/><Relationship Id="rId654" Type="http://schemas.openxmlformats.org/officeDocument/2006/relationships/hyperlink" Target="http://vkids.km.ru/" TargetMode="External"/><Relationship Id="rId861" Type="http://schemas.openxmlformats.org/officeDocument/2006/relationships/hyperlink" Target="http://www.kostyor.ru/archives.html" TargetMode="External"/><Relationship Id="rId959" Type="http://schemas.openxmlformats.org/officeDocument/2006/relationships/hyperlink" Target="http://www.biblioguide.ru/" TargetMode="External"/><Relationship Id="rId293" Type="http://schemas.openxmlformats.org/officeDocument/2006/relationships/hyperlink" Target="http://vkids.km.ru/" TargetMode="External"/><Relationship Id="rId307" Type="http://schemas.openxmlformats.org/officeDocument/2006/relationships/image" Target="media/image25.png"/><Relationship Id="rId514" Type="http://schemas.openxmlformats.org/officeDocument/2006/relationships/hyperlink" Target="http://e-skazki.narod.ru/index.html" TargetMode="External"/><Relationship Id="rId721" Type="http://schemas.openxmlformats.org/officeDocument/2006/relationships/hyperlink" Target="http://www.sf.mksat.net/vk/krapivin_index.htm" TargetMode="External"/><Relationship Id="rId88" Type="http://schemas.openxmlformats.org/officeDocument/2006/relationships/hyperlink" Target="http://school-collektion.edu/ru" TargetMode="External"/><Relationship Id="rId153" Type="http://schemas.openxmlformats.org/officeDocument/2006/relationships/hyperlink" Target="http://e-skazki.narod.ru/index.html" TargetMode="External"/><Relationship Id="rId360" Type="http://schemas.openxmlformats.org/officeDocument/2006/relationships/hyperlink" Target="http://www.vbg.ru/~kvint/im.htm" TargetMode="External"/><Relationship Id="rId598" Type="http://schemas.openxmlformats.org/officeDocument/2006/relationships/hyperlink" Target="http://um-razum.ru/load/uchebnye_prezentacii/nachalnaja_shkola/18" TargetMode="External"/><Relationship Id="rId819" Type="http://schemas.openxmlformats.org/officeDocument/2006/relationships/hyperlink" Target="http://um-razum.ru/load/uchebnye_prezentacii/nachalnaja_shkola/18" TargetMode="External"/><Relationship Id="rId1004" Type="http://schemas.openxmlformats.org/officeDocument/2006/relationships/hyperlink" Target="http://www.edu.ru/" TargetMode="External"/><Relationship Id="rId220" Type="http://schemas.openxmlformats.org/officeDocument/2006/relationships/image" Target="media/image10.png"/><Relationship Id="rId458" Type="http://schemas.openxmlformats.org/officeDocument/2006/relationships/hyperlink" Target="http://catalog.iot.ru/" TargetMode="External"/><Relationship Id="rId665" Type="http://schemas.openxmlformats.org/officeDocument/2006/relationships/hyperlink" Target="http://windows.edu/ru" TargetMode="External"/><Relationship Id="rId872" Type="http://schemas.openxmlformats.org/officeDocument/2006/relationships/hyperlink" Target="http://www.cofe.ru/read-ka/" TargetMode="External"/><Relationship Id="rId15" Type="http://schemas.openxmlformats.org/officeDocument/2006/relationships/hyperlink" Target="http://school-collection.edu.ru/" TargetMode="External"/><Relationship Id="rId318" Type="http://schemas.openxmlformats.org/officeDocument/2006/relationships/hyperlink" Target="http://fcior.edu.ru/" TargetMode="External"/><Relationship Id="rId525" Type="http://schemas.openxmlformats.org/officeDocument/2006/relationships/hyperlink" Target="http://www.biblioguide.ru/" TargetMode="External"/><Relationship Id="rId732" Type="http://schemas.openxmlformats.org/officeDocument/2006/relationships/hyperlink" Target="http://e-skazki.narod.ru/index.html" TargetMode="External"/><Relationship Id="rId99" Type="http://schemas.openxmlformats.org/officeDocument/2006/relationships/hyperlink" Target="http://www.nachalka.com/biblioteka" TargetMode="External"/><Relationship Id="rId164" Type="http://schemas.openxmlformats.org/officeDocument/2006/relationships/hyperlink" Target="http://www.biblioguide.ru/" TargetMode="External"/><Relationship Id="rId371" Type="http://schemas.openxmlformats.org/officeDocument/2006/relationships/hyperlink" Target="http://school-collection.edu.ru/" TargetMode="External"/><Relationship Id="rId469" Type="http://schemas.openxmlformats.org/officeDocument/2006/relationships/image" Target="media/image39.png"/><Relationship Id="rId676" Type="http://schemas.openxmlformats.org/officeDocument/2006/relationships/hyperlink" Target="http://fcior.edu.ru/" TargetMode="External"/><Relationship Id="rId883" Type="http://schemas.openxmlformats.org/officeDocument/2006/relationships/hyperlink" Target="http://school-collektion.edu/ru" TargetMode="External"/><Relationship Id="rId26" Type="http://schemas.openxmlformats.org/officeDocument/2006/relationships/hyperlink" Target="http://internet.chgk.info/" TargetMode="External"/><Relationship Id="rId231" Type="http://schemas.openxmlformats.org/officeDocument/2006/relationships/image" Target="media/image21.png"/><Relationship Id="rId329" Type="http://schemas.openxmlformats.org/officeDocument/2006/relationships/hyperlink" Target="http://catalog.iot.ru/" TargetMode="External"/><Relationship Id="rId536" Type="http://schemas.openxmlformats.org/officeDocument/2006/relationships/hyperlink" Target="http://www.posnayko.com/index.htm" TargetMode="External"/><Relationship Id="rId175" Type="http://schemas.openxmlformats.org/officeDocument/2006/relationships/hyperlink" Target="http://www.posnayko.com/index.htm" TargetMode="External"/><Relationship Id="rId743" Type="http://schemas.openxmlformats.org/officeDocument/2006/relationships/hyperlink" Target="http://www.biblioguide.ru/" TargetMode="External"/><Relationship Id="rId950" Type="http://schemas.openxmlformats.org/officeDocument/2006/relationships/hyperlink" Target="http://www.kinder.ru/" TargetMode="External"/><Relationship Id="rId382" Type="http://schemas.openxmlformats.org/officeDocument/2006/relationships/hyperlink" Target="http://www.vbg.ru/~kvint/im.htm" TargetMode="External"/><Relationship Id="rId603" Type="http://schemas.openxmlformats.org/officeDocument/2006/relationships/hyperlink" Target="http://www.vbg.ru/~kvint/im.htm" TargetMode="External"/><Relationship Id="rId687" Type="http://schemas.openxmlformats.org/officeDocument/2006/relationships/hyperlink" Target="http://www.school.edu.ru/" TargetMode="External"/><Relationship Id="rId810" Type="http://schemas.openxmlformats.org/officeDocument/2006/relationships/hyperlink" Target="https://www.uchportal.ru/load/47-2-2" TargetMode="External"/><Relationship Id="rId908" Type="http://schemas.openxmlformats.org/officeDocument/2006/relationships/hyperlink" Target="https://www.uchportal.ru/load/47-2-2" TargetMode="External"/><Relationship Id="rId242" Type="http://schemas.openxmlformats.org/officeDocument/2006/relationships/hyperlink" Target="http://school-collection.edu.ru/" TargetMode="External"/><Relationship Id="rId894" Type="http://schemas.openxmlformats.org/officeDocument/2006/relationships/hyperlink" Target="http://www.nachalka.com/biblioteka" TargetMode="External"/><Relationship Id="rId37" Type="http://schemas.openxmlformats.org/officeDocument/2006/relationships/hyperlink" Target="http://www.sf.mksat.net/vk/krapivin_index.htm" TargetMode="External"/><Relationship Id="rId102" Type="http://schemas.openxmlformats.org/officeDocument/2006/relationships/hyperlink" Target="http://www.metodkabinet.eu/" TargetMode="External"/><Relationship Id="rId547" Type="http://schemas.openxmlformats.org/officeDocument/2006/relationships/hyperlink" Target="http://school-collektion.edu/ru" TargetMode="External"/><Relationship Id="rId754" Type="http://schemas.openxmlformats.org/officeDocument/2006/relationships/hyperlink" Target="http://vkids.km.ru/" TargetMode="External"/><Relationship Id="rId961" Type="http://schemas.openxmlformats.org/officeDocument/2006/relationships/hyperlink" Target="http://www.kostyor.ru/archives.html" TargetMode="External"/><Relationship Id="rId90" Type="http://schemas.openxmlformats.org/officeDocument/2006/relationships/hyperlink" Target="http://school-collektion.edu/ru" TargetMode="External"/><Relationship Id="rId186" Type="http://schemas.openxmlformats.org/officeDocument/2006/relationships/hyperlink" Target="http://school-collektion.edu/ru" TargetMode="External"/><Relationship Id="rId393" Type="http://schemas.openxmlformats.org/officeDocument/2006/relationships/hyperlink" Target="http://www.sf.mksat.net/vk/krapivin_index.htm" TargetMode="External"/><Relationship Id="rId407" Type="http://schemas.openxmlformats.org/officeDocument/2006/relationships/hyperlink" Target="http://www.kinder.ru/" TargetMode="External"/><Relationship Id="rId614" Type="http://schemas.openxmlformats.org/officeDocument/2006/relationships/hyperlink" Target="http://www.sf.mksat.net/vk/krapivin_index.htm" TargetMode="External"/><Relationship Id="rId821" Type="http://schemas.openxmlformats.org/officeDocument/2006/relationships/hyperlink" Target="http://um-razum.ru/load/uchebnye_prezentacii/nachalnaja_shkola/18" TargetMode="External"/><Relationship Id="rId253" Type="http://schemas.openxmlformats.org/officeDocument/2006/relationships/hyperlink" Target="http://www.vbg.ru/~kvint/im.htm" TargetMode="External"/><Relationship Id="rId460" Type="http://schemas.openxmlformats.org/officeDocument/2006/relationships/hyperlink" Target="http://www.school.edu.ru/" TargetMode="External"/><Relationship Id="rId698" Type="http://schemas.openxmlformats.org/officeDocument/2006/relationships/hyperlink" Target="https://www.uchportal.ru/load/47-2-2" TargetMode="External"/><Relationship Id="rId919" Type="http://schemas.openxmlformats.org/officeDocument/2006/relationships/hyperlink" Target="http://um-razum.ru/load/uchebnye_prezentacii/nachalnaja_shkola/18" TargetMode="External"/><Relationship Id="rId48" Type="http://schemas.openxmlformats.org/officeDocument/2006/relationships/header" Target="header3.xml"/><Relationship Id="rId113" Type="http://schemas.openxmlformats.org/officeDocument/2006/relationships/hyperlink" Target="https://www.uchportal.ru/load/47-2-2" TargetMode="External"/><Relationship Id="rId320" Type="http://schemas.openxmlformats.org/officeDocument/2006/relationships/hyperlink" Target="http://fcior.edu.ru/" TargetMode="External"/><Relationship Id="rId558" Type="http://schemas.openxmlformats.org/officeDocument/2006/relationships/hyperlink" Target="http://katalog.iot.ru/" TargetMode="External"/><Relationship Id="rId765" Type="http://schemas.openxmlformats.org/officeDocument/2006/relationships/hyperlink" Target="http://windows.edu/ru" TargetMode="External"/><Relationship Id="rId972" Type="http://schemas.openxmlformats.org/officeDocument/2006/relationships/hyperlink" Target="http://www.posnayko.com/index.htm" TargetMode="External"/><Relationship Id="rId197" Type="http://schemas.openxmlformats.org/officeDocument/2006/relationships/hyperlink" Target="http://katalog.iot.ru/" TargetMode="External"/><Relationship Id="rId418" Type="http://schemas.openxmlformats.org/officeDocument/2006/relationships/hyperlink" Target="http://www.kostyor.ru/archives.html" TargetMode="External"/><Relationship Id="rId625" Type="http://schemas.openxmlformats.org/officeDocument/2006/relationships/hyperlink" Target="http://www.literatura1.narod.ru/dmitrij_emets.html" TargetMode="External"/><Relationship Id="rId832" Type="http://schemas.openxmlformats.org/officeDocument/2006/relationships/hyperlink" Target="http://www.mccme.ru/~dima/erunda/naoborot/index.htm" TargetMode="External"/><Relationship Id="rId264" Type="http://schemas.openxmlformats.org/officeDocument/2006/relationships/hyperlink" Target="http://www.sf.mksat.net/vk/krapivin_index.htm" TargetMode="External"/><Relationship Id="rId471" Type="http://schemas.openxmlformats.org/officeDocument/2006/relationships/image" Target="media/image41.png"/><Relationship Id="rId59" Type="http://schemas.openxmlformats.org/officeDocument/2006/relationships/hyperlink" Target="http://barsuk.lenin.ru/" TargetMode="External"/><Relationship Id="rId124" Type="http://schemas.openxmlformats.org/officeDocument/2006/relationships/hyperlink" Target="http://um-razum.ru/load/uchebnye_prezentacii/nachalnaja_shkola/18" TargetMode="External"/><Relationship Id="rId569" Type="http://schemas.openxmlformats.org/officeDocument/2006/relationships/hyperlink" Target="http://www.school.edu.ru/" TargetMode="External"/><Relationship Id="rId776" Type="http://schemas.openxmlformats.org/officeDocument/2006/relationships/hyperlink" Target="http://fcior.edu.ru/" TargetMode="External"/><Relationship Id="rId983" Type="http://schemas.openxmlformats.org/officeDocument/2006/relationships/hyperlink" Target="http://school-collektion.edu/ru" TargetMode="External"/><Relationship Id="rId331" Type="http://schemas.openxmlformats.org/officeDocument/2006/relationships/hyperlink" Target="http://catalog.iot.ru/" TargetMode="External"/><Relationship Id="rId429" Type="http://schemas.openxmlformats.org/officeDocument/2006/relationships/hyperlink" Target="http://www.posnayko.com/index.htm" TargetMode="External"/><Relationship Id="rId636" Type="http://schemas.openxmlformats.org/officeDocument/2006/relationships/hyperlink" Target="http://www.kinder.ru/" TargetMode="External"/><Relationship Id="rId843" Type="http://schemas.openxmlformats.org/officeDocument/2006/relationships/hyperlink" Target="http://e-skazki.narod.ru/index.html" TargetMode="External"/><Relationship Id="rId275" Type="http://schemas.openxmlformats.org/officeDocument/2006/relationships/hyperlink" Target="http://e-skazki.narod.ru/index.html" TargetMode="External"/><Relationship Id="rId482" Type="http://schemas.openxmlformats.org/officeDocument/2006/relationships/hyperlink" Target="http://school-collection.edu.ru/" TargetMode="External"/><Relationship Id="rId703" Type="http://schemas.openxmlformats.org/officeDocument/2006/relationships/hyperlink" Target="http://school-collection.edu.ru/" TargetMode="External"/><Relationship Id="rId910" Type="http://schemas.openxmlformats.org/officeDocument/2006/relationships/hyperlink" Target="https://www.uchportal.ru/load/47-2-2" TargetMode="External"/><Relationship Id="rId135" Type="http://schemas.openxmlformats.org/officeDocument/2006/relationships/hyperlink" Target="http://www.jokeclub.ru/" TargetMode="External"/><Relationship Id="rId342" Type="http://schemas.openxmlformats.org/officeDocument/2006/relationships/hyperlink" Target="https://www.uchportal.ru/load/47-2-2" TargetMode="External"/><Relationship Id="rId787" Type="http://schemas.openxmlformats.org/officeDocument/2006/relationships/image" Target="media/image66.png"/><Relationship Id="rId994" Type="http://schemas.openxmlformats.org/officeDocument/2006/relationships/hyperlink" Target="http://www.nachalka.com/biblioteka" TargetMode="External"/><Relationship Id="rId202" Type="http://schemas.openxmlformats.org/officeDocument/2006/relationships/hyperlink" Target="http://www.metodkabinet.eu/" TargetMode="External"/><Relationship Id="rId647" Type="http://schemas.openxmlformats.org/officeDocument/2006/relationships/hyperlink" Target="http://www.kostyor.ru/archives.html" TargetMode="External"/><Relationship Id="rId854" Type="http://schemas.openxmlformats.org/officeDocument/2006/relationships/hyperlink" Target="http://barsuk.lenin.ru/" TargetMode="External"/><Relationship Id="rId286" Type="http://schemas.openxmlformats.org/officeDocument/2006/relationships/hyperlink" Target="http://www.biblioguide.ru/" TargetMode="External"/><Relationship Id="rId493" Type="http://schemas.openxmlformats.org/officeDocument/2006/relationships/hyperlink" Target="http://www.realmusic.ru/" TargetMode="External"/><Relationship Id="rId507" Type="http://schemas.openxmlformats.org/officeDocument/2006/relationships/hyperlink" Target="http://www.nikitinsky.com.ua/" TargetMode="External"/><Relationship Id="rId714" Type="http://schemas.openxmlformats.org/officeDocument/2006/relationships/hyperlink" Target="http://www.realmusic.ru/" TargetMode="External"/><Relationship Id="rId921" Type="http://schemas.openxmlformats.org/officeDocument/2006/relationships/hyperlink" Target="http://um-razum.ru/load/uchebnye_prezentacii/nachalnaja_shkola/18" TargetMode="External"/><Relationship Id="rId50" Type="http://schemas.openxmlformats.org/officeDocument/2006/relationships/hyperlink" Target="http://e-skazki.narod.ru/index.html" TargetMode="External"/><Relationship Id="rId146" Type="http://schemas.openxmlformats.org/officeDocument/2006/relationships/hyperlink" Target="http://www.nikitinsky.com.ua/" TargetMode="External"/><Relationship Id="rId353" Type="http://schemas.openxmlformats.org/officeDocument/2006/relationships/hyperlink" Target="http://um-razum.ru/load/uchebnye_prezentacii/nachalnaja_shkola/18" TargetMode="External"/><Relationship Id="rId560" Type="http://schemas.openxmlformats.org/officeDocument/2006/relationships/hyperlink" Target="http://www.nachalka.com/biblioteka" TargetMode="External"/><Relationship Id="rId798" Type="http://schemas.openxmlformats.org/officeDocument/2006/relationships/hyperlink" Target="http://catalog.iot.ru/" TargetMode="External"/><Relationship Id="rId213" Type="http://schemas.openxmlformats.org/officeDocument/2006/relationships/hyperlink" Target="http://www.edu.ru/" TargetMode="External"/><Relationship Id="rId420" Type="http://schemas.openxmlformats.org/officeDocument/2006/relationships/hyperlink" Target="http://murzilka.km.ru/" TargetMode="External"/><Relationship Id="rId658" Type="http://schemas.openxmlformats.org/officeDocument/2006/relationships/hyperlink" Target="http://www.posnayko.com/index.htm" TargetMode="External"/><Relationship Id="rId865" Type="http://schemas.openxmlformats.org/officeDocument/2006/relationships/hyperlink" Target="http://vkids.km.ru/" TargetMode="External"/><Relationship Id="rId297" Type="http://schemas.openxmlformats.org/officeDocument/2006/relationships/hyperlink" Target="http://www.posnayko.com/index.htm" TargetMode="External"/><Relationship Id="rId518" Type="http://schemas.openxmlformats.org/officeDocument/2006/relationships/hyperlink" Target="http://www.kinder.ru/" TargetMode="External"/><Relationship Id="rId725" Type="http://schemas.openxmlformats.org/officeDocument/2006/relationships/hyperlink" Target="http://www.literatura1.narod.ru/dmitrij_emets.html" TargetMode="External"/><Relationship Id="rId932" Type="http://schemas.openxmlformats.org/officeDocument/2006/relationships/hyperlink" Target="http://www.mccme.ru/~dima/erunda/naoborot/index.htm" TargetMode="External"/><Relationship Id="rId157" Type="http://schemas.openxmlformats.org/officeDocument/2006/relationships/hyperlink" Target="http://www.kinder.ru/" TargetMode="External"/><Relationship Id="rId364" Type="http://schemas.openxmlformats.org/officeDocument/2006/relationships/hyperlink" Target="https://www.uchportal.ru/load/47-2-2" TargetMode="External"/><Relationship Id="rId1008" Type="http://schemas.openxmlformats.org/officeDocument/2006/relationships/image" Target="media/image78.png"/><Relationship Id="rId61" Type="http://schemas.openxmlformats.org/officeDocument/2006/relationships/hyperlink" Target="http://www.biblioguide.ru/" TargetMode="External"/><Relationship Id="rId571" Type="http://schemas.openxmlformats.org/officeDocument/2006/relationships/hyperlink" Target="http://www.edu.ru/" TargetMode="External"/><Relationship Id="rId669" Type="http://schemas.openxmlformats.org/officeDocument/2006/relationships/hyperlink" Target="http://school-collektion.edu/ru" TargetMode="External"/><Relationship Id="rId876" Type="http://schemas.openxmlformats.org/officeDocument/2006/relationships/hyperlink" Target="http://www.cofe.ru/read-ka/" TargetMode="External"/><Relationship Id="rId19" Type="http://schemas.openxmlformats.org/officeDocument/2006/relationships/hyperlink" Target="http://school-collection.edu.ru/" TargetMode="External"/><Relationship Id="rId224" Type="http://schemas.openxmlformats.org/officeDocument/2006/relationships/image" Target="media/image14.png"/><Relationship Id="rId431" Type="http://schemas.openxmlformats.org/officeDocument/2006/relationships/hyperlink" Target="http://www.cofe.ru/read-ka/" TargetMode="External"/><Relationship Id="rId529" Type="http://schemas.openxmlformats.org/officeDocument/2006/relationships/hyperlink" Target="http://murzilka.km.ru/" TargetMode="External"/><Relationship Id="rId736" Type="http://schemas.openxmlformats.org/officeDocument/2006/relationships/hyperlink" Target="http://www.kinder.ru/" TargetMode="External"/><Relationship Id="rId168" Type="http://schemas.openxmlformats.org/officeDocument/2006/relationships/hyperlink" Target="http://murzilka.km.ru/" TargetMode="External"/><Relationship Id="rId943" Type="http://schemas.openxmlformats.org/officeDocument/2006/relationships/hyperlink" Target="http://www.nikitinsky.com.ua/" TargetMode="External"/><Relationship Id="rId72" Type="http://schemas.openxmlformats.org/officeDocument/2006/relationships/hyperlink" Target="http://vkids.km.ru/" TargetMode="External"/><Relationship Id="rId375" Type="http://schemas.openxmlformats.org/officeDocument/2006/relationships/hyperlink" Target="http://um-razum.ru/load/uchebnye_prezentacii/nachalnaja_shkola/18" TargetMode="External"/><Relationship Id="rId582" Type="http://schemas.openxmlformats.org/officeDocument/2006/relationships/image" Target="media/image52.png"/><Relationship Id="rId803" Type="http://schemas.openxmlformats.org/officeDocument/2006/relationships/hyperlink" Target="http://www.edu.ru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uchportal.ru/load/47-2-2" TargetMode="External"/><Relationship Id="rId442" Type="http://schemas.openxmlformats.org/officeDocument/2006/relationships/hyperlink" Target="http://school-collektion.edu/ru" TargetMode="External"/><Relationship Id="rId887" Type="http://schemas.openxmlformats.org/officeDocument/2006/relationships/hyperlink" Target="http://fcior.edu.ru/" TargetMode="External"/><Relationship Id="rId302" Type="http://schemas.openxmlformats.org/officeDocument/2006/relationships/hyperlink" Target="http://www.cofe.ru/read-ka/" TargetMode="External"/><Relationship Id="rId747" Type="http://schemas.openxmlformats.org/officeDocument/2006/relationships/hyperlink" Target="http://www.kostyor.ru/archives.html" TargetMode="External"/><Relationship Id="rId954" Type="http://schemas.openxmlformats.org/officeDocument/2006/relationships/hyperlink" Target="http://barsuk.lenin.ru/" TargetMode="External"/><Relationship Id="rId83" Type="http://schemas.openxmlformats.org/officeDocument/2006/relationships/hyperlink" Target="http://www.cofe.ru/read-ka/" TargetMode="External"/><Relationship Id="rId179" Type="http://schemas.openxmlformats.org/officeDocument/2006/relationships/hyperlink" Target="http://www.cofe.ru/read-ka/" TargetMode="External"/><Relationship Id="rId386" Type="http://schemas.openxmlformats.org/officeDocument/2006/relationships/hyperlink" Target="http://www.jokeclub.ru/" TargetMode="External"/><Relationship Id="rId593" Type="http://schemas.openxmlformats.org/officeDocument/2006/relationships/hyperlink" Target="http://school-collection.edu.ru/" TargetMode="External"/><Relationship Id="rId607" Type="http://schemas.openxmlformats.org/officeDocument/2006/relationships/hyperlink" Target="http://www.jokeclub.ru/" TargetMode="External"/><Relationship Id="rId814" Type="http://schemas.openxmlformats.org/officeDocument/2006/relationships/hyperlink" Target="http://school-collection.edu.ru/" TargetMode="External"/><Relationship Id="rId246" Type="http://schemas.openxmlformats.org/officeDocument/2006/relationships/hyperlink" Target="http://um-razum.ru/load/uchebnye_prezentacii/nachalnaja_shkola/18" TargetMode="External"/><Relationship Id="rId453" Type="http://schemas.openxmlformats.org/officeDocument/2006/relationships/hyperlink" Target="http://www.nachalka.com/biblioteka" TargetMode="External"/><Relationship Id="rId660" Type="http://schemas.openxmlformats.org/officeDocument/2006/relationships/hyperlink" Target="http://www.cofe.ru/read-ka/" TargetMode="External"/><Relationship Id="rId898" Type="http://schemas.openxmlformats.org/officeDocument/2006/relationships/hyperlink" Target="http://catalog.io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462B1-C4B6-4742-8AB6-FE9FE7779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17109</Words>
  <Characters>97524</Characters>
  <Application>Microsoft Office Word</Application>
  <DocSecurity>0</DocSecurity>
  <Lines>812</Lines>
  <Paragraphs>228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114405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cp:lastPrinted>2022-06-27T03:48:00Z</cp:lastPrinted>
  <dcterms:created xsi:type="dcterms:W3CDTF">2013-12-23T23:15:00Z</dcterms:created>
  <dcterms:modified xsi:type="dcterms:W3CDTF">2022-06-28T01:13:00Z</dcterms:modified>
  <cp:category/>
</cp:coreProperties>
</file>