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2C5F7" w14:textId="6FF15392" w:rsidR="00BD2C6D" w:rsidRDefault="00D40B2E">
      <w:pPr>
        <w:autoSpaceDE w:val="0"/>
        <w:autoSpaceDN w:val="0"/>
        <w:spacing w:after="78" w:line="220" w:lineRule="exact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389378CA" wp14:editId="0EB512FB">
            <wp:simplePos x="0" y="0"/>
            <wp:positionH relativeFrom="column">
              <wp:posOffset>569595</wp:posOffset>
            </wp:positionH>
            <wp:positionV relativeFrom="paragraph">
              <wp:posOffset>191770</wp:posOffset>
            </wp:positionV>
            <wp:extent cx="5972175" cy="9217025"/>
            <wp:effectExtent l="0" t="0" r="9525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921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1C18D24" w14:textId="5A8D0B24" w:rsidR="00BD2C6D" w:rsidRPr="000327BD" w:rsidRDefault="009E3629">
      <w:pPr>
        <w:autoSpaceDE w:val="0"/>
        <w:autoSpaceDN w:val="0"/>
        <w:spacing w:after="0" w:line="230" w:lineRule="auto"/>
        <w:ind w:left="1494"/>
        <w:rPr>
          <w:lang w:val="ru-RU"/>
        </w:rPr>
      </w:pPr>
      <w:r w:rsidRPr="000327BD">
        <w:rPr>
          <w:rFonts w:ascii="Times New Roman" w:eastAsia="Times New Roman" w:hAnsi="Times New Roman"/>
          <w:b/>
          <w:color w:val="000000"/>
          <w:sz w:val="24"/>
          <w:lang w:val="ru-RU"/>
        </w:rPr>
        <w:t>МИНИСТЕРСТВО ПРОСВЕЩЕНИЯ РОССИЙСКОЙ ФЕДЕРАЦИИ</w:t>
      </w:r>
    </w:p>
    <w:p w14:paraId="03D5A5EE" w14:textId="77777777" w:rsidR="000327BD" w:rsidRDefault="000327BD">
      <w:pPr>
        <w:rPr>
          <w:lang w:val="ru-RU"/>
        </w:rPr>
      </w:pPr>
    </w:p>
    <w:p w14:paraId="364B42A6" w14:textId="77777777" w:rsidR="00960E58" w:rsidRDefault="00960E58" w:rsidP="000327BD">
      <w:pPr>
        <w:jc w:val="center"/>
        <w:rPr>
          <w:lang w:val="ru-RU"/>
        </w:rPr>
      </w:pPr>
    </w:p>
    <w:p w14:paraId="0048B413" w14:textId="77777777" w:rsidR="00960E58" w:rsidRDefault="00960E58" w:rsidP="000327BD">
      <w:pPr>
        <w:jc w:val="center"/>
        <w:rPr>
          <w:lang w:val="ru-RU"/>
        </w:rPr>
      </w:pPr>
    </w:p>
    <w:p w14:paraId="0030E13F" w14:textId="77777777" w:rsidR="00960E58" w:rsidRDefault="00960E58" w:rsidP="000327BD">
      <w:pPr>
        <w:jc w:val="center"/>
        <w:rPr>
          <w:lang w:val="ru-RU"/>
        </w:rPr>
      </w:pPr>
    </w:p>
    <w:p w14:paraId="5788667E" w14:textId="441D73A9" w:rsidR="00BD2C6D" w:rsidRDefault="00BD2C6D">
      <w:pPr>
        <w:autoSpaceDE w:val="0"/>
        <w:autoSpaceDN w:val="0"/>
        <w:spacing w:after="78" w:line="220" w:lineRule="exact"/>
        <w:rPr>
          <w:lang w:val="ru-RU"/>
        </w:rPr>
      </w:pPr>
    </w:p>
    <w:p w14:paraId="38EAF416" w14:textId="28A2B3BB" w:rsidR="00D40B2E" w:rsidRDefault="00D40B2E">
      <w:pPr>
        <w:autoSpaceDE w:val="0"/>
        <w:autoSpaceDN w:val="0"/>
        <w:spacing w:after="78" w:line="220" w:lineRule="exact"/>
        <w:rPr>
          <w:lang w:val="ru-RU"/>
        </w:rPr>
      </w:pPr>
    </w:p>
    <w:p w14:paraId="04D5C835" w14:textId="186E405F" w:rsidR="00D40B2E" w:rsidRDefault="00D40B2E">
      <w:pPr>
        <w:autoSpaceDE w:val="0"/>
        <w:autoSpaceDN w:val="0"/>
        <w:spacing w:after="78" w:line="220" w:lineRule="exact"/>
        <w:rPr>
          <w:lang w:val="ru-RU"/>
        </w:rPr>
      </w:pPr>
    </w:p>
    <w:p w14:paraId="58A828F1" w14:textId="46379ABD" w:rsidR="00D40B2E" w:rsidRDefault="00D40B2E">
      <w:pPr>
        <w:autoSpaceDE w:val="0"/>
        <w:autoSpaceDN w:val="0"/>
        <w:spacing w:after="78" w:line="220" w:lineRule="exact"/>
        <w:rPr>
          <w:lang w:val="ru-RU"/>
        </w:rPr>
      </w:pPr>
    </w:p>
    <w:p w14:paraId="5E3821CB" w14:textId="2A75607C" w:rsidR="00D40B2E" w:rsidRDefault="00D40B2E">
      <w:pPr>
        <w:autoSpaceDE w:val="0"/>
        <w:autoSpaceDN w:val="0"/>
        <w:spacing w:after="78" w:line="220" w:lineRule="exact"/>
        <w:rPr>
          <w:lang w:val="ru-RU"/>
        </w:rPr>
      </w:pPr>
    </w:p>
    <w:p w14:paraId="7403328F" w14:textId="77777777" w:rsidR="00D40B2E" w:rsidRPr="000327BD" w:rsidRDefault="00D40B2E">
      <w:pPr>
        <w:autoSpaceDE w:val="0"/>
        <w:autoSpaceDN w:val="0"/>
        <w:spacing w:after="78" w:line="220" w:lineRule="exact"/>
        <w:rPr>
          <w:lang w:val="ru-RU"/>
        </w:rPr>
      </w:pPr>
    </w:p>
    <w:p w14:paraId="26D0DAFF" w14:textId="77777777" w:rsidR="00BD2C6D" w:rsidRPr="000327BD" w:rsidRDefault="009E3629">
      <w:pPr>
        <w:autoSpaceDE w:val="0"/>
        <w:autoSpaceDN w:val="0"/>
        <w:spacing w:after="0" w:line="230" w:lineRule="auto"/>
        <w:rPr>
          <w:lang w:val="ru-RU"/>
        </w:rPr>
      </w:pPr>
      <w:r w:rsidRPr="000327BD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ПОЯСНИТЕЛЬНАЯ ЗАПИСКА</w:t>
      </w:r>
    </w:p>
    <w:p w14:paraId="356E3FB4" w14:textId="77777777" w:rsidR="00BD2C6D" w:rsidRPr="000327BD" w:rsidRDefault="009E3629">
      <w:pPr>
        <w:autoSpaceDE w:val="0"/>
        <w:autoSpaceDN w:val="0"/>
        <w:spacing w:before="346" w:after="0"/>
        <w:ind w:firstLine="180"/>
        <w:rPr>
          <w:lang w:val="ru-RU"/>
        </w:rPr>
      </w:pP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по изобразительному искусству для обучающихся 4 класса на уровне начального общего образования составлена на основе «Требований к результатам освоения основной </w:t>
      </w:r>
      <w:r w:rsidRPr="000327BD">
        <w:rPr>
          <w:lang w:val="ru-RU"/>
        </w:rPr>
        <w:br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образовательной программы», представленных в Федеральном государственном образовательном стандарте начального общего образования.</w:t>
      </w:r>
    </w:p>
    <w:p w14:paraId="618EB8C7" w14:textId="77777777" w:rsidR="00BD2C6D" w:rsidRPr="000327BD" w:rsidRDefault="009E3629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Содержание программы распределено по модулям с учётом проверяемых требований к результатам освоения учебного предмета, выносимым на промежуточную аттестацию.</w:t>
      </w:r>
    </w:p>
    <w:p w14:paraId="3B5382B5" w14:textId="77777777" w:rsidR="00BD2C6D" w:rsidRPr="000327BD" w:rsidRDefault="009E3629">
      <w:pPr>
        <w:autoSpaceDE w:val="0"/>
        <w:autoSpaceDN w:val="0"/>
        <w:spacing w:before="70" w:after="0" w:line="278" w:lineRule="auto"/>
        <w:ind w:right="144" w:firstLine="180"/>
        <w:rPr>
          <w:lang w:val="ru-RU"/>
        </w:rPr>
      </w:pP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Цель преподавания предмета «Изобразительное искусство» состоит в формировании </w:t>
      </w:r>
      <w:r w:rsidRPr="000327BD">
        <w:rPr>
          <w:lang w:val="ru-RU"/>
        </w:rPr>
        <w:br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художественной культуры учащихся,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учащихся.</w:t>
      </w:r>
    </w:p>
    <w:p w14:paraId="0DCA407C" w14:textId="77777777" w:rsidR="00BD2C6D" w:rsidRPr="000327BD" w:rsidRDefault="009E3629">
      <w:pPr>
        <w:autoSpaceDE w:val="0"/>
        <w:autoSpaceDN w:val="0"/>
        <w:spacing w:before="70" w:after="0" w:line="271" w:lineRule="auto"/>
        <w:ind w:right="576" w:firstLine="180"/>
        <w:rPr>
          <w:lang w:val="ru-RU"/>
        </w:rPr>
      </w:pP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Преподавание предмета направлено на развитие духовной культуры учащихся,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14:paraId="231889A6" w14:textId="77777777" w:rsidR="00BD2C6D" w:rsidRPr="000327BD" w:rsidRDefault="009E3629">
      <w:pPr>
        <w:autoSpaceDE w:val="0"/>
        <w:autoSpaceDN w:val="0"/>
        <w:spacing w:before="70" w:after="0" w:line="286" w:lineRule="auto"/>
        <w:ind w:right="144" w:firstLine="180"/>
        <w:rPr>
          <w:lang w:val="ru-RU"/>
        </w:rPr>
      </w:pP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Содержание предмета охватывает все основные вида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Для учащихся начальной школы большое значение также имеет восприятие произведений детского творчества, умение обсуждать и анализировать детские рисунки с позиций выраженного в них содержания, художественных средств выразительности, соответствия учебной задачи, поставленной учителем. Такая рефлексия детского творчества имеет позитивный обучающий характер.</w:t>
      </w:r>
    </w:p>
    <w:p w14:paraId="7F656C68" w14:textId="77777777" w:rsidR="00BD2C6D" w:rsidRPr="000327BD" w:rsidRDefault="009E3629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70FCE071" w14:textId="77777777" w:rsidR="00BD2C6D" w:rsidRPr="000327BD" w:rsidRDefault="009E3629">
      <w:pPr>
        <w:autoSpaceDE w:val="0"/>
        <w:autoSpaceDN w:val="0"/>
        <w:spacing w:before="70" w:after="0"/>
        <w:ind w:right="288" w:firstLine="180"/>
        <w:rPr>
          <w:lang w:val="ru-RU"/>
        </w:rPr>
      </w:pP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14:paraId="303B4943" w14:textId="77777777" w:rsidR="00BD2C6D" w:rsidRPr="000327BD" w:rsidRDefault="009E3629">
      <w:pPr>
        <w:autoSpaceDE w:val="0"/>
        <w:autoSpaceDN w:val="0"/>
        <w:spacing w:before="72" w:after="0" w:line="281" w:lineRule="auto"/>
        <w:ind w:right="288" w:firstLine="180"/>
        <w:rPr>
          <w:lang w:val="ru-RU"/>
        </w:rPr>
      </w:pP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На занятиях учащиеся знакомятся с многообразием видов художественной деятельности и технически доступным разнообразием художественных материалов. Практическая </w:t>
      </w:r>
      <w:r w:rsidRPr="000327BD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художественно-творческая деятельность занимает приоритетное пространство учебного времени. При опоре на восприятие </w:t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14:paraId="6D764CB4" w14:textId="77777777" w:rsidR="00BD2C6D" w:rsidRPr="000327BD" w:rsidRDefault="009E3629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учитывает психолого-возрастные особенности развития детей 7—8 лет, при этом содержание занятий может быть адаптировано с учётом индивидуальных качеств обучающихся, как для детей, проявляющих выдающиеся способности, так и для детей-инвалидов и детей с ОВЗ. </w:t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В урочное время деятельность обучающихся организуется как в индивидуальном, так и в групповом формате с задачей формирования навыков сотрудничества в художественной деятельности.</w:t>
      </w:r>
    </w:p>
    <w:p w14:paraId="6E698C86" w14:textId="77777777" w:rsidR="00BD2C6D" w:rsidRPr="000327BD" w:rsidRDefault="009E3629">
      <w:pPr>
        <w:tabs>
          <w:tab w:val="left" w:pos="180"/>
        </w:tabs>
        <w:autoSpaceDE w:val="0"/>
        <w:autoSpaceDN w:val="0"/>
        <w:spacing w:before="190" w:after="0" w:line="262" w:lineRule="auto"/>
        <w:ind w:right="576"/>
        <w:rPr>
          <w:lang w:val="ru-RU"/>
        </w:rPr>
      </w:pP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«ИЗОБРАЗИТЕЛЬНОЕ ИСКУССТВО» В УЧЕБНОМ ПЛАНЕ</w:t>
      </w:r>
    </w:p>
    <w:p w14:paraId="6240E9B0" w14:textId="77777777" w:rsidR="00BD2C6D" w:rsidRPr="000327BD" w:rsidRDefault="009E3629">
      <w:pPr>
        <w:tabs>
          <w:tab w:val="left" w:pos="180"/>
        </w:tabs>
        <w:autoSpaceDE w:val="0"/>
        <w:autoSpaceDN w:val="0"/>
        <w:spacing w:before="190" w:after="0" w:line="262" w:lineRule="auto"/>
        <w:ind w:right="144"/>
        <w:rPr>
          <w:lang w:val="ru-RU"/>
        </w:rPr>
      </w:pP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В соответствии с Федеральным государственным образовательным стандартом начального общего образования учебный предмет «Изобразительное искусство» входит в предметную область</w:t>
      </w:r>
    </w:p>
    <w:p w14:paraId="6F51EC43" w14:textId="77777777" w:rsidR="00BD2C6D" w:rsidRPr="000327BD" w:rsidRDefault="00BD2C6D">
      <w:pPr>
        <w:rPr>
          <w:lang w:val="ru-RU"/>
        </w:rPr>
        <w:sectPr w:rsidR="00BD2C6D" w:rsidRPr="000327BD">
          <w:pgSz w:w="11900" w:h="16840"/>
          <w:pgMar w:top="298" w:right="648" w:bottom="338" w:left="666" w:header="720" w:footer="720" w:gutter="0"/>
          <w:cols w:space="720" w:equalWidth="0">
            <w:col w:w="10586" w:space="0"/>
          </w:cols>
          <w:docGrid w:linePitch="360"/>
        </w:sectPr>
      </w:pPr>
    </w:p>
    <w:p w14:paraId="34E1B2B0" w14:textId="77777777" w:rsidR="00BD2C6D" w:rsidRPr="000327BD" w:rsidRDefault="00BD2C6D">
      <w:pPr>
        <w:autoSpaceDE w:val="0"/>
        <w:autoSpaceDN w:val="0"/>
        <w:spacing w:after="66" w:line="220" w:lineRule="exact"/>
        <w:rPr>
          <w:lang w:val="ru-RU"/>
        </w:rPr>
      </w:pPr>
    </w:p>
    <w:p w14:paraId="5190D697" w14:textId="77777777" w:rsidR="00BD2C6D" w:rsidRPr="000327BD" w:rsidRDefault="009E3629">
      <w:pPr>
        <w:autoSpaceDE w:val="0"/>
        <w:autoSpaceDN w:val="0"/>
        <w:spacing w:after="0"/>
        <w:ind w:right="432"/>
        <w:rPr>
          <w:lang w:val="ru-RU"/>
        </w:rPr>
      </w:pP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«Искусство» и является обязательным для изучения. Содержание предмета «Изобразительное искусство» структурировано как система тематических модулей и входит в учебный план 1—4 классов программы начального общего образования в объёме 1 ч. одного учебного часа в неделю. Изучение содержания всех модулей в 4 классе обязательно.</w:t>
      </w:r>
    </w:p>
    <w:p w14:paraId="3C8531BA" w14:textId="77777777" w:rsidR="00BD2C6D" w:rsidRPr="000327BD" w:rsidRDefault="009E3629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плана, определяемой участниками образовательного процесса. При этом предполагается не увеличение количества тем для изучения, а увеличение времени на практическую художественную деятельность. Это способствует качеству обучения и достижению более высокого уровня как предметных, так и личностных и метапредметных результатов обучения.</w:t>
      </w:r>
    </w:p>
    <w:p w14:paraId="5CD1825D" w14:textId="77777777" w:rsidR="00BD2C6D" w:rsidRPr="000327BD" w:rsidRDefault="009E3629">
      <w:pPr>
        <w:autoSpaceDE w:val="0"/>
        <w:autoSpaceDN w:val="0"/>
        <w:spacing w:before="192" w:after="0" w:line="230" w:lineRule="auto"/>
        <w:rPr>
          <w:lang w:val="ru-RU"/>
        </w:rPr>
      </w:pP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На изучение изобразительного искусства в 4 классе отводится 1 час в неделю, всего 34 часа.</w:t>
      </w:r>
    </w:p>
    <w:p w14:paraId="6C8302CC" w14:textId="77777777" w:rsidR="00BD2C6D" w:rsidRPr="000327BD" w:rsidRDefault="00BD2C6D">
      <w:pPr>
        <w:rPr>
          <w:lang w:val="ru-RU"/>
        </w:rPr>
        <w:sectPr w:rsidR="00BD2C6D" w:rsidRPr="000327BD">
          <w:pgSz w:w="11900" w:h="16840"/>
          <w:pgMar w:top="286" w:right="682" w:bottom="1440" w:left="666" w:header="720" w:footer="720" w:gutter="0"/>
          <w:cols w:space="720" w:equalWidth="0">
            <w:col w:w="10552" w:space="0"/>
          </w:cols>
          <w:docGrid w:linePitch="360"/>
        </w:sectPr>
      </w:pPr>
    </w:p>
    <w:p w14:paraId="790F4437" w14:textId="77777777" w:rsidR="00BD2C6D" w:rsidRPr="000327BD" w:rsidRDefault="00BD2C6D">
      <w:pPr>
        <w:autoSpaceDE w:val="0"/>
        <w:autoSpaceDN w:val="0"/>
        <w:spacing w:after="78" w:line="220" w:lineRule="exact"/>
        <w:rPr>
          <w:lang w:val="ru-RU"/>
        </w:rPr>
      </w:pPr>
    </w:p>
    <w:p w14:paraId="59B8F8C6" w14:textId="77777777" w:rsidR="00BD2C6D" w:rsidRPr="000327BD" w:rsidRDefault="009E3629">
      <w:pPr>
        <w:autoSpaceDE w:val="0"/>
        <w:autoSpaceDN w:val="0"/>
        <w:spacing w:after="0" w:line="230" w:lineRule="auto"/>
        <w:rPr>
          <w:lang w:val="ru-RU"/>
        </w:rPr>
      </w:pPr>
      <w:r w:rsidRPr="000327B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14:paraId="282CBB71" w14:textId="77777777" w:rsidR="00BD2C6D" w:rsidRPr="000327BD" w:rsidRDefault="009E3629">
      <w:pPr>
        <w:tabs>
          <w:tab w:val="left" w:pos="180"/>
        </w:tabs>
        <w:autoSpaceDE w:val="0"/>
        <w:autoSpaceDN w:val="0"/>
        <w:spacing w:before="346" w:after="0" w:line="271" w:lineRule="auto"/>
        <w:ind w:right="144"/>
        <w:rPr>
          <w:lang w:val="ru-RU"/>
        </w:rPr>
      </w:pP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«Графика»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14:paraId="571FAD06" w14:textId="77777777" w:rsidR="00BD2C6D" w:rsidRPr="000327BD" w:rsidRDefault="009E3629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14:paraId="753DAA40" w14:textId="77777777" w:rsidR="00BD2C6D" w:rsidRPr="000327BD" w:rsidRDefault="009E3629">
      <w:pPr>
        <w:tabs>
          <w:tab w:val="left" w:pos="180"/>
        </w:tabs>
        <w:autoSpaceDE w:val="0"/>
        <w:autoSpaceDN w:val="0"/>
        <w:spacing w:before="70" w:after="0" w:line="271" w:lineRule="auto"/>
        <w:ind w:right="144"/>
        <w:rPr>
          <w:lang w:val="ru-RU"/>
        </w:rPr>
      </w:pP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Графическое изображение героев былин, древних легенд, сказок и сказаний разных народов. </w:t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Изображение города — тематическая графическая композиция; использование карандаша, мелков, фломастеров (смешанная техника).</w:t>
      </w:r>
    </w:p>
    <w:p w14:paraId="59B948BE" w14:textId="77777777" w:rsidR="00BD2C6D" w:rsidRPr="000327BD" w:rsidRDefault="009E3629">
      <w:pPr>
        <w:tabs>
          <w:tab w:val="left" w:pos="180"/>
        </w:tabs>
        <w:autoSpaceDE w:val="0"/>
        <w:autoSpaceDN w:val="0"/>
        <w:spacing w:before="192" w:after="0" w:line="271" w:lineRule="auto"/>
        <w:ind w:right="288"/>
        <w:rPr>
          <w:lang w:val="ru-RU"/>
        </w:rPr>
      </w:pP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«Живопись»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14:paraId="342885A7" w14:textId="77777777" w:rsidR="00BD2C6D" w:rsidRPr="000327BD" w:rsidRDefault="009E3629">
      <w:pPr>
        <w:autoSpaceDE w:val="0"/>
        <w:autoSpaceDN w:val="0"/>
        <w:spacing w:before="70" w:after="0"/>
        <w:ind w:right="288" w:firstLine="180"/>
        <w:rPr>
          <w:lang w:val="ru-RU"/>
        </w:rPr>
      </w:pP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14:paraId="119C2F56" w14:textId="77777777" w:rsidR="00BD2C6D" w:rsidRPr="000327BD" w:rsidRDefault="009E3629">
      <w:pPr>
        <w:autoSpaceDE w:val="0"/>
        <w:autoSpaceDN w:val="0"/>
        <w:spacing w:before="70" w:after="0" w:line="271" w:lineRule="auto"/>
        <w:ind w:right="864" w:firstLine="180"/>
        <w:rPr>
          <w:lang w:val="ru-RU"/>
        </w:rPr>
      </w:pP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14:paraId="2FD0BDA6" w14:textId="77777777" w:rsidR="00BD2C6D" w:rsidRPr="000327BD" w:rsidRDefault="009E3629">
      <w:pPr>
        <w:tabs>
          <w:tab w:val="left" w:pos="180"/>
        </w:tabs>
        <w:autoSpaceDE w:val="0"/>
        <w:autoSpaceDN w:val="0"/>
        <w:spacing w:before="190" w:after="0"/>
        <w:ind w:right="720"/>
        <w:rPr>
          <w:lang w:val="ru-RU"/>
        </w:rPr>
      </w:pP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«Скульптура»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Знакомство со скульптурными памятниками героям и мемориальными комплексами. </w:t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Создание эскиза памятника народному герою. Работа с пластилином или глиной. Выражение значительности, трагизма и победительной силы.</w:t>
      </w:r>
    </w:p>
    <w:p w14:paraId="7608671D" w14:textId="77777777" w:rsidR="00BD2C6D" w:rsidRPr="000327BD" w:rsidRDefault="009E3629">
      <w:pPr>
        <w:tabs>
          <w:tab w:val="left" w:pos="180"/>
        </w:tabs>
        <w:autoSpaceDE w:val="0"/>
        <w:autoSpaceDN w:val="0"/>
        <w:spacing w:before="190" w:after="0" w:line="281" w:lineRule="auto"/>
        <w:rPr>
          <w:lang w:val="ru-RU"/>
        </w:rPr>
      </w:pP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«Декоративно-прикладное искусство»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Орнаменты разных народов. Подчинённость орнамента форме и назначению предмета, в </w:t>
      </w:r>
      <w:r w:rsidRPr="000327BD">
        <w:rPr>
          <w:lang w:val="ru-RU"/>
        </w:rPr>
        <w:br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др.</w:t>
      </w:r>
    </w:p>
    <w:p w14:paraId="3B68AD42" w14:textId="77777777" w:rsidR="00BD2C6D" w:rsidRPr="000327BD" w:rsidRDefault="009E3629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др.</w:t>
      </w:r>
    </w:p>
    <w:p w14:paraId="39CBA235" w14:textId="77777777" w:rsidR="00BD2C6D" w:rsidRPr="000327BD" w:rsidRDefault="009E3629">
      <w:pPr>
        <w:tabs>
          <w:tab w:val="left" w:pos="180"/>
        </w:tabs>
        <w:autoSpaceDE w:val="0"/>
        <w:autoSpaceDN w:val="0"/>
        <w:spacing w:before="72" w:after="0" w:line="262" w:lineRule="auto"/>
        <w:ind w:right="576"/>
        <w:rPr>
          <w:lang w:val="ru-RU"/>
        </w:rPr>
      </w:pP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14:paraId="541A8DF0" w14:textId="77777777" w:rsidR="00BD2C6D" w:rsidRPr="000327BD" w:rsidRDefault="009E3629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Народный костюм. Русский народный праздничный костюм, символы и обереги в его декоре.</w:t>
      </w:r>
    </w:p>
    <w:p w14:paraId="19C4235B" w14:textId="77777777" w:rsidR="00BD2C6D" w:rsidRPr="000327BD" w:rsidRDefault="009E3629">
      <w:pPr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Головные уборы. Особенности мужской одежды разных сословий, связь украшения костюма мужчины с родом его занятий.</w:t>
      </w:r>
    </w:p>
    <w:p w14:paraId="148D1481" w14:textId="77777777" w:rsidR="00BD2C6D" w:rsidRPr="000327BD" w:rsidRDefault="009E3629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Женский и мужской костюмы в традициях разных народов. Своеобразие одежды разных эпох и культур.</w:t>
      </w:r>
    </w:p>
    <w:p w14:paraId="0358666B" w14:textId="77777777" w:rsidR="00BD2C6D" w:rsidRPr="000327BD" w:rsidRDefault="009E3629">
      <w:pPr>
        <w:tabs>
          <w:tab w:val="left" w:pos="180"/>
        </w:tabs>
        <w:autoSpaceDE w:val="0"/>
        <w:autoSpaceDN w:val="0"/>
        <w:spacing w:before="190" w:after="0" w:line="271" w:lineRule="auto"/>
        <w:ind w:right="288"/>
        <w:rPr>
          <w:lang w:val="ru-RU"/>
        </w:rPr>
      </w:pP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«Архитектура»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14:paraId="715DCA45" w14:textId="77777777" w:rsidR="00BD2C6D" w:rsidRPr="000327BD" w:rsidRDefault="009E3629">
      <w:pPr>
        <w:autoSpaceDE w:val="0"/>
        <w:autoSpaceDN w:val="0"/>
        <w:spacing w:before="70" w:after="0"/>
        <w:ind w:firstLine="180"/>
        <w:rPr>
          <w:lang w:val="ru-RU"/>
        </w:rPr>
      </w:pP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14:paraId="3625AA22" w14:textId="77777777" w:rsidR="00BD2C6D" w:rsidRPr="000327BD" w:rsidRDefault="00BD2C6D">
      <w:pPr>
        <w:rPr>
          <w:lang w:val="ru-RU"/>
        </w:rPr>
        <w:sectPr w:rsidR="00BD2C6D" w:rsidRPr="000327BD">
          <w:pgSz w:w="11900" w:h="16840"/>
          <w:pgMar w:top="298" w:right="650" w:bottom="384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5DFCB7EF" w14:textId="77777777" w:rsidR="00BD2C6D" w:rsidRPr="000327BD" w:rsidRDefault="00BD2C6D">
      <w:pPr>
        <w:autoSpaceDE w:val="0"/>
        <w:autoSpaceDN w:val="0"/>
        <w:spacing w:after="78" w:line="220" w:lineRule="exact"/>
        <w:rPr>
          <w:lang w:val="ru-RU"/>
        </w:rPr>
      </w:pPr>
    </w:p>
    <w:p w14:paraId="43294702" w14:textId="77777777" w:rsidR="00BD2C6D" w:rsidRPr="000327BD" w:rsidRDefault="009E3629">
      <w:pPr>
        <w:tabs>
          <w:tab w:val="left" w:pos="180"/>
        </w:tabs>
        <w:autoSpaceDE w:val="0"/>
        <w:autoSpaceDN w:val="0"/>
        <w:spacing w:after="0" w:line="262" w:lineRule="auto"/>
        <w:ind w:right="432"/>
        <w:rPr>
          <w:lang w:val="ru-RU"/>
        </w:rPr>
      </w:pP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14:paraId="2195E2E2" w14:textId="77777777" w:rsidR="00BD2C6D" w:rsidRPr="000327BD" w:rsidRDefault="009E3629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14:paraId="0E2DB2B3" w14:textId="77777777" w:rsidR="00BD2C6D" w:rsidRPr="000327BD" w:rsidRDefault="009E3629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 </w:t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Понимание значения для современных людей сохранения культурного наследия.</w:t>
      </w:r>
    </w:p>
    <w:p w14:paraId="0A2D3228" w14:textId="77777777" w:rsidR="00BD2C6D" w:rsidRPr="000327BD" w:rsidRDefault="009E3629">
      <w:pPr>
        <w:tabs>
          <w:tab w:val="left" w:pos="180"/>
        </w:tabs>
        <w:autoSpaceDE w:val="0"/>
        <w:autoSpaceDN w:val="0"/>
        <w:spacing w:before="190" w:after="0"/>
        <w:rPr>
          <w:lang w:val="ru-RU"/>
        </w:rPr>
      </w:pP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«Восприятие произведений искусства»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</w:t>
      </w:r>
      <w:r w:rsidRPr="000327BD">
        <w:rPr>
          <w:lang w:val="ru-RU"/>
        </w:rPr>
        <w:br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отечественной культуры.</w:t>
      </w:r>
    </w:p>
    <w:p w14:paraId="02E9D3B2" w14:textId="77777777" w:rsidR="00BD2C6D" w:rsidRPr="000327BD" w:rsidRDefault="009E3629">
      <w:pPr>
        <w:tabs>
          <w:tab w:val="left" w:pos="180"/>
        </w:tabs>
        <w:autoSpaceDE w:val="0"/>
        <w:autoSpaceDN w:val="0"/>
        <w:spacing w:before="72" w:after="0" w:line="262" w:lineRule="auto"/>
        <w:ind w:right="1152"/>
        <w:rPr>
          <w:lang w:val="ru-RU"/>
        </w:rPr>
      </w:pP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14:paraId="5F6AF8C1" w14:textId="77777777" w:rsidR="00BD2C6D" w:rsidRPr="000327BD" w:rsidRDefault="009E3629">
      <w:pPr>
        <w:autoSpaceDE w:val="0"/>
        <w:autoSpaceDN w:val="0"/>
        <w:spacing w:before="70" w:after="0"/>
        <w:ind w:right="432" w:firstLine="180"/>
        <w:rPr>
          <w:lang w:val="ru-RU"/>
        </w:rPr>
      </w:pP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 w14:paraId="25D5DA96" w14:textId="77777777" w:rsidR="00BD2C6D" w:rsidRPr="000327BD" w:rsidRDefault="009E3629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</w:t>
      </w:r>
    </w:p>
    <w:p w14:paraId="182F6823" w14:textId="77777777" w:rsidR="00BD2C6D" w:rsidRPr="000327BD" w:rsidRDefault="009E3629">
      <w:pPr>
        <w:autoSpaceDE w:val="0"/>
        <w:autoSpaceDN w:val="0"/>
        <w:spacing w:before="70" w:after="0" w:line="271" w:lineRule="auto"/>
        <w:ind w:right="288"/>
        <w:rPr>
          <w:lang w:val="ru-RU"/>
        </w:rPr>
      </w:pP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14:paraId="6DBAD0AB" w14:textId="77777777" w:rsidR="00BD2C6D" w:rsidRPr="000327BD" w:rsidRDefault="009E3629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</w:t>
      </w:r>
      <w:proofErr w:type="spellStart"/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ансамбль«Героям</w:t>
      </w:r>
      <w:proofErr w:type="spellEnd"/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 Сталинградской битвы» на Мамаевом кургане (и другие по выбору учителя).</w:t>
      </w:r>
    </w:p>
    <w:p w14:paraId="32E414AD" w14:textId="77777777" w:rsidR="00BD2C6D" w:rsidRPr="000327BD" w:rsidRDefault="009E3629">
      <w:pPr>
        <w:tabs>
          <w:tab w:val="left" w:pos="180"/>
        </w:tabs>
        <w:autoSpaceDE w:val="0"/>
        <w:autoSpaceDN w:val="0"/>
        <w:spacing w:before="190" w:after="0"/>
        <w:ind w:right="576"/>
        <w:rPr>
          <w:lang w:val="ru-RU"/>
        </w:rPr>
      </w:pP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«Азбука цифровой графики»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Изображение и освоение в программе </w:t>
      </w:r>
      <w:r>
        <w:rPr>
          <w:rFonts w:ascii="Times New Roman" w:eastAsia="Times New Roman" w:hAnsi="Times New Roman"/>
          <w:color w:val="000000"/>
          <w:sz w:val="24"/>
        </w:rPr>
        <w:t>Paint</w:t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14:paraId="72FA01B1" w14:textId="77777777" w:rsidR="00BD2C6D" w:rsidRPr="000327BD" w:rsidRDefault="009E3629">
      <w:pPr>
        <w:autoSpaceDE w:val="0"/>
        <w:autoSpaceDN w:val="0"/>
        <w:spacing w:before="70" w:after="0" w:line="278" w:lineRule="auto"/>
        <w:ind w:right="144" w:firstLine="180"/>
        <w:rPr>
          <w:lang w:val="ru-RU"/>
        </w:rPr>
      </w:pP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(юрта, каркасный дом и др., в том числе с учётом местных традиций).</w:t>
      </w:r>
    </w:p>
    <w:p w14:paraId="7C1FE320" w14:textId="77777777" w:rsidR="00BD2C6D" w:rsidRPr="000327BD" w:rsidRDefault="009E3629">
      <w:pPr>
        <w:autoSpaceDE w:val="0"/>
        <w:autoSpaceDN w:val="0"/>
        <w:spacing w:before="70" w:after="0" w:line="271" w:lineRule="auto"/>
        <w:ind w:right="720" w:firstLine="180"/>
        <w:rPr>
          <w:lang w:val="ru-RU"/>
        </w:rPr>
      </w:pP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14:paraId="6E593E54" w14:textId="77777777" w:rsidR="00BD2C6D" w:rsidRPr="000327BD" w:rsidRDefault="009E3629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14:paraId="70B91885" w14:textId="77777777" w:rsidR="00BD2C6D" w:rsidRPr="000327BD" w:rsidRDefault="009E3629">
      <w:pPr>
        <w:tabs>
          <w:tab w:val="left" w:pos="180"/>
        </w:tabs>
        <w:autoSpaceDE w:val="0"/>
        <w:autoSpaceDN w:val="0"/>
        <w:spacing w:before="70" w:after="0"/>
        <w:ind w:right="144"/>
        <w:rPr>
          <w:lang w:val="ru-RU"/>
        </w:rPr>
      </w:pP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eastAsia="Times New Roman" w:hAnsi="Times New Roman"/>
          <w:color w:val="000000"/>
          <w:sz w:val="24"/>
        </w:rPr>
        <w:t>GIF</w:t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-анимации и сохранить простое повторяющееся движение своего рисунка. </w:t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Создание компьютерной презентации в программе </w:t>
      </w:r>
      <w:r>
        <w:rPr>
          <w:rFonts w:ascii="Times New Roman" w:eastAsia="Times New Roman" w:hAnsi="Times New Roman"/>
          <w:color w:val="000000"/>
          <w:sz w:val="24"/>
        </w:rPr>
        <w:t>PowerPoint</w:t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 на тему архитектуры, декоративного и изобразительного искусства выбранной эпохи или национальной культуры.</w:t>
      </w:r>
    </w:p>
    <w:p w14:paraId="07EE97D6" w14:textId="77777777" w:rsidR="00BD2C6D" w:rsidRPr="000327BD" w:rsidRDefault="009E3629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Виртуальные тематические путешествия по художественным музеям мира.</w:t>
      </w:r>
    </w:p>
    <w:p w14:paraId="6743A769" w14:textId="77777777" w:rsidR="00BD2C6D" w:rsidRPr="000327BD" w:rsidRDefault="00BD2C6D">
      <w:pPr>
        <w:rPr>
          <w:lang w:val="ru-RU"/>
        </w:rPr>
        <w:sectPr w:rsidR="00BD2C6D" w:rsidRPr="000327BD">
          <w:pgSz w:w="11900" w:h="16840"/>
          <w:pgMar w:top="298" w:right="642" w:bottom="642" w:left="666" w:header="720" w:footer="720" w:gutter="0"/>
          <w:cols w:space="720" w:equalWidth="0">
            <w:col w:w="10592" w:space="0"/>
          </w:cols>
          <w:docGrid w:linePitch="360"/>
        </w:sectPr>
      </w:pPr>
    </w:p>
    <w:p w14:paraId="297A499A" w14:textId="77777777" w:rsidR="00BD2C6D" w:rsidRPr="000327BD" w:rsidRDefault="00BD2C6D">
      <w:pPr>
        <w:autoSpaceDE w:val="0"/>
        <w:autoSpaceDN w:val="0"/>
        <w:spacing w:after="78" w:line="220" w:lineRule="exact"/>
        <w:rPr>
          <w:lang w:val="ru-RU"/>
        </w:rPr>
      </w:pPr>
    </w:p>
    <w:p w14:paraId="53666658" w14:textId="77777777" w:rsidR="00BD2C6D" w:rsidRPr="000327BD" w:rsidRDefault="009E3629">
      <w:pPr>
        <w:autoSpaceDE w:val="0"/>
        <w:autoSpaceDN w:val="0"/>
        <w:spacing w:after="0" w:line="230" w:lineRule="auto"/>
        <w:rPr>
          <w:lang w:val="ru-RU"/>
        </w:rPr>
      </w:pPr>
      <w:r w:rsidRPr="000327BD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14:paraId="1A713029" w14:textId="77777777" w:rsidR="00BD2C6D" w:rsidRPr="000327BD" w:rsidRDefault="009E3629">
      <w:pPr>
        <w:autoSpaceDE w:val="0"/>
        <w:autoSpaceDN w:val="0"/>
        <w:spacing w:before="346" w:after="0" w:line="230" w:lineRule="auto"/>
        <w:rPr>
          <w:lang w:val="ru-RU"/>
        </w:rPr>
      </w:pPr>
      <w:r w:rsidRPr="000327BD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14:paraId="035167D8" w14:textId="77777777" w:rsidR="00BD2C6D" w:rsidRPr="000327BD" w:rsidRDefault="009E3629">
      <w:pPr>
        <w:autoSpaceDE w:val="0"/>
        <w:autoSpaceDN w:val="0"/>
        <w:spacing w:before="166" w:after="0" w:line="271" w:lineRule="auto"/>
        <w:ind w:right="1152" w:firstLine="180"/>
        <w:rPr>
          <w:lang w:val="ru-RU"/>
        </w:rPr>
      </w:pP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В центре программы по изобразительному искусству в соответствии с ФГОС начального образования находится личностное развитие обучающихся, приобщение их к российским традиционным духовным ценностям, а также социализация личности.</w:t>
      </w:r>
    </w:p>
    <w:p w14:paraId="65097FDD" w14:textId="77777777" w:rsidR="00BD2C6D" w:rsidRPr="000327BD" w:rsidRDefault="009E3629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Программа призвана обеспечить достижение обучающимися личностных результатов: 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уважения и ценностного отношения к своей Родине — России; 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ценностно-смысловые ориентации и установки, отражающие индивидуально-личностные позиции и социально значимые личностные качества; 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духовно-нравственное развитие обучающихся; 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мотивацию к познанию и обучению, готовность к саморазвитию и активному участию в социально-значимой деятельности; 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позитивный опыт участия в творческой деятельности; 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14:paraId="387B3C8C" w14:textId="77777777" w:rsidR="00BD2C6D" w:rsidRPr="000327BD" w:rsidRDefault="009E3629">
      <w:pPr>
        <w:autoSpaceDE w:val="0"/>
        <w:autoSpaceDN w:val="0"/>
        <w:spacing w:before="190" w:after="0" w:line="281" w:lineRule="auto"/>
        <w:ind w:right="144" w:firstLine="180"/>
        <w:rPr>
          <w:lang w:val="ru-RU"/>
        </w:rPr>
      </w:pPr>
      <w:r w:rsidRPr="000327BD">
        <w:rPr>
          <w:rFonts w:ascii="Times New Roman" w:eastAsia="Times New Roman" w:hAnsi="Times New Roman"/>
          <w:i/>
          <w:color w:val="000000"/>
          <w:sz w:val="24"/>
          <w:lang w:val="ru-RU"/>
        </w:rPr>
        <w:t>Патриотическое воспитание</w:t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 осуществляется через освоение школьниками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не в декларативной форме, а в процессе восприятия и освоения в личной художественной деятельности конкретных знаний о красоте и мудрости, заложенных в культурных традициях.</w:t>
      </w:r>
    </w:p>
    <w:p w14:paraId="6ACE899E" w14:textId="77777777" w:rsidR="00BD2C6D" w:rsidRPr="000327BD" w:rsidRDefault="009E3629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0327BD">
        <w:rPr>
          <w:rFonts w:ascii="Times New Roman" w:eastAsia="Times New Roman" w:hAnsi="Times New Roman"/>
          <w:i/>
          <w:color w:val="000000"/>
          <w:sz w:val="24"/>
          <w:lang w:val="ru-RU"/>
        </w:rPr>
        <w:t>Гражданское воспитание</w:t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 формируется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национальных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14:paraId="10826C89" w14:textId="77777777" w:rsidR="00BD2C6D" w:rsidRPr="000327BD" w:rsidRDefault="009E3629">
      <w:pPr>
        <w:autoSpaceDE w:val="0"/>
        <w:autoSpaceDN w:val="0"/>
        <w:spacing w:before="70" w:after="0" w:line="283" w:lineRule="auto"/>
        <w:ind w:right="288" w:firstLine="180"/>
        <w:rPr>
          <w:lang w:val="ru-RU"/>
        </w:rPr>
      </w:pPr>
      <w:r w:rsidRPr="000327BD">
        <w:rPr>
          <w:rFonts w:ascii="Times New Roman" w:eastAsia="Times New Roman" w:hAnsi="Times New Roman"/>
          <w:i/>
          <w:color w:val="000000"/>
          <w:sz w:val="24"/>
          <w:lang w:val="ru-RU"/>
        </w:rPr>
        <w:t>Духовно-нравственное</w:t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 воспитание является стержнем художественного развития обучающегося, приобщения его к искусству как сфере, концентрирующей в себе духовно-нравственного поиск человечества. Учебные задания направлены на развитие внутреннего мира обучающегося и воспитание его эмоционально-образной, чувственной сферы. Занятия искусством помогают школьнику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14:paraId="768A7A3D" w14:textId="77777777" w:rsidR="00BD2C6D" w:rsidRPr="000327BD" w:rsidRDefault="009E3629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0327BD">
        <w:rPr>
          <w:rFonts w:ascii="Times New Roman" w:eastAsia="Times New Roman" w:hAnsi="Times New Roman"/>
          <w:i/>
          <w:color w:val="000000"/>
          <w:sz w:val="24"/>
          <w:lang w:val="ru-RU"/>
        </w:rPr>
        <w:t>Эстетическое воспитание</w:t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 —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школьников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14:paraId="39807863" w14:textId="77777777" w:rsidR="00BD2C6D" w:rsidRPr="000327BD" w:rsidRDefault="009E3629">
      <w:pPr>
        <w:autoSpaceDE w:val="0"/>
        <w:autoSpaceDN w:val="0"/>
        <w:spacing w:before="70" w:after="0"/>
        <w:ind w:firstLine="180"/>
        <w:rPr>
          <w:lang w:val="ru-RU"/>
        </w:rPr>
      </w:pPr>
      <w:r w:rsidRPr="000327BD">
        <w:rPr>
          <w:rFonts w:ascii="Times New Roman" w:eastAsia="Times New Roman" w:hAnsi="Times New Roman"/>
          <w:i/>
          <w:color w:val="000000"/>
          <w:sz w:val="24"/>
          <w:lang w:val="ru-RU"/>
        </w:rPr>
        <w:t>Ценности познавательной деятельности</w:t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14:paraId="10973C1E" w14:textId="77777777" w:rsidR="00BD2C6D" w:rsidRPr="000327BD" w:rsidRDefault="009E3629">
      <w:pPr>
        <w:autoSpaceDE w:val="0"/>
        <w:autoSpaceDN w:val="0"/>
        <w:spacing w:before="70" w:after="0" w:line="271" w:lineRule="auto"/>
        <w:ind w:right="432" w:firstLine="180"/>
        <w:rPr>
          <w:lang w:val="ru-RU"/>
        </w:rPr>
      </w:pPr>
      <w:r w:rsidRPr="000327BD">
        <w:rPr>
          <w:rFonts w:ascii="Times New Roman" w:eastAsia="Times New Roman" w:hAnsi="Times New Roman"/>
          <w:i/>
          <w:color w:val="000000"/>
          <w:sz w:val="24"/>
          <w:lang w:val="ru-RU"/>
        </w:rPr>
        <w:t>Экологическое воспитание</w:t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14:paraId="14EA0FB0" w14:textId="77777777" w:rsidR="00BD2C6D" w:rsidRPr="000327BD" w:rsidRDefault="00BD2C6D">
      <w:pPr>
        <w:rPr>
          <w:lang w:val="ru-RU"/>
        </w:rPr>
        <w:sectPr w:rsidR="00BD2C6D" w:rsidRPr="000327BD">
          <w:pgSz w:w="11900" w:h="16840"/>
          <w:pgMar w:top="298" w:right="650" w:bottom="35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72687CAB" w14:textId="77777777" w:rsidR="00BD2C6D" w:rsidRPr="000327BD" w:rsidRDefault="00BD2C6D">
      <w:pPr>
        <w:autoSpaceDE w:val="0"/>
        <w:autoSpaceDN w:val="0"/>
        <w:spacing w:after="78" w:line="220" w:lineRule="exact"/>
        <w:rPr>
          <w:lang w:val="ru-RU"/>
        </w:rPr>
      </w:pPr>
    </w:p>
    <w:p w14:paraId="2D83B2FE" w14:textId="77777777" w:rsidR="00BD2C6D" w:rsidRPr="000327BD" w:rsidRDefault="009E3629">
      <w:pPr>
        <w:autoSpaceDE w:val="0"/>
        <w:autoSpaceDN w:val="0"/>
        <w:spacing w:after="0" w:line="281" w:lineRule="auto"/>
        <w:ind w:right="144" w:firstLine="180"/>
        <w:rPr>
          <w:lang w:val="ru-RU"/>
        </w:rPr>
      </w:pPr>
      <w:r w:rsidRPr="000327BD">
        <w:rPr>
          <w:rFonts w:ascii="Times New Roman" w:eastAsia="Times New Roman" w:hAnsi="Times New Roman"/>
          <w:i/>
          <w:color w:val="000000"/>
          <w:sz w:val="24"/>
          <w:lang w:val="ru-RU"/>
        </w:rPr>
        <w:t>Трудовое воспитание</w:t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— обязательные требования к определённым заданиям по программе.</w:t>
      </w:r>
    </w:p>
    <w:p w14:paraId="30769251" w14:textId="77777777" w:rsidR="00BD2C6D" w:rsidRPr="000327BD" w:rsidRDefault="009E3629">
      <w:pPr>
        <w:autoSpaceDE w:val="0"/>
        <w:autoSpaceDN w:val="0"/>
        <w:spacing w:before="262" w:after="0" w:line="230" w:lineRule="auto"/>
        <w:rPr>
          <w:lang w:val="ru-RU"/>
        </w:rPr>
      </w:pPr>
      <w:r w:rsidRPr="000327BD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14:paraId="4FD7F14F" w14:textId="77777777" w:rsidR="00BD2C6D" w:rsidRPr="000327BD" w:rsidRDefault="009E3629">
      <w:pPr>
        <w:tabs>
          <w:tab w:val="left" w:pos="180"/>
        </w:tabs>
        <w:autoSpaceDE w:val="0"/>
        <w:autoSpaceDN w:val="0"/>
        <w:spacing w:before="166" w:after="0" w:line="288" w:lineRule="auto"/>
        <w:rPr>
          <w:lang w:val="ru-RU"/>
        </w:rPr>
      </w:pP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1.Овладение универсальными познавательными действиями 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Пространственные представления и сенсорные способности: 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форму предмета, конструкции; 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доминантные черты (характерные особенности) в визуальном образе; 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сравнивать плоскостные и пространственные объекты по заданным основаниям; 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находить ассоциативные связи между визуальными образами разных форм и предметов; 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сопоставлять части и целое в видимом образе, предмете, конструкции; 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пропорциональные отношения частей внутри целого и предметов между собой; </w:t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обобщать форму составной конструкции; 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и анализировать ритмические отношения в пространстве и в изображении (визуальном образе) на установленных основаниях; 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абстрагировать образ реальности при построении плоской композиции; 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соотносить тональные отношения (тёмное — светлое) в пространственных и плоскостных объектах; </w:t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14:paraId="2A515345" w14:textId="77777777" w:rsidR="00BD2C6D" w:rsidRPr="000327BD" w:rsidRDefault="009E3629">
      <w:pPr>
        <w:tabs>
          <w:tab w:val="left" w:pos="180"/>
        </w:tabs>
        <w:autoSpaceDE w:val="0"/>
        <w:autoSpaceDN w:val="0"/>
        <w:spacing w:before="190" w:after="0" w:line="290" w:lineRule="auto"/>
        <w:rPr>
          <w:lang w:val="ru-RU"/>
        </w:rPr>
      </w:pP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Базовые логические и исследовательские действия: 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исследовательские, экспериментальные действия в процессе освоения выразительных свойств различных художественных материалов; 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творческие экспериментальные действия в процессе самостоятельного выполнения художественных заданий; 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 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наблюдения для получения информации об особенностях объектов и состояния природы, предметного мира человека, городской среды; 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и оценивать с позиций эстетических категорий явления природы и предметно-пространственную среду жизни человека; 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формулировать выводы, соответствующие эстетическим, аналитическим и другим учебным установкам по результатам проведённого наблюдения; 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знаково-символические средства для составления орнаментов и декоративных композиций; 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классифицировать произведения искусства по видам и, соответственно, по назначению в жизни людей; 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классифицировать произведения изобразительного искусства по жанрам в качестве инструмента анализа содержания произведений; 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ставить и использовать вопросы как исследовательский инструмент познания.</w:t>
      </w:r>
    </w:p>
    <w:p w14:paraId="0CF4434E" w14:textId="77777777" w:rsidR="00BD2C6D" w:rsidRPr="000327BD" w:rsidRDefault="009E3629">
      <w:pPr>
        <w:autoSpaceDE w:val="0"/>
        <w:autoSpaceDN w:val="0"/>
        <w:spacing w:before="190" w:after="0" w:line="262" w:lineRule="auto"/>
        <w:ind w:left="180" w:right="4752"/>
        <w:rPr>
          <w:lang w:val="ru-RU"/>
        </w:rPr>
      </w:pPr>
      <w:r w:rsidRPr="000327BD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Работа с информацией: </w:t>
      </w:r>
      <w:r w:rsidRPr="000327BD">
        <w:rPr>
          <w:lang w:val="ru-RU"/>
        </w:rPr>
        <w:br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использовать электронные образовательные ресурсы;</w:t>
      </w:r>
    </w:p>
    <w:p w14:paraId="11C6B485" w14:textId="77777777" w:rsidR="00BD2C6D" w:rsidRPr="000327BD" w:rsidRDefault="00BD2C6D">
      <w:pPr>
        <w:rPr>
          <w:lang w:val="ru-RU"/>
        </w:rPr>
        <w:sectPr w:rsidR="00BD2C6D" w:rsidRPr="000327BD">
          <w:pgSz w:w="11900" w:h="16840"/>
          <w:pgMar w:top="298" w:right="658" w:bottom="332" w:left="666" w:header="720" w:footer="720" w:gutter="0"/>
          <w:cols w:space="720" w:equalWidth="0">
            <w:col w:w="10576" w:space="0"/>
          </w:cols>
          <w:docGrid w:linePitch="360"/>
        </w:sectPr>
      </w:pPr>
    </w:p>
    <w:p w14:paraId="0F081A1A" w14:textId="77777777" w:rsidR="00BD2C6D" w:rsidRPr="000327BD" w:rsidRDefault="00BD2C6D">
      <w:pPr>
        <w:autoSpaceDE w:val="0"/>
        <w:autoSpaceDN w:val="0"/>
        <w:spacing w:after="78" w:line="220" w:lineRule="exact"/>
        <w:rPr>
          <w:lang w:val="ru-RU"/>
        </w:rPr>
      </w:pPr>
    </w:p>
    <w:p w14:paraId="44DE0B5F" w14:textId="77777777" w:rsidR="00BD2C6D" w:rsidRPr="000327BD" w:rsidRDefault="009E3629">
      <w:pPr>
        <w:tabs>
          <w:tab w:val="left" w:pos="180"/>
        </w:tabs>
        <w:autoSpaceDE w:val="0"/>
        <w:autoSpaceDN w:val="0"/>
        <w:spacing w:after="0" w:line="286" w:lineRule="auto"/>
        <w:rPr>
          <w:lang w:val="ru-RU"/>
        </w:rPr>
      </w:pP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работать с электронными учебниками и учебными пособиями; 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 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анализировать, интерпретировать, обобщать и систематизировать информацию, представленную в произведениях искусства, текстах, таблицах и схемах; 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готовить информацию на заданную или выбранную тему и представлять её в различных видах: рисунках и эскизах, электронных презентациях; 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виртуальные путешествия по архитектурным памятникам, в отечественные </w:t>
      </w:r>
      <w:r w:rsidRPr="000327BD">
        <w:rPr>
          <w:lang w:val="ru-RU"/>
        </w:rPr>
        <w:br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художественные музеи и зарубежные художественные музеи (галереи) на основе установок и квестов, предложенных учителем; 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соблюдать правила информационной безопасности при работе в сети Интернет.</w:t>
      </w:r>
    </w:p>
    <w:p w14:paraId="156710A2" w14:textId="77777777" w:rsidR="00BD2C6D" w:rsidRPr="000327BD" w:rsidRDefault="009E3629">
      <w:pPr>
        <w:tabs>
          <w:tab w:val="left" w:pos="180"/>
        </w:tabs>
        <w:autoSpaceDE w:val="0"/>
        <w:autoSpaceDN w:val="0"/>
        <w:spacing w:before="192" w:after="0" w:line="288" w:lineRule="auto"/>
        <w:rPr>
          <w:lang w:val="ru-RU"/>
        </w:rPr>
      </w:pP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2.Овладение универсальными коммуникативными действиями 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Обучающиеся должны овладеть следующими действиями: 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искусство в качестве особого языка общения — межличностного (автор — зритель), между поколениями, между народами; 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находить общее решение и разрешать конфликты на основе общих позиций и учёта интересов в процессе совместной художественной деятельности; 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демонстрировать и объяснять результаты своего творческого, художественного или </w:t>
      </w:r>
      <w:r w:rsidRPr="000327BD">
        <w:rPr>
          <w:lang w:val="ru-RU"/>
        </w:rPr>
        <w:br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исследовательского опыта; 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произведения детского художественного творчества с позиций их содержания и в соответствии с учебной задачей, поставленной учителем; 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признавать своё и чужое право на ошибку, развивать свои способности сопереживать, понимать намерения и переживания свои и других людей; 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14:paraId="2DF5D784" w14:textId="77777777" w:rsidR="00BD2C6D" w:rsidRPr="000327BD" w:rsidRDefault="009E3629">
      <w:pPr>
        <w:tabs>
          <w:tab w:val="left" w:pos="180"/>
        </w:tabs>
        <w:autoSpaceDE w:val="0"/>
        <w:autoSpaceDN w:val="0"/>
        <w:spacing w:before="190" w:after="0" w:line="286" w:lineRule="auto"/>
        <w:ind w:right="1296"/>
        <w:rPr>
          <w:lang w:val="ru-RU"/>
        </w:rPr>
      </w:pP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3.Овладение универсальными регулятивными действиями 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Обучающиеся должны овладеть следующими действиями: 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внимательно относиться и выполнять учебные задачи, поставленные учителем; </w:t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последовательность учебных действий при выполнении задания; 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материалам; 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14:paraId="4B59B36D" w14:textId="77777777" w:rsidR="00BD2C6D" w:rsidRPr="000327BD" w:rsidRDefault="009E3629">
      <w:pPr>
        <w:autoSpaceDE w:val="0"/>
        <w:autoSpaceDN w:val="0"/>
        <w:spacing w:before="262" w:after="0" w:line="230" w:lineRule="auto"/>
        <w:rPr>
          <w:lang w:val="ru-RU"/>
        </w:rPr>
      </w:pPr>
      <w:r w:rsidRPr="000327BD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14:paraId="4B453995" w14:textId="77777777" w:rsidR="00BD2C6D" w:rsidRPr="000327BD" w:rsidRDefault="009E3629">
      <w:pPr>
        <w:autoSpaceDE w:val="0"/>
        <w:autoSpaceDN w:val="0"/>
        <w:spacing w:before="166" w:after="0"/>
        <w:ind w:firstLine="180"/>
        <w:rPr>
          <w:lang w:val="ru-RU"/>
        </w:rPr>
      </w:pP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Предметные результаты сформулированы по годам обучения на основе модульного построения содержания в соответствии с Приложением № 8 к Федеральному государственному образовательному стандарту начального общего образования, утверждённому приказом Министерства просвещения Российской Федерации.</w:t>
      </w:r>
    </w:p>
    <w:p w14:paraId="39BEF2EE" w14:textId="77777777" w:rsidR="00BD2C6D" w:rsidRPr="000327BD" w:rsidRDefault="009E3629">
      <w:pPr>
        <w:autoSpaceDE w:val="0"/>
        <w:autoSpaceDN w:val="0"/>
        <w:spacing w:before="190" w:after="0" w:line="262" w:lineRule="auto"/>
        <w:ind w:left="180" w:right="576"/>
        <w:rPr>
          <w:lang w:val="ru-RU"/>
        </w:rPr>
      </w:pPr>
      <w:r w:rsidRPr="000327BD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«Графика»</w:t>
      </w:r>
      <w:r w:rsidRPr="000327BD">
        <w:rPr>
          <w:lang w:val="ru-RU"/>
        </w:rPr>
        <w:br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Осваивать правила линейной и воздушной перспективы и применять их в своей практической</w:t>
      </w:r>
    </w:p>
    <w:p w14:paraId="6D7A5A37" w14:textId="77777777" w:rsidR="00BD2C6D" w:rsidRPr="000327BD" w:rsidRDefault="00BD2C6D">
      <w:pPr>
        <w:rPr>
          <w:lang w:val="ru-RU"/>
        </w:rPr>
        <w:sectPr w:rsidR="00BD2C6D" w:rsidRPr="000327BD">
          <w:pgSz w:w="11900" w:h="16840"/>
          <w:pgMar w:top="298" w:right="668" w:bottom="438" w:left="666" w:header="720" w:footer="720" w:gutter="0"/>
          <w:cols w:space="720" w:equalWidth="0">
            <w:col w:w="10566" w:space="0"/>
          </w:cols>
          <w:docGrid w:linePitch="360"/>
        </w:sectPr>
      </w:pPr>
    </w:p>
    <w:p w14:paraId="09E3F44F" w14:textId="77777777" w:rsidR="00BD2C6D" w:rsidRPr="000327BD" w:rsidRDefault="00BD2C6D">
      <w:pPr>
        <w:autoSpaceDE w:val="0"/>
        <w:autoSpaceDN w:val="0"/>
        <w:spacing w:after="66" w:line="220" w:lineRule="exact"/>
        <w:rPr>
          <w:lang w:val="ru-RU"/>
        </w:rPr>
      </w:pPr>
    </w:p>
    <w:p w14:paraId="092025C9" w14:textId="77777777" w:rsidR="00BD2C6D" w:rsidRPr="000327BD" w:rsidRDefault="009E3629">
      <w:pPr>
        <w:autoSpaceDE w:val="0"/>
        <w:autoSpaceDN w:val="0"/>
        <w:spacing w:after="0" w:line="230" w:lineRule="auto"/>
        <w:rPr>
          <w:lang w:val="ru-RU"/>
        </w:rPr>
      </w:pP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творческой деятельности.</w:t>
      </w:r>
    </w:p>
    <w:p w14:paraId="31565481" w14:textId="77777777" w:rsidR="00BD2C6D" w:rsidRPr="000327BD" w:rsidRDefault="009E3629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14:paraId="57F4B373" w14:textId="77777777" w:rsidR="00BD2C6D" w:rsidRPr="000327BD" w:rsidRDefault="009E3629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культурах; применять эти знания в изображении персонажей сказаний и легенд или просто представителей народов разных культур.</w:t>
      </w:r>
    </w:p>
    <w:p w14:paraId="619533C4" w14:textId="77777777" w:rsidR="00BD2C6D" w:rsidRPr="000327BD" w:rsidRDefault="009E3629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Создавать зарисовки памятников отечественной и мировой архитектуры.</w:t>
      </w:r>
    </w:p>
    <w:p w14:paraId="33EFE31C" w14:textId="77777777" w:rsidR="00BD2C6D" w:rsidRPr="000327BD" w:rsidRDefault="009E3629">
      <w:pPr>
        <w:tabs>
          <w:tab w:val="left" w:pos="180"/>
        </w:tabs>
        <w:autoSpaceDE w:val="0"/>
        <w:autoSpaceDN w:val="0"/>
        <w:spacing w:before="190" w:after="0" w:line="271" w:lineRule="auto"/>
        <w:ind w:right="576"/>
        <w:rPr>
          <w:lang w:val="ru-RU"/>
        </w:rPr>
      </w:pP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«Живопись»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14:paraId="14E87B25" w14:textId="77777777" w:rsidR="00BD2C6D" w:rsidRPr="000327BD" w:rsidRDefault="009E3629">
      <w:pPr>
        <w:tabs>
          <w:tab w:val="left" w:pos="180"/>
        </w:tabs>
        <w:autoSpaceDE w:val="0"/>
        <w:autoSpaceDN w:val="0"/>
        <w:spacing w:before="72" w:after="0" w:line="262" w:lineRule="auto"/>
        <w:rPr>
          <w:lang w:val="ru-RU"/>
        </w:rPr>
      </w:pP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14:paraId="35C90958" w14:textId="77777777" w:rsidR="00BD2C6D" w:rsidRPr="000327BD" w:rsidRDefault="009E3629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 </w:t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Создавать двойной портрет (например, портрет матери и ребёнка).</w:t>
      </w:r>
    </w:p>
    <w:p w14:paraId="7C7832B5" w14:textId="77777777" w:rsidR="00BD2C6D" w:rsidRPr="000327BD" w:rsidRDefault="009E3629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создания композиции на тему «Древнерусский город».</w:t>
      </w:r>
    </w:p>
    <w:p w14:paraId="2A3E3D5F" w14:textId="77777777" w:rsidR="00BD2C6D" w:rsidRPr="000327BD" w:rsidRDefault="009E3629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</w:t>
      </w:r>
      <w:r w:rsidRPr="000327BD">
        <w:rPr>
          <w:lang w:val="ru-RU"/>
        </w:rPr>
        <w:br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национальной культуры.</w:t>
      </w:r>
    </w:p>
    <w:p w14:paraId="30C5237B" w14:textId="77777777" w:rsidR="00BD2C6D" w:rsidRPr="000327BD" w:rsidRDefault="009E3629">
      <w:pPr>
        <w:tabs>
          <w:tab w:val="left" w:pos="180"/>
        </w:tabs>
        <w:autoSpaceDE w:val="0"/>
        <w:autoSpaceDN w:val="0"/>
        <w:spacing w:before="190" w:after="0"/>
        <w:rPr>
          <w:lang w:val="ru-RU"/>
        </w:rPr>
      </w:pP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«Скульптура»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Лепка из пластилина эскиза памятника выбранному герою или участие в коллективной разработке проекта макета мемориального комплекса (работа выполняется после освоения собранного материала о мемориальных комплексах, существующих в нашей стране).</w:t>
      </w:r>
    </w:p>
    <w:p w14:paraId="15EEE17B" w14:textId="77777777" w:rsidR="00BD2C6D" w:rsidRPr="000327BD" w:rsidRDefault="009E3629">
      <w:pPr>
        <w:tabs>
          <w:tab w:val="left" w:pos="180"/>
        </w:tabs>
        <w:autoSpaceDE w:val="0"/>
        <w:autoSpaceDN w:val="0"/>
        <w:spacing w:before="190" w:after="0" w:line="281" w:lineRule="auto"/>
        <w:rPr>
          <w:lang w:val="ru-RU"/>
        </w:rPr>
      </w:pP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«Декоративно-прикладное искусство»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мотивов);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14:paraId="084CDD37" w14:textId="77777777" w:rsidR="00BD2C6D" w:rsidRPr="000327BD" w:rsidRDefault="009E3629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14:paraId="07CF3CEF" w14:textId="77777777" w:rsidR="00BD2C6D" w:rsidRPr="000327BD" w:rsidRDefault="009E3629">
      <w:pPr>
        <w:autoSpaceDE w:val="0"/>
        <w:autoSpaceDN w:val="0"/>
        <w:spacing w:before="72" w:after="0" w:line="271" w:lineRule="auto"/>
        <w:ind w:right="432" w:firstLine="180"/>
        <w:rPr>
          <w:lang w:val="ru-RU"/>
        </w:rPr>
      </w:pP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14:paraId="346147E9" w14:textId="77777777" w:rsidR="00BD2C6D" w:rsidRPr="000327BD" w:rsidRDefault="009E3629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14:paraId="13107A22" w14:textId="77777777" w:rsidR="00BD2C6D" w:rsidRPr="000327BD" w:rsidRDefault="009E3629">
      <w:pPr>
        <w:tabs>
          <w:tab w:val="left" w:pos="180"/>
        </w:tabs>
        <w:autoSpaceDE w:val="0"/>
        <w:autoSpaceDN w:val="0"/>
        <w:spacing w:before="190" w:after="0" w:line="271" w:lineRule="auto"/>
        <w:ind w:right="576"/>
        <w:rPr>
          <w:lang w:val="ru-RU"/>
        </w:rPr>
      </w:pP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«Архитектура»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14:paraId="7A2A1E93" w14:textId="77777777" w:rsidR="00BD2C6D" w:rsidRPr="000327BD" w:rsidRDefault="009E3629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Познакомиться с конструкцией избы — традиционного деревянного жилого дома — и надворных построек; уметь строить из бумаги или изображать конструкцию избы; понимать и уметь объяснять тесную связь декора (украшений) избы с функциональным значением тех же деталей: единство красоты и пользы.</w:t>
      </w:r>
    </w:p>
    <w:p w14:paraId="3CE3DE65" w14:textId="77777777" w:rsidR="00BD2C6D" w:rsidRPr="000327BD" w:rsidRDefault="009E3629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Иметь представления о конструктивных особенностях переносного жилища — юрты.</w:t>
      </w:r>
    </w:p>
    <w:p w14:paraId="0CD79F3D" w14:textId="77777777" w:rsidR="00BD2C6D" w:rsidRPr="000327BD" w:rsidRDefault="00BD2C6D">
      <w:pPr>
        <w:rPr>
          <w:lang w:val="ru-RU"/>
        </w:rPr>
        <w:sectPr w:rsidR="00BD2C6D" w:rsidRPr="000327BD">
          <w:pgSz w:w="11900" w:h="16840"/>
          <w:pgMar w:top="286" w:right="672" w:bottom="368" w:left="666" w:header="720" w:footer="720" w:gutter="0"/>
          <w:cols w:space="720" w:equalWidth="0">
            <w:col w:w="10562" w:space="0"/>
          </w:cols>
          <w:docGrid w:linePitch="360"/>
        </w:sectPr>
      </w:pPr>
    </w:p>
    <w:p w14:paraId="470492C5" w14:textId="77777777" w:rsidR="00BD2C6D" w:rsidRPr="000327BD" w:rsidRDefault="00BD2C6D">
      <w:pPr>
        <w:autoSpaceDE w:val="0"/>
        <w:autoSpaceDN w:val="0"/>
        <w:spacing w:after="78" w:line="220" w:lineRule="exact"/>
        <w:rPr>
          <w:lang w:val="ru-RU"/>
        </w:rPr>
      </w:pPr>
    </w:p>
    <w:p w14:paraId="157F5E78" w14:textId="77777777" w:rsidR="00BD2C6D" w:rsidRPr="000327BD" w:rsidRDefault="009E3629">
      <w:pPr>
        <w:autoSpaceDE w:val="0"/>
        <w:autoSpaceDN w:val="0"/>
        <w:spacing w:after="0"/>
        <w:ind w:right="576" w:firstLine="180"/>
        <w:rPr>
          <w:lang w:val="ru-RU"/>
        </w:rPr>
      </w:pP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Иметь знания, уметь объяснять и изображать традиционную конструкцию здания каменного древнерусского храма; знать примеры наиболее значительных древнерусских соборов и где они находятся; иметь представление о красоте и конструктивных особенностях памятников русского деревянного зодчества.</w:t>
      </w:r>
    </w:p>
    <w:p w14:paraId="5257DF55" w14:textId="77777777" w:rsidR="00BD2C6D" w:rsidRPr="000327BD" w:rsidRDefault="009E3629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Иметь представления об устройстве и красоте древнерусского города, его архитектурном устройстве и жизни в нём людей.</w:t>
      </w:r>
    </w:p>
    <w:p w14:paraId="101FB37F" w14:textId="77777777" w:rsidR="00BD2C6D" w:rsidRPr="000327BD" w:rsidRDefault="009E3629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Знать основные конструктивные черты древнегреческого храма, уметь его изобразить; иметь общее, целостное образное представление о древнегреческой культуре.</w:t>
      </w:r>
    </w:p>
    <w:p w14:paraId="2B35CD07" w14:textId="77777777" w:rsidR="00BD2C6D" w:rsidRPr="000327BD" w:rsidRDefault="009E3629">
      <w:pPr>
        <w:autoSpaceDE w:val="0"/>
        <w:autoSpaceDN w:val="0"/>
        <w:spacing w:before="70" w:after="0" w:line="271" w:lineRule="auto"/>
        <w:ind w:right="432" w:firstLine="180"/>
        <w:rPr>
          <w:lang w:val="ru-RU"/>
        </w:rPr>
      </w:pP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мечеть; уметь изображать их.</w:t>
      </w:r>
    </w:p>
    <w:p w14:paraId="4A0760BB" w14:textId="77777777" w:rsidR="00BD2C6D" w:rsidRPr="000327BD" w:rsidRDefault="009E3629">
      <w:pPr>
        <w:tabs>
          <w:tab w:val="left" w:pos="180"/>
        </w:tabs>
        <w:autoSpaceDE w:val="0"/>
        <w:autoSpaceDN w:val="0"/>
        <w:spacing w:before="72" w:after="0" w:line="262" w:lineRule="auto"/>
        <w:ind w:right="288"/>
        <w:rPr>
          <w:lang w:val="ru-RU"/>
        </w:rPr>
      </w:pP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14:paraId="1816C1F3" w14:textId="77777777" w:rsidR="00BD2C6D" w:rsidRPr="000327BD" w:rsidRDefault="009E3629">
      <w:pPr>
        <w:tabs>
          <w:tab w:val="left" w:pos="180"/>
        </w:tabs>
        <w:autoSpaceDE w:val="0"/>
        <w:autoSpaceDN w:val="0"/>
        <w:spacing w:before="190" w:after="0" w:line="281" w:lineRule="auto"/>
        <w:ind w:right="432"/>
        <w:rPr>
          <w:lang w:val="ru-RU"/>
        </w:rPr>
      </w:pP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«Восприятие произведений искусства»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14:paraId="3C1B3CDA" w14:textId="77777777" w:rsidR="00BD2C6D" w:rsidRPr="000327BD" w:rsidRDefault="009E3629">
      <w:pPr>
        <w:autoSpaceDE w:val="0"/>
        <w:autoSpaceDN w:val="0"/>
        <w:spacing w:before="70" w:after="0"/>
        <w:ind w:right="864" w:firstLine="180"/>
        <w:rPr>
          <w:lang w:val="ru-RU"/>
        </w:rPr>
      </w:pP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14:paraId="7BFA4C29" w14:textId="77777777" w:rsidR="00BD2C6D" w:rsidRPr="000327BD" w:rsidRDefault="009E3629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14:paraId="4C48C059" w14:textId="77777777" w:rsidR="00BD2C6D" w:rsidRPr="000327BD" w:rsidRDefault="009E3629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Уметь называть и объяснять содержание памятника К. Минину и Д. Пожарскому скульптора И. П. Мартоса в Москве.</w:t>
      </w:r>
    </w:p>
    <w:p w14:paraId="1E07EF20" w14:textId="77777777" w:rsidR="00BD2C6D" w:rsidRPr="000327BD" w:rsidRDefault="009E3629">
      <w:pPr>
        <w:autoSpaceDE w:val="0"/>
        <w:autoSpaceDN w:val="0"/>
        <w:spacing w:before="70" w:after="0" w:line="281" w:lineRule="auto"/>
        <w:ind w:right="288" w:firstLine="180"/>
        <w:rPr>
          <w:lang w:val="ru-RU"/>
        </w:rPr>
      </w:pP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</w:t>
      </w:r>
      <w:proofErr w:type="spellStart"/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кургане;«Воин-освободитель</w:t>
      </w:r>
      <w:proofErr w:type="spellEnd"/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» в берлинском </w:t>
      </w:r>
      <w:proofErr w:type="spellStart"/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Трептов</w:t>
      </w:r>
      <w:proofErr w:type="spellEnd"/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-парке; Пискарёвский мемориал в Санкт-Петербурге и другие по выбору учителя); знать о правилах поведения при посещении мемориальных памятников.</w:t>
      </w:r>
    </w:p>
    <w:p w14:paraId="316D5B78" w14:textId="77777777" w:rsidR="00BD2C6D" w:rsidRPr="000327BD" w:rsidRDefault="009E3629">
      <w:pPr>
        <w:autoSpaceDE w:val="0"/>
        <w:autoSpaceDN w:val="0"/>
        <w:spacing w:before="72" w:after="0" w:line="271" w:lineRule="auto"/>
        <w:ind w:right="432" w:firstLine="180"/>
        <w:rPr>
          <w:lang w:val="ru-RU"/>
        </w:rPr>
      </w:pP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Востока; уметь обсуждать эти произведения.</w:t>
      </w:r>
    </w:p>
    <w:p w14:paraId="4B5AD0F3" w14:textId="77777777" w:rsidR="00BD2C6D" w:rsidRPr="000327BD" w:rsidRDefault="009E3629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Узнавать, различать общий вид и представлять основные компоненты конструкции готических (романских) соборов; знать особенности архитектурного устройства мусульманских мечетей; иметь представление об архитектурном своеобразии здания буддийской пагоды.</w:t>
      </w:r>
    </w:p>
    <w:p w14:paraId="760EE99E" w14:textId="77777777" w:rsidR="00BD2C6D" w:rsidRPr="000327BD" w:rsidRDefault="009E3629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14:paraId="35254F74" w14:textId="77777777" w:rsidR="00BD2C6D" w:rsidRPr="000327BD" w:rsidRDefault="009E3629">
      <w:pPr>
        <w:tabs>
          <w:tab w:val="left" w:pos="180"/>
        </w:tabs>
        <w:autoSpaceDE w:val="0"/>
        <w:autoSpaceDN w:val="0"/>
        <w:spacing w:before="190" w:after="0"/>
        <w:ind w:right="144"/>
        <w:rPr>
          <w:lang w:val="ru-RU"/>
        </w:rPr>
      </w:pP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«Азбука цифровой графики»</w:t>
      </w:r>
      <w:r w:rsidRPr="000327BD">
        <w:rPr>
          <w:lang w:val="ru-RU"/>
        </w:rPr>
        <w:br/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eastAsia="Times New Roman" w:hAnsi="Times New Roman"/>
          <w:color w:val="000000"/>
          <w:sz w:val="24"/>
        </w:rPr>
        <w:t>Paint</w:t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14:paraId="7365F51F" w14:textId="77777777" w:rsidR="00BD2C6D" w:rsidRPr="000327BD" w:rsidRDefault="009E3629">
      <w:pPr>
        <w:autoSpaceDE w:val="0"/>
        <w:autoSpaceDN w:val="0"/>
        <w:spacing w:before="70" w:after="0" w:line="271" w:lineRule="auto"/>
        <w:ind w:right="576" w:firstLine="180"/>
        <w:rPr>
          <w:lang w:val="ru-RU"/>
        </w:rPr>
      </w:pP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14:paraId="29799A41" w14:textId="77777777" w:rsidR="00BD2C6D" w:rsidRPr="000327BD" w:rsidRDefault="00BD2C6D">
      <w:pPr>
        <w:rPr>
          <w:lang w:val="ru-RU"/>
        </w:rPr>
        <w:sectPr w:rsidR="00BD2C6D" w:rsidRPr="000327BD">
          <w:pgSz w:w="11900" w:h="16840"/>
          <w:pgMar w:top="298" w:right="646" w:bottom="308" w:left="666" w:header="720" w:footer="720" w:gutter="0"/>
          <w:cols w:space="720" w:equalWidth="0">
            <w:col w:w="10588" w:space="0"/>
          </w:cols>
          <w:docGrid w:linePitch="360"/>
        </w:sectPr>
      </w:pPr>
    </w:p>
    <w:p w14:paraId="391F69FC" w14:textId="77777777" w:rsidR="00BD2C6D" w:rsidRPr="000327BD" w:rsidRDefault="00BD2C6D">
      <w:pPr>
        <w:autoSpaceDE w:val="0"/>
        <w:autoSpaceDN w:val="0"/>
        <w:spacing w:after="78" w:line="220" w:lineRule="exact"/>
        <w:rPr>
          <w:lang w:val="ru-RU"/>
        </w:rPr>
      </w:pPr>
    </w:p>
    <w:p w14:paraId="0531AF22" w14:textId="77777777" w:rsidR="00BD2C6D" w:rsidRPr="000327BD" w:rsidRDefault="009E3629">
      <w:pPr>
        <w:tabs>
          <w:tab w:val="left" w:pos="180"/>
        </w:tabs>
        <w:autoSpaceDE w:val="0"/>
        <w:autoSpaceDN w:val="0"/>
        <w:spacing w:after="0" w:line="262" w:lineRule="auto"/>
        <w:ind w:right="288"/>
        <w:rPr>
          <w:lang w:val="ru-RU"/>
        </w:rPr>
      </w:pP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Использовать поисковую систему для знакомства с разными видами деревянного дома на основе избы и традициями и её украшений.</w:t>
      </w:r>
    </w:p>
    <w:p w14:paraId="5E1862DF" w14:textId="77777777" w:rsidR="00BD2C6D" w:rsidRPr="000327BD" w:rsidRDefault="009E3629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Осваивать строение юрты, моделируя её конструкцию в графическом редакторе с помощью инструментов геометрических фигур, находить в поисковой системе разнообразные модели юрты, её украшения, внешний и внутренний вид юрты.</w:t>
      </w:r>
    </w:p>
    <w:p w14:paraId="6895F5B4" w14:textId="77777777" w:rsidR="00BD2C6D" w:rsidRPr="000327BD" w:rsidRDefault="009E3629">
      <w:pPr>
        <w:autoSpaceDE w:val="0"/>
        <w:autoSpaceDN w:val="0"/>
        <w:spacing w:before="70" w:after="0" w:line="271" w:lineRule="auto"/>
        <w:ind w:right="576" w:firstLine="180"/>
        <w:rPr>
          <w:lang w:val="ru-RU"/>
        </w:rPr>
      </w:pP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куполом; готический или романский собор; пагода; мечеть).</w:t>
      </w:r>
    </w:p>
    <w:p w14:paraId="5BFFDB6C" w14:textId="77777777" w:rsidR="00BD2C6D" w:rsidRPr="000327BD" w:rsidRDefault="009E3629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</w:t>
      </w:r>
      <w:r w:rsidRPr="000327BD">
        <w:rPr>
          <w:lang w:val="ru-RU"/>
        </w:rPr>
        <w:br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соответствующих технических условиях создать анимацию схематического движения человека). </w:t>
      </w:r>
      <w:r w:rsidRPr="000327BD">
        <w:rPr>
          <w:lang w:val="ru-RU"/>
        </w:rPr>
        <w:tab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eastAsia="Times New Roman" w:hAnsi="Times New Roman"/>
          <w:color w:val="000000"/>
          <w:sz w:val="24"/>
        </w:rPr>
        <w:t>GIF</w:t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-анимации.</w:t>
      </w:r>
    </w:p>
    <w:p w14:paraId="0191A0B2" w14:textId="77777777" w:rsidR="00BD2C6D" w:rsidRPr="000327BD" w:rsidRDefault="009E3629">
      <w:pPr>
        <w:autoSpaceDE w:val="0"/>
        <w:autoSpaceDN w:val="0"/>
        <w:spacing w:before="70" w:after="0"/>
        <w:ind w:firstLine="180"/>
        <w:rPr>
          <w:lang w:val="ru-RU"/>
        </w:rPr>
      </w:pP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eastAsia="Times New Roman" w:hAnsi="Times New Roman"/>
          <w:color w:val="000000"/>
          <w:sz w:val="24"/>
        </w:rPr>
        <w:t>PowerPoint</w:t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рисунков; делать шрифтовые надписи наиболее важных определений, названий, положений, которые надо помнить и знать.</w:t>
      </w:r>
    </w:p>
    <w:p w14:paraId="4ACE73B4" w14:textId="77777777" w:rsidR="00BD2C6D" w:rsidRPr="000327BD" w:rsidRDefault="009E3629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>Совершать виртуальные тематические путешествия по художественным музеям мира.</w:t>
      </w:r>
    </w:p>
    <w:p w14:paraId="6D398C37" w14:textId="77777777" w:rsidR="00BD2C6D" w:rsidRPr="000327BD" w:rsidRDefault="00BD2C6D">
      <w:pPr>
        <w:rPr>
          <w:lang w:val="ru-RU"/>
        </w:rPr>
        <w:sectPr w:rsidR="00BD2C6D" w:rsidRPr="000327BD">
          <w:pgSz w:w="11900" w:h="16840"/>
          <w:pgMar w:top="298" w:right="678" w:bottom="1440" w:left="666" w:header="720" w:footer="720" w:gutter="0"/>
          <w:cols w:space="720" w:equalWidth="0">
            <w:col w:w="10556" w:space="0"/>
          </w:cols>
          <w:docGrid w:linePitch="360"/>
        </w:sectPr>
      </w:pPr>
    </w:p>
    <w:p w14:paraId="53C51EC1" w14:textId="77777777" w:rsidR="00BD2C6D" w:rsidRPr="000327BD" w:rsidRDefault="00BD2C6D">
      <w:pPr>
        <w:autoSpaceDE w:val="0"/>
        <w:autoSpaceDN w:val="0"/>
        <w:spacing w:after="64" w:line="220" w:lineRule="exact"/>
        <w:rPr>
          <w:lang w:val="ru-RU"/>
        </w:rPr>
      </w:pPr>
    </w:p>
    <w:p w14:paraId="4C39A6DB" w14:textId="77777777" w:rsidR="00BD2C6D" w:rsidRDefault="009E3629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837"/>
        <w:gridCol w:w="528"/>
        <w:gridCol w:w="1104"/>
        <w:gridCol w:w="1140"/>
        <w:gridCol w:w="804"/>
        <w:gridCol w:w="1584"/>
        <w:gridCol w:w="1116"/>
        <w:gridCol w:w="6987"/>
      </w:tblGrid>
      <w:tr w:rsidR="000327BD" w14:paraId="628CBEA0" w14:textId="77777777" w:rsidTr="009C687A">
        <w:trPr>
          <w:trHeight w:val="333"/>
        </w:trPr>
        <w:tc>
          <w:tcPr>
            <w:tcW w:w="396" w:type="dxa"/>
            <w:vMerge w:val="restart"/>
          </w:tcPr>
          <w:p w14:paraId="5AC30A1B" w14:textId="77777777" w:rsidR="000327BD" w:rsidRDefault="000327BD" w:rsidP="009C687A">
            <w:pPr>
              <w:pStyle w:val="TableParagraph"/>
              <w:spacing w:before="74" w:line="266" w:lineRule="auto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п/п</w:t>
            </w:r>
          </w:p>
        </w:tc>
        <w:tc>
          <w:tcPr>
            <w:tcW w:w="1837" w:type="dxa"/>
            <w:vMerge w:val="restart"/>
          </w:tcPr>
          <w:p w14:paraId="076792E4" w14:textId="77777777" w:rsidR="000327BD" w:rsidRDefault="000327BD" w:rsidP="009C687A">
            <w:pPr>
              <w:pStyle w:val="TableParagraph"/>
              <w:spacing w:before="74" w:line="266" w:lineRule="auto"/>
              <w:ind w:right="698"/>
              <w:jc w:val="both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Наименование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14:paraId="2B7AE994" w14:textId="77777777" w:rsidR="000327BD" w:rsidRDefault="000327BD" w:rsidP="009C687A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04" w:type="dxa"/>
            <w:vMerge w:val="restart"/>
          </w:tcPr>
          <w:p w14:paraId="255FA7D0" w14:textId="77777777" w:rsidR="000327BD" w:rsidRDefault="000327BD" w:rsidP="009C687A">
            <w:pPr>
              <w:pStyle w:val="TableParagraph"/>
              <w:spacing w:before="74" w:line="266" w:lineRule="auto"/>
              <w:ind w:left="78" w:right="4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1584" w:type="dxa"/>
            <w:vMerge w:val="restart"/>
          </w:tcPr>
          <w:p w14:paraId="61B59041" w14:textId="77777777" w:rsidR="000327BD" w:rsidRDefault="000327BD" w:rsidP="009C687A">
            <w:pPr>
              <w:pStyle w:val="TableParagraph"/>
              <w:spacing w:before="74"/>
              <w:ind w:left="78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116" w:type="dxa"/>
            <w:vMerge w:val="restart"/>
          </w:tcPr>
          <w:p w14:paraId="0D6C0893" w14:textId="77777777" w:rsidR="000327BD" w:rsidRDefault="000327BD" w:rsidP="009C687A">
            <w:pPr>
              <w:pStyle w:val="TableParagraph"/>
              <w:spacing w:before="74" w:line="266" w:lineRule="auto"/>
              <w:ind w:left="79" w:right="33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контроля</w:t>
            </w:r>
          </w:p>
        </w:tc>
        <w:tc>
          <w:tcPr>
            <w:tcW w:w="6987" w:type="dxa"/>
            <w:vMerge w:val="restart"/>
          </w:tcPr>
          <w:p w14:paraId="0491A5A8" w14:textId="77777777" w:rsidR="000327BD" w:rsidRDefault="000327BD" w:rsidP="009C687A">
            <w:pPr>
              <w:pStyle w:val="TableParagraph"/>
              <w:spacing w:before="74"/>
              <w:ind w:left="80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Электронные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(цифровые)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0327BD" w14:paraId="2FE8019C" w14:textId="77777777" w:rsidTr="009C687A">
        <w:trPr>
          <w:trHeight w:val="525"/>
        </w:trPr>
        <w:tc>
          <w:tcPr>
            <w:tcW w:w="396" w:type="dxa"/>
            <w:vMerge/>
            <w:tcBorders>
              <w:top w:val="nil"/>
            </w:tcBorders>
          </w:tcPr>
          <w:p w14:paraId="4C79DA7D" w14:textId="77777777" w:rsidR="000327BD" w:rsidRDefault="000327BD" w:rsidP="009C687A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</w:tcPr>
          <w:p w14:paraId="79BFC97E" w14:textId="77777777" w:rsidR="000327BD" w:rsidRDefault="000327BD" w:rsidP="009C687A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14:paraId="4DA1F00B" w14:textId="77777777" w:rsidR="000327BD" w:rsidRDefault="000327BD" w:rsidP="009C687A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14:paraId="5882A6D8" w14:textId="77777777" w:rsidR="000327BD" w:rsidRDefault="000327BD" w:rsidP="009C687A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14:paraId="274785EF" w14:textId="77777777" w:rsidR="000327BD" w:rsidRDefault="000327BD" w:rsidP="009C687A">
            <w:pPr>
              <w:pStyle w:val="TableParagraph"/>
              <w:spacing w:before="74" w:line="266" w:lineRule="auto"/>
              <w:ind w:left="77" w:right="4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14:paraId="7DE9F704" w14:textId="77777777" w:rsidR="000327BD" w:rsidRDefault="000327BD" w:rsidP="009C687A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vMerge/>
            <w:tcBorders>
              <w:top w:val="nil"/>
            </w:tcBorders>
          </w:tcPr>
          <w:p w14:paraId="13B64273" w14:textId="77777777" w:rsidR="000327BD" w:rsidRDefault="000327BD" w:rsidP="009C687A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 w14:paraId="52200221" w14:textId="77777777" w:rsidR="000327BD" w:rsidRDefault="000327BD" w:rsidP="009C687A">
            <w:pPr>
              <w:rPr>
                <w:sz w:val="2"/>
                <w:szCs w:val="2"/>
              </w:rPr>
            </w:pPr>
          </w:p>
        </w:tc>
        <w:tc>
          <w:tcPr>
            <w:tcW w:w="6987" w:type="dxa"/>
            <w:vMerge/>
            <w:tcBorders>
              <w:top w:val="nil"/>
            </w:tcBorders>
          </w:tcPr>
          <w:p w14:paraId="30FE895A" w14:textId="77777777" w:rsidR="000327BD" w:rsidRDefault="000327BD" w:rsidP="009C687A">
            <w:pPr>
              <w:rPr>
                <w:sz w:val="2"/>
                <w:szCs w:val="2"/>
              </w:rPr>
            </w:pPr>
          </w:p>
        </w:tc>
      </w:tr>
      <w:tr w:rsidR="000327BD" w14:paraId="7C723244" w14:textId="77777777" w:rsidTr="009C687A">
        <w:trPr>
          <w:trHeight w:val="333"/>
        </w:trPr>
        <w:tc>
          <w:tcPr>
            <w:tcW w:w="15496" w:type="dxa"/>
            <w:gridSpan w:val="9"/>
          </w:tcPr>
          <w:p w14:paraId="7292952F" w14:textId="77777777" w:rsidR="000327BD" w:rsidRDefault="000327BD" w:rsidP="009C687A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Графика</w:t>
            </w:r>
          </w:p>
        </w:tc>
      </w:tr>
      <w:tr w:rsidR="000327BD" w14:paraId="4050A7CB" w14:textId="77777777" w:rsidTr="009C687A">
        <w:trPr>
          <w:trHeight w:val="2062"/>
        </w:trPr>
        <w:tc>
          <w:tcPr>
            <w:tcW w:w="396" w:type="dxa"/>
          </w:tcPr>
          <w:p w14:paraId="43FF6732" w14:textId="77777777" w:rsidR="000327BD" w:rsidRDefault="000327BD" w:rsidP="009C687A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1837" w:type="dxa"/>
          </w:tcPr>
          <w:p w14:paraId="3826B2D2" w14:textId="77777777" w:rsidR="000327BD" w:rsidRDefault="000327BD" w:rsidP="009C687A">
            <w:pPr>
              <w:pStyle w:val="TableParagraph"/>
              <w:spacing w:before="74" w:line="266" w:lineRule="auto"/>
              <w:ind w:right="11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Освоение правил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линейной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воздушной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перспективы: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уменьшение размера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изображения по мере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удаления от первого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плана, смягчение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цветового 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тонального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контрастов.</w:t>
            </w:r>
          </w:p>
        </w:tc>
        <w:tc>
          <w:tcPr>
            <w:tcW w:w="528" w:type="dxa"/>
          </w:tcPr>
          <w:p w14:paraId="3FA6EAF8" w14:textId="77777777" w:rsidR="000327BD" w:rsidRDefault="000327BD" w:rsidP="009C687A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01910D48" w14:textId="77777777" w:rsidR="000327BD" w:rsidRDefault="000327BD" w:rsidP="009C687A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34B726D3" w14:textId="77777777" w:rsidR="000327BD" w:rsidRDefault="000327BD" w:rsidP="009C687A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715931CF" w14:textId="77777777" w:rsidR="000327BD" w:rsidRDefault="000327BD" w:rsidP="009C687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84" w:type="dxa"/>
          </w:tcPr>
          <w:p w14:paraId="05D8D0A5" w14:textId="77777777" w:rsidR="000327BD" w:rsidRDefault="000327BD" w:rsidP="009C687A">
            <w:pPr>
              <w:pStyle w:val="TableParagraph"/>
              <w:spacing w:before="74" w:line="266" w:lineRule="auto"/>
              <w:ind w:left="78" w:right="46"/>
              <w:rPr>
                <w:sz w:val="15"/>
              </w:rPr>
            </w:pPr>
            <w:r>
              <w:rPr>
                <w:w w:val="105"/>
                <w:sz w:val="15"/>
              </w:rPr>
              <w:t>Осваивать правила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линейной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воздушной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перспективы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применять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творческой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деятельности.;</w:t>
            </w:r>
          </w:p>
        </w:tc>
        <w:tc>
          <w:tcPr>
            <w:tcW w:w="1116" w:type="dxa"/>
          </w:tcPr>
          <w:p w14:paraId="69C8FE2A" w14:textId="77777777" w:rsidR="000327BD" w:rsidRDefault="000327BD" w:rsidP="009C687A">
            <w:pPr>
              <w:pStyle w:val="TableParagraph"/>
              <w:spacing w:before="7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6987" w:type="dxa"/>
          </w:tcPr>
          <w:p w14:paraId="5ECB8240" w14:textId="77777777" w:rsidR="000327BD" w:rsidRDefault="000327BD" w:rsidP="009C687A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https://nsportal.ru/</w:t>
            </w:r>
          </w:p>
        </w:tc>
      </w:tr>
      <w:tr w:rsidR="000327BD" w14:paraId="6504ACEC" w14:textId="77777777" w:rsidTr="009C687A">
        <w:trPr>
          <w:trHeight w:val="2254"/>
        </w:trPr>
        <w:tc>
          <w:tcPr>
            <w:tcW w:w="396" w:type="dxa"/>
          </w:tcPr>
          <w:p w14:paraId="7141E8B7" w14:textId="77777777" w:rsidR="000327BD" w:rsidRDefault="000327BD" w:rsidP="009C687A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1.2.</w:t>
            </w:r>
          </w:p>
        </w:tc>
        <w:tc>
          <w:tcPr>
            <w:tcW w:w="1837" w:type="dxa"/>
          </w:tcPr>
          <w:p w14:paraId="0889A9BF" w14:textId="77777777" w:rsidR="000327BD" w:rsidRDefault="000327BD" w:rsidP="009C687A">
            <w:pPr>
              <w:pStyle w:val="TableParagraph"/>
              <w:spacing w:before="74" w:line="266" w:lineRule="auto"/>
              <w:ind w:right="28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Рисунок фигуры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 xml:space="preserve">человека: </w:t>
            </w:r>
            <w:r>
              <w:rPr>
                <w:b/>
                <w:w w:val="105"/>
                <w:sz w:val="15"/>
              </w:rPr>
              <w:t>основные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пропорции 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взаимоотношение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частей фигуры,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передача движения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фигуры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плоскости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листа: бег, ходьба,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сидящая и стоящая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фигура.</w:t>
            </w:r>
          </w:p>
        </w:tc>
        <w:tc>
          <w:tcPr>
            <w:tcW w:w="528" w:type="dxa"/>
          </w:tcPr>
          <w:p w14:paraId="2441C234" w14:textId="77777777" w:rsidR="000327BD" w:rsidRDefault="000327BD" w:rsidP="009C687A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09C4191D" w14:textId="77777777" w:rsidR="000327BD" w:rsidRDefault="000327BD" w:rsidP="009C687A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4304274E" w14:textId="77777777" w:rsidR="000327BD" w:rsidRDefault="000327BD" w:rsidP="009C687A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1164B6E7" w14:textId="77777777" w:rsidR="000327BD" w:rsidRDefault="000327BD" w:rsidP="009C687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84" w:type="dxa"/>
          </w:tcPr>
          <w:p w14:paraId="5FC96E0B" w14:textId="77777777" w:rsidR="000327BD" w:rsidRDefault="000327BD" w:rsidP="009C687A">
            <w:pPr>
              <w:pStyle w:val="TableParagraph"/>
              <w:spacing w:before="74" w:line="266" w:lineRule="auto"/>
              <w:ind w:left="78" w:right="67"/>
              <w:rPr>
                <w:sz w:val="15"/>
              </w:rPr>
            </w:pPr>
            <w:r>
              <w:rPr>
                <w:w w:val="105"/>
                <w:sz w:val="15"/>
              </w:rPr>
              <w:t>Изучать и осваивать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 пропорции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фигуры человека.;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Осваивать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пропорциональные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отношения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отдельных частей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фигуры человека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учиться применять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 знания в своих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рисунках.;</w:t>
            </w:r>
          </w:p>
        </w:tc>
        <w:tc>
          <w:tcPr>
            <w:tcW w:w="1116" w:type="dxa"/>
          </w:tcPr>
          <w:p w14:paraId="4D8F89B1" w14:textId="77777777" w:rsidR="000327BD" w:rsidRDefault="000327BD" w:rsidP="009C687A">
            <w:pPr>
              <w:pStyle w:val="TableParagraph"/>
              <w:spacing w:before="7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6987" w:type="dxa"/>
          </w:tcPr>
          <w:p w14:paraId="16A22225" w14:textId="77777777" w:rsidR="000327BD" w:rsidRDefault="000327BD" w:rsidP="009C687A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https://nsportal.ru/</w:t>
            </w:r>
          </w:p>
        </w:tc>
      </w:tr>
      <w:tr w:rsidR="000327BD" w14:paraId="5A66A01A" w14:textId="77777777" w:rsidTr="009C687A">
        <w:trPr>
          <w:trHeight w:val="1101"/>
        </w:trPr>
        <w:tc>
          <w:tcPr>
            <w:tcW w:w="396" w:type="dxa"/>
          </w:tcPr>
          <w:p w14:paraId="7F6ABE82" w14:textId="77777777" w:rsidR="000327BD" w:rsidRDefault="000327BD" w:rsidP="009C687A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1.3.</w:t>
            </w:r>
          </w:p>
        </w:tc>
        <w:tc>
          <w:tcPr>
            <w:tcW w:w="1837" w:type="dxa"/>
          </w:tcPr>
          <w:p w14:paraId="3D1B8D31" w14:textId="77777777" w:rsidR="000327BD" w:rsidRDefault="000327BD" w:rsidP="009C687A">
            <w:pPr>
              <w:pStyle w:val="TableParagraph"/>
              <w:spacing w:before="74" w:line="266" w:lineRule="auto"/>
              <w:ind w:right="7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Графическое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изображение героев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былин,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древних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легенд,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сказок и сказаний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разных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народов.</w:t>
            </w:r>
          </w:p>
        </w:tc>
        <w:tc>
          <w:tcPr>
            <w:tcW w:w="528" w:type="dxa"/>
          </w:tcPr>
          <w:p w14:paraId="65047654" w14:textId="77777777" w:rsidR="000327BD" w:rsidRDefault="000327BD" w:rsidP="009C687A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773C5312" w14:textId="77777777" w:rsidR="000327BD" w:rsidRDefault="000327BD" w:rsidP="009C687A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604BE295" w14:textId="77777777" w:rsidR="000327BD" w:rsidRDefault="000327BD" w:rsidP="009C687A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5A405082" w14:textId="77777777" w:rsidR="000327BD" w:rsidRDefault="000327BD" w:rsidP="009C687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84" w:type="dxa"/>
          </w:tcPr>
          <w:p w14:paraId="705D7805" w14:textId="77777777" w:rsidR="000327BD" w:rsidRDefault="000327BD" w:rsidP="009C687A">
            <w:pPr>
              <w:pStyle w:val="TableParagraph"/>
              <w:spacing w:before="74" w:line="266" w:lineRule="auto"/>
              <w:ind w:left="78" w:right="61"/>
              <w:rPr>
                <w:sz w:val="15"/>
              </w:rPr>
            </w:pPr>
            <w:r>
              <w:rPr>
                <w:w w:val="105"/>
                <w:sz w:val="15"/>
              </w:rPr>
              <w:t>Приобретать опыт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изображения фигуры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движении.;</w:t>
            </w:r>
          </w:p>
        </w:tc>
        <w:tc>
          <w:tcPr>
            <w:tcW w:w="1116" w:type="dxa"/>
          </w:tcPr>
          <w:p w14:paraId="4CD24E21" w14:textId="77777777" w:rsidR="000327BD" w:rsidRDefault="000327BD" w:rsidP="009C687A">
            <w:pPr>
              <w:pStyle w:val="TableParagraph"/>
              <w:spacing w:before="7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6987" w:type="dxa"/>
          </w:tcPr>
          <w:p w14:paraId="3B0C1AA3" w14:textId="77777777" w:rsidR="000327BD" w:rsidRDefault="000327BD" w:rsidP="009C687A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https://nsportal.ru/</w:t>
            </w:r>
          </w:p>
        </w:tc>
      </w:tr>
      <w:tr w:rsidR="000327BD" w14:paraId="56F2B488" w14:textId="77777777" w:rsidTr="009C687A">
        <w:trPr>
          <w:trHeight w:val="3454"/>
        </w:trPr>
        <w:tc>
          <w:tcPr>
            <w:tcW w:w="396" w:type="dxa"/>
          </w:tcPr>
          <w:p w14:paraId="2E18EAD3" w14:textId="77777777" w:rsidR="000327BD" w:rsidRDefault="000327BD" w:rsidP="009C687A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1.4.</w:t>
            </w:r>
          </w:p>
        </w:tc>
        <w:tc>
          <w:tcPr>
            <w:tcW w:w="1837" w:type="dxa"/>
          </w:tcPr>
          <w:p w14:paraId="0CF57147" w14:textId="77777777" w:rsidR="000327BD" w:rsidRDefault="000327BD" w:rsidP="009C687A">
            <w:pPr>
              <w:pStyle w:val="TableParagraph"/>
              <w:spacing w:before="74" w:line="266" w:lineRule="auto"/>
              <w:ind w:right="9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Изображение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города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—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тематическая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графическая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композиция;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использование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карандаша, мелков,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фломастеров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(смешанная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техника).</w:t>
            </w:r>
          </w:p>
        </w:tc>
        <w:tc>
          <w:tcPr>
            <w:tcW w:w="528" w:type="dxa"/>
          </w:tcPr>
          <w:p w14:paraId="3F07755A" w14:textId="77777777" w:rsidR="000327BD" w:rsidRDefault="000327BD" w:rsidP="009C687A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1C2DDF41" w14:textId="77777777" w:rsidR="000327BD" w:rsidRDefault="000327BD" w:rsidP="009C687A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26DA871F" w14:textId="77777777" w:rsidR="000327BD" w:rsidRDefault="000327BD" w:rsidP="009C687A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287E872E" w14:textId="77777777" w:rsidR="000327BD" w:rsidRDefault="000327BD" w:rsidP="009C687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84" w:type="dxa"/>
          </w:tcPr>
          <w:p w14:paraId="1914BE2A" w14:textId="77777777" w:rsidR="000327BD" w:rsidRDefault="000327BD" w:rsidP="009C687A">
            <w:pPr>
              <w:pStyle w:val="TableParagraph"/>
              <w:spacing w:before="74" w:line="266" w:lineRule="auto"/>
              <w:ind w:left="78" w:right="4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Учиться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рисунках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архитектурных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построек разных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народов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культурных эпох.;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Создать творческую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композицию: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старинного города,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характерного для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отечественной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культуры или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 других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народов;</w:t>
            </w:r>
          </w:p>
        </w:tc>
        <w:tc>
          <w:tcPr>
            <w:tcW w:w="1116" w:type="dxa"/>
          </w:tcPr>
          <w:p w14:paraId="4BD00B8D" w14:textId="77777777" w:rsidR="000327BD" w:rsidRDefault="000327BD" w:rsidP="009C687A">
            <w:pPr>
              <w:pStyle w:val="TableParagraph"/>
              <w:spacing w:before="7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6987" w:type="dxa"/>
          </w:tcPr>
          <w:p w14:paraId="07580634" w14:textId="77777777" w:rsidR="000327BD" w:rsidRDefault="000327BD" w:rsidP="009C687A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https://nsportal.ru/</w:t>
            </w:r>
          </w:p>
        </w:tc>
      </w:tr>
    </w:tbl>
    <w:p w14:paraId="3804B5B9" w14:textId="77777777" w:rsidR="000327BD" w:rsidRDefault="000327BD" w:rsidP="000327BD">
      <w:pPr>
        <w:rPr>
          <w:sz w:val="15"/>
        </w:rPr>
        <w:sectPr w:rsidR="000327BD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837"/>
        <w:gridCol w:w="528"/>
        <w:gridCol w:w="1104"/>
        <w:gridCol w:w="1140"/>
        <w:gridCol w:w="804"/>
        <w:gridCol w:w="1584"/>
        <w:gridCol w:w="1116"/>
        <w:gridCol w:w="6987"/>
      </w:tblGrid>
      <w:tr w:rsidR="000327BD" w14:paraId="6C090CD4" w14:textId="77777777" w:rsidTr="009C687A">
        <w:trPr>
          <w:trHeight w:val="333"/>
        </w:trPr>
        <w:tc>
          <w:tcPr>
            <w:tcW w:w="2233" w:type="dxa"/>
            <w:gridSpan w:val="2"/>
          </w:tcPr>
          <w:p w14:paraId="27BC5EC3" w14:textId="77777777" w:rsidR="000327BD" w:rsidRDefault="000327BD" w:rsidP="009C687A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Итого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</w:t>
            </w:r>
          </w:p>
        </w:tc>
        <w:tc>
          <w:tcPr>
            <w:tcW w:w="528" w:type="dxa"/>
          </w:tcPr>
          <w:p w14:paraId="008C2F8B" w14:textId="77777777" w:rsidR="000327BD" w:rsidRDefault="000327BD" w:rsidP="009C687A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2735" w:type="dxa"/>
            <w:gridSpan w:val="6"/>
          </w:tcPr>
          <w:p w14:paraId="1D088CAA" w14:textId="77777777" w:rsidR="000327BD" w:rsidRDefault="000327BD" w:rsidP="009C687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327BD" w14:paraId="136F2FED" w14:textId="77777777" w:rsidTr="009C687A">
        <w:trPr>
          <w:trHeight w:val="333"/>
        </w:trPr>
        <w:tc>
          <w:tcPr>
            <w:tcW w:w="15496" w:type="dxa"/>
            <w:gridSpan w:val="9"/>
          </w:tcPr>
          <w:p w14:paraId="323E19C4" w14:textId="77777777" w:rsidR="000327BD" w:rsidRDefault="000327BD" w:rsidP="009C687A">
            <w:pPr>
              <w:pStyle w:val="TableParagraph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Живопись</w:t>
            </w:r>
          </w:p>
        </w:tc>
      </w:tr>
      <w:tr w:rsidR="000327BD" w14:paraId="2144F9E2" w14:textId="77777777" w:rsidTr="009C687A">
        <w:trPr>
          <w:trHeight w:val="2254"/>
        </w:trPr>
        <w:tc>
          <w:tcPr>
            <w:tcW w:w="396" w:type="dxa"/>
          </w:tcPr>
          <w:p w14:paraId="2B8E41A9" w14:textId="77777777" w:rsidR="000327BD" w:rsidRDefault="000327BD" w:rsidP="009C687A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1837" w:type="dxa"/>
          </w:tcPr>
          <w:p w14:paraId="0B79AA78" w14:textId="77777777" w:rsidR="000327BD" w:rsidRDefault="000327BD" w:rsidP="009C687A">
            <w:pPr>
              <w:pStyle w:val="TableParagraph"/>
              <w:spacing w:line="266" w:lineRule="auto"/>
              <w:ind w:right="6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Красота природы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разных климатических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зон, создание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пейзажных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композиций (горный,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степной, среднерусский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ландшафт).</w:t>
            </w:r>
          </w:p>
        </w:tc>
        <w:tc>
          <w:tcPr>
            <w:tcW w:w="528" w:type="dxa"/>
          </w:tcPr>
          <w:p w14:paraId="558D684D" w14:textId="77777777" w:rsidR="000327BD" w:rsidRDefault="000327BD" w:rsidP="009C687A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2CE74058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3E9C38CD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0A3BD93B" w14:textId="77777777" w:rsidR="000327BD" w:rsidRDefault="000327BD" w:rsidP="009C687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84" w:type="dxa"/>
          </w:tcPr>
          <w:p w14:paraId="35096E39" w14:textId="77777777" w:rsidR="000327BD" w:rsidRDefault="000327BD" w:rsidP="009C687A">
            <w:pPr>
              <w:pStyle w:val="TableParagraph"/>
              <w:spacing w:line="266" w:lineRule="auto"/>
              <w:ind w:left="78" w:right="142"/>
              <w:rPr>
                <w:sz w:val="15"/>
              </w:rPr>
            </w:pPr>
            <w:r>
              <w:rPr>
                <w:w w:val="105"/>
                <w:sz w:val="15"/>
              </w:rPr>
              <w:t>Выполнить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живописное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пейзажей разных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климатических зон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(пейзаж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пейзаж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степной или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пустынной зоны,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пейзаж, типичный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 среднерусской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природы).;</w:t>
            </w:r>
          </w:p>
        </w:tc>
        <w:tc>
          <w:tcPr>
            <w:tcW w:w="1116" w:type="dxa"/>
          </w:tcPr>
          <w:p w14:paraId="45D6469D" w14:textId="77777777" w:rsidR="000327BD" w:rsidRDefault="000327BD" w:rsidP="009C687A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6987" w:type="dxa"/>
          </w:tcPr>
          <w:p w14:paraId="485FE0EF" w14:textId="77777777" w:rsidR="000327BD" w:rsidRDefault="000327BD" w:rsidP="009C687A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https://infourok.ru/</w:t>
            </w:r>
          </w:p>
        </w:tc>
      </w:tr>
      <w:tr w:rsidR="000327BD" w14:paraId="6425D41C" w14:textId="77777777" w:rsidTr="009C687A">
        <w:trPr>
          <w:trHeight w:val="3791"/>
        </w:trPr>
        <w:tc>
          <w:tcPr>
            <w:tcW w:w="396" w:type="dxa"/>
          </w:tcPr>
          <w:p w14:paraId="6E330A65" w14:textId="77777777" w:rsidR="000327BD" w:rsidRDefault="000327BD" w:rsidP="009C687A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1837" w:type="dxa"/>
          </w:tcPr>
          <w:p w14:paraId="3722C6D8" w14:textId="77777777" w:rsidR="000327BD" w:rsidRDefault="000327BD" w:rsidP="009C687A">
            <w:pPr>
              <w:pStyle w:val="TableParagraph"/>
              <w:spacing w:line="266" w:lineRule="auto"/>
              <w:ind w:right="167"/>
              <w:jc w:val="both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Изображение красоты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 xml:space="preserve">человека </w:t>
            </w:r>
            <w:r>
              <w:rPr>
                <w:b/>
                <w:w w:val="105"/>
                <w:sz w:val="15"/>
              </w:rPr>
              <w:t>в традициях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русской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культуры.</w:t>
            </w:r>
          </w:p>
        </w:tc>
        <w:tc>
          <w:tcPr>
            <w:tcW w:w="528" w:type="dxa"/>
          </w:tcPr>
          <w:p w14:paraId="4C331393" w14:textId="77777777" w:rsidR="000327BD" w:rsidRDefault="000327BD" w:rsidP="009C687A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5E82D6B3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5C738B3C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57B16073" w14:textId="77777777" w:rsidR="000327BD" w:rsidRDefault="000327BD" w:rsidP="009C687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84" w:type="dxa"/>
          </w:tcPr>
          <w:p w14:paraId="4ACE0BF2" w14:textId="77777777" w:rsidR="000327BD" w:rsidRDefault="000327BD" w:rsidP="009C687A">
            <w:pPr>
              <w:pStyle w:val="TableParagraph"/>
              <w:spacing w:line="266" w:lineRule="auto"/>
              <w:ind w:left="78" w:right="101"/>
              <w:rPr>
                <w:sz w:val="15"/>
              </w:rPr>
            </w:pPr>
            <w:r>
              <w:rPr>
                <w:w w:val="105"/>
                <w:sz w:val="15"/>
              </w:rPr>
              <w:t>Приобретать опыт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представлений 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красоте человека,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опыт создания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образа женщины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русском народном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костюме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мужского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традиционного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народного образа.;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Исследовать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проявление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культурно-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исторических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возрастных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особенностей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человека.;</w:t>
            </w:r>
          </w:p>
        </w:tc>
        <w:tc>
          <w:tcPr>
            <w:tcW w:w="1116" w:type="dxa"/>
          </w:tcPr>
          <w:p w14:paraId="5DAD1988" w14:textId="77777777" w:rsidR="000327BD" w:rsidRDefault="000327BD" w:rsidP="009C687A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6987" w:type="dxa"/>
          </w:tcPr>
          <w:p w14:paraId="54B94F58" w14:textId="77777777" w:rsidR="000327BD" w:rsidRDefault="000327BD" w:rsidP="009C687A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https://infourok.ru/</w:t>
            </w:r>
          </w:p>
        </w:tc>
      </w:tr>
      <w:tr w:rsidR="000327BD" w14:paraId="75A51963" w14:textId="77777777" w:rsidTr="009C687A">
        <w:trPr>
          <w:trHeight w:val="2338"/>
        </w:trPr>
        <w:tc>
          <w:tcPr>
            <w:tcW w:w="396" w:type="dxa"/>
          </w:tcPr>
          <w:p w14:paraId="1A471AA7" w14:textId="77777777" w:rsidR="000327BD" w:rsidRDefault="000327BD" w:rsidP="009C687A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2.3.</w:t>
            </w:r>
          </w:p>
        </w:tc>
        <w:tc>
          <w:tcPr>
            <w:tcW w:w="1837" w:type="dxa"/>
          </w:tcPr>
          <w:p w14:paraId="34D64266" w14:textId="77777777" w:rsidR="000327BD" w:rsidRDefault="000327BD" w:rsidP="009C687A">
            <w:pPr>
              <w:pStyle w:val="TableParagraph"/>
              <w:spacing w:line="266" w:lineRule="auto"/>
              <w:ind w:right="12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Изображение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 xml:space="preserve">национального </w:t>
            </w:r>
            <w:r>
              <w:rPr>
                <w:b/>
                <w:w w:val="105"/>
                <w:sz w:val="15"/>
              </w:rPr>
              <w:t>образа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человека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его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одежды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разных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культурах.</w:t>
            </w:r>
          </w:p>
        </w:tc>
        <w:tc>
          <w:tcPr>
            <w:tcW w:w="528" w:type="dxa"/>
          </w:tcPr>
          <w:p w14:paraId="1ABE12B5" w14:textId="77777777" w:rsidR="000327BD" w:rsidRDefault="000327BD" w:rsidP="009C687A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08E06075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22E10C8C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2EAB187F" w14:textId="77777777" w:rsidR="000327BD" w:rsidRDefault="000327BD" w:rsidP="009C687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84" w:type="dxa"/>
          </w:tcPr>
          <w:p w14:paraId="74D79E78" w14:textId="77777777" w:rsidR="000327BD" w:rsidRDefault="000327BD" w:rsidP="009C687A">
            <w:pPr>
              <w:pStyle w:val="TableParagraph"/>
              <w:spacing w:line="266" w:lineRule="auto"/>
              <w:ind w:left="78" w:right="92"/>
              <w:rPr>
                <w:sz w:val="15"/>
              </w:rPr>
            </w:pPr>
            <w:r>
              <w:rPr>
                <w:w w:val="105"/>
                <w:sz w:val="15"/>
              </w:rPr>
              <w:t>Приобретать опыт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представлений 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красоте человека,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опыт создания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образа женщины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русском народном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костюме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мужского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традиционного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народного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образа.;</w:t>
            </w:r>
          </w:p>
        </w:tc>
        <w:tc>
          <w:tcPr>
            <w:tcW w:w="1116" w:type="dxa"/>
          </w:tcPr>
          <w:p w14:paraId="0EE755BC" w14:textId="77777777" w:rsidR="000327BD" w:rsidRDefault="000327BD" w:rsidP="009C687A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6987" w:type="dxa"/>
          </w:tcPr>
          <w:p w14:paraId="5BD0D5C0" w14:textId="77777777" w:rsidR="000327BD" w:rsidRDefault="000327BD" w:rsidP="009C687A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https://infourok.ru/</w:t>
            </w:r>
          </w:p>
        </w:tc>
      </w:tr>
    </w:tbl>
    <w:p w14:paraId="59CBE7B8" w14:textId="77777777" w:rsidR="000327BD" w:rsidRDefault="000327BD" w:rsidP="000327BD">
      <w:pPr>
        <w:rPr>
          <w:sz w:val="15"/>
        </w:rPr>
        <w:sectPr w:rsidR="000327BD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837"/>
        <w:gridCol w:w="528"/>
        <w:gridCol w:w="1104"/>
        <w:gridCol w:w="1140"/>
        <w:gridCol w:w="804"/>
        <w:gridCol w:w="1584"/>
        <w:gridCol w:w="1116"/>
        <w:gridCol w:w="6987"/>
      </w:tblGrid>
      <w:tr w:rsidR="000327BD" w14:paraId="7AFE8DF9" w14:textId="77777777" w:rsidTr="009C687A">
        <w:trPr>
          <w:trHeight w:val="4943"/>
        </w:trPr>
        <w:tc>
          <w:tcPr>
            <w:tcW w:w="396" w:type="dxa"/>
          </w:tcPr>
          <w:p w14:paraId="7E856850" w14:textId="77777777" w:rsidR="000327BD" w:rsidRDefault="000327BD" w:rsidP="009C687A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2.4.</w:t>
            </w:r>
          </w:p>
        </w:tc>
        <w:tc>
          <w:tcPr>
            <w:tcW w:w="1837" w:type="dxa"/>
          </w:tcPr>
          <w:p w14:paraId="5EFFC989" w14:textId="77777777" w:rsidR="000327BD" w:rsidRDefault="000327BD" w:rsidP="009C687A">
            <w:pPr>
              <w:pStyle w:val="TableParagraph"/>
              <w:spacing w:line="266" w:lineRule="auto"/>
              <w:ind w:right="9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Портретные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 xml:space="preserve">изображения </w:t>
            </w:r>
            <w:r>
              <w:rPr>
                <w:b/>
                <w:w w:val="105"/>
                <w:sz w:val="15"/>
              </w:rPr>
              <w:t>человека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 представлению 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наблюдению с разным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содержанием: женский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 мужской портрет,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двойной портрет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 и ребёнка,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портрет пожилого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человека, детский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портрет или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автопортрет, портрет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персонажа</w:t>
            </w:r>
          </w:p>
          <w:p w14:paraId="15E36C02" w14:textId="77777777" w:rsidR="000327BD" w:rsidRDefault="000327BD" w:rsidP="009C687A">
            <w:pPr>
              <w:pStyle w:val="TableParagraph"/>
              <w:spacing w:before="9" w:line="266" w:lineRule="auto"/>
              <w:ind w:right="5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по представлению (из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выбранной культурной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эпохи).</w:t>
            </w:r>
          </w:p>
        </w:tc>
        <w:tc>
          <w:tcPr>
            <w:tcW w:w="528" w:type="dxa"/>
          </w:tcPr>
          <w:p w14:paraId="50B33708" w14:textId="77777777" w:rsidR="000327BD" w:rsidRDefault="000327BD" w:rsidP="009C687A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0653117D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3BD2AB3F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1C006AA1" w14:textId="77777777" w:rsidR="000327BD" w:rsidRDefault="000327BD" w:rsidP="009C687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84" w:type="dxa"/>
          </w:tcPr>
          <w:p w14:paraId="570754B0" w14:textId="77777777" w:rsidR="000327BD" w:rsidRDefault="000327BD" w:rsidP="009C687A">
            <w:pPr>
              <w:pStyle w:val="TableParagraph"/>
              <w:spacing w:line="266" w:lineRule="auto"/>
              <w:ind w:left="78" w:right="74"/>
              <w:rPr>
                <w:sz w:val="15"/>
              </w:rPr>
            </w:pPr>
            <w:r>
              <w:rPr>
                <w:w w:val="105"/>
                <w:sz w:val="15"/>
              </w:rPr>
              <w:t>Исследовать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проявление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культурно-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исторических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возрастных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особенностей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Выполнить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несколько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портретных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изображений (по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представлению </w:t>
            </w:r>
            <w:r>
              <w:rPr>
                <w:w w:val="105"/>
                <w:sz w:val="15"/>
              </w:rPr>
              <w:t>или с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 на натуру):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женский, мужской,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двойной портрет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 и ребёнка,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портрет пожилого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человека, детский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портрет или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автопортрет, </w:t>
            </w:r>
            <w:r>
              <w:rPr>
                <w:w w:val="105"/>
                <w:sz w:val="15"/>
              </w:rPr>
              <w:t>портрет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персонажа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представлению (из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выбранной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эпохи).;</w:t>
            </w:r>
          </w:p>
        </w:tc>
        <w:tc>
          <w:tcPr>
            <w:tcW w:w="1116" w:type="dxa"/>
          </w:tcPr>
          <w:p w14:paraId="4F48D89A" w14:textId="77777777" w:rsidR="000327BD" w:rsidRDefault="000327BD" w:rsidP="009C687A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6987" w:type="dxa"/>
          </w:tcPr>
          <w:p w14:paraId="38AA5EAB" w14:textId="77777777" w:rsidR="000327BD" w:rsidRDefault="000327BD" w:rsidP="009C687A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https://infourok.ru/</w:t>
            </w:r>
          </w:p>
        </w:tc>
      </w:tr>
      <w:tr w:rsidR="000327BD" w:rsidRPr="00D40B2E" w14:paraId="0CF04520" w14:textId="77777777" w:rsidTr="009C687A">
        <w:trPr>
          <w:trHeight w:val="2830"/>
        </w:trPr>
        <w:tc>
          <w:tcPr>
            <w:tcW w:w="396" w:type="dxa"/>
          </w:tcPr>
          <w:p w14:paraId="12999115" w14:textId="77777777" w:rsidR="000327BD" w:rsidRDefault="000327BD" w:rsidP="009C687A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2.5.</w:t>
            </w:r>
          </w:p>
        </w:tc>
        <w:tc>
          <w:tcPr>
            <w:tcW w:w="1837" w:type="dxa"/>
          </w:tcPr>
          <w:p w14:paraId="285F7D6A" w14:textId="77777777" w:rsidR="000327BD" w:rsidRDefault="000327BD" w:rsidP="009C687A">
            <w:pPr>
              <w:pStyle w:val="TableParagraph"/>
              <w:spacing w:line="266" w:lineRule="auto"/>
              <w:ind w:right="28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Тематические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многофигурные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композиции: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коллективно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созданные панно-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аппликации из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индивидуальных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рисунков 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вырезанных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персонажей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темы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 xml:space="preserve">праздников </w:t>
            </w:r>
            <w:r>
              <w:rPr>
                <w:b/>
                <w:w w:val="105"/>
                <w:sz w:val="15"/>
              </w:rPr>
              <w:t>народов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мира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качестве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иллюстраций</w:t>
            </w:r>
          </w:p>
          <w:p w14:paraId="725B1A7B" w14:textId="77777777" w:rsidR="000327BD" w:rsidRDefault="000327BD" w:rsidP="009C687A">
            <w:pPr>
              <w:pStyle w:val="TableParagraph"/>
              <w:spacing w:before="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к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сказкам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легендам.</w:t>
            </w:r>
          </w:p>
        </w:tc>
        <w:tc>
          <w:tcPr>
            <w:tcW w:w="528" w:type="dxa"/>
          </w:tcPr>
          <w:p w14:paraId="2C13CBC2" w14:textId="77777777" w:rsidR="000327BD" w:rsidRDefault="000327BD" w:rsidP="009C687A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0E7C9AAF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5D46F0CE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059108C0" w14:textId="77777777" w:rsidR="000327BD" w:rsidRDefault="000327BD" w:rsidP="009C687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84" w:type="dxa"/>
          </w:tcPr>
          <w:p w14:paraId="28094F2B" w14:textId="77777777" w:rsidR="000327BD" w:rsidRDefault="000327BD" w:rsidP="009C687A">
            <w:pPr>
              <w:pStyle w:val="TableParagraph"/>
              <w:spacing w:line="266" w:lineRule="auto"/>
              <w:ind w:left="78" w:right="139"/>
              <w:rPr>
                <w:sz w:val="15"/>
              </w:rPr>
            </w:pPr>
            <w:r>
              <w:rPr>
                <w:w w:val="105"/>
                <w:sz w:val="15"/>
              </w:rPr>
              <w:t>Выполнить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самостоятельно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участвовать</w:t>
            </w:r>
          </w:p>
          <w:p w14:paraId="082EFEEA" w14:textId="77777777" w:rsidR="000327BD" w:rsidRDefault="000327BD" w:rsidP="009C687A">
            <w:pPr>
              <w:pStyle w:val="TableParagraph"/>
              <w:spacing w:before="2" w:line="266" w:lineRule="auto"/>
              <w:ind w:left="78" w:right="99"/>
              <w:rPr>
                <w:sz w:val="15"/>
              </w:rPr>
            </w:pPr>
            <w:r>
              <w:rPr>
                <w:w w:val="105"/>
                <w:sz w:val="15"/>
              </w:rPr>
              <w:t>в коллективной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работе по созданию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тематической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композиции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темы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праздников разных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народов (создание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обобщённого </w:t>
            </w:r>
            <w:r>
              <w:rPr>
                <w:w w:val="105"/>
                <w:sz w:val="15"/>
              </w:rPr>
              <w:t>образа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национальных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культур);</w:t>
            </w:r>
          </w:p>
        </w:tc>
        <w:tc>
          <w:tcPr>
            <w:tcW w:w="1116" w:type="dxa"/>
          </w:tcPr>
          <w:p w14:paraId="0DF605C4" w14:textId="77777777" w:rsidR="000327BD" w:rsidRDefault="000327BD" w:rsidP="009C687A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6987" w:type="dxa"/>
          </w:tcPr>
          <w:p w14:paraId="3247F0DE" w14:textId="77777777" w:rsidR="000327BD" w:rsidRDefault="00D40B2E" w:rsidP="009C687A">
            <w:pPr>
              <w:pStyle w:val="TableParagraph"/>
              <w:ind w:left="80"/>
              <w:rPr>
                <w:sz w:val="15"/>
              </w:rPr>
            </w:pPr>
            <w:hyperlink r:id="rId7">
              <w:r w:rsidR="000327BD">
                <w:rPr>
                  <w:w w:val="105"/>
                  <w:sz w:val="15"/>
                </w:rPr>
                <w:t>http://school-collection.edu.ru/</w:t>
              </w:r>
            </w:hyperlink>
          </w:p>
        </w:tc>
      </w:tr>
      <w:tr w:rsidR="000327BD" w14:paraId="69AF849F" w14:textId="77777777" w:rsidTr="009C687A">
        <w:trPr>
          <w:trHeight w:val="333"/>
        </w:trPr>
        <w:tc>
          <w:tcPr>
            <w:tcW w:w="2233" w:type="dxa"/>
            <w:gridSpan w:val="2"/>
          </w:tcPr>
          <w:p w14:paraId="7898933F" w14:textId="77777777" w:rsidR="000327BD" w:rsidRDefault="000327BD" w:rsidP="009C687A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</w:t>
            </w:r>
          </w:p>
        </w:tc>
        <w:tc>
          <w:tcPr>
            <w:tcW w:w="528" w:type="dxa"/>
          </w:tcPr>
          <w:p w14:paraId="1055C1B0" w14:textId="77777777" w:rsidR="000327BD" w:rsidRDefault="000327BD" w:rsidP="009C687A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2735" w:type="dxa"/>
            <w:gridSpan w:val="6"/>
          </w:tcPr>
          <w:p w14:paraId="44F442B2" w14:textId="77777777" w:rsidR="000327BD" w:rsidRDefault="000327BD" w:rsidP="009C687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327BD" w14:paraId="78DF6F24" w14:textId="77777777" w:rsidTr="009C687A">
        <w:trPr>
          <w:trHeight w:val="333"/>
        </w:trPr>
        <w:tc>
          <w:tcPr>
            <w:tcW w:w="15496" w:type="dxa"/>
            <w:gridSpan w:val="9"/>
          </w:tcPr>
          <w:p w14:paraId="0D7FBF6D" w14:textId="77777777" w:rsidR="000327BD" w:rsidRDefault="000327BD" w:rsidP="009C687A">
            <w:pPr>
              <w:pStyle w:val="TableParagraph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3.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Скульптура</w:t>
            </w:r>
          </w:p>
        </w:tc>
      </w:tr>
    </w:tbl>
    <w:p w14:paraId="2EB7C146" w14:textId="77777777" w:rsidR="000327BD" w:rsidRDefault="000327BD" w:rsidP="000327BD">
      <w:pPr>
        <w:rPr>
          <w:sz w:val="15"/>
        </w:rPr>
        <w:sectPr w:rsidR="000327BD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837"/>
        <w:gridCol w:w="528"/>
        <w:gridCol w:w="1104"/>
        <w:gridCol w:w="1140"/>
        <w:gridCol w:w="804"/>
        <w:gridCol w:w="1584"/>
        <w:gridCol w:w="1116"/>
        <w:gridCol w:w="6987"/>
      </w:tblGrid>
      <w:tr w:rsidR="000327BD" w:rsidRPr="00D40B2E" w14:paraId="6850C4D5" w14:textId="77777777" w:rsidTr="009C687A">
        <w:trPr>
          <w:trHeight w:val="3503"/>
        </w:trPr>
        <w:tc>
          <w:tcPr>
            <w:tcW w:w="396" w:type="dxa"/>
          </w:tcPr>
          <w:p w14:paraId="5A7E6462" w14:textId="77777777" w:rsidR="000327BD" w:rsidRDefault="000327BD" w:rsidP="009C687A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3.1.</w:t>
            </w:r>
          </w:p>
        </w:tc>
        <w:tc>
          <w:tcPr>
            <w:tcW w:w="1837" w:type="dxa"/>
          </w:tcPr>
          <w:p w14:paraId="3DDDE828" w14:textId="77777777" w:rsidR="000327BD" w:rsidRDefault="000327BD" w:rsidP="009C687A">
            <w:pPr>
              <w:pStyle w:val="TableParagraph"/>
              <w:spacing w:line="266" w:lineRule="auto"/>
              <w:ind w:right="9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Знакомство со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скульптурными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памятниками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героям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мемориальными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комплексами.</w:t>
            </w:r>
          </w:p>
        </w:tc>
        <w:tc>
          <w:tcPr>
            <w:tcW w:w="528" w:type="dxa"/>
          </w:tcPr>
          <w:p w14:paraId="0520173C" w14:textId="77777777" w:rsidR="000327BD" w:rsidRDefault="000327BD" w:rsidP="009C687A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3B27FDF6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0846A3CE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1906DCB9" w14:textId="77777777" w:rsidR="000327BD" w:rsidRDefault="000327BD" w:rsidP="009C687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84" w:type="dxa"/>
          </w:tcPr>
          <w:p w14:paraId="374E523D" w14:textId="77777777" w:rsidR="000327BD" w:rsidRDefault="000327BD" w:rsidP="009C687A">
            <w:pPr>
              <w:pStyle w:val="TableParagraph"/>
              <w:spacing w:line="266" w:lineRule="auto"/>
              <w:ind w:left="78" w:right="214"/>
              <w:rPr>
                <w:sz w:val="15"/>
              </w:rPr>
            </w:pPr>
            <w:r>
              <w:rPr>
                <w:w w:val="105"/>
                <w:sz w:val="15"/>
              </w:rPr>
              <w:t>Собрать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необходимый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исследовать,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совершить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виртуальное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путешествие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наиболее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значительным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мемориальным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комплексам нашей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страны, а также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региональным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памятникам</w:t>
            </w:r>
          </w:p>
          <w:p w14:paraId="52B5CE5E" w14:textId="77777777" w:rsidR="000327BD" w:rsidRDefault="000327BD" w:rsidP="009C687A">
            <w:pPr>
              <w:pStyle w:val="TableParagraph"/>
              <w:spacing w:before="9" w:line="266" w:lineRule="auto"/>
              <w:ind w:left="78" w:right="433"/>
              <w:rPr>
                <w:sz w:val="15"/>
              </w:rPr>
            </w:pPr>
            <w:r>
              <w:rPr>
                <w:w w:val="105"/>
                <w:sz w:val="15"/>
              </w:rPr>
              <w:t>(с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учётом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проживания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ребёнка).;</w:t>
            </w:r>
          </w:p>
        </w:tc>
        <w:tc>
          <w:tcPr>
            <w:tcW w:w="1116" w:type="dxa"/>
          </w:tcPr>
          <w:p w14:paraId="23BACEAE" w14:textId="77777777" w:rsidR="000327BD" w:rsidRDefault="000327BD" w:rsidP="009C687A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6987" w:type="dxa"/>
          </w:tcPr>
          <w:p w14:paraId="5097BD94" w14:textId="77777777" w:rsidR="000327BD" w:rsidRDefault="00D40B2E" w:rsidP="009C687A">
            <w:pPr>
              <w:pStyle w:val="TableParagraph"/>
              <w:spacing w:line="266" w:lineRule="auto"/>
              <w:ind w:left="80" w:right="4934"/>
              <w:rPr>
                <w:sz w:val="15"/>
              </w:rPr>
            </w:pPr>
            <w:hyperlink r:id="rId8">
              <w:r w:rsidR="000327BD">
                <w:rPr>
                  <w:w w:val="105"/>
                  <w:sz w:val="15"/>
                </w:rPr>
                <w:t>http://www.virtualmuseum.ru/</w:t>
              </w:r>
            </w:hyperlink>
            <w:r w:rsidR="000327BD">
              <w:rPr>
                <w:spacing w:val="-37"/>
                <w:w w:val="105"/>
                <w:sz w:val="15"/>
              </w:rPr>
              <w:t xml:space="preserve"> </w:t>
            </w:r>
            <w:hyperlink r:id="rId9">
              <w:r w:rsidR="000327BD">
                <w:rPr>
                  <w:spacing w:val="-1"/>
                  <w:w w:val="105"/>
                  <w:sz w:val="15"/>
                </w:rPr>
                <w:t>http://tours.kremlin.ru/#/ru&amp;1_</w:t>
              </w:r>
            </w:hyperlink>
          </w:p>
        </w:tc>
      </w:tr>
      <w:tr w:rsidR="000327BD" w:rsidRPr="00D40B2E" w14:paraId="0D10E04B" w14:textId="77777777" w:rsidTr="009C687A">
        <w:trPr>
          <w:trHeight w:val="2638"/>
        </w:trPr>
        <w:tc>
          <w:tcPr>
            <w:tcW w:w="396" w:type="dxa"/>
          </w:tcPr>
          <w:p w14:paraId="7D9C190F" w14:textId="77777777" w:rsidR="000327BD" w:rsidRDefault="000327BD" w:rsidP="009C687A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3.2.</w:t>
            </w:r>
          </w:p>
        </w:tc>
        <w:tc>
          <w:tcPr>
            <w:tcW w:w="1837" w:type="dxa"/>
          </w:tcPr>
          <w:p w14:paraId="687A540D" w14:textId="77777777" w:rsidR="000327BD" w:rsidRDefault="000327BD" w:rsidP="009C687A">
            <w:pPr>
              <w:pStyle w:val="TableParagraph"/>
              <w:spacing w:line="266" w:lineRule="auto"/>
              <w:ind w:right="14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Создание эскиза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памятника народному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герою. Работа с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пластилином или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глиной. Выражение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значительности,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трагизма 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победительной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сил.</w:t>
            </w:r>
          </w:p>
        </w:tc>
        <w:tc>
          <w:tcPr>
            <w:tcW w:w="528" w:type="dxa"/>
          </w:tcPr>
          <w:p w14:paraId="37F75D73" w14:textId="77777777" w:rsidR="000327BD" w:rsidRDefault="000327BD" w:rsidP="009C687A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27C8DFBE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603C4321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02E8314B" w14:textId="77777777" w:rsidR="000327BD" w:rsidRDefault="000327BD" w:rsidP="009C687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84" w:type="dxa"/>
          </w:tcPr>
          <w:p w14:paraId="20B7B7BB" w14:textId="77777777" w:rsidR="000327BD" w:rsidRDefault="000327BD" w:rsidP="009C687A">
            <w:pPr>
              <w:pStyle w:val="TableParagraph"/>
              <w:spacing w:line="266" w:lineRule="auto"/>
              <w:ind w:left="78" w:right="18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Сделать </w:t>
            </w:r>
            <w:r>
              <w:rPr>
                <w:w w:val="105"/>
                <w:sz w:val="15"/>
              </w:rPr>
              <w:t>зарисовки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мемориальных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памятников.;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Создать из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пластилина свой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эскиз памятника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выбранному </w:t>
            </w:r>
            <w:r>
              <w:rPr>
                <w:w w:val="105"/>
                <w:sz w:val="15"/>
              </w:rPr>
              <w:t>герою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 участвовать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коллективной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разработке проекта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макета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мемориального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комплекса;</w:t>
            </w:r>
          </w:p>
        </w:tc>
        <w:tc>
          <w:tcPr>
            <w:tcW w:w="1116" w:type="dxa"/>
          </w:tcPr>
          <w:p w14:paraId="43103E3A" w14:textId="77777777" w:rsidR="000327BD" w:rsidRDefault="000327BD" w:rsidP="009C687A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6987" w:type="dxa"/>
          </w:tcPr>
          <w:p w14:paraId="613017E0" w14:textId="77777777" w:rsidR="000327BD" w:rsidRDefault="00D40B2E" w:rsidP="009C687A">
            <w:pPr>
              <w:pStyle w:val="TableParagraph"/>
              <w:spacing w:line="266" w:lineRule="auto"/>
              <w:ind w:left="80" w:right="4934"/>
              <w:rPr>
                <w:sz w:val="15"/>
              </w:rPr>
            </w:pPr>
            <w:hyperlink r:id="rId10">
              <w:r w:rsidR="000327BD">
                <w:rPr>
                  <w:w w:val="105"/>
                  <w:sz w:val="15"/>
                </w:rPr>
                <w:t>http://www.virtualmuseum.ru/</w:t>
              </w:r>
            </w:hyperlink>
            <w:r w:rsidR="000327BD">
              <w:rPr>
                <w:spacing w:val="-37"/>
                <w:w w:val="105"/>
                <w:sz w:val="15"/>
              </w:rPr>
              <w:t xml:space="preserve"> </w:t>
            </w:r>
            <w:hyperlink r:id="rId11">
              <w:r w:rsidR="000327BD">
                <w:rPr>
                  <w:spacing w:val="-1"/>
                  <w:w w:val="105"/>
                  <w:sz w:val="15"/>
                </w:rPr>
                <w:t>http://tours.kremlin.ru/#/ru&amp;1_</w:t>
              </w:r>
            </w:hyperlink>
          </w:p>
        </w:tc>
      </w:tr>
      <w:tr w:rsidR="000327BD" w14:paraId="17CB0703" w14:textId="77777777" w:rsidTr="009C687A">
        <w:trPr>
          <w:trHeight w:val="333"/>
        </w:trPr>
        <w:tc>
          <w:tcPr>
            <w:tcW w:w="2233" w:type="dxa"/>
            <w:gridSpan w:val="2"/>
          </w:tcPr>
          <w:p w14:paraId="5B7950A5" w14:textId="77777777" w:rsidR="000327BD" w:rsidRDefault="000327BD" w:rsidP="009C687A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3</w:t>
            </w:r>
          </w:p>
        </w:tc>
        <w:tc>
          <w:tcPr>
            <w:tcW w:w="528" w:type="dxa"/>
          </w:tcPr>
          <w:p w14:paraId="5817BB02" w14:textId="77777777" w:rsidR="000327BD" w:rsidRDefault="000327BD" w:rsidP="009C687A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2735" w:type="dxa"/>
            <w:gridSpan w:val="6"/>
          </w:tcPr>
          <w:p w14:paraId="216E193D" w14:textId="77777777" w:rsidR="000327BD" w:rsidRDefault="000327BD" w:rsidP="009C687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327BD" w14:paraId="324B495E" w14:textId="77777777" w:rsidTr="009C687A">
        <w:trPr>
          <w:trHeight w:val="333"/>
        </w:trPr>
        <w:tc>
          <w:tcPr>
            <w:tcW w:w="15496" w:type="dxa"/>
            <w:gridSpan w:val="9"/>
          </w:tcPr>
          <w:p w14:paraId="62D8CD5D" w14:textId="77777777" w:rsidR="000327BD" w:rsidRDefault="000327BD" w:rsidP="009C687A">
            <w:pPr>
              <w:pStyle w:val="TableParagraph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Модуль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4.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Декоративно-прикладное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искусство</w:t>
            </w:r>
          </w:p>
        </w:tc>
      </w:tr>
      <w:tr w:rsidR="000327BD" w:rsidRPr="00D40B2E" w14:paraId="27E9B718" w14:textId="77777777" w:rsidTr="009C687A">
        <w:trPr>
          <w:trHeight w:val="3406"/>
        </w:trPr>
        <w:tc>
          <w:tcPr>
            <w:tcW w:w="396" w:type="dxa"/>
          </w:tcPr>
          <w:p w14:paraId="0D4A7A29" w14:textId="77777777" w:rsidR="000327BD" w:rsidRDefault="000327BD" w:rsidP="009C687A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4.1.</w:t>
            </w:r>
          </w:p>
        </w:tc>
        <w:tc>
          <w:tcPr>
            <w:tcW w:w="1837" w:type="dxa"/>
          </w:tcPr>
          <w:p w14:paraId="7D3D36A8" w14:textId="77777777" w:rsidR="000327BD" w:rsidRDefault="000327BD" w:rsidP="009C687A">
            <w:pPr>
              <w:pStyle w:val="TableParagraph"/>
              <w:spacing w:line="266" w:lineRule="auto"/>
              <w:ind w:right="332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Орнаменты разных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народов.</w:t>
            </w:r>
          </w:p>
          <w:p w14:paraId="3066BAFA" w14:textId="77777777" w:rsidR="000327BD" w:rsidRDefault="000327BD" w:rsidP="009C687A">
            <w:pPr>
              <w:pStyle w:val="TableParagraph"/>
              <w:spacing w:before="2" w:line="266" w:lineRule="auto"/>
              <w:ind w:right="13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Подчинённость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орнамента форме 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назначению предмета,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 художественной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обработке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которого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он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применяется.</w:t>
            </w:r>
          </w:p>
          <w:p w14:paraId="701FCAAE" w14:textId="77777777" w:rsidR="000327BD" w:rsidRDefault="000327BD" w:rsidP="009C687A">
            <w:pPr>
              <w:pStyle w:val="TableParagraph"/>
              <w:spacing w:before="3" w:line="266" w:lineRule="auto"/>
              <w:ind w:right="10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Особенности символов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 изобразительных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мотивов в орнаментах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разных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народов.</w:t>
            </w:r>
          </w:p>
          <w:p w14:paraId="0EAF6874" w14:textId="77777777" w:rsidR="000327BD" w:rsidRDefault="000327BD" w:rsidP="009C687A">
            <w:pPr>
              <w:pStyle w:val="TableParagraph"/>
              <w:spacing w:before="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Орнаменты</w:t>
            </w:r>
          </w:p>
          <w:p w14:paraId="7A46EBB3" w14:textId="77777777" w:rsidR="000327BD" w:rsidRDefault="000327BD" w:rsidP="009C687A">
            <w:pPr>
              <w:pStyle w:val="TableParagraph"/>
              <w:spacing w:before="20" w:line="266" w:lineRule="auto"/>
              <w:ind w:right="23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 архитектуре, на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тканях, одежде,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предметах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быта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др.</w:t>
            </w:r>
          </w:p>
        </w:tc>
        <w:tc>
          <w:tcPr>
            <w:tcW w:w="528" w:type="dxa"/>
          </w:tcPr>
          <w:p w14:paraId="0DCD2FC3" w14:textId="77777777" w:rsidR="000327BD" w:rsidRDefault="000327BD" w:rsidP="009C687A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13ADF787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13FDA58D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04C4CBD9" w14:textId="77777777" w:rsidR="000327BD" w:rsidRDefault="000327BD" w:rsidP="009C687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84" w:type="dxa"/>
          </w:tcPr>
          <w:p w14:paraId="0CCCEB19" w14:textId="77777777" w:rsidR="000327BD" w:rsidRDefault="000327BD" w:rsidP="009C687A">
            <w:pPr>
              <w:pStyle w:val="TableParagraph"/>
              <w:spacing w:line="266" w:lineRule="auto"/>
              <w:ind w:left="78" w:right="55"/>
              <w:rPr>
                <w:sz w:val="15"/>
              </w:rPr>
            </w:pPr>
            <w:r>
              <w:rPr>
                <w:w w:val="105"/>
                <w:sz w:val="15"/>
              </w:rPr>
              <w:t>Исследовать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сделать зарисовки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особенностей,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характерных для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орнаментов разных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народов или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культурных эпох.;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Показать в рисунках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традиции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орнаментов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архитектуре, </w:t>
            </w:r>
            <w:r>
              <w:rPr>
                <w:w w:val="105"/>
                <w:sz w:val="15"/>
              </w:rPr>
              <w:t>одежде,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оформлении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предметов быта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выбранной </w:t>
            </w:r>
            <w:r>
              <w:rPr>
                <w:w w:val="105"/>
                <w:sz w:val="15"/>
              </w:rPr>
              <w:t>народной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культуры или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исторической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эпохи.;</w:t>
            </w:r>
          </w:p>
        </w:tc>
        <w:tc>
          <w:tcPr>
            <w:tcW w:w="1116" w:type="dxa"/>
          </w:tcPr>
          <w:p w14:paraId="2C63D874" w14:textId="77777777" w:rsidR="000327BD" w:rsidRDefault="000327BD" w:rsidP="009C687A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6987" w:type="dxa"/>
          </w:tcPr>
          <w:p w14:paraId="0D73A0BA" w14:textId="77777777" w:rsidR="000327BD" w:rsidRDefault="000327BD" w:rsidP="009C687A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https://multiurok.ru/all-goto/?url=</w:t>
            </w:r>
            <w:hyperlink r:id="rId12">
              <w:r>
                <w:rPr>
                  <w:w w:val="105"/>
                  <w:sz w:val="15"/>
                </w:rPr>
                <w:t>http://www.metodkabinet.eu/TemKollekzii/NarodnyePromysly.html</w:t>
              </w:r>
            </w:hyperlink>
          </w:p>
        </w:tc>
      </w:tr>
    </w:tbl>
    <w:p w14:paraId="4C21DE0C" w14:textId="77777777" w:rsidR="000327BD" w:rsidRPr="000327BD" w:rsidRDefault="000327BD" w:rsidP="000327BD">
      <w:pPr>
        <w:rPr>
          <w:sz w:val="15"/>
          <w:lang w:val="ru-RU"/>
        </w:rPr>
        <w:sectPr w:rsidR="000327BD" w:rsidRPr="000327BD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837"/>
        <w:gridCol w:w="528"/>
        <w:gridCol w:w="1104"/>
        <w:gridCol w:w="1140"/>
        <w:gridCol w:w="804"/>
        <w:gridCol w:w="1584"/>
        <w:gridCol w:w="1116"/>
        <w:gridCol w:w="6987"/>
      </w:tblGrid>
      <w:tr w:rsidR="000327BD" w:rsidRPr="00D40B2E" w14:paraId="45776F9F" w14:textId="77777777" w:rsidTr="009C687A">
        <w:trPr>
          <w:trHeight w:val="2830"/>
        </w:trPr>
        <w:tc>
          <w:tcPr>
            <w:tcW w:w="396" w:type="dxa"/>
          </w:tcPr>
          <w:p w14:paraId="4A505364" w14:textId="77777777" w:rsidR="000327BD" w:rsidRDefault="000327BD" w:rsidP="009C687A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4.2.</w:t>
            </w:r>
          </w:p>
        </w:tc>
        <w:tc>
          <w:tcPr>
            <w:tcW w:w="1837" w:type="dxa"/>
          </w:tcPr>
          <w:p w14:paraId="069C05CA" w14:textId="77777777" w:rsidR="000327BD" w:rsidRDefault="000327BD" w:rsidP="009C687A">
            <w:pPr>
              <w:pStyle w:val="TableParagraph"/>
              <w:spacing w:line="266" w:lineRule="auto"/>
              <w:ind w:right="1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Мотивы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назначение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русских народных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орнаментов.</w:t>
            </w:r>
          </w:p>
          <w:p w14:paraId="2A96BD6C" w14:textId="77777777" w:rsidR="000327BD" w:rsidRDefault="000327BD" w:rsidP="009C687A">
            <w:pPr>
              <w:pStyle w:val="TableParagraph"/>
              <w:spacing w:before="2" w:line="266" w:lineRule="auto"/>
              <w:ind w:right="14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Деревянная резьба 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роспись, украшение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наличников и других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элементов избы,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вышивка, декор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головных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уборов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др.</w:t>
            </w:r>
          </w:p>
        </w:tc>
        <w:tc>
          <w:tcPr>
            <w:tcW w:w="528" w:type="dxa"/>
          </w:tcPr>
          <w:p w14:paraId="73EDA40F" w14:textId="77777777" w:rsidR="000327BD" w:rsidRDefault="000327BD" w:rsidP="009C687A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7EBBCCC1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05AB0B51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0DDDD801" w14:textId="77777777" w:rsidR="000327BD" w:rsidRDefault="000327BD" w:rsidP="009C687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84" w:type="dxa"/>
          </w:tcPr>
          <w:p w14:paraId="12B44CF9" w14:textId="77777777" w:rsidR="000327BD" w:rsidRDefault="000327BD" w:rsidP="009C687A">
            <w:pPr>
              <w:pStyle w:val="TableParagraph"/>
              <w:spacing w:line="266" w:lineRule="auto"/>
              <w:ind w:left="78" w:right="91"/>
              <w:rPr>
                <w:sz w:val="15"/>
              </w:rPr>
            </w:pPr>
            <w:r>
              <w:rPr>
                <w:w w:val="105"/>
                <w:sz w:val="15"/>
              </w:rPr>
              <w:t>Исследовать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показать в своей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творческой работе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традиционные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мотивы и символы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русской народной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(деревянная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резьба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роспись по дереву,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вышивка, декор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головных уборов,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орнаменты,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характерные для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предметов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быта).;</w:t>
            </w:r>
          </w:p>
        </w:tc>
        <w:tc>
          <w:tcPr>
            <w:tcW w:w="1116" w:type="dxa"/>
          </w:tcPr>
          <w:p w14:paraId="29F99F2F" w14:textId="77777777" w:rsidR="000327BD" w:rsidRDefault="000327BD" w:rsidP="009C687A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6987" w:type="dxa"/>
          </w:tcPr>
          <w:p w14:paraId="685CA6CA" w14:textId="77777777" w:rsidR="000327BD" w:rsidRDefault="000327BD" w:rsidP="009C687A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https://multiurok.ru/all-goto/?url=</w:t>
            </w:r>
            <w:hyperlink r:id="rId13">
              <w:r>
                <w:rPr>
                  <w:w w:val="105"/>
                  <w:sz w:val="15"/>
                </w:rPr>
                <w:t>http://www.metodkabinet.eu/TemKollekzii/NarodnyePromysly.html</w:t>
              </w:r>
            </w:hyperlink>
          </w:p>
        </w:tc>
      </w:tr>
      <w:tr w:rsidR="000327BD" w:rsidRPr="00D40B2E" w14:paraId="368F526A" w14:textId="77777777" w:rsidTr="009C687A">
        <w:trPr>
          <w:trHeight w:val="1870"/>
        </w:trPr>
        <w:tc>
          <w:tcPr>
            <w:tcW w:w="396" w:type="dxa"/>
          </w:tcPr>
          <w:p w14:paraId="1201F13E" w14:textId="77777777" w:rsidR="000327BD" w:rsidRDefault="000327BD" w:rsidP="009C687A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4.3.</w:t>
            </w:r>
          </w:p>
        </w:tc>
        <w:tc>
          <w:tcPr>
            <w:tcW w:w="1837" w:type="dxa"/>
          </w:tcPr>
          <w:p w14:paraId="6F90A020" w14:textId="77777777" w:rsidR="000327BD" w:rsidRDefault="000327BD" w:rsidP="009C687A">
            <w:pPr>
              <w:pStyle w:val="TableParagraph"/>
              <w:spacing w:line="266" w:lineRule="auto"/>
              <w:ind w:right="21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Орнаментальное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украшение каменной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архитектуры в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памятниках русской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 xml:space="preserve">культуры, </w:t>
            </w:r>
            <w:r>
              <w:rPr>
                <w:b/>
                <w:w w:val="105"/>
                <w:sz w:val="15"/>
              </w:rPr>
              <w:t>каменная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резьба, роспись стен,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изразцы.</w:t>
            </w:r>
          </w:p>
        </w:tc>
        <w:tc>
          <w:tcPr>
            <w:tcW w:w="528" w:type="dxa"/>
          </w:tcPr>
          <w:p w14:paraId="1A5BEC34" w14:textId="77777777" w:rsidR="000327BD" w:rsidRDefault="000327BD" w:rsidP="009C687A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5381550A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23A84BC8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0A7007C2" w14:textId="77777777" w:rsidR="000327BD" w:rsidRDefault="000327BD" w:rsidP="009C687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84" w:type="dxa"/>
          </w:tcPr>
          <w:p w14:paraId="06E657A0" w14:textId="77777777" w:rsidR="000327BD" w:rsidRDefault="000327BD" w:rsidP="009C687A">
            <w:pPr>
              <w:pStyle w:val="TableParagraph"/>
              <w:spacing w:line="266" w:lineRule="auto"/>
              <w:ind w:left="78" w:right="237"/>
              <w:rPr>
                <w:sz w:val="15"/>
              </w:rPr>
            </w:pPr>
            <w:r>
              <w:rPr>
                <w:w w:val="105"/>
                <w:sz w:val="15"/>
              </w:rPr>
              <w:t>Исследовать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показать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творческой </w:t>
            </w:r>
            <w:r>
              <w:rPr>
                <w:w w:val="105"/>
                <w:sz w:val="15"/>
              </w:rPr>
              <w:t>работе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орнаменты,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характерные для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традиций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отечественной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культуры.;</w:t>
            </w:r>
          </w:p>
        </w:tc>
        <w:tc>
          <w:tcPr>
            <w:tcW w:w="1116" w:type="dxa"/>
          </w:tcPr>
          <w:p w14:paraId="4DBC46CD" w14:textId="77777777" w:rsidR="000327BD" w:rsidRDefault="000327BD" w:rsidP="009C687A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6987" w:type="dxa"/>
          </w:tcPr>
          <w:p w14:paraId="4AF510B8" w14:textId="77777777" w:rsidR="000327BD" w:rsidRDefault="000327BD" w:rsidP="009C687A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https://multiurok.ru/all-goto/?url=</w:t>
            </w:r>
            <w:hyperlink r:id="rId14">
              <w:r>
                <w:rPr>
                  <w:w w:val="105"/>
                  <w:sz w:val="15"/>
                </w:rPr>
                <w:t>http://www.metodkabinet.eu/TemKollekzii/NarodnyePromysly.html</w:t>
              </w:r>
            </w:hyperlink>
          </w:p>
        </w:tc>
      </w:tr>
      <w:tr w:rsidR="000327BD" w:rsidRPr="00D40B2E" w14:paraId="3D12FF57" w14:textId="77777777" w:rsidTr="009C687A">
        <w:trPr>
          <w:trHeight w:val="2254"/>
        </w:trPr>
        <w:tc>
          <w:tcPr>
            <w:tcW w:w="396" w:type="dxa"/>
          </w:tcPr>
          <w:p w14:paraId="335971BE" w14:textId="77777777" w:rsidR="000327BD" w:rsidRDefault="000327BD" w:rsidP="009C687A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4.4.</w:t>
            </w:r>
          </w:p>
        </w:tc>
        <w:tc>
          <w:tcPr>
            <w:tcW w:w="1837" w:type="dxa"/>
          </w:tcPr>
          <w:p w14:paraId="096D5992" w14:textId="77777777" w:rsidR="000327BD" w:rsidRDefault="000327BD" w:rsidP="009C687A">
            <w:pPr>
              <w:pStyle w:val="TableParagraph"/>
              <w:spacing w:line="266" w:lineRule="auto"/>
              <w:ind w:right="6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Народный костюм.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Русский народный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праздничный костюм,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символы и обереги в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его декоре. Головные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уборы. Особенности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мужской одежды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 xml:space="preserve">разных сословий, </w:t>
            </w:r>
            <w:r>
              <w:rPr>
                <w:b/>
                <w:w w:val="105"/>
                <w:sz w:val="15"/>
              </w:rPr>
              <w:t>связь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украшения костюма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мужчины с родом его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занятий.</w:t>
            </w:r>
          </w:p>
        </w:tc>
        <w:tc>
          <w:tcPr>
            <w:tcW w:w="528" w:type="dxa"/>
          </w:tcPr>
          <w:p w14:paraId="4311FDD2" w14:textId="77777777" w:rsidR="000327BD" w:rsidRDefault="000327BD" w:rsidP="009C687A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24433B94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425171E2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498AD221" w14:textId="77777777" w:rsidR="000327BD" w:rsidRDefault="000327BD" w:rsidP="009C687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84" w:type="dxa"/>
          </w:tcPr>
          <w:p w14:paraId="6DAC0C75" w14:textId="77777777" w:rsidR="000327BD" w:rsidRDefault="000327BD" w:rsidP="009C687A">
            <w:pPr>
              <w:pStyle w:val="TableParagraph"/>
              <w:spacing w:line="266" w:lineRule="auto"/>
              <w:ind w:left="78" w:right="131"/>
              <w:rPr>
                <w:sz w:val="15"/>
              </w:rPr>
            </w:pPr>
            <w:r>
              <w:rPr>
                <w:w w:val="105"/>
                <w:sz w:val="15"/>
              </w:rPr>
              <w:t>Изобразить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мужской одежды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 сословий,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демонстрируя </w:t>
            </w:r>
            <w:r>
              <w:rPr>
                <w:w w:val="105"/>
                <w:sz w:val="15"/>
              </w:rPr>
              <w:t>связь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украшения костюма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мужчины с родом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занятий;</w:t>
            </w:r>
          </w:p>
        </w:tc>
        <w:tc>
          <w:tcPr>
            <w:tcW w:w="1116" w:type="dxa"/>
          </w:tcPr>
          <w:p w14:paraId="7C66E7DA" w14:textId="77777777" w:rsidR="000327BD" w:rsidRDefault="000327BD" w:rsidP="009C687A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6987" w:type="dxa"/>
          </w:tcPr>
          <w:p w14:paraId="12D98012" w14:textId="77777777" w:rsidR="000327BD" w:rsidRDefault="00D40B2E" w:rsidP="009C687A">
            <w:pPr>
              <w:pStyle w:val="TableParagraph"/>
              <w:ind w:left="80"/>
              <w:rPr>
                <w:sz w:val="15"/>
              </w:rPr>
            </w:pPr>
            <w:hyperlink r:id="rId15">
              <w:r w:rsidR="000327BD">
                <w:rPr>
                  <w:w w:val="105"/>
                  <w:sz w:val="15"/>
                </w:rPr>
                <w:t>http://www.rusedu.ru/izo-mhk/list_41.html</w:t>
              </w:r>
            </w:hyperlink>
          </w:p>
        </w:tc>
      </w:tr>
    </w:tbl>
    <w:p w14:paraId="1CDA8D6A" w14:textId="77777777" w:rsidR="000327BD" w:rsidRPr="000327BD" w:rsidRDefault="000327BD" w:rsidP="000327BD">
      <w:pPr>
        <w:rPr>
          <w:sz w:val="15"/>
          <w:lang w:val="ru-RU"/>
        </w:rPr>
        <w:sectPr w:rsidR="000327BD" w:rsidRPr="000327BD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837"/>
        <w:gridCol w:w="528"/>
        <w:gridCol w:w="1104"/>
        <w:gridCol w:w="1140"/>
        <w:gridCol w:w="804"/>
        <w:gridCol w:w="1584"/>
        <w:gridCol w:w="1116"/>
        <w:gridCol w:w="6987"/>
      </w:tblGrid>
      <w:tr w:rsidR="000327BD" w:rsidRPr="00D40B2E" w14:paraId="55E6CEFA" w14:textId="77777777" w:rsidTr="009C687A">
        <w:trPr>
          <w:trHeight w:val="4139"/>
        </w:trPr>
        <w:tc>
          <w:tcPr>
            <w:tcW w:w="396" w:type="dxa"/>
          </w:tcPr>
          <w:p w14:paraId="076FE910" w14:textId="77777777" w:rsidR="000327BD" w:rsidRDefault="000327BD" w:rsidP="009C687A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4.5.</w:t>
            </w:r>
          </w:p>
        </w:tc>
        <w:tc>
          <w:tcPr>
            <w:tcW w:w="1837" w:type="dxa"/>
          </w:tcPr>
          <w:p w14:paraId="6B4CBE36" w14:textId="77777777" w:rsidR="000327BD" w:rsidRDefault="000327BD" w:rsidP="009C687A">
            <w:pPr>
              <w:pStyle w:val="TableParagraph"/>
              <w:spacing w:line="266" w:lineRule="auto"/>
              <w:ind w:right="16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Женский и мужской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костюмы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традициях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разных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народов.</w:t>
            </w:r>
          </w:p>
          <w:p w14:paraId="7A2A0EAE" w14:textId="77777777" w:rsidR="000327BD" w:rsidRDefault="000327BD" w:rsidP="009C687A">
            <w:pPr>
              <w:pStyle w:val="TableParagraph"/>
              <w:spacing w:before="2" w:line="266" w:lineRule="auto"/>
              <w:ind w:right="7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Своеобразие одежды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разных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эпох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культур.</w:t>
            </w:r>
          </w:p>
        </w:tc>
        <w:tc>
          <w:tcPr>
            <w:tcW w:w="528" w:type="dxa"/>
          </w:tcPr>
          <w:p w14:paraId="3A822D29" w14:textId="77777777" w:rsidR="000327BD" w:rsidRDefault="000327BD" w:rsidP="009C687A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2F0B52CA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6073E181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589EEEB3" w14:textId="77777777" w:rsidR="000327BD" w:rsidRDefault="000327BD" w:rsidP="009C687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84" w:type="dxa"/>
          </w:tcPr>
          <w:p w14:paraId="643824E3" w14:textId="77777777" w:rsidR="000327BD" w:rsidRDefault="000327BD" w:rsidP="009C687A">
            <w:pPr>
              <w:pStyle w:val="TableParagraph"/>
              <w:spacing w:line="266" w:lineRule="auto"/>
              <w:ind w:left="78" w:right="4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Создать изображение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русской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красавицы</w:t>
            </w:r>
          </w:p>
          <w:p w14:paraId="58EC0CD4" w14:textId="77777777" w:rsidR="000327BD" w:rsidRDefault="000327BD" w:rsidP="009C687A">
            <w:pPr>
              <w:pStyle w:val="TableParagraph"/>
              <w:spacing w:before="2" w:line="266" w:lineRule="auto"/>
              <w:ind w:left="78" w:right="131"/>
              <w:rPr>
                <w:sz w:val="15"/>
              </w:rPr>
            </w:pPr>
            <w:r>
              <w:rPr>
                <w:w w:val="105"/>
                <w:sz w:val="15"/>
              </w:rPr>
              <w:t>в народном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костюме.;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Исследовать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показать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своеобразие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представлений 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красоте женских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 у разных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народов.;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Изобразить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мужской одежды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 сословий,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демонстрируя </w:t>
            </w:r>
            <w:r>
              <w:rPr>
                <w:w w:val="105"/>
                <w:sz w:val="15"/>
              </w:rPr>
              <w:t>связь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украшения костюма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мужчины с родом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занятий;</w:t>
            </w:r>
          </w:p>
        </w:tc>
        <w:tc>
          <w:tcPr>
            <w:tcW w:w="1116" w:type="dxa"/>
          </w:tcPr>
          <w:p w14:paraId="72B4FE39" w14:textId="77777777" w:rsidR="000327BD" w:rsidRDefault="000327BD" w:rsidP="009C687A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6987" w:type="dxa"/>
          </w:tcPr>
          <w:p w14:paraId="2489CF6A" w14:textId="77777777" w:rsidR="000327BD" w:rsidRDefault="00D40B2E" w:rsidP="009C687A">
            <w:pPr>
              <w:pStyle w:val="TableParagraph"/>
              <w:ind w:left="80"/>
              <w:rPr>
                <w:sz w:val="15"/>
              </w:rPr>
            </w:pPr>
            <w:hyperlink r:id="rId16">
              <w:r w:rsidR="000327BD">
                <w:rPr>
                  <w:w w:val="105"/>
                  <w:sz w:val="15"/>
                </w:rPr>
                <w:t>http://www.rusedu.ru/izo-mhk/list_41.html</w:t>
              </w:r>
            </w:hyperlink>
          </w:p>
        </w:tc>
      </w:tr>
      <w:tr w:rsidR="000327BD" w14:paraId="6C5F15F3" w14:textId="77777777" w:rsidTr="009C687A">
        <w:trPr>
          <w:trHeight w:val="333"/>
        </w:trPr>
        <w:tc>
          <w:tcPr>
            <w:tcW w:w="2233" w:type="dxa"/>
            <w:gridSpan w:val="2"/>
          </w:tcPr>
          <w:p w14:paraId="129F32E0" w14:textId="77777777" w:rsidR="000327BD" w:rsidRDefault="000327BD" w:rsidP="009C687A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4</w:t>
            </w:r>
          </w:p>
        </w:tc>
        <w:tc>
          <w:tcPr>
            <w:tcW w:w="528" w:type="dxa"/>
          </w:tcPr>
          <w:p w14:paraId="006F7DFE" w14:textId="77777777" w:rsidR="000327BD" w:rsidRDefault="000327BD" w:rsidP="009C687A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2735" w:type="dxa"/>
            <w:gridSpan w:val="6"/>
          </w:tcPr>
          <w:p w14:paraId="504118BE" w14:textId="77777777" w:rsidR="000327BD" w:rsidRDefault="000327BD" w:rsidP="009C687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327BD" w14:paraId="45C94180" w14:textId="77777777" w:rsidTr="009C687A">
        <w:trPr>
          <w:trHeight w:val="333"/>
        </w:trPr>
        <w:tc>
          <w:tcPr>
            <w:tcW w:w="15496" w:type="dxa"/>
            <w:gridSpan w:val="9"/>
          </w:tcPr>
          <w:p w14:paraId="16DA0A49" w14:textId="77777777" w:rsidR="000327BD" w:rsidRDefault="000327BD" w:rsidP="009C687A">
            <w:pPr>
              <w:pStyle w:val="TableParagraph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Архитектура</w:t>
            </w:r>
          </w:p>
        </w:tc>
      </w:tr>
      <w:tr w:rsidR="000327BD" w:rsidRPr="00D40B2E" w14:paraId="320410EE" w14:textId="77777777" w:rsidTr="009C687A">
        <w:trPr>
          <w:trHeight w:val="2638"/>
        </w:trPr>
        <w:tc>
          <w:tcPr>
            <w:tcW w:w="396" w:type="dxa"/>
          </w:tcPr>
          <w:p w14:paraId="54E2A111" w14:textId="77777777" w:rsidR="000327BD" w:rsidRDefault="000327BD" w:rsidP="009C687A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5.1.</w:t>
            </w:r>
          </w:p>
        </w:tc>
        <w:tc>
          <w:tcPr>
            <w:tcW w:w="1837" w:type="dxa"/>
          </w:tcPr>
          <w:p w14:paraId="1549F3A7" w14:textId="77777777" w:rsidR="000327BD" w:rsidRDefault="000327BD" w:rsidP="009C687A">
            <w:pPr>
              <w:pStyle w:val="TableParagraph"/>
              <w:spacing w:line="266" w:lineRule="auto"/>
              <w:ind w:right="9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Конструкция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традиционных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народных жилищ, их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связь с окружающей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природой: дома из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дерева, глины, камня;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юрта и её устройство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(каркасный дом);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изображение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традиционных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жилищ.</w:t>
            </w:r>
          </w:p>
        </w:tc>
        <w:tc>
          <w:tcPr>
            <w:tcW w:w="528" w:type="dxa"/>
          </w:tcPr>
          <w:p w14:paraId="5115056A" w14:textId="77777777" w:rsidR="000327BD" w:rsidRDefault="000327BD" w:rsidP="009C687A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2E7D92BE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227357B2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3DF804E2" w14:textId="77777777" w:rsidR="000327BD" w:rsidRDefault="000327BD" w:rsidP="009C687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84" w:type="dxa"/>
          </w:tcPr>
          <w:p w14:paraId="6EE014EF" w14:textId="77777777" w:rsidR="000327BD" w:rsidRDefault="000327BD" w:rsidP="009C687A">
            <w:pPr>
              <w:pStyle w:val="TableParagraph"/>
              <w:spacing w:line="266" w:lineRule="auto"/>
              <w:ind w:left="78" w:right="96"/>
              <w:rPr>
                <w:sz w:val="15"/>
              </w:rPr>
            </w:pPr>
            <w:r>
              <w:rPr>
                <w:w w:val="105"/>
                <w:sz w:val="15"/>
              </w:rPr>
              <w:t>Провести анализ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архитектурных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особенностей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традиционных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жилых построек 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 народов.;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Понимать связь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архитектуры жилого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дома с природным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строительным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материалом,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характером труда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быта.;</w:t>
            </w:r>
          </w:p>
        </w:tc>
        <w:tc>
          <w:tcPr>
            <w:tcW w:w="1116" w:type="dxa"/>
          </w:tcPr>
          <w:p w14:paraId="259015ED" w14:textId="77777777" w:rsidR="000327BD" w:rsidRDefault="000327BD" w:rsidP="009C687A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6987" w:type="dxa"/>
          </w:tcPr>
          <w:p w14:paraId="23A5FDBD" w14:textId="77777777" w:rsidR="000327BD" w:rsidRDefault="00D40B2E" w:rsidP="009C687A">
            <w:pPr>
              <w:pStyle w:val="TableParagraph"/>
              <w:ind w:left="80"/>
              <w:rPr>
                <w:sz w:val="15"/>
              </w:rPr>
            </w:pPr>
            <w:hyperlink r:id="rId17">
              <w:r w:rsidR="000327BD">
                <w:rPr>
                  <w:w w:val="105"/>
                  <w:sz w:val="15"/>
                </w:rPr>
                <w:t>http://www.rusedu.ru/izo-mhk/list_41.html</w:t>
              </w:r>
            </w:hyperlink>
          </w:p>
        </w:tc>
      </w:tr>
    </w:tbl>
    <w:p w14:paraId="610A490F" w14:textId="77777777" w:rsidR="000327BD" w:rsidRPr="000327BD" w:rsidRDefault="000327BD" w:rsidP="000327BD">
      <w:pPr>
        <w:rPr>
          <w:sz w:val="15"/>
          <w:lang w:val="ru-RU"/>
        </w:rPr>
        <w:sectPr w:rsidR="000327BD" w:rsidRPr="000327BD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837"/>
        <w:gridCol w:w="528"/>
        <w:gridCol w:w="1104"/>
        <w:gridCol w:w="1140"/>
        <w:gridCol w:w="804"/>
        <w:gridCol w:w="1584"/>
        <w:gridCol w:w="1116"/>
        <w:gridCol w:w="6987"/>
      </w:tblGrid>
      <w:tr w:rsidR="000327BD" w:rsidRPr="00D40B2E" w14:paraId="69A1EFCD" w14:textId="77777777" w:rsidTr="009C687A">
        <w:trPr>
          <w:trHeight w:val="3599"/>
        </w:trPr>
        <w:tc>
          <w:tcPr>
            <w:tcW w:w="396" w:type="dxa"/>
          </w:tcPr>
          <w:p w14:paraId="62A1B30B" w14:textId="77777777" w:rsidR="000327BD" w:rsidRDefault="000327BD" w:rsidP="009C687A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5.2.</w:t>
            </w:r>
          </w:p>
        </w:tc>
        <w:tc>
          <w:tcPr>
            <w:tcW w:w="1837" w:type="dxa"/>
          </w:tcPr>
          <w:p w14:paraId="705E8ABB" w14:textId="77777777" w:rsidR="000327BD" w:rsidRDefault="000327BD" w:rsidP="009C687A">
            <w:pPr>
              <w:pStyle w:val="TableParagraph"/>
              <w:spacing w:line="266" w:lineRule="auto"/>
              <w:ind w:right="6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Деревянная изба, её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конструкция и декор.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Моделирование избы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 бумаги или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изображение на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плоскости в технике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аппликации её фасада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 традиционного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декора. Понимание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тесной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связи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красоты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пользы,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функционального 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декоративного</w:t>
            </w:r>
          </w:p>
          <w:p w14:paraId="75FD0AB0" w14:textId="77777777" w:rsidR="000327BD" w:rsidRDefault="000327BD" w:rsidP="009C687A">
            <w:pPr>
              <w:pStyle w:val="TableParagraph"/>
              <w:spacing w:before="9" w:line="266" w:lineRule="auto"/>
              <w:ind w:right="9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 архитектуре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традиционного жилого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деревянного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дома.</w:t>
            </w:r>
          </w:p>
          <w:p w14:paraId="078FEB5E" w14:textId="77777777" w:rsidR="000327BD" w:rsidRDefault="000327BD" w:rsidP="009C687A">
            <w:pPr>
              <w:pStyle w:val="TableParagraph"/>
              <w:spacing w:before="2" w:line="266" w:lineRule="auto"/>
              <w:ind w:right="23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Разные виды изб 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надворных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построек.</w:t>
            </w:r>
          </w:p>
        </w:tc>
        <w:tc>
          <w:tcPr>
            <w:tcW w:w="528" w:type="dxa"/>
          </w:tcPr>
          <w:p w14:paraId="37451824" w14:textId="77777777" w:rsidR="000327BD" w:rsidRDefault="000327BD" w:rsidP="009C687A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70BBF03F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74FC928D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188F1A32" w14:textId="77777777" w:rsidR="000327BD" w:rsidRDefault="000327BD" w:rsidP="009C687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84" w:type="dxa"/>
          </w:tcPr>
          <w:p w14:paraId="44ECA417" w14:textId="77777777" w:rsidR="000327BD" w:rsidRDefault="000327BD" w:rsidP="009C687A">
            <w:pPr>
              <w:pStyle w:val="TableParagraph"/>
              <w:spacing w:line="266" w:lineRule="auto"/>
              <w:ind w:left="78" w:right="193"/>
              <w:rPr>
                <w:sz w:val="15"/>
              </w:rPr>
            </w:pPr>
            <w:r>
              <w:rPr>
                <w:w w:val="105"/>
                <w:sz w:val="15"/>
              </w:rPr>
              <w:t>Получать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представление об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устройстве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деревянной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избы,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также юрты, иметь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представление</w:t>
            </w:r>
          </w:p>
          <w:p w14:paraId="455FDB79" w14:textId="77777777" w:rsidR="000327BD" w:rsidRDefault="000327BD" w:rsidP="009C687A">
            <w:pPr>
              <w:pStyle w:val="TableParagraph"/>
              <w:spacing w:before="4" w:line="266" w:lineRule="auto"/>
              <w:ind w:left="78" w:right="108"/>
              <w:rPr>
                <w:sz w:val="15"/>
              </w:rPr>
            </w:pPr>
            <w:r>
              <w:rPr>
                <w:w w:val="105"/>
                <w:sz w:val="15"/>
              </w:rPr>
              <w:t>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жилых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постройках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народов.;</w:t>
            </w:r>
          </w:p>
        </w:tc>
        <w:tc>
          <w:tcPr>
            <w:tcW w:w="1116" w:type="dxa"/>
          </w:tcPr>
          <w:p w14:paraId="097397FD" w14:textId="77777777" w:rsidR="000327BD" w:rsidRDefault="000327BD" w:rsidP="009C687A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6987" w:type="dxa"/>
          </w:tcPr>
          <w:p w14:paraId="329A6F05" w14:textId="77777777" w:rsidR="000327BD" w:rsidRDefault="00D40B2E" w:rsidP="009C687A">
            <w:pPr>
              <w:pStyle w:val="TableParagraph"/>
              <w:ind w:left="80"/>
              <w:rPr>
                <w:sz w:val="15"/>
              </w:rPr>
            </w:pPr>
            <w:hyperlink r:id="rId18">
              <w:r w:rsidR="000327BD">
                <w:rPr>
                  <w:w w:val="105"/>
                  <w:sz w:val="15"/>
                </w:rPr>
                <w:t>http://www.rusedu.ru/izo-mhk/list_41.html</w:t>
              </w:r>
            </w:hyperlink>
          </w:p>
        </w:tc>
      </w:tr>
      <w:tr w:rsidR="000327BD" w:rsidRPr="00D40B2E" w14:paraId="6972AE53" w14:textId="77777777" w:rsidTr="009C687A">
        <w:trPr>
          <w:trHeight w:val="2446"/>
        </w:trPr>
        <w:tc>
          <w:tcPr>
            <w:tcW w:w="396" w:type="dxa"/>
          </w:tcPr>
          <w:p w14:paraId="04797546" w14:textId="77777777" w:rsidR="000327BD" w:rsidRDefault="000327BD" w:rsidP="009C687A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5.3.</w:t>
            </w:r>
          </w:p>
        </w:tc>
        <w:tc>
          <w:tcPr>
            <w:tcW w:w="1837" w:type="dxa"/>
          </w:tcPr>
          <w:p w14:paraId="4294C430" w14:textId="77777777" w:rsidR="000327BD" w:rsidRDefault="000327BD" w:rsidP="009C687A">
            <w:pPr>
              <w:pStyle w:val="TableParagraph"/>
              <w:spacing w:line="266" w:lineRule="auto"/>
              <w:ind w:righ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Конструкция 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изображение здания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каменного собора: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свод, нефы, закомары,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глава, купол. Роль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собора в организации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жизни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древнего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города,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собор как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архитектурная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доминанта.</w:t>
            </w:r>
          </w:p>
        </w:tc>
        <w:tc>
          <w:tcPr>
            <w:tcW w:w="528" w:type="dxa"/>
          </w:tcPr>
          <w:p w14:paraId="60374365" w14:textId="77777777" w:rsidR="000327BD" w:rsidRDefault="000327BD" w:rsidP="009C687A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4321715A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7506669A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119B2B24" w14:textId="77777777" w:rsidR="000327BD" w:rsidRDefault="000327BD" w:rsidP="009C687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84" w:type="dxa"/>
          </w:tcPr>
          <w:p w14:paraId="08D2CE09" w14:textId="77777777" w:rsidR="000327BD" w:rsidRDefault="000327BD" w:rsidP="009C687A">
            <w:pPr>
              <w:pStyle w:val="TableParagraph"/>
              <w:spacing w:line="266" w:lineRule="auto"/>
              <w:ind w:left="78" w:right="9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Учиться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традиционную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конструкцию здания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каменного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древнерусского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храма.;</w:t>
            </w:r>
          </w:p>
          <w:p w14:paraId="1A36ED76" w14:textId="77777777" w:rsidR="000327BD" w:rsidRDefault="000327BD" w:rsidP="009C687A">
            <w:pPr>
              <w:pStyle w:val="TableParagraph"/>
              <w:spacing w:before="5" w:line="266" w:lineRule="auto"/>
              <w:ind w:left="78" w:right="11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Приводить примеры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наиболее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значительных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древнерусских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соборов.;</w:t>
            </w:r>
          </w:p>
        </w:tc>
        <w:tc>
          <w:tcPr>
            <w:tcW w:w="1116" w:type="dxa"/>
          </w:tcPr>
          <w:p w14:paraId="48409891" w14:textId="77777777" w:rsidR="000327BD" w:rsidRDefault="000327BD" w:rsidP="009C687A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6987" w:type="dxa"/>
          </w:tcPr>
          <w:p w14:paraId="7129BE33" w14:textId="77777777" w:rsidR="000327BD" w:rsidRDefault="00D40B2E" w:rsidP="009C687A">
            <w:pPr>
              <w:pStyle w:val="TableParagraph"/>
              <w:ind w:left="80"/>
              <w:rPr>
                <w:sz w:val="15"/>
              </w:rPr>
            </w:pPr>
            <w:hyperlink r:id="rId19">
              <w:r w:rsidR="000327BD">
                <w:rPr>
                  <w:w w:val="105"/>
                  <w:sz w:val="15"/>
                </w:rPr>
                <w:t>http://www.rusedu.ru/izo-mhk/list_41.html</w:t>
              </w:r>
            </w:hyperlink>
          </w:p>
        </w:tc>
      </w:tr>
      <w:tr w:rsidR="000327BD" w:rsidRPr="00D40B2E" w14:paraId="59A181DF" w14:textId="77777777" w:rsidTr="009C687A">
        <w:trPr>
          <w:trHeight w:val="2254"/>
        </w:trPr>
        <w:tc>
          <w:tcPr>
            <w:tcW w:w="396" w:type="dxa"/>
          </w:tcPr>
          <w:p w14:paraId="6F969378" w14:textId="77777777" w:rsidR="000327BD" w:rsidRDefault="000327BD" w:rsidP="009C687A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5.4.</w:t>
            </w:r>
          </w:p>
        </w:tc>
        <w:tc>
          <w:tcPr>
            <w:tcW w:w="1837" w:type="dxa"/>
          </w:tcPr>
          <w:p w14:paraId="7EA46351" w14:textId="77777777" w:rsidR="000327BD" w:rsidRDefault="000327BD" w:rsidP="009C687A">
            <w:pPr>
              <w:pStyle w:val="TableParagraph"/>
              <w:spacing w:line="266" w:lineRule="auto"/>
              <w:ind w:right="5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Традиции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архитектурной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конструкции храмовых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построек</w:t>
            </w:r>
          </w:p>
          <w:p w14:paraId="03831D08" w14:textId="77777777" w:rsidR="000327BD" w:rsidRDefault="000327BD" w:rsidP="009C687A">
            <w:pPr>
              <w:pStyle w:val="TableParagraph"/>
              <w:spacing w:before="3" w:line="266" w:lineRule="auto"/>
              <w:ind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разных народов.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Изображение типичной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конструкции зданий: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 xml:space="preserve">древнегреческий </w:t>
            </w:r>
            <w:r>
              <w:rPr>
                <w:b/>
                <w:w w:val="105"/>
                <w:sz w:val="15"/>
              </w:rPr>
              <w:t>храм,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готический или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романский собор,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мечеть,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пагода.</w:t>
            </w:r>
          </w:p>
        </w:tc>
        <w:tc>
          <w:tcPr>
            <w:tcW w:w="528" w:type="dxa"/>
          </w:tcPr>
          <w:p w14:paraId="57FD6018" w14:textId="77777777" w:rsidR="000327BD" w:rsidRDefault="000327BD" w:rsidP="009C687A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2E5C6EA8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2B0DF920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521B0F26" w14:textId="77777777" w:rsidR="000327BD" w:rsidRDefault="000327BD" w:rsidP="009C687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84" w:type="dxa"/>
          </w:tcPr>
          <w:p w14:paraId="73210C6D" w14:textId="77777777" w:rsidR="000327BD" w:rsidRDefault="000327BD" w:rsidP="009C687A">
            <w:pPr>
              <w:pStyle w:val="TableParagraph"/>
              <w:spacing w:line="266" w:lineRule="auto"/>
              <w:ind w:left="78" w:right="9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Учиться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традиционную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конструкцию здания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каменного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древнерусского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храма.;</w:t>
            </w:r>
          </w:p>
        </w:tc>
        <w:tc>
          <w:tcPr>
            <w:tcW w:w="1116" w:type="dxa"/>
          </w:tcPr>
          <w:p w14:paraId="55E6B9D1" w14:textId="77777777" w:rsidR="000327BD" w:rsidRDefault="000327BD" w:rsidP="009C687A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6987" w:type="dxa"/>
          </w:tcPr>
          <w:p w14:paraId="0F736976" w14:textId="77777777" w:rsidR="000327BD" w:rsidRDefault="00D40B2E" w:rsidP="009C687A">
            <w:pPr>
              <w:pStyle w:val="TableParagraph"/>
              <w:ind w:left="80"/>
              <w:rPr>
                <w:sz w:val="15"/>
              </w:rPr>
            </w:pPr>
            <w:hyperlink r:id="rId20">
              <w:r w:rsidR="000327BD">
                <w:rPr>
                  <w:w w:val="105"/>
                  <w:sz w:val="15"/>
                </w:rPr>
                <w:t>http://www.rusedu.ru/izo-mhk/list_41.html</w:t>
              </w:r>
            </w:hyperlink>
          </w:p>
        </w:tc>
      </w:tr>
      <w:tr w:rsidR="000327BD" w:rsidRPr="00D40B2E" w14:paraId="46DBF758" w14:textId="77777777" w:rsidTr="009C687A">
        <w:trPr>
          <w:trHeight w:val="2254"/>
        </w:trPr>
        <w:tc>
          <w:tcPr>
            <w:tcW w:w="396" w:type="dxa"/>
          </w:tcPr>
          <w:p w14:paraId="24003615" w14:textId="77777777" w:rsidR="000327BD" w:rsidRDefault="000327BD" w:rsidP="009C687A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5.5.</w:t>
            </w:r>
          </w:p>
        </w:tc>
        <w:tc>
          <w:tcPr>
            <w:tcW w:w="1837" w:type="dxa"/>
          </w:tcPr>
          <w:p w14:paraId="372796F3" w14:textId="77777777" w:rsidR="000327BD" w:rsidRDefault="000327BD" w:rsidP="009C687A">
            <w:pPr>
              <w:pStyle w:val="TableParagraph"/>
              <w:spacing w:line="266" w:lineRule="auto"/>
              <w:ind w:right="8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Освоение образа 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структуры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архитектурного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пространства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древнерусского города.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Крепостные стены 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башни, торг, посад,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главный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собор.</w:t>
            </w:r>
          </w:p>
          <w:p w14:paraId="04D6C185" w14:textId="77777777" w:rsidR="000327BD" w:rsidRDefault="000327BD" w:rsidP="009C687A">
            <w:pPr>
              <w:pStyle w:val="TableParagraph"/>
              <w:spacing w:before="5" w:line="266" w:lineRule="auto"/>
              <w:ind w:right="20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Красота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мудрость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организации города,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жизнь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городе.</w:t>
            </w:r>
          </w:p>
        </w:tc>
        <w:tc>
          <w:tcPr>
            <w:tcW w:w="528" w:type="dxa"/>
          </w:tcPr>
          <w:p w14:paraId="3DCACB9B" w14:textId="77777777" w:rsidR="000327BD" w:rsidRDefault="000327BD" w:rsidP="009C687A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27F1CD4E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025DF491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697C203C" w14:textId="77777777" w:rsidR="000327BD" w:rsidRDefault="000327BD" w:rsidP="009C687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84" w:type="dxa"/>
          </w:tcPr>
          <w:p w14:paraId="59ED9B87" w14:textId="77777777" w:rsidR="000327BD" w:rsidRDefault="000327BD" w:rsidP="009C687A">
            <w:pPr>
              <w:pStyle w:val="TableParagraph"/>
              <w:spacing w:line="266" w:lineRule="auto"/>
              <w:ind w:left="78" w:right="163"/>
              <w:rPr>
                <w:sz w:val="15"/>
              </w:rPr>
            </w:pPr>
            <w:r>
              <w:rPr>
                <w:w w:val="105"/>
                <w:sz w:val="15"/>
              </w:rPr>
              <w:t>Получать образное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представление 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древнерусском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городе, его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архитектурном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устройстве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людей.;</w:t>
            </w:r>
          </w:p>
        </w:tc>
        <w:tc>
          <w:tcPr>
            <w:tcW w:w="1116" w:type="dxa"/>
          </w:tcPr>
          <w:p w14:paraId="0B7472F2" w14:textId="77777777" w:rsidR="000327BD" w:rsidRDefault="000327BD" w:rsidP="009C687A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6987" w:type="dxa"/>
          </w:tcPr>
          <w:p w14:paraId="0D6A6CC8" w14:textId="77777777" w:rsidR="000327BD" w:rsidRDefault="00D40B2E" w:rsidP="009C687A">
            <w:pPr>
              <w:pStyle w:val="TableParagraph"/>
              <w:ind w:left="80"/>
              <w:rPr>
                <w:sz w:val="15"/>
              </w:rPr>
            </w:pPr>
            <w:hyperlink r:id="rId21">
              <w:r w:rsidR="000327BD">
                <w:rPr>
                  <w:w w:val="105"/>
                  <w:sz w:val="15"/>
                </w:rPr>
                <w:t>http://www.rusedu.ru/izo-mhk/list_41.html</w:t>
              </w:r>
            </w:hyperlink>
          </w:p>
        </w:tc>
      </w:tr>
    </w:tbl>
    <w:p w14:paraId="7FACB7C4" w14:textId="77777777" w:rsidR="000327BD" w:rsidRPr="000327BD" w:rsidRDefault="000327BD" w:rsidP="000327BD">
      <w:pPr>
        <w:rPr>
          <w:sz w:val="15"/>
          <w:lang w:val="ru-RU"/>
        </w:rPr>
        <w:sectPr w:rsidR="000327BD" w:rsidRPr="000327BD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837"/>
        <w:gridCol w:w="528"/>
        <w:gridCol w:w="1104"/>
        <w:gridCol w:w="1140"/>
        <w:gridCol w:w="804"/>
        <w:gridCol w:w="1584"/>
        <w:gridCol w:w="1116"/>
        <w:gridCol w:w="6987"/>
      </w:tblGrid>
      <w:tr w:rsidR="000327BD" w:rsidRPr="00D40B2E" w14:paraId="30B844A7" w14:textId="77777777" w:rsidTr="009C687A">
        <w:trPr>
          <w:trHeight w:val="2086"/>
        </w:trPr>
        <w:tc>
          <w:tcPr>
            <w:tcW w:w="396" w:type="dxa"/>
          </w:tcPr>
          <w:p w14:paraId="2012E160" w14:textId="77777777" w:rsidR="000327BD" w:rsidRDefault="000327BD" w:rsidP="009C687A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5.6.</w:t>
            </w:r>
          </w:p>
        </w:tc>
        <w:tc>
          <w:tcPr>
            <w:tcW w:w="1837" w:type="dxa"/>
          </w:tcPr>
          <w:p w14:paraId="0F5CED6E" w14:textId="77777777" w:rsidR="000327BD" w:rsidRDefault="000327BD" w:rsidP="009C687A">
            <w:pPr>
              <w:pStyle w:val="TableParagraph"/>
              <w:spacing w:line="266" w:lineRule="auto"/>
              <w:ind w:right="11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Понимание значения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для современных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людей сохранения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культурного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наследия.</w:t>
            </w:r>
          </w:p>
        </w:tc>
        <w:tc>
          <w:tcPr>
            <w:tcW w:w="528" w:type="dxa"/>
          </w:tcPr>
          <w:p w14:paraId="7B0D485C" w14:textId="77777777" w:rsidR="000327BD" w:rsidRDefault="000327BD" w:rsidP="009C687A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479DE27D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0F06B300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0F0DB575" w14:textId="77777777" w:rsidR="000327BD" w:rsidRDefault="000327BD" w:rsidP="009C687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84" w:type="dxa"/>
          </w:tcPr>
          <w:p w14:paraId="1BF714A9" w14:textId="77777777" w:rsidR="000327BD" w:rsidRDefault="000327BD" w:rsidP="009C687A">
            <w:pPr>
              <w:pStyle w:val="TableParagraph"/>
              <w:spacing w:line="266" w:lineRule="auto"/>
              <w:ind w:left="78" w:right="86"/>
              <w:rPr>
                <w:sz w:val="15"/>
              </w:rPr>
            </w:pPr>
            <w:r>
              <w:rPr>
                <w:w w:val="105"/>
                <w:sz w:val="15"/>
              </w:rPr>
              <w:t>Учиться понимать 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значимость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сохранения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архитектурных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памятников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исторического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образа своей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культуры для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современных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людей;</w:t>
            </w:r>
          </w:p>
        </w:tc>
        <w:tc>
          <w:tcPr>
            <w:tcW w:w="1116" w:type="dxa"/>
          </w:tcPr>
          <w:p w14:paraId="70E051FC" w14:textId="77777777" w:rsidR="000327BD" w:rsidRDefault="000327BD" w:rsidP="009C687A">
            <w:pPr>
              <w:pStyle w:val="TableParagraph"/>
              <w:spacing w:line="266" w:lineRule="auto"/>
              <w:ind w:left="79" w:right="41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Тестирование;</w:t>
            </w:r>
          </w:p>
        </w:tc>
        <w:tc>
          <w:tcPr>
            <w:tcW w:w="6987" w:type="dxa"/>
          </w:tcPr>
          <w:p w14:paraId="68B63265" w14:textId="77777777" w:rsidR="000327BD" w:rsidRDefault="00D40B2E" w:rsidP="009C687A">
            <w:pPr>
              <w:pStyle w:val="TableParagraph"/>
              <w:ind w:left="80"/>
              <w:rPr>
                <w:sz w:val="15"/>
              </w:rPr>
            </w:pPr>
            <w:hyperlink r:id="rId22">
              <w:r w:rsidR="000327BD">
                <w:rPr>
                  <w:w w:val="105"/>
                  <w:sz w:val="15"/>
                </w:rPr>
                <w:t>http://www.rusedu.ru/izo-mhk/list_41.html</w:t>
              </w:r>
            </w:hyperlink>
          </w:p>
        </w:tc>
      </w:tr>
      <w:tr w:rsidR="000327BD" w14:paraId="3BBEAE11" w14:textId="77777777" w:rsidTr="009C687A">
        <w:trPr>
          <w:trHeight w:val="333"/>
        </w:trPr>
        <w:tc>
          <w:tcPr>
            <w:tcW w:w="2233" w:type="dxa"/>
            <w:gridSpan w:val="2"/>
          </w:tcPr>
          <w:p w14:paraId="282E8D17" w14:textId="77777777" w:rsidR="000327BD" w:rsidRDefault="000327BD" w:rsidP="009C687A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5</w:t>
            </w:r>
          </w:p>
        </w:tc>
        <w:tc>
          <w:tcPr>
            <w:tcW w:w="528" w:type="dxa"/>
          </w:tcPr>
          <w:p w14:paraId="1CE77DB4" w14:textId="77777777" w:rsidR="000327BD" w:rsidRDefault="000327BD" w:rsidP="009C687A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2735" w:type="dxa"/>
            <w:gridSpan w:val="6"/>
          </w:tcPr>
          <w:p w14:paraId="77CE2DC4" w14:textId="77777777" w:rsidR="000327BD" w:rsidRDefault="000327BD" w:rsidP="009C687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327BD" w14:paraId="385DE97D" w14:textId="77777777" w:rsidTr="009C687A">
        <w:trPr>
          <w:trHeight w:val="333"/>
        </w:trPr>
        <w:tc>
          <w:tcPr>
            <w:tcW w:w="15496" w:type="dxa"/>
            <w:gridSpan w:val="9"/>
          </w:tcPr>
          <w:p w14:paraId="1D289161" w14:textId="77777777" w:rsidR="000327BD" w:rsidRDefault="000327BD" w:rsidP="009C687A">
            <w:pPr>
              <w:pStyle w:val="TableParagraph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Модуль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6.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Восприятие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произведений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искусства</w:t>
            </w:r>
          </w:p>
        </w:tc>
      </w:tr>
      <w:tr w:rsidR="000327BD" w:rsidRPr="00D40B2E" w14:paraId="5F4B891A" w14:textId="77777777" w:rsidTr="009C687A">
        <w:trPr>
          <w:trHeight w:val="4943"/>
        </w:trPr>
        <w:tc>
          <w:tcPr>
            <w:tcW w:w="396" w:type="dxa"/>
          </w:tcPr>
          <w:p w14:paraId="05D3438B" w14:textId="77777777" w:rsidR="000327BD" w:rsidRDefault="000327BD" w:rsidP="009C687A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6.1.</w:t>
            </w:r>
          </w:p>
        </w:tc>
        <w:tc>
          <w:tcPr>
            <w:tcW w:w="1837" w:type="dxa"/>
          </w:tcPr>
          <w:p w14:paraId="14D2EAE3" w14:textId="77777777" w:rsidR="000327BD" w:rsidRDefault="000327BD" w:rsidP="009C687A">
            <w:pPr>
              <w:pStyle w:val="TableParagraph"/>
              <w:spacing w:line="266" w:lineRule="auto"/>
              <w:ind w:right="31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Произведения </w:t>
            </w:r>
            <w:r>
              <w:rPr>
                <w:b/>
                <w:w w:val="105"/>
                <w:sz w:val="15"/>
              </w:rPr>
              <w:t>В. М.</w:t>
            </w:r>
            <w:r>
              <w:rPr>
                <w:b/>
                <w:spacing w:val="-3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Васнецова,</w:t>
            </w:r>
          </w:p>
          <w:p w14:paraId="7A89D390" w14:textId="77777777" w:rsidR="000327BD" w:rsidRDefault="000327BD" w:rsidP="009C687A">
            <w:pPr>
              <w:pStyle w:val="TableParagraph"/>
              <w:spacing w:before="2" w:line="266" w:lineRule="auto"/>
              <w:ind w:right="5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Б.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М.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Кустодиева,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А.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М.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Васнецова, В. И.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Сурикова, К. А.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Коровина,</w:t>
            </w:r>
          </w:p>
          <w:p w14:paraId="148637FF" w14:textId="77777777" w:rsidR="000327BD" w:rsidRDefault="000327BD" w:rsidP="009C687A">
            <w:pPr>
              <w:pStyle w:val="TableParagraph"/>
              <w:spacing w:before="2" w:line="266" w:lineRule="auto"/>
              <w:ind w:right="10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А. Г. Венецианова, А.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П. Рябушкина, И. Я.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Билибина на темы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истории и традиций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русской отечественной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культуры.</w:t>
            </w:r>
          </w:p>
        </w:tc>
        <w:tc>
          <w:tcPr>
            <w:tcW w:w="528" w:type="dxa"/>
          </w:tcPr>
          <w:p w14:paraId="7C1EEEB3" w14:textId="77777777" w:rsidR="000327BD" w:rsidRDefault="000327BD" w:rsidP="009C687A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49B84AA7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3E14CBCC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3EDB36DD" w14:textId="77777777" w:rsidR="000327BD" w:rsidRDefault="000327BD" w:rsidP="009C687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84" w:type="dxa"/>
          </w:tcPr>
          <w:p w14:paraId="7AD48962" w14:textId="77777777" w:rsidR="000327BD" w:rsidRDefault="000327BD" w:rsidP="009C687A">
            <w:pPr>
              <w:pStyle w:val="TableParagraph"/>
              <w:spacing w:line="266" w:lineRule="auto"/>
              <w:ind w:left="78" w:right="275"/>
              <w:rPr>
                <w:sz w:val="15"/>
              </w:rPr>
            </w:pPr>
            <w:r>
              <w:rPr>
                <w:w w:val="105"/>
                <w:sz w:val="15"/>
              </w:rPr>
              <w:t>Воспринимать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темы истории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традиций русской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отечественной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культуры: образ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средневекового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города</w:t>
            </w:r>
          </w:p>
          <w:p w14:paraId="46A77148" w14:textId="77777777" w:rsidR="000327BD" w:rsidRDefault="000327BD" w:rsidP="009C687A">
            <w:pPr>
              <w:pStyle w:val="TableParagraph"/>
              <w:spacing w:before="7" w:line="266" w:lineRule="auto"/>
              <w:ind w:left="78" w:right="160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в произведениях А.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Васнецова,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Билибина,</w:t>
            </w:r>
          </w:p>
          <w:p w14:paraId="20B1BA97" w14:textId="77777777" w:rsidR="000327BD" w:rsidRDefault="000327BD" w:rsidP="009C687A">
            <w:pPr>
              <w:pStyle w:val="TableParagraph"/>
              <w:spacing w:before="2" w:line="266" w:lineRule="auto"/>
              <w:ind w:left="78" w:right="130"/>
              <w:rPr>
                <w:sz w:val="15"/>
              </w:rPr>
            </w:pPr>
            <w:r>
              <w:rPr>
                <w:w w:val="105"/>
                <w:sz w:val="15"/>
              </w:rPr>
              <w:t>А.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Рябушкина,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К.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 Коровина; образ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русского </w:t>
            </w:r>
            <w:r>
              <w:rPr>
                <w:w w:val="105"/>
                <w:sz w:val="15"/>
              </w:rPr>
              <w:t>народного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праздника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произведениях</w:t>
            </w:r>
          </w:p>
          <w:p w14:paraId="5D4FE7C1" w14:textId="77777777" w:rsidR="000327BD" w:rsidRDefault="000327BD" w:rsidP="009C687A">
            <w:pPr>
              <w:pStyle w:val="TableParagraph"/>
              <w:spacing w:before="3" w:line="266" w:lineRule="auto"/>
              <w:ind w:left="78" w:right="119"/>
              <w:rPr>
                <w:sz w:val="15"/>
              </w:rPr>
            </w:pPr>
            <w:r>
              <w:rPr>
                <w:w w:val="105"/>
                <w:sz w:val="15"/>
              </w:rPr>
              <w:t>Б. М. Кустодиева;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 традиционной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крестьянской жизни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 произведениях Б.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Кустодиева,</w:t>
            </w:r>
          </w:p>
          <w:p w14:paraId="5D7ABA18" w14:textId="77777777" w:rsidR="000327BD" w:rsidRDefault="000327BD" w:rsidP="009C687A">
            <w:pPr>
              <w:pStyle w:val="TableParagraph"/>
              <w:spacing w:before="3" w:line="266" w:lineRule="auto"/>
              <w:ind w:left="78" w:right="21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Венецианова,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Сурикова.;</w:t>
            </w:r>
          </w:p>
        </w:tc>
        <w:tc>
          <w:tcPr>
            <w:tcW w:w="1116" w:type="dxa"/>
          </w:tcPr>
          <w:p w14:paraId="48420289" w14:textId="77777777" w:rsidR="000327BD" w:rsidRDefault="000327BD" w:rsidP="009C687A">
            <w:pPr>
              <w:pStyle w:val="TableParagraph"/>
              <w:spacing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6987" w:type="dxa"/>
          </w:tcPr>
          <w:p w14:paraId="2768171D" w14:textId="77777777" w:rsidR="000327BD" w:rsidRDefault="00D40B2E" w:rsidP="009C687A">
            <w:pPr>
              <w:pStyle w:val="TableParagraph"/>
              <w:spacing w:line="266" w:lineRule="auto"/>
              <w:ind w:left="80" w:right="5295"/>
              <w:rPr>
                <w:sz w:val="15"/>
              </w:rPr>
            </w:pPr>
            <w:hyperlink r:id="rId23">
              <w:r w:rsidR="000327BD">
                <w:rPr>
                  <w:w w:val="105"/>
                  <w:sz w:val="15"/>
                </w:rPr>
                <w:t>http://www.tretyakov.ru/</w:t>
              </w:r>
            </w:hyperlink>
            <w:r w:rsidR="000327BD">
              <w:rPr>
                <w:spacing w:val="-37"/>
                <w:w w:val="105"/>
                <w:sz w:val="15"/>
              </w:rPr>
              <w:t xml:space="preserve"> </w:t>
            </w:r>
            <w:hyperlink r:id="rId24">
              <w:r w:rsidR="000327BD">
                <w:rPr>
                  <w:spacing w:val="-1"/>
                  <w:w w:val="105"/>
                  <w:sz w:val="15"/>
                </w:rPr>
                <w:t>http://www.hermitage.ru/</w:t>
              </w:r>
            </w:hyperlink>
          </w:p>
        </w:tc>
      </w:tr>
      <w:tr w:rsidR="000327BD" w:rsidRPr="00D40B2E" w14:paraId="7345DC24" w14:textId="77777777" w:rsidTr="009C687A">
        <w:trPr>
          <w:trHeight w:val="1677"/>
        </w:trPr>
        <w:tc>
          <w:tcPr>
            <w:tcW w:w="396" w:type="dxa"/>
          </w:tcPr>
          <w:p w14:paraId="6FD794EA" w14:textId="77777777" w:rsidR="000327BD" w:rsidRDefault="000327BD" w:rsidP="009C687A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6.2.</w:t>
            </w:r>
          </w:p>
        </w:tc>
        <w:tc>
          <w:tcPr>
            <w:tcW w:w="1837" w:type="dxa"/>
          </w:tcPr>
          <w:p w14:paraId="3C78D97B" w14:textId="77777777" w:rsidR="000327BD" w:rsidRDefault="000327BD" w:rsidP="009C687A">
            <w:pPr>
              <w:pStyle w:val="TableParagraph"/>
              <w:spacing w:line="266" w:lineRule="auto"/>
              <w:ind w:right="10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Примеры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произведений великих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европейских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художников: Леонардо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да Винчи, Рафаэля,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Рембрандта, Пикассо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(и других по выбору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учителя).</w:t>
            </w:r>
          </w:p>
        </w:tc>
        <w:tc>
          <w:tcPr>
            <w:tcW w:w="528" w:type="dxa"/>
          </w:tcPr>
          <w:p w14:paraId="033C22EC" w14:textId="77777777" w:rsidR="000327BD" w:rsidRDefault="000327BD" w:rsidP="009C687A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3514660B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6A9B7136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685324D1" w14:textId="77777777" w:rsidR="000327BD" w:rsidRDefault="000327BD" w:rsidP="009C687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84" w:type="dxa"/>
          </w:tcPr>
          <w:p w14:paraId="58B85DF6" w14:textId="77777777" w:rsidR="000327BD" w:rsidRDefault="000327BD" w:rsidP="009C687A">
            <w:pPr>
              <w:pStyle w:val="TableParagraph"/>
              <w:spacing w:line="266" w:lineRule="auto"/>
              <w:ind w:left="78" w:right="14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Уметь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рассуждать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разнообразии,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красоте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значимости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пространственной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культуры разных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народов.;</w:t>
            </w:r>
          </w:p>
        </w:tc>
        <w:tc>
          <w:tcPr>
            <w:tcW w:w="1116" w:type="dxa"/>
          </w:tcPr>
          <w:p w14:paraId="33F97FC2" w14:textId="77777777" w:rsidR="000327BD" w:rsidRDefault="000327BD" w:rsidP="009C687A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6987" w:type="dxa"/>
          </w:tcPr>
          <w:p w14:paraId="05A703B5" w14:textId="77777777" w:rsidR="000327BD" w:rsidRDefault="00D40B2E" w:rsidP="009C687A">
            <w:pPr>
              <w:pStyle w:val="TableParagraph"/>
              <w:spacing w:line="266" w:lineRule="auto"/>
              <w:ind w:left="80" w:right="5295"/>
              <w:rPr>
                <w:sz w:val="15"/>
              </w:rPr>
            </w:pPr>
            <w:hyperlink r:id="rId25">
              <w:r w:rsidR="000327BD">
                <w:rPr>
                  <w:w w:val="105"/>
                  <w:sz w:val="15"/>
                </w:rPr>
                <w:t>http://www.tretyakov.ru/</w:t>
              </w:r>
            </w:hyperlink>
            <w:r w:rsidR="000327BD">
              <w:rPr>
                <w:spacing w:val="-37"/>
                <w:w w:val="105"/>
                <w:sz w:val="15"/>
              </w:rPr>
              <w:t xml:space="preserve"> </w:t>
            </w:r>
            <w:hyperlink r:id="rId26">
              <w:r w:rsidR="000327BD">
                <w:rPr>
                  <w:spacing w:val="-1"/>
                  <w:w w:val="105"/>
                  <w:sz w:val="15"/>
                </w:rPr>
                <w:t>http://www.hermitage.ru/</w:t>
              </w:r>
            </w:hyperlink>
          </w:p>
        </w:tc>
      </w:tr>
    </w:tbl>
    <w:p w14:paraId="5A1B436B" w14:textId="77777777" w:rsidR="000327BD" w:rsidRPr="000327BD" w:rsidRDefault="000327BD" w:rsidP="000327BD">
      <w:pPr>
        <w:spacing w:line="266" w:lineRule="auto"/>
        <w:rPr>
          <w:sz w:val="15"/>
          <w:lang w:val="ru-RU"/>
        </w:rPr>
        <w:sectPr w:rsidR="000327BD" w:rsidRPr="000327BD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837"/>
        <w:gridCol w:w="528"/>
        <w:gridCol w:w="1104"/>
        <w:gridCol w:w="1140"/>
        <w:gridCol w:w="804"/>
        <w:gridCol w:w="1584"/>
        <w:gridCol w:w="1116"/>
        <w:gridCol w:w="6987"/>
      </w:tblGrid>
      <w:tr w:rsidR="000327BD" w14:paraId="74FC178C" w14:textId="77777777" w:rsidTr="009C687A">
        <w:trPr>
          <w:trHeight w:val="3406"/>
        </w:trPr>
        <w:tc>
          <w:tcPr>
            <w:tcW w:w="396" w:type="dxa"/>
          </w:tcPr>
          <w:p w14:paraId="62F640E7" w14:textId="77777777" w:rsidR="000327BD" w:rsidRDefault="000327BD" w:rsidP="009C687A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6.3.</w:t>
            </w:r>
          </w:p>
        </w:tc>
        <w:tc>
          <w:tcPr>
            <w:tcW w:w="1837" w:type="dxa"/>
          </w:tcPr>
          <w:p w14:paraId="1C24C060" w14:textId="77777777" w:rsidR="000327BD" w:rsidRDefault="000327BD" w:rsidP="009C687A">
            <w:pPr>
              <w:pStyle w:val="TableParagraph"/>
              <w:spacing w:line="266" w:lineRule="auto"/>
              <w:ind w:right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Памятники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древнерусского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каменного зодчества: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Московский Кремль,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Новгородский детинец,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Псковский кром,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Казанский кремль (и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другие с учётом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местных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архитектурных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комплексов, в том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числе монастырских).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Памятники русского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деревянного зодчества.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Архитектурный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комплекс на острове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Кижи.</w:t>
            </w:r>
          </w:p>
        </w:tc>
        <w:tc>
          <w:tcPr>
            <w:tcW w:w="528" w:type="dxa"/>
          </w:tcPr>
          <w:p w14:paraId="48F4F047" w14:textId="77777777" w:rsidR="000327BD" w:rsidRDefault="000327BD" w:rsidP="009C687A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77B29F9E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1AA269B6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63BE2197" w14:textId="77777777" w:rsidR="000327BD" w:rsidRDefault="000327BD" w:rsidP="009C687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84" w:type="dxa"/>
          </w:tcPr>
          <w:p w14:paraId="101B79B9" w14:textId="77777777" w:rsidR="000327BD" w:rsidRDefault="000327BD" w:rsidP="009C687A">
            <w:pPr>
              <w:pStyle w:val="TableParagraph"/>
              <w:spacing w:line="266" w:lineRule="auto"/>
              <w:ind w:left="78" w:right="73"/>
              <w:rPr>
                <w:sz w:val="15"/>
              </w:rPr>
            </w:pPr>
            <w:r>
              <w:rPr>
                <w:w w:val="105"/>
                <w:sz w:val="15"/>
              </w:rPr>
              <w:t>Получать образные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представления 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каменном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древнерусском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зодчестве, смотреть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Московский Кремль,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Новгородский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детинец, Псковский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кром, Казанский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кремль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др.;</w:t>
            </w:r>
          </w:p>
        </w:tc>
        <w:tc>
          <w:tcPr>
            <w:tcW w:w="1116" w:type="dxa"/>
          </w:tcPr>
          <w:p w14:paraId="091955D9" w14:textId="77777777" w:rsidR="000327BD" w:rsidRDefault="000327BD" w:rsidP="009C687A">
            <w:pPr>
              <w:pStyle w:val="TableParagraph"/>
              <w:spacing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6987" w:type="dxa"/>
          </w:tcPr>
          <w:p w14:paraId="2BFF1CAE" w14:textId="77777777" w:rsidR="000327BD" w:rsidRDefault="00D40B2E" w:rsidP="009C687A">
            <w:pPr>
              <w:pStyle w:val="TableParagraph"/>
              <w:ind w:left="80"/>
              <w:rPr>
                <w:sz w:val="15"/>
              </w:rPr>
            </w:pPr>
            <w:hyperlink r:id="rId27">
              <w:r w:rsidR="000327BD">
                <w:rPr>
                  <w:w w:val="105"/>
                  <w:sz w:val="15"/>
                </w:rPr>
                <w:t>http://www.shm.ru/</w:t>
              </w:r>
            </w:hyperlink>
          </w:p>
        </w:tc>
      </w:tr>
      <w:tr w:rsidR="000327BD" w14:paraId="27521795" w14:textId="77777777" w:rsidTr="009C687A">
        <w:trPr>
          <w:trHeight w:val="4655"/>
        </w:trPr>
        <w:tc>
          <w:tcPr>
            <w:tcW w:w="396" w:type="dxa"/>
          </w:tcPr>
          <w:p w14:paraId="06205BFC" w14:textId="77777777" w:rsidR="000327BD" w:rsidRDefault="000327BD" w:rsidP="009C687A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6.4.</w:t>
            </w:r>
          </w:p>
        </w:tc>
        <w:tc>
          <w:tcPr>
            <w:tcW w:w="1837" w:type="dxa"/>
          </w:tcPr>
          <w:p w14:paraId="22758B6B" w14:textId="77777777" w:rsidR="000327BD" w:rsidRDefault="000327BD" w:rsidP="009C687A">
            <w:pPr>
              <w:pStyle w:val="TableParagraph"/>
              <w:spacing w:line="266" w:lineRule="auto"/>
              <w:ind w:right="16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Художественная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культура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разных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эпох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народов.</w:t>
            </w:r>
          </w:p>
          <w:p w14:paraId="12725C8B" w14:textId="77777777" w:rsidR="000327BD" w:rsidRDefault="000327BD" w:rsidP="009C687A">
            <w:pPr>
              <w:pStyle w:val="TableParagraph"/>
              <w:spacing w:before="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Представления</w:t>
            </w:r>
          </w:p>
          <w:p w14:paraId="4854FDB6" w14:textId="77777777" w:rsidR="000327BD" w:rsidRDefault="000327BD" w:rsidP="009C687A">
            <w:pPr>
              <w:pStyle w:val="TableParagraph"/>
              <w:spacing w:before="20" w:line="266" w:lineRule="auto"/>
              <w:ind w:right="39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об архитектурных,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декоративных</w:t>
            </w:r>
          </w:p>
          <w:p w14:paraId="7F961850" w14:textId="77777777" w:rsidR="000327BD" w:rsidRDefault="000327BD" w:rsidP="009C687A">
            <w:pPr>
              <w:pStyle w:val="TableParagraph"/>
              <w:spacing w:before="1" w:line="266" w:lineRule="auto"/>
              <w:ind w:right="36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и изобразительных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произведениях</w:t>
            </w:r>
          </w:p>
          <w:p w14:paraId="3C2FB62A" w14:textId="77777777" w:rsidR="000327BD" w:rsidRDefault="000327BD" w:rsidP="009C687A">
            <w:pPr>
              <w:pStyle w:val="TableParagraph"/>
              <w:spacing w:before="1" w:line="266" w:lineRule="auto"/>
              <w:ind w:right="7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 культуре Древней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Греции, других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культур Древнего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мира. Архитектурные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памятники Западной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 xml:space="preserve">Европы </w:t>
            </w:r>
            <w:r>
              <w:rPr>
                <w:b/>
                <w:w w:val="105"/>
                <w:sz w:val="15"/>
              </w:rPr>
              <w:t>Средних веков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 эпохи Возрождения.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Произведения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предметно-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пространственной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культуры,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 xml:space="preserve">составляющие </w:t>
            </w:r>
            <w:r>
              <w:rPr>
                <w:b/>
                <w:w w:val="105"/>
                <w:sz w:val="15"/>
              </w:rPr>
              <w:t>истоки,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основания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национальных культур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современном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мире.</w:t>
            </w:r>
          </w:p>
        </w:tc>
        <w:tc>
          <w:tcPr>
            <w:tcW w:w="528" w:type="dxa"/>
          </w:tcPr>
          <w:p w14:paraId="0D6C41E7" w14:textId="77777777" w:rsidR="000327BD" w:rsidRDefault="000327BD" w:rsidP="009C687A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0D28E9D4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759F1240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728C0FD7" w14:textId="77777777" w:rsidR="000327BD" w:rsidRDefault="000327BD" w:rsidP="009C687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84" w:type="dxa"/>
          </w:tcPr>
          <w:p w14:paraId="0248AF35" w14:textId="77777777" w:rsidR="000327BD" w:rsidRDefault="000327BD" w:rsidP="009C687A">
            <w:pPr>
              <w:pStyle w:val="TableParagraph"/>
              <w:spacing w:line="266" w:lineRule="auto"/>
              <w:ind w:left="78" w:right="125"/>
              <w:rPr>
                <w:sz w:val="15"/>
              </w:rPr>
            </w:pPr>
            <w:r>
              <w:rPr>
                <w:w w:val="105"/>
                <w:sz w:val="15"/>
              </w:rPr>
              <w:t>Узнавать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древнегреческий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храм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Парфенон,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древнегреческого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Акрополя.;</w:t>
            </w:r>
          </w:p>
        </w:tc>
        <w:tc>
          <w:tcPr>
            <w:tcW w:w="1116" w:type="dxa"/>
          </w:tcPr>
          <w:p w14:paraId="397640B9" w14:textId="77777777" w:rsidR="000327BD" w:rsidRDefault="000327BD" w:rsidP="009C687A">
            <w:pPr>
              <w:pStyle w:val="TableParagraph"/>
              <w:spacing w:line="266" w:lineRule="auto"/>
              <w:ind w:left="79"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6987" w:type="dxa"/>
          </w:tcPr>
          <w:p w14:paraId="089DC318" w14:textId="77777777" w:rsidR="000327BD" w:rsidRDefault="00D40B2E" w:rsidP="009C687A">
            <w:pPr>
              <w:pStyle w:val="TableParagraph"/>
              <w:ind w:left="80"/>
              <w:rPr>
                <w:sz w:val="15"/>
              </w:rPr>
            </w:pPr>
            <w:hyperlink r:id="rId28">
              <w:r w:rsidR="000327BD">
                <w:rPr>
                  <w:w w:val="105"/>
                  <w:sz w:val="15"/>
                </w:rPr>
                <w:t>http://www.arthistory.ru/</w:t>
              </w:r>
            </w:hyperlink>
          </w:p>
        </w:tc>
      </w:tr>
    </w:tbl>
    <w:p w14:paraId="135F7AE2" w14:textId="77777777" w:rsidR="000327BD" w:rsidRDefault="000327BD" w:rsidP="000327BD">
      <w:pPr>
        <w:rPr>
          <w:sz w:val="15"/>
        </w:rPr>
        <w:sectPr w:rsidR="000327BD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837"/>
        <w:gridCol w:w="528"/>
        <w:gridCol w:w="1104"/>
        <w:gridCol w:w="1140"/>
        <w:gridCol w:w="804"/>
        <w:gridCol w:w="1584"/>
        <w:gridCol w:w="1116"/>
        <w:gridCol w:w="6987"/>
      </w:tblGrid>
      <w:tr w:rsidR="000327BD" w:rsidRPr="00D40B2E" w14:paraId="2E86294E" w14:textId="77777777" w:rsidTr="009C687A">
        <w:trPr>
          <w:trHeight w:val="3022"/>
        </w:trPr>
        <w:tc>
          <w:tcPr>
            <w:tcW w:w="396" w:type="dxa"/>
          </w:tcPr>
          <w:p w14:paraId="50F9FC14" w14:textId="77777777" w:rsidR="000327BD" w:rsidRDefault="000327BD" w:rsidP="009C687A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6.5.</w:t>
            </w:r>
          </w:p>
        </w:tc>
        <w:tc>
          <w:tcPr>
            <w:tcW w:w="1837" w:type="dxa"/>
          </w:tcPr>
          <w:p w14:paraId="21486C26" w14:textId="77777777" w:rsidR="000327BD" w:rsidRDefault="000327BD" w:rsidP="009C687A">
            <w:pPr>
              <w:pStyle w:val="TableParagraph"/>
              <w:spacing w:line="266" w:lineRule="auto"/>
              <w:ind w:right="5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Памятники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 xml:space="preserve">национальным </w:t>
            </w:r>
            <w:r>
              <w:rPr>
                <w:b/>
                <w:w w:val="105"/>
                <w:sz w:val="15"/>
              </w:rPr>
              <w:t>героям.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Памятник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Минину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Д. Пожарскому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скульптора И. П.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Мартоса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Москве.</w:t>
            </w:r>
          </w:p>
          <w:p w14:paraId="7269C252" w14:textId="77777777" w:rsidR="000327BD" w:rsidRDefault="000327BD" w:rsidP="009C687A">
            <w:pPr>
              <w:pStyle w:val="TableParagraph"/>
              <w:spacing w:before="4" w:line="266" w:lineRule="auto"/>
              <w:ind w:right="7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Мемориальные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ансамбли: Могила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Неизвестного Солдата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 Москве; памятник-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ансамбль героям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Сталинградской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битвы</w:t>
            </w:r>
          </w:p>
          <w:p w14:paraId="5E50BFCB" w14:textId="77777777" w:rsidR="000327BD" w:rsidRDefault="000327BD" w:rsidP="009C687A">
            <w:pPr>
              <w:pStyle w:val="TableParagraph"/>
              <w:spacing w:before="4" w:line="266" w:lineRule="auto"/>
              <w:ind w:right="30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«Мамаев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курган»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(и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другие по выбору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учителя).</w:t>
            </w:r>
          </w:p>
        </w:tc>
        <w:tc>
          <w:tcPr>
            <w:tcW w:w="528" w:type="dxa"/>
          </w:tcPr>
          <w:p w14:paraId="5ADAC043" w14:textId="77777777" w:rsidR="000327BD" w:rsidRDefault="000327BD" w:rsidP="009C687A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150EAB4D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6ECE5E18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7DFCB69A" w14:textId="77777777" w:rsidR="000327BD" w:rsidRDefault="000327BD" w:rsidP="009C687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84" w:type="dxa"/>
          </w:tcPr>
          <w:p w14:paraId="62F623C2" w14:textId="77777777" w:rsidR="000327BD" w:rsidRDefault="000327BD" w:rsidP="009C687A">
            <w:pPr>
              <w:pStyle w:val="TableParagraph"/>
              <w:spacing w:line="266" w:lineRule="auto"/>
              <w:ind w:left="78" w:right="10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Узнавать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поведения при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посещении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мемориальных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памятников;</w:t>
            </w:r>
          </w:p>
        </w:tc>
        <w:tc>
          <w:tcPr>
            <w:tcW w:w="1116" w:type="dxa"/>
          </w:tcPr>
          <w:p w14:paraId="17C6C663" w14:textId="77777777" w:rsidR="000327BD" w:rsidRDefault="000327BD" w:rsidP="009C687A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6987" w:type="dxa"/>
          </w:tcPr>
          <w:p w14:paraId="3FB56F93" w14:textId="77777777" w:rsidR="000327BD" w:rsidRDefault="000327BD" w:rsidP="009C687A">
            <w:pPr>
              <w:pStyle w:val="TableParagraph"/>
              <w:spacing w:line="266" w:lineRule="auto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</w:t>
            </w:r>
            <w:hyperlink r:id="rId29">
              <w:r>
                <w:rPr>
                  <w:w w:val="105"/>
                  <w:sz w:val="15"/>
                </w:rPr>
                <w:t>www.google.com/url?</w:t>
              </w:r>
            </w:hyperlink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q=</w:t>
            </w:r>
            <w:hyperlink r:id="rId30">
              <w:r>
                <w:rPr>
                  <w:spacing w:val="-1"/>
                  <w:w w:val="105"/>
                  <w:sz w:val="15"/>
                </w:rPr>
                <w:t>http://www.shm.ru/&amp;sa=D&amp;ust=1477834344637000&amp;usg=AFQjCNE99chaYDoGQuv2ZyzhDtVy1IlPSw</w:t>
              </w:r>
            </w:hyperlink>
          </w:p>
        </w:tc>
      </w:tr>
      <w:tr w:rsidR="000327BD" w14:paraId="49F1F350" w14:textId="77777777" w:rsidTr="009C687A">
        <w:trPr>
          <w:trHeight w:val="333"/>
        </w:trPr>
        <w:tc>
          <w:tcPr>
            <w:tcW w:w="2233" w:type="dxa"/>
            <w:gridSpan w:val="2"/>
          </w:tcPr>
          <w:p w14:paraId="6BEB5313" w14:textId="77777777" w:rsidR="000327BD" w:rsidRDefault="000327BD" w:rsidP="009C687A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6</w:t>
            </w:r>
          </w:p>
        </w:tc>
        <w:tc>
          <w:tcPr>
            <w:tcW w:w="528" w:type="dxa"/>
          </w:tcPr>
          <w:p w14:paraId="3DDEF384" w14:textId="77777777" w:rsidR="000327BD" w:rsidRDefault="000327BD" w:rsidP="009C687A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2735" w:type="dxa"/>
            <w:gridSpan w:val="6"/>
          </w:tcPr>
          <w:p w14:paraId="2D30F349" w14:textId="77777777" w:rsidR="000327BD" w:rsidRDefault="000327BD" w:rsidP="009C687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327BD" w14:paraId="1F0D3BF4" w14:textId="77777777" w:rsidTr="009C687A">
        <w:trPr>
          <w:trHeight w:val="333"/>
        </w:trPr>
        <w:tc>
          <w:tcPr>
            <w:tcW w:w="15496" w:type="dxa"/>
            <w:gridSpan w:val="9"/>
          </w:tcPr>
          <w:p w14:paraId="62101BF4" w14:textId="77777777" w:rsidR="000327BD" w:rsidRDefault="000327BD" w:rsidP="009C687A">
            <w:pPr>
              <w:pStyle w:val="TableParagraph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7.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Азбука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цифровой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графики</w:t>
            </w:r>
          </w:p>
        </w:tc>
      </w:tr>
      <w:tr w:rsidR="000327BD" w14:paraId="40A728D9" w14:textId="77777777" w:rsidTr="009C687A">
        <w:trPr>
          <w:trHeight w:val="2254"/>
        </w:trPr>
        <w:tc>
          <w:tcPr>
            <w:tcW w:w="396" w:type="dxa"/>
          </w:tcPr>
          <w:p w14:paraId="59C1D116" w14:textId="77777777" w:rsidR="000327BD" w:rsidRDefault="000327BD" w:rsidP="009C687A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7.1.</w:t>
            </w:r>
          </w:p>
        </w:tc>
        <w:tc>
          <w:tcPr>
            <w:tcW w:w="1837" w:type="dxa"/>
          </w:tcPr>
          <w:p w14:paraId="7B7F23D6" w14:textId="77777777" w:rsidR="000327BD" w:rsidRDefault="000327BD" w:rsidP="009C687A">
            <w:pPr>
              <w:pStyle w:val="TableParagraph"/>
              <w:spacing w:line="266" w:lineRule="auto"/>
              <w:ind w:right="9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Изображение 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освоение в программе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Paint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правил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линейной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 воздушной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перспективы: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изображение линии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горизонта и точки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схода, перспективных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сокращений, цветовых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 тональных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изменений.</w:t>
            </w:r>
          </w:p>
        </w:tc>
        <w:tc>
          <w:tcPr>
            <w:tcW w:w="528" w:type="dxa"/>
          </w:tcPr>
          <w:p w14:paraId="578EC9B1" w14:textId="77777777" w:rsidR="000327BD" w:rsidRDefault="000327BD" w:rsidP="009C687A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1BDC7C5F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749BFFA8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1FABC43F" w14:textId="77777777" w:rsidR="000327BD" w:rsidRDefault="000327BD" w:rsidP="009C687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84" w:type="dxa"/>
          </w:tcPr>
          <w:p w14:paraId="1B94743D" w14:textId="77777777" w:rsidR="000327BD" w:rsidRDefault="000327BD" w:rsidP="009C687A">
            <w:pPr>
              <w:pStyle w:val="TableParagraph"/>
              <w:spacing w:line="266" w:lineRule="auto"/>
              <w:ind w:left="78" w:right="2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Осваивать правила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линейной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воздушной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перспективы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графических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изображений и 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варьирования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компьютерной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Paint.;</w:t>
            </w:r>
          </w:p>
        </w:tc>
        <w:tc>
          <w:tcPr>
            <w:tcW w:w="1116" w:type="dxa"/>
          </w:tcPr>
          <w:p w14:paraId="293C0959" w14:textId="77777777" w:rsidR="000327BD" w:rsidRDefault="000327BD" w:rsidP="009C687A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6987" w:type="dxa"/>
          </w:tcPr>
          <w:p w14:paraId="7F3F7637" w14:textId="77777777" w:rsidR="000327BD" w:rsidRDefault="000327BD" w:rsidP="009C687A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myofficehub.ru</w:t>
            </w:r>
          </w:p>
        </w:tc>
      </w:tr>
      <w:tr w:rsidR="000327BD" w14:paraId="6DE961E9" w14:textId="77777777" w:rsidTr="009C687A">
        <w:trPr>
          <w:trHeight w:val="3983"/>
        </w:trPr>
        <w:tc>
          <w:tcPr>
            <w:tcW w:w="396" w:type="dxa"/>
          </w:tcPr>
          <w:p w14:paraId="67D6D2E3" w14:textId="77777777" w:rsidR="000327BD" w:rsidRDefault="000327BD" w:rsidP="009C687A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7.2.</w:t>
            </w:r>
          </w:p>
        </w:tc>
        <w:tc>
          <w:tcPr>
            <w:tcW w:w="1837" w:type="dxa"/>
          </w:tcPr>
          <w:p w14:paraId="3765484D" w14:textId="77777777" w:rsidR="000327BD" w:rsidRDefault="000327BD" w:rsidP="009C687A">
            <w:pPr>
              <w:pStyle w:val="TableParagraph"/>
              <w:spacing w:line="266" w:lineRule="auto"/>
              <w:ind w:right="12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Моделирование в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графическом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редакторе с помощью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инструментов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геометрических фигур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конструкции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традиционного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крестьянского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деревянного дома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(избы) и различных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вариантов его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устройства.</w:t>
            </w:r>
          </w:p>
          <w:p w14:paraId="439372C9" w14:textId="77777777" w:rsidR="000327BD" w:rsidRDefault="000327BD" w:rsidP="009C687A">
            <w:pPr>
              <w:pStyle w:val="TableParagraph"/>
              <w:spacing w:before="8" w:line="266" w:lineRule="auto"/>
              <w:ind w:right="5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Моделирование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конструкции разных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видов традиционных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жилищ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разных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народов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(юрта, каркасный дом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 др., в том числе с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учётом местных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традиций).</w:t>
            </w:r>
          </w:p>
        </w:tc>
        <w:tc>
          <w:tcPr>
            <w:tcW w:w="528" w:type="dxa"/>
          </w:tcPr>
          <w:p w14:paraId="0AA7676F" w14:textId="77777777" w:rsidR="000327BD" w:rsidRDefault="000327BD" w:rsidP="009C687A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5337BBB4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1C28D2F1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65312644" w14:textId="77777777" w:rsidR="000327BD" w:rsidRDefault="000327BD" w:rsidP="009C687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84" w:type="dxa"/>
          </w:tcPr>
          <w:p w14:paraId="2995D9D1" w14:textId="77777777" w:rsidR="000327BD" w:rsidRDefault="000327BD" w:rsidP="009C687A">
            <w:pPr>
              <w:pStyle w:val="TableParagraph"/>
              <w:spacing w:line="266" w:lineRule="auto"/>
              <w:ind w:left="78" w:right="123"/>
              <w:rPr>
                <w:sz w:val="15"/>
              </w:rPr>
            </w:pPr>
            <w:r>
              <w:rPr>
                <w:w w:val="105"/>
                <w:sz w:val="15"/>
              </w:rPr>
              <w:t>Осваивать знания 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конструкции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крестьянской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деревянной избы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её разных видах,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моделируя строение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избы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графическом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редакторе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геометрических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фигур.;</w:t>
            </w:r>
          </w:p>
        </w:tc>
        <w:tc>
          <w:tcPr>
            <w:tcW w:w="1116" w:type="dxa"/>
          </w:tcPr>
          <w:p w14:paraId="74D1FBF7" w14:textId="77777777" w:rsidR="000327BD" w:rsidRDefault="000327BD" w:rsidP="009C687A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6987" w:type="dxa"/>
          </w:tcPr>
          <w:p w14:paraId="36BC3927" w14:textId="77777777" w:rsidR="000327BD" w:rsidRDefault="000327BD" w:rsidP="009C687A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myofficehub.ru</w:t>
            </w:r>
          </w:p>
        </w:tc>
      </w:tr>
    </w:tbl>
    <w:p w14:paraId="2D5E1232" w14:textId="77777777" w:rsidR="000327BD" w:rsidRDefault="000327BD" w:rsidP="000327BD">
      <w:pPr>
        <w:rPr>
          <w:sz w:val="15"/>
        </w:rPr>
        <w:sectPr w:rsidR="000327BD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837"/>
        <w:gridCol w:w="528"/>
        <w:gridCol w:w="1104"/>
        <w:gridCol w:w="1140"/>
        <w:gridCol w:w="804"/>
        <w:gridCol w:w="1584"/>
        <w:gridCol w:w="1116"/>
        <w:gridCol w:w="6987"/>
      </w:tblGrid>
      <w:tr w:rsidR="000327BD" w14:paraId="289B9B62" w14:textId="77777777" w:rsidTr="009C687A">
        <w:trPr>
          <w:trHeight w:val="2446"/>
        </w:trPr>
        <w:tc>
          <w:tcPr>
            <w:tcW w:w="396" w:type="dxa"/>
          </w:tcPr>
          <w:p w14:paraId="0CECC708" w14:textId="77777777" w:rsidR="000327BD" w:rsidRDefault="000327BD" w:rsidP="009C687A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7.3.</w:t>
            </w:r>
          </w:p>
        </w:tc>
        <w:tc>
          <w:tcPr>
            <w:tcW w:w="1837" w:type="dxa"/>
          </w:tcPr>
          <w:p w14:paraId="729C4097" w14:textId="77777777" w:rsidR="000327BD" w:rsidRDefault="000327BD" w:rsidP="009C687A">
            <w:pPr>
              <w:pStyle w:val="TableParagraph"/>
              <w:spacing w:line="266" w:lineRule="auto"/>
              <w:ind w:right="6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Моделирование в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графическом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редакторе с помощью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инструментов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геометрических фигур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конструкций храмовых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зданий разных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культур: каменный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православный собор,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готический или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романский собор,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пагода,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мечеть.</w:t>
            </w:r>
          </w:p>
        </w:tc>
        <w:tc>
          <w:tcPr>
            <w:tcW w:w="528" w:type="dxa"/>
          </w:tcPr>
          <w:p w14:paraId="6F66D405" w14:textId="77777777" w:rsidR="000327BD" w:rsidRDefault="000327BD" w:rsidP="009C687A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56E0A4B3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031B3BA0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46CB1F5F" w14:textId="77777777" w:rsidR="000327BD" w:rsidRDefault="000327BD" w:rsidP="009C687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84" w:type="dxa"/>
          </w:tcPr>
          <w:p w14:paraId="797F6CD5" w14:textId="77777777" w:rsidR="000327BD" w:rsidRDefault="000327BD" w:rsidP="009C687A">
            <w:pPr>
              <w:pStyle w:val="TableParagraph"/>
              <w:spacing w:line="266" w:lineRule="auto"/>
              <w:ind w:left="78" w:right="318"/>
              <w:rPr>
                <w:sz w:val="15"/>
              </w:rPr>
            </w:pPr>
            <w:r>
              <w:rPr>
                <w:w w:val="105"/>
                <w:sz w:val="15"/>
              </w:rPr>
              <w:t>Осваивать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моделирование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графического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редактора,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копирования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трансформации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геометрических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 строения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храмовых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зданий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культур.;</w:t>
            </w:r>
          </w:p>
        </w:tc>
        <w:tc>
          <w:tcPr>
            <w:tcW w:w="1116" w:type="dxa"/>
          </w:tcPr>
          <w:p w14:paraId="287F18BF" w14:textId="77777777" w:rsidR="000327BD" w:rsidRDefault="000327BD" w:rsidP="009C687A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6987" w:type="dxa"/>
          </w:tcPr>
          <w:p w14:paraId="2EE52A7C" w14:textId="77777777" w:rsidR="000327BD" w:rsidRDefault="000327BD" w:rsidP="009C687A">
            <w:pPr>
              <w:pStyle w:val="TableParagraph"/>
              <w:spacing w:line="266" w:lineRule="auto"/>
              <w:ind w:left="80" w:right="6039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myofficehub</w:t>
            </w:r>
            <w:proofErr w:type="spellEnd"/>
            <w:r>
              <w:rPr>
                <w:spacing w:val="-1"/>
                <w:w w:val="105"/>
                <w:sz w:val="15"/>
              </w:rPr>
              <w:t>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infourok.ru</w:t>
            </w:r>
          </w:p>
        </w:tc>
      </w:tr>
      <w:tr w:rsidR="000327BD" w14:paraId="7B5C5BC6" w14:textId="77777777" w:rsidTr="009C687A">
        <w:trPr>
          <w:trHeight w:val="3214"/>
        </w:trPr>
        <w:tc>
          <w:tcPr>
            <w:tcW w:w="396" w:type="dxa"/>
          </w:tcPr>
          <w:p w14:paraId="74A4CB40" w14:textId="77777777" w:rsidR="000327BD" w:rsidRDefault="000327BD" w:rsidP="009C687A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7.4.</w:t>
            </w:r>
          </w:p>
        </w:tc>
        <w:tc>
          <w:tcPr>
            <w:tcW w:w="1837" w:type="dxa"/>
          </w:tcPr>
          <w:p w14:paraId="71164F7B" w14:textId="77777777" w:rsidR="000327BD" w:rsidRDefault="000327BD" w:rsidP="009C687A">
            <w:pPr>
              <w:pStyle w:val="TableParagraph"/>
              <w:spacing w:line="266" w:lineRule="auto"/>
              <w:ind w:right="12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Построение в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графическом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редакторе с помощью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геометрических фигур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 на линейной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основе</w:t>
            </w:r>
          </w:p>
          <w:p w14:paraId="7FF41DFC" w14:textId="77777777" w:rsidR="000327BD" w:rsidRDefault="000327BD" w:rsidP="009C687A">
            <w:pPr>
              <w:pStyle w:val="TableParagraph"/>
              <w:spacing w:before="4" w:line="266" w:lineRule="auto"/>
              <w:ind w:right="7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пропорций фигуры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 xml:space="preserve">человека, </w:t>
            </w:r>
            <w:r>
              <w:rPr>
                <w:b/>
                <w:w w:val="105"/>
                <w:sz w:val="15"/>
              </w:rPr>
              <w:t>изображение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различных фаз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движения. Создание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анимации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схематического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движения человека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(при соответствующих</w:t>
            </w:r>
            <w:r>
              <w:rPr>
                <w:b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технических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условиях).</w:t>
            </w:r>
          </w:p>
        </w:tc>
        <w:tc>
          <w:tcPr>
            <w:tcW w:w="528" w:type="dxa"/>
          </w:tcPr>
          <w:p w14:paraId="532F59F0" w14:textId="77777777" w:rsidR="000327BD" w:rsidRDefault="000327BD" w:rsidP="009C687A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5A9A1CBC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654D3C40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5F0D48ED" w14:textId="77777777" w:rsidR="000327BD" w:rsidRDefault="000327BD" w:rsidP="009C687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84" w:type="dxa"/>
          </w:tcPr>
          <w:p w14:paraId="1BB39899" w14:textId="77777777" w:rsidR="000327BD" w:rsidRDefault="000327BD" w:rsidP="009C687A">
            <w:pPr>
              <w:pStyle w:val="TableParagraph"/>
              <w:spacing w:line="266" w:lineRule="auto"/>
              <w:ind w:left="78" w:right="64"/>
              <w:rPr>
                <w:sz w:val="15"/>
              </w:rPr>
            </w:pPr>
            <w:r>
              <w:rPr>
                <w:w w:val="105"/>
                <w:sz w:val="15"/>
              </w:rPr>
              <w:t>Осваивать строение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фигуры</w:t>
            </w:r>
            <w:r>
              <w:rPr>
                <w:spacing w:val="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</w:t>
            </w:r>
            <w:r>
              <w:rPr>
                <w:spacing w:val="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её пропорции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графического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редактора (фигура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 строится из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геометрических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 или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 только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линий, исследуются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пропорции частей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способы движения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фигуры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ходьбе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беге).;</w:t>
            </w:r>
          </w:p>
        </w:tc>
        <w:tc>
          <w:tcPr>
            <w:tcW w:w="1116" w:type="dxa"/>
          </w:tcPr>
          <w:p w14:paraId="53F1D9A8" w14:textId="77777777" w:rsidR="000327BD" w:rsidRDefault="000327BD" w:rsidP="009C687A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6987" w:type="dxa"/>
          </w:tcPr>
          <w:p w14:paraId="0037E517" w14:textId="77777777" w:rsidR="000327BD" w:rsidRDefault="000327BD" w:rsidP="009C687A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infourok.ru</w:t>
            </w:r>
          </w:p>
        </w:tc>
      </w:tr>
      <w:tr w:rsidR="000327BD" w14:paraId="4E5062CA" w14:textId="77777777" w:rsidTr="009C687A">
        <w:trPr>
          <w:trHeight w:val="2614"/>
        </w:trPr>
        <w:tc>
          <w:tcPr>
            <w:tcW w:w="396" w:type="dxa"/>
          </w:tcPr>
          <w:p w14:paraId="2139B285" w14:textId="77777777" w:rsidR="000327BD" w:rsidRDefault="000327BD" w:rsidP="009C687A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7.5.</w:t>
            </w:r>
          </w:p>
        </w:tc>
        <w:tc>
          <w:tcPr>
            <w:tcW w:w="1837" w:type="dxa"/>
          </w:tcPr>
          <w:p w14:paraId="3D825648" w14:textId="77777777" w:rsidR="000327BD" w:rsidRDefault="000327BD" w:rsidP="009C687A">
            <w:pPr>
              <w:pStyle w:val="TableParagraph"/>
              <w:spacing w:line="266" w:lineRule="auto"/>
              <w:ind w:right="8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Анимация простого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движения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нарисованной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 xml:space="preserve">фигурки: загрузить </w:t>
            </w:r>
            <w:r>
              <w:rPr>
                <w:b/>
                <w:w w:val="105"/>
                <w:sz w:val="15"/>
              </w:rPr>
              <w:t>две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фазы движения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фигурки в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виртуальный редактор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GIF-анимации 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сохранить простое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повторяющееся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движение своего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рисунка.</w:t>
            </w:r>
          </w:p>
        </w:tc>
        <w:tc>
          <w:tcPr>
            <w:tcW w:w="528" w:type="dxa"/>
          </w:tcPr>
          <w:p w14:paraId="4C34EA50" w14:textId="77777777" w:rsidR="000327BD" w:rsidRDefault="000327BD" w:rsidP="009C687A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250DD6F5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1EFC2AF4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4B08A416" w14:textId="77777777" w:rsidR="000327BD" w:rsidRDefault="000327BD" w:rsidP="009C687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84" w:type="dxa"/>
          </w:tcPr>
          <w:p w14:paraId="258BCAD8" w14:textId="77777777" w:rsidR="000327BD" w:rsidRDefault="000327BD" w:rsidP="009C687A">
            <w:pPr>
              <w:pStyle w:val="TableParagraph"/>
              <w:spacing w:line="266" w:lineRule="auto"/>
              <w:ind w:left="78" w:right="5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Осваивать анимацию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простого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повторяющегося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движения (в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виртуальном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редакторе GIF-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анимации).;</w:t>
            </w:r>
          </w:p>
        </w:tc>
        <w:tc>
          <w:tcPr>
            <w:tcW w:w="1116" w:type="dxa"/>
          </w:tcPr>
          <w:p w14:paraId="7EF174B1" w14:textId="77777777" w:rsidR="000327BD" w:rsidRDefault="000327BD" w:rsidP="009C687A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6987" w:type="dxa"/>
          </w:tcPr>
          <w:p w14:paraId="10169B4C" w14:textId="77777777" w:rsidR="000327BD" w:rsidRDefault="000327BD" w:rsidP="009C687A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infourok.ru</w:t>
            </w:r>
          </w:p>
        </w:tc>
      </w:tr>
    </w:tbl>
    <w:p w14:paraId="7CEAB15A" w14:textId="77777777" w:rsidR="000327BD" w:rsidRDefault="000327BD" w:rsidP="000327BD">
      <w:pPr>
        <w:rPr>
          <w:sz w:val="15"/>
        </w:rPr>
        <w:sectPr w:rsidR="000327BD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837"/>
        <w:gridCol w:w="528"/>
        <w:gridCol w:w="1104"/>
        <w:gridCol w:w="1140"/>
        <w:gridCol w:w="804"/>
        <w:gridCol w:w="1584"/>
        <w:gridCol w:w="1116"/>
        <w:gridCol w:w="6987"/>
      </w:tblGrid>
      <w:tr w:rsidR="000327BD" w14:paraId="5A3075C0" w14:textId="77777777" w:rsidTr="009C687A">
        <w:trPr>
          <w:trHeight w:val="4175"/>
        </w:trPr>
        <w:tc>
          <w:tcPr>
            <w:tcW w:w="396" w:type="dxa"/>
          </w:tcPr>
          <w:p w14:paraId="52A2BEF5" w14:textId="77777777" w:rsidR="000327BD" w:rsidRDefault="000327BD" w:rsidP="009C687A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7.6.</w:t>
            </w:r>
          </w:p>
        </w:tc>
        <w:tc>
          <w:tcPr>
            <w:tcW w:w="1837" w:type="dxa"/>
          </w:tcPr>
          <w:p w14:paraId="4884A12F" w14:textId="77777777" w:rsidR="000327BD" w:rsidRDefault="000327BD" w:rsidP="009C687A">
            <w:pPr>
              <w:pStyle w:val="TableParagraph"/>
              <w:spacing w:line="266" w:lineRule="auto"/>
              <w:ind w:right="13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Создание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компьютерной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презентации в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программе PowerPoint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 тему архитектуры,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декоративного</w:t>
            </w:r>
          </w:p>
          <w:p w14:paraId="23285C4C" w14:textId="77777777" w:rsidR="000327BD" w:rsidRDefault="000327BD" w:rsidP="009C687A">
            <w:pPr>
              <w:pStyle w:val="TableParagraph"/>
              <w:spacing w:before="4" w:line="266" w:lineRule="auto"/>
              <w:ind w:right="19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и изобразительного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искусства выбранной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эпохи или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национальной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культуры.</w:t>
            </w:r>
          </w:p>
        </w:tc>
        <w:tc>
          <w:tcPr>
            <w:tcW w:w="528" w:type="dxa"/>
          </w:tcPr>
          <w:p w14:paraId="5E698961" w14:textId="77777777" w:rsidR="000327BD" w:rsidRDefault="000327BD" w:rsidP="009C687A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11C829CE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46F875F6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44D24C10" w14:textId="77777777" w:rsidR="000327BD" w:rsidRDefault="000327BD" w:rsidP="009C687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84" w:type="dxa"/>
          </w:tcPr>
          <w:p w14:paraId="52BCD8A7" w14:textId="77777777" w:rsidR="000327BD" w:rsidRDefault="000327BD" w:rsidP="009C687A">
            <w:pPr>
              <w:pStyle w:val="TableParagraph"/>
              <w:spacing w:line="266" w:lineRule="auto"/>
              <w:ind w:left="78" w:right="78"/>
              <w:rPr>
                <w:sz w:val="15"/>
              </w:rPr>
            </w:pPr>
            <w:r>
              <w:rPr>
                <w:w w:val="105"/>
                <w:sz w:val="15"/>
              </w:rPr>
              <w:t>Осваивать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компьютерные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презентации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PowerPoint по темам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материала,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собирая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поисковых </w:t>
            </w:r>
            <w:r>
              <w:rPr>
                <w:w w:val="105"/>
                <w:sz w:val="15"/>
              </w:rPr>
              <w:t>системах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нужный материал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 используя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собственные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фотографии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фотографии своих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рисунков, делая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шрифтовые </w:t>
            </w:r>
            <w:r>
              <w:rPr>
                <w:w w:val="105"/>
                <w:sz w:val="15"/>
              </w:rPr>
              <w:t>надписи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наиболее важных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названий,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положений, </w:t>
            </w:r>
            <w:r>
              <w:rPr>
                <w:w w:val="105"/>
                <w:sz w:val="15"/>
              </w:rPr>
              <w:t>которые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надо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запомнить.;</w:t>
            </w:r>
          </w:p>
        </w:tc>
        <w:tc>
          <w:tcPr>
            <w:tcW w:w="1116" w:type="dxa"/>
          </w:tcPr>
          <w:p w14:paraId="31D06C84" w14:textId="77777777" w:rsidR="000327BD" w:rsidRDefault="000327BD" w:rsidP="009C687A">
            <w:pPr>
              <w:pStyle w:val="TableParagraph"/>
              <w:spacing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6987" w:type="dxa"/>
          </w:tcPr>
          <w:p w14:paraId="23DFC25F" w14:textId="77777777" w:rsidR="000327BD" w:rsidRDefault="000327BD" w:rsidP="009C687A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infourok.ru</w:t>
            </w:r>
          </w:p>
        </w:tc>
      </w:tr>
      <w:tr w:rsidR="000327BD" w14:paraId="1115EA77" w14:textId="77777777" w:rsidTr="009C687A">
        <w:trPr>
          <w:trHeight w:val="1101"/>
        </w:trPr>
        <w:tc>
          <w:tcPr>
            <w:tcW w:w="396" w:type="dxa"/>
          </w:tcPr>
          <w:p w14:paraId="10222C48" w14:textId="77777777" w:rsidR="000327BD" w:rsidRDefault="000327BD" w:rsidP="009C687A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7.7.</w:t>
            </w:r>
          </w:p>
        </w:tc>
        <w:tc>
          <w:tcPr>
            <w:tcW w:w="1837" w:type="dxa"/>
          </w:tcPr>
          <w:p w14:paraId="0A097E5B" w14:textId="77777777" w:rsidR="000327BD" w:rsidRDefault="000327BD" w:rsidP="009C687A">
            <w:pPr>
              <w:pStyle w:val="TableParagraph"/>
              <w:spacing w:line="266" w:lineRule="auto"/>
              <w:ind w:right="52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Виртуальные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тематические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путешествия по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художественным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музеям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мир.</w:t>
            </w:r>
          </w:p>
        </w:tc>
        <w:tc>
          <w:tcPr>
            <w:tcW w:w="528" w:type="dxa"/>
          </w:tcPr>
          <w:p w14:paraId="29412561" w14:textId="77777777" w:rsidR="000327BD" w:rsidRDefault="000327BD" w:rsidP="009C687A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4343B62E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40" w:type="dxa"/>
          </w:tcPr>
          <w:p w14:paraId="17B0E88B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04" w:type="dxa"/>
          </w:tcPr>
          <w:p w14:paraId="78D5CA33" w14:textId="77777777" w:rsidR="000327BD" w:rsidRDefault="000327BD" w:rsidP="009C687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84" w:type="dxa"/>
          </w:tcPr>
          <w:p w14:paraId="3CBAFF16" w14:textId="77777777" w:rsidR="000327BD" w:rsidRDefault="000327BD" w:rsidP="009C687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16" w:type="dxa"/>
          </w:tcPr>
          <w:p w14:paraId="6CD8D2DF" w14:textId="77777777" w:rsidR="000327BD" w:rsidRDefault="000327BD" w:rsidP="009C687A">
            <w:pPr>
              <w:pStyle w:val="TableParagraph"/>
              <w:spacing w:line="266" w:lineRule="auto"/>
              <w:ind w:left="79" w:right="14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Контрольная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6987" w:type="dxa"/>
          </w:tcPr>
          <w:p w14:paraId="551E93B8" w14:textId="77777777" w:rsidR="000327BD" w:rsidRDefault="00D40B2E" w:rsidP="009C687A">
            <w:pPr>
              <w:pStyle w:val="TableParagraph"/>
              <w:ind w:left="80"/>
              <w:rPr>
                <w:sz w:val="15"/>
              </w:rPr>
            </w:pPr>
            <w:hyperlink r:id="rId31">
              <w:r w:rsidR="000327BD">
                <w:rPr>
                  <w:w w:val="105"/>
                  <w:sz w:val="15"/>
                </w:rPr>
                <w:t>http://www.museum.ru</w:t>
              </w:r>
            </w:hyperlink>
          </w:p>
        </w:tc>
      </w:tr>
      <w:tr w:rsidR="000327BD" w14:paraId="6FB149BE" w14:textId="77777777" w:rsidTr="009C687A">
        <w:trPr>
          <w:trHeight w:val="333"/>
        </w:trPr>
        <w:tc>
          <w:tcPr>
            <w:tcW w:w="2233" w:type="dxa"/>
            <w:gridSpan w:val="2"/>
          </w:tcPr>
          <w:p w14:paraId="10D08AEF" w14:textId="77777777" w:rsidR="000327BD" w:rsidRDefault="000327BD" w:rsidP="009C687A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7</w:t>
            </w:r>
          </w:p>
        </w:tc>
        <w:tc>
          <w:tcPr>
            <w:tcW w:w="528" w:type="dxa"/>
          </w:tcPr>
          <w:p w14:paraId="2B6EB30A" w14:textId="77777777" w:rsidR="000327BD" w:rsidRDefault="000327BD" w:rsidP="009C687A">
            <w:pPr>
              <w:pStyle w:val="TableParagraph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2735" w:type="dxa"/>
            <w:gridSpan w:val="6"/>
          </w:tcPr>
          <w:p w14:paraId="50D753A9" w14:textId="77777777" w:rsidR="000327BD" w:rsidRDefault="000327BD" w:rsidP="009C687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327BD" w14:paraId="7CFBAB29" w14:textId="77777777" w:rsidTr="009C687A">
        <w:trPr>
          <w:trHeight w:val="525"/>
        </w:trPr>
        <w:tc>
          <w:tcPr>
            <w:tcW w:w="2233" w:type="dxa"/>
            <w:gridSpan w:val="2"/>
          </w:tcPr>
          <w:p w14:paraId="7F66E592" w14:textId="77777777" w:rsidR="000327BD" w:rsidRDefault="000327BD" w:rsidP="009C687A">
            <w:pPr>
              <w:pStyle w:val="TableParagraph"/>
              <w:spacing w:line="266" w:lineRule="auto"/>
              <w:ind w:right="320"/>
              <w:rPr>
                <w:sz w:val="15"/>
              </w:rPr>
            </w:pPr>
            <w:r>
              <w:rPr>
                <w:w w:val="105"/>
                <w:sz w:val="15"/>
              </w:rPr>
              <w:t>ОБЩЕЕ КОЛИЧЕСТВО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ЧАСОВ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14:paraId="29821371" w14:textId="77777777" w:rsidR="000327BD" w:rsidRDefault="000327BD" w:rsidP="009C687A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34</w:t>
            </w:r>
          </w:p>
        </w:tc>
        <w:tc>
          <w:tcPr>
            <w:tcW w:w="1104" w:type="dxa"/>
          </w:tcPr>
          <w:p w14:paraId="7E30A433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40" w:type="dxa"/>
          </w:tcPr>
          <w:p w14:paraId="2B1823AD" w14:textId="77777777" w:rsidR="000327BD" w:rsidRDefault="000327BD" w:rsidP="009C687A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33.5</w:t>
            </w:r>
          </w:p>
        </w:tc>
        <w:tc>
          <w:tcPr>
            <w:tcW w:w="10491" w:type="dxa"/>
            <w:gridSpan w:val="4"/>
          </w:tcPr>
          <w:p w14:paraId="581D7418" w14:textId="77777777" w:rsidR="000327BD" w:rsidRDefault="000327BD" w:rsidP="009C687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14:paraId="4ADA1628" w14:textId="77777777" w:rsidR="00BD2C6D" w:rsidRDefault="00BD2C6D">
      <w:pPr>
        <w:sectPr w:rsidR="00BD2C6D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6F59A27A" w14:textId="77777777" w:rsidR="00BD2C6D" w:rsidRDefault="00BD2C6D">
      <w:pPr>
        <w:autoSpaceDE w:val="0"/>
        <w:autoSpaceDN w:val="0"/>
        <w:spacing w:after="78" w:line="220" w:lineRule="exact"/>
      </w:pPr>
    </w:p>
    <w:p w14:paraId="5CBB1DBA" w14:textId="77777777" w:rsidR="00BD2C6D" w:rsidRDefault="009E3629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14:paraId="117048B5" w14:textId="77777777" w:rsidR="000327BD" w:rsidRDefault="009E3629">
      <w:pPr>
        <w:autoSpaceDE w:val="0"/>
        <w:autoSpaceDN w:val="0"/>
        <w:spacing w:before="346" w:after="0" w:line="382" w:lineRule="auto"/>
        <w:ind w:right="1440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0327B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ОБЯЗАТЕЛЬНЫЕ УЧЕБНЫЕ МАТЕРИАЛЫ ДЛЯ УЧЕНИКА </w:t>
      </w:r>
      <w:r w:rsidRPr="000327BD">
        <w:rPr>
          <w:lang w:val="ru-RU"/>
        </w:rPr>
        <w:br/>
      </w:r>
      <w:r w:rsidRPr="000327BD">
        <w:rPr>
          <w:rFonts w:ascii="Times New Roman" w:eastAsia="Times New Roman" w:hAnsi="Times New Roman"/>
          <w:color w:val="000000"/>
          <w:sz w:val="24"/>
          <w:lang w:val="ru-RU"/>
        </w:rPr>
        <w:t xml:space="preserve">Введите свой вариант: </w:t>
      </w:r>
      <w:r w:rsidRPr="000327BD">
        <w:rPr>
          <w:lang w:val="ru-RU"/>
        </w:rPr>
        <w:br/>
      </w:r>
      <w:r w:rsidRPr="000327B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МЕТОДИЧЕСКИЕ МАТЕРИАЛЫ ДЛЯ УЧИТЕЛЯ </w:t>
      </w:r>
    </w:p>
    <w:p w14:paraId="1BA1FCF5" w14:textId="77777777" w:rsidR="000327BD" w:rsidRPr="000327BD" w:rsidRDefault="000327BD" w:rsidP="000327BD">
      <w:pPr>
        <w:pStyle w:val="af"/>
        <w:spacing w:before="156"/>
        <w:rPr>
          <w:lang w:val="ru-RU"/>
        </w:rPr>
      </w:pPr>
      <w:proofErr w:type="spellStart"/>
      <w:r w:rsidRPr="000327BD">
        <w:rPr>
          <w:lang w:val="ru-RU"/>
        </w:rPr>
        <w:t>Неменский</w:t>
      </w:r>
      <w:proofErr w:type="spellEnd"/>
      <w:r w:rsidRPr="000327BD">
        <w:rPr>
          <w:spacing w:val="-5"/>
          <w:lang w:val="ru-RU"/>
        </w:rPr>
        <w:t xml:space="preserve"> </w:t>
      </w:r>
      <w:r w:rsidRPr="000327BD">
        <w:rPr>
          <w:lang w:val="ru-RU"/>
        </w:rPr>
        <w:t>Б.М.</w:t>
      </w:r>
      <w:r w:rsidRPr="000327BD">
        <w:rPr>
          <w:spacing w:val="-4"/>
          <w:lang w:val="ru-RU"/>
        </w:rPr>
        <w:t xml:space="preserve"> </w:t>
      </w:r>
      <w:r w:rsidRPr="000327BD">
        <w:rPr>
          <w:lang w:val="ru-RU"/>
        </w:rPr>
        <w:t>Уроки</w:t>
      </w:r>
      <w:r w:rsidRPr="000327BD">
        <w:rPr>
          <w:spacing w:val="-5"/>
          <w:lang w:val="ru-RU"/>
        </w:rPr>
        <w:t xml:space="preserve"> </w:t>
      </w:r>
      <w:r w:rsidRPr="000327BD">
        <w:rPr>
          <w:lang w:val="ru-RU"/>
        </w:rPr>
        <w:t>изобразительного</w:t>
      </w:r>
      <w:r w:rsidRPr="000327BD">
        <w:rPr>
          <w:spacing w:val="-4"/>
          <w:lang w:val="ru-RU"/>
        </w:rPr>
        <w:t xml:space="preserve"> </w:t>
      </w:r>
      <w:r w:rsidRPr="000327BD">
        <w:rPr>
          <w:lang w:val="ru-RU"/>
        </w:rPr>
        <w:t>искусства.</w:t>
      </w:r>
      <w:r w:rsidRPr="000327BD">
        <w:rPr>
          <w:spacing w:val="-5"/>
          <w:lang w:val="ru-RU"/>
        </w:rPr>
        <w:t xml:space="preserve"> </w:t>
      </w:r>
      <w:r w:rsidRPr="000327BD">
        <w:rPr>
          <w:lang w:val="ru-RU"/>
        </w:rPr>
        <w:t>Поурочные</w:t>
      </w:r>
      <w:r w:rsidRPr="000327BD">
        <w:rPr>
          <w:spacing w:val="-4"/>
          <w:lang w:val="ru-RU"/>
        </w:rPr>
        <w:t xml:space="preserve"> </w:t>
      </w:r>
      <w:r w:rsidRPr="000327BD">
        <w:rPr>
          <w:lang w:val="ru-RU"/>
        </w:rPr>
        <w:t>разработки.1-4</w:t>
      </w:r>
      <w:r w:rsidRPr="000327BD">
        <w:rPr>
          <w:spacing w:val="-5"/>
          <w:lang w:val="ru-RU"/>
        </w:rPr>
        <w:t xml:space="preserve"> </w:t>
      </w:r>
      <w:r w:rsidRPr="000327BD">
        <w:rPr>
          <w:lang w:val="ru-RU"/>
        </w:rPr>
        <w:t>классы.</w:t>
      </w:r>
    </w:p>
    <w:p w14:paraId="3071F522" w14:textId="77777777" w:rsidR="000327BD" w:rsidRPr="000327BD" w:rsidRDefault="000327BD" w:rsidP="000327BD">
      <w:pPr>
        <w:pStyle w:val="af"/>
        <w:spacing w:before="156" w:line="292" w:lineRule="auto"/>
        <w:ind w:right="333"/>
        <w:rPr>
          <w:lang w:val="ru-RU"/>
        </w:rPr>
      </w:pPr>
      <w:r w:rsidRPr="000327BD">
        <w:rPr>
          <w:lang w:val="ru-RU"/>
        </w:rPr>
        <w:t>Изобразительное искусство. 4 класс/</w:t>
      </w:r>
      <w:proofErr w:type="spellStart"/>
      <w:r w:rsidRPr="000327BD">
        <w:rPr>
          <w:lang w:val="ru-RU"/>
        </w:rPr>
        <w:t>Неменская</w:t>
      </w:r>
      <w:proofErr w:type="spellEnd"/>
      <w:r w:rsidRPr="000327BD">
        <w:rPr>
          <w:lang w:val="ru-RU"/>
        </w:rPr>
        <w:t xml:space="preserve"> Л.А.; под редакцией </w:t>
      </w:r>
      <w:proofErr w:type="spellStart"/>
      <w:r w:rsidRPr="000327BD">
        <w:rPr>
          <w:lang w:val="ru-RU"/>
        </w:rPr>
        <w:t>Неменского</w:t>
      </w:r>
      <w:proofErr w:type="spellEnd"/>
      <w:r w:rsidRPr="000327BD">
        <w:rPr>
          <w:lang w:val="ru-RU"/>
        </w:rPr>
        <w:t xml:space="preserve"> Б.М., Акционерное</w:t>
      </w:r>
      <w:r w:rsidRPr="000327BD">
        <w:rPr>
          <w:spacing w:val="-58"/>
          <w:lang w:val="ru-RU"/>
        </w:rPr>
        <w:t xml:space="preserve"> </w:t>
      </w:r>
      <w:r w:rsidRPr="000327BD">
        <w:rPr>
          <w:lang w:val="ru-RU"/>
        </w:rPr>
        <w:t>общество</w:t>
      </w:r>
      <w:r w:rsidRPr="000327BD">
        <w:rPr>
          <w:spacing w:val="-1"/>
          <w:lang w:val="ru-RU"/>
        </w:rPr>
        <w:t xml:space="preserve"> </w:t>
      </w:r>
      <w:r w:rsidRPr="000327BD">
        <w:rPr>
          <w:lang w:val="ru-RU"/>
        </w:rPr>
        <w:t>«Издательство «Просвещение»;</w:t>
      </w:r>
    </w:p>
    <w:p w14:paraId="1ED5E0B0" w14:textId="77777777" w:rsidR="00BD2C6D" w:rsidRPr="000327BD" w:rsidRDefault="009E3629">
      <w:pPr>
        <w:autoSpaceDE w:val="0"/>
        <w:autoSpaceDN w:val="0"/>
        <w:spacing w:before="346" w:after="0" w:line="382" w:lineRule="auto"/>
        <w:ind w:right="1440"/>
        <w:rPr>
          <w:lang w:val="ru-RU"/>
        </w:rPr>
      </w:pPr>
      <w:r w:rsidRPr="000327BD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14:paraId="0E19706B" w14:textId="77777777" w:rsidR="000327BD" w:rsidRPr="005D5D44" w:rsidRDefault="00D40B2E" w:rsidP="000327BD">
      <w:pPr>
        <w:pStyle w:val="af"/>
        <w:spacing w:before="157" w:line="292" w:lineRule="auto"/>
        <w:ind w:right="8121"/>
      </w:pPr>
      <w:hyperlink r:id="rId32">
        <w:r w:rsidR="000327BD" w:rsidRPr="005D5D44">
          <w:rPr>
            <w:spacing w:val="-1"/>
          </w:rPr>
          <w:t>http://www.museum.ru</w:t>
        </w:r>
      </w:hyperlink>
      <w:r w:rsidR="000327BD" w:rsidRPr="005D5D44">
        <w:rPr>
          <w:spacing w:val="-57"/>
        </w:rPr>
        <w:t xml:space="preserve"> </w:t>
      </w:r>
      <w:r w:rsidR="000327BD" w:rsidRPr="005D5D44">
        <w:t>infourok.ru</w:t>
      </w:r>
      <w:r w:rsidR="000327BD" w:rsidRPr="005D5D44">
        <w:rPr>
          <w:spacing w:val="1"/>
        </w:rPr>
        <w:t xml:space="preserve"> </w:t>
      </w:r>
      <w:r w:rsidR="000327BD" w:rsidRPr="005D5D44">
        <w:t>myofficehub.ru</w:t>
      </w:r>
    </w:p>
    <w:p w14:paraId="00FA805B" w14:textId="77777777" w:rsidR="000327BD" w:rsidRPr="005D5D44" w:rsidRDefault="000327BD" w:rsidP="000327BD">
      <w:pPr>
        <w:pStyle w:val="af"/>
        <w:spacing w:line="292" w:lineRule="auto"/>
        <w:ind w:right="158"/>
      </w:pPr>
      <w:r w:rsidRPr="005D5D44">
        <w:t>https://</w:t>
      </w:r>
      <w:hyperlink r:id="rId33">
        <w:r w:rsidRPr="005D5D44">
          <w:t>www.google.com/url?</w:t>
        </w:r>
      </w:hyperlink>
      <w:r w:rsidRPr="005D5D44">
        <w:rPr>
          <w:spacing w:val="1"/>
        </w:rPr>
        <w:t xml:space="preserve"> </w:t>
      </w:r>
      <w:r w:rsidRPr="005D5D44">
        <w:rPr>
          <w:spacing w:val="-1"/>
        </w:rPr>
        <w:t>q=</w:t>
      </w:r>
      <w:hyperlink r:id="rId34">
        <w:r w:rsidRPr="005D5D44">
          <w:rPr>
            <w:spacing w:val="-1"/>
          </w:rPr>
          <w:t>http://www.shm.ru/&amp;sa=D&amp;ust=1477834344637000&amp;usg=AFQjCNE99chaYDoGQuv2ZyzhDtVy1IlPSw</w:t>
        </w:r>
      </w:hyperlink>
      <w:r w:rsidRPr="005D5D44">
        <w:t xml:space="preserve"> </w:t>
      </w:r>
      <w:hyperlink r:id="rId35">
        <w:r w:rsidRPr="005D5D44">
          <w:t>http://www.rusedu.ru/izo-mhk/list_41.html</w:t>
        </w:r>
      </w:hyperlink>
    </w:p>
    <w:p w14:paraId="251AE17A" w14:textId="77777777" w:rsidR="000327BD" w:rsidRDefault="00D40B2E" w:rsidP="000327BD">
      <w:pPr>
        <w:pStyle w:val="af"/>
        <w:spacing w:line="292" w:lineRule="auto"/>
        <w:ind w:right="4805"/>
      </w:pPr>
      <w:hyperlink r:id="rId36">
        <w:r w:rsidR="000327BD">
          <w:t>http://www.virtualmuseum.ru/</w:t>
        </w:r>
      </w:hyperlink>
      <w:r w:rsidR="000327BD">
        <w:rPr>
          <w:spacing w:val="1"/>
        </w:rPr>
        <w:t xml:space="preserve"> </w:t>
      </w:r>
      <w:hyperlink r:id="rId37">
        <w:r w:rsidR="000327BD">
          <w:rPr>
            <w:spacing w:val="-1"/>
          </w:rPr>
          <w:t>http://tours.kremlin.ru/#/ru&amp;1_</w:t>
        </w:r>
      </w:hyperlink>
    </w:p>
    <w:p w14:paraId="1348C490" w14:textId="77777777" w:rsidR="000327BD" w:rsidRPr="000327BD" w:rsidRDefault="000327BD">
      <w:pPr>
        <w:sectPr w:rsidR="000327BD" w:rsidRPr="000327BD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69A992FA" w14:textId="77777777" w:rsidR="00BD2C6D" w:rsidRPr="000327BD" w:rsidRDefault="00BD2C6D">
      <w:pPr>
        <w:autoSpaceDE w:val="0"/>
        <w:autoSpaceDN w:val="0"/>
        <w:spacing w:after="78" w:line="220" w:lineRule="exact"/>
      </w:pPr>
    </w:p>
    <w:p w14:paraId="29786E08" w14:textId="77777777" w:rsidR="00BD2C6D" w:rsidRPr="000327BD" w:rsidRDefault="009E3629">
      <w:pPr>
        <w:autoSpaceDE w:val="0"/>
        <w:autoSpaceDN w:val="0"/>
        <w:spacing w:after="0" w:line="408" w:lineRule="auto"/>
        <w:ind w:right="432"/>
        <w:rPr>
          <w:lang w:val="ru-RU"/>
        </w:rPr>
      </w:pPr>
      <w:r w:rsidRPr="000327B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0327BD">
        <w:rPr>
          <w:lang w:val="ru-RU"/>
        </w:rPr>
        <w:br/>
      </w:r>
      <w:proofErr w:type="spellStart"/>
      <w:r w:rsidRPr="000327BD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</w:t>
      </w:r>
      <w:proofErr w:type="spellEnd"/>
      <w:r w:rsidRPr="000327B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ДЛЯ ПРОВЕДЕНИЯ ПРАКТИЧЕСКИХ РАБОТ</w:t>
      </w:r>
    </w:p>
    <w:p w14:paraId="0C21E59A" w14:textId="77777777" w:rsidR="00BD2C6D" w:rsidRPr="000327BD" w:rsidRDefault="00BD2C6D">
      <w:pPr>
        <w:rPr>
          <w:lang w:val="ru-RU"/>
        </w:rPr>
        <w:sectPr w:rsidR="00BD2C6D" w:rsidRPr="000327BD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0B71FD5F" w14:textId="77777777" w:rsidR="009E3629" w:rsidRPr="000327BD" w:rsidRDefault="009E3629">
      <w:pPr>
        <w:rPr>
          <w:lang w:val="ru-RU"/>
        </w:rPr>
      </w:pPr>
    </w:p>
    <w:sectPr w:rsidR="009E3629" w:rsidRPr="000327BD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75B7F61"/>
    <w:multiLevelType w:val="hybridMultilevel"/>
    <w:tmpl w:val="1BEC789E"/>
    <w:lvl w:ilvl="0" w:tplc="B824F392">
      <w:start w:val="1"/>
      <w:numFmt w:val="decimal"/>
      <w:lvlText w:val="%1."/>
      <w:lvlJc w:val="left"/>
      <w:pPr>
        <w:ind w:left="585" w:hanging="3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E8E6DE0">
      <w:numFmt w:val="bullet"/>
      <w:lvlText w:val="•"/>
      <w:lvlJc w:val="left"/>
      <w:pPr>
        <w:ind w:left="1600" w:hanging="300"/>
      </w:pPr>
      <w:rPr>
        <w:rFonts w:hint="default"/>
        <w:lang w:val="ru-RU" w:eastAsia="en-US" w:bidi="ar-SA"/>
      </w:rPr>
    </w:lvl>
    <w:lvl w:ilvl="2" w:tplc="911A3924">
      <w:numFmt w:val="bullet"/>
      <w:lvlText w:val="•"/>
      <w:lvlJc w:val="left"/>
      <w:pPr>
        <w:ind w:left="2620" w:hanging="300"/>
      </w:pPr>
      <w:rPr>
        <w:rFonts w:hint="default"/>
        <w:lang w:val="ru-RU" w:eastAsia="en-US" w:bidi="ar-SA"/>
      </w:rPr>
    </w:lvl>
    <w:lvl w:ilvl="3" w:tplc="9BC0970E">
      <w:numFmt w:val="bullet"/>
      <w:lvlText w:val="•"/>
      <w:lvlJc w:val="left"/>
      <w:pPr>
        <w:ind w:left="3640" w:hanging="300"/>
      </w:pPr>
      <w:rPr>
        <w:rFonts w:hint="default"/>
        <w:lang w:val="ru-RU" w:eastAsia="en-US" w:bidi="ar-SA"/>
      </w:rPr>
    </w:lvl>
    <w:lvl w:ilvl="4" w:tplc="57E69D22">
      <w:numFmt w:val="bullet"/>
      <w:lvlText w:val="•"/>
      <w:lvlJc w:val="left"/>
      <w:pPr>
        <w:ind w:left="4660" w:hanging="300"/>
      </w:pPr>
      <w:rPr>
        <w:rFonts w:hint="default"/>
        <w:lang w:val="ru-RU" w:eastAsia="en-US" w:bidi="ar-SA"/>
      </w:rPr>
    </w:lvl>
    <w:lvl w:ilvl="5" w:tplc="9D8EF7B8">
      <w:numFmt w:val="bullet"/>
      <w:lvlText w:val="•"/>
      <w:lvlJc w:val="left"/>
      <w:pPr>
        <w:ind w:left="5680" w:hanging="300"/>
      </w:pPr>
      <w:rPr>
        <w:rFonts w:hint="default"/>
        <w:lang w:val="ru-RU" w:eastAsia="en-US" w:bidi="ar-SA"/>
      </w:rPr>
    </w:lvl>
    <w:lvl w:ilvl="6" w:tplc="F442452C">
      <w:numFmt w:val="bullet"/>
      <w:lvlText w:val="•"/>
      <w:lvlJc w:val="left"/>
      <w:pPr>
        <w:ind w:left="6700" w:hanging="300"/>
      </w:pPr>
      <w:rPr>
        <w:rFonts w:hint="default"/>
        <w:lang w:val="ru-RU" w:eastAsia="en-US" w:bidi="ar-SA"/>
      </w:rPr>
    </w:lvl>
    <w:lvl w:ilvl="7" w:tplc="387EA4DE">
      <w:numFmt w:val="bullet"/>
      <w:lvlText w:val="•"/>
      <w:lvlJc w:val="left"/>
      <w:pPr>
        <w:ind w:left="7720" w:hanging="300"/>
      </w:pPr>
      <w:rPr>
        <w:rFonts w:hint="default"/>
        <w:lang w:val="ru-RU" w:eastAsia="en-US" w:bidi="ar-SA"/>
      </w:rPr>
    </w:lvl>
    <w:lvl w:ilvl="8" w:tplc="8BD0539A">
      <w:numFmt w:val="bullet"/>
      <w:lvlText w:val="•"/>
      <w:lvlJc w:val="left"/>
      <w:pPr>
        <w:ind w:left="8740" w:hanging="300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27BD"/>
    <w:rsid w:val="00034616"/>
    <w:rsid w:val="0006063C"/>
    <w:rsid w:val="0015074B"/>
    <w:rsid w:val="0029639D"/>
    <w:rsid w:val="00326F90"/>
    <w:rsid w:val="00801182"/>
    <w:rsid w:val="00960E58"/>
    <w:rsid w:val="009E3629"/>
    <w:rsid w:val="00AA1D8D"/>
    <w:rsid w:val="00B47730"/>
    <w:rsid w:val="00BD2C6D"/>
    <w:rsid w:val="00CB0664"/>
    <w:rsid w:val="00D40B2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973A274"/>
  <w14:defaultImageDpi w14:val="300"/>
  <w15:docId w15:val="{CE2DA8D6-9BFE-45D0-B98D-1782D3666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1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1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1"/>
    <w:unhideWhenUsed/>
    <w:qFormat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TableNormal">
    <w:name w:val="Table Normal"/>
    <w:uiPriority w:val="2"/>
    <w:semiHidden/>
    <w:unhideWhenUsed/>
    <w:qFormat/>
    <w:rsid w:val="000327BD"/>
    <w:pPr>
      <w:widowControl w:val="0"/>
      <w:autoSpaceDE w:val="0"/>
      <w:autoSpaceDN w:val="0"/>
      <w:spacing w:after="0" w:line="240" w:lineRule="auto"/>
    </w:pPr>
    <w:rPr>
      <w:rFonts w:eastAsia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0327BD"/>
    <w:pPr>
      <w:widowControl w:val="0"/>
      <w:autoSpaceDE w:val="0"/>
      <w:autoSpaceDN w:val="0"/>
      <w:spacing w:before="64" w:after="0" w:line="240" w:lineRule="auto"/>
      <w:ind w:left="76"/>
    </w:pPr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etodkabinet.eu/TemKollekzii/NarodnyePromysly.html" TargetMode="External"/><Relationship Id="rId18" Type="http://schemas.openxmlformats.org/officeDocument/2006/relationships/hyperlink" Target="http://www.rusedu.ru/izo-mhk/list_41.html" TargetMode="External"/><Relationship Id="rId26" Type="http://schemas.openxmlformats.org/officeDocument/2006/relationships/hyperlink" Target="http://www.hermitage.ru/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://www.rusedu.ru/izo-mhk/list_41.html" TargetMode="External"/><Relationship Id="rId34" Type="http://schemas.openxmlformats.org/officeDocument/2006/relationships/hyperlink" Target="http://www.shm.ru/%26sa%3DD%26ust%3D1477834344637000%26usg%3DAFQjCNE99chaYDoGQuv2ZyzhDtVy1IlPSw" TargetMode="External"/><Relationship Id="rId7" Type="http://schemas.openxmlformats.org/officeDocument/2006/relationships/hyperlink" Target="http://school-collection.edu.ru/" TargetMode="External"/><Relationship Id="rId12" Type="http://schemas.openxmlformats.org/officeDocument/2006/relationships/hyperlink" Target="http://www.metodkabinet.eu/TemKollekzii/NarodnyePromysly.html" TargetMode="External"/><Relationship Id="rId17" Type="http://schemas.openxmlformats.org/officeDocument/2006/relationships/hyperlink" Target="http://www.rusedu.ru/izo-mhk/list_41.html" TargetMode="External"/><Relationship Id="rId25" Type="http://schemas.openxmlformats.org/officeDocument/2006/relationships/hyperlink" Target="http://www.tretyakov.ru/" TargetMode="External"/><Relationship Id="rId33" Type="http://schemas.openxmlformats.org/officeDocument/2006/relationships/hyperlink" Target="http://www.google.com/url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rusedu.ru/izo-mhk/list_41.html" TargetMode="External"/><Relationship Id="rId20" Type="http://schemas.openxmlformats.org/officeDocument/2006/relationships/hyperlink" Target="http://www.rusedu.ru/izo-mhk/list_41.html" TargetMode="External"/><Relationship Id="rId29" Type="http://schemas.openxmlformats.org/officeDocument/2006/relationships/hyperlink" Target="http://www.google.com/ur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tours.kremlin.ru/%23/ru%261_" TargetMode="External"/><Relationship Id="rId24" Type="http://schemas.openxmlformats.org/officeDocument/2006/relationships/hyperlink" Target="http://www.hermitage.ru/" TargetMode="External"/><Relationship Id="rId32" Type="http://schemas.openxmlformats.org/officeDocument/2006/relationships/hyperlink" Target="http://www.museum.ru/" TargetMode="External"/><Relationship Id="rId37" Type="http://schemas.openxmlformats.org/officeDocument/2006/relationships/hyperlink" Target="http://tours.kremlin.ru/%23/ru%261_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usedu.ru/izo-mhk/list_41.html" TargetMode="External"/><Relationship Id="rId23" Type="http://schemas.openxmlformats.org/officeDocument/2006/relationships/hyperlink" Target="http://www.tretyakov.ru/" TargetMode="External"/><Relationship Id="rId28" Type="http://schemas.openxmlformats.org/officeDocument/2006/relationships/hyperlink" Target="http://www.arthistory.ru/" TargetMode="External"/><Relationship Id="rId36" Type="http://schemas.openxmlformats.org/officeDocument/2006/relationships/hyperlink" Target="http://www.virtualmuseum.ru/" TargetMode="External"/><Relationship Id="rId10" Type="http://schemas.openxmlformats.org/officeDocument/2006/relationships/hyperlink" Target="http://www.virtualmuseum.ru/" TargetMode="External"/><Relationship Id="rId19" Type="http://schemas.openxmlformats.org/officeDocument/2006/relationships/hyperlink" Target="http://www.rusedu.ru/izo-mhk/list_41.html" TargetMode="External"/><Relationship Id="rId31" Type="http://schemas.openxmlformats.org/officeDocument/2006/relationships/hyperlink" Target="http://www.museum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tours.kremlin.ru/%23/ru%261_" TargetMode="External"/><Relationship Id="rId14" Type="http://schemas.openxmlformats.org/officeDocument/2006/relationships/hyperlink" Target="http://www.metodkabinet.eu/TemKollekzii/NarodnyePromysly.html" TargetMode="External"/><Relationship Id="rId22" Type="http://schemas.openxmlformats.org/officeDocument/2006/relationships/hyperlink" Target="http://www.rusedu.ru/izo-mhk/list_41.html" TargetMode="External"/><Relationship Id="rId27" Type="http://schemas.openxmlformats.org/officeDocument/2006/relationships/hyperlink" Target="http://www.shm.ru/" TargetMode="External"/><Relationship Id="rId30" Type="http://schemas.openxmlformats.org/officeDocument/2006/relationships/hyperlink" Target="http://www.shm.ru/%26sa%3DD%26ust%3D1477834344637000%26usg%3DAFQjCNE99chaYDoGQuv2ZyzhDtVy1IlPSw" TargetMode="External"/><Relationship Id="rId35" Type="http://schemas.openxmlformats.org/officeDocument/2006/relationships/hyperlink" Target="http://www.rusedu.ru/izo-mhk/list_41.html" TargetMode="External"/><Relationship Id="rId8" Type="http://schemas.openxmlformats.org/officeDocument/2006/relationships/hyperlink" Target="http://www.virtualmuseum.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6C862D6-43EF-4ECC-B247-E955078C2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26</Pages>
  <Words>6798</Words>
  <Characters>38749</Characters>
  <Application>Microsoft Office Word</Application>
  <DocSecurity>0</DocSecurity>
  <Lines>322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45457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НАТАША</cp:lastModifiedBy>
  <cp:revision>5</cp:revision>
  <dcterms:created xsi:type="dcterms:W3CDTF">2013-12-23T23:15:00Z</dcterms:created>
  <dcterms:modified xsi:type="dcterms:W3CDTF">2022-06-28T00:47:00Z</dcterms:modified>
  <cp:category/>
</cp:coreProperties>
</file>