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19B0B" w14:textId="00A0A2B1" w:rsidR="0035017A" w:rsidRDefault="00D172BF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FD23E2" wp14:editId="696F962A">
            <wp:simplePos x="0" y="0"/>
            <wp:positionH relativeFrom="column">
              <wp:posOffset>217170</wp:posOffset>
            </wp:positionH>
            <wp:positionV relativeFrom="paragraph">
              <wp:posOffset>191770</wp:posOffset>
            </wp:positionV>
            <wp:extent cx="6315075" cy="92259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A5ACE4" w14:textId="2E41CD3A" w:rsidR="0035017A" w:rsidRPr="009228F1" w:rsidRDefault="0035017A">
      <w:pPr>
        <w:autoSpaceDE w:val="0"/>
        <w:autoSpaceDN w:val="0"/>
        <w:spacing w:after="0" w:line="230" w:lineRule="auto"/>
        <w:ind w:left="1494"/>
        <w:rPr>
          <w:lang w:val="ru-RU"/>
        </w:rPr>
      </w:pPr>
    </w:p>
    <w:p w14:paraId="7BB436A4" w14:textId="77777777" w:rsidR="009228F1" w:rsidRPr="009228F1" w:rsidRDefault="009228F1">
      <w:pPr>
        <w:rPr>
          <w:lang w:val="ru-RU"/>
        </w:rPr>
        <w:sectPr w:rsidR="009228F1" w:rsidRPr="009228F1">
          <w:pgSz w:w="11900" w:h="16840"/>
          <w:pgMar w:top="298" w:right="880" w:bottom="1436" w:left="738" w:header="720" w:footer="720" w:gutter="0"/>
          <w:cols w:space="720" w:equalWidth="0">
            <w:col w:w="10282" w:space="0"/>
          </w:cols>
          <w:docGrid w:linePitch="360"/>
        </w:sectPr>
      </w:pPr>
    </w:p>
    <w:p w14:paraId="4BA12232" w14:textId="77777777" w:rsidR="0035017A" w:rsidRPr="009228F1" w:rsidRDefault="0035017A">
      <w:pPr>
        <w:autoSpaceDE w:val="0"/>
        <w:autoSpaceDN w:val="0"/>
        <w:spacing w:after="258" w:line="220" w:lineRule="exact"/>
        <w:rPr>
          <w:lang w:val="ru-RU"/>
        </w:rPr>
      </w:pPr>
    </w:p>
    <w:p w14:paraId="7FA9B24D" w14:textId="77777777" w:rsidR="0035017A" w:rsidRPr="009228F1" w:rsidRDefault="00A801B7">
      <w:pPr>
        <w:autoSpaceDE w:val="0"/>
        <w:autoSpaceDN w:val="0"/>
        <w:spacing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2C2A2185" w14:textId="77777777" w:rsidR="0035017A" w:rsidRPr="009228F1" w:rsidRDefault="00A801B7">
      <w:pPr>
        <w:autoSpaceDE w:val="0"/>
        <w:autoSpaceDN w:val="0"/>
        <w:spacing w:before="346" w:after="0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4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6754B45F" w14:textId="77777777" w:rsidR="0035017A" w:rsidRPr="009228F1" w:rsidRDefault="00A801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37987E2C" w14:textId="77777777" w:rsidR="0035017A" w:rsidRPr="009228F1" w:rsidRDefault="00A801B7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702D39C5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120E27F7" w14:textId="77777777" w:rsidR="0035017A" w:rsidRPr="009228F1" w:rsidRDefault="00A801B7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441FE9B3" w14:textId="77777777" w:rsidR="0035017A" w:rsidRPr="009228F1" w:rsidRDefault="00A801B7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17554FFF" w14:textId="77777777" w:rsidR="0035017A" w:rsidRPr="009228F1" w:rsidRDefault="00A801B7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3EEAA68E" w14:textId="77777777" w:rsidR="0035017A" w:rsidRPr="009228F1" w:rsidRDefault="00A801B7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4B0462E9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02536FDF" w14:textId="77777777" w:rsidR="0035017A" w:rsidRPr="009228F1" w:rsidRDefault="00A801B7">
      <w:pPr>
        <w:autoSpaceDE w:val="0"/>
        <w:autoSpaceDN w:val="0"/>
        <w:spacing w:before="178" w:after="0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55F76EB7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105F3EDF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14:paraId="30FBBA11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441DFBD6" w14:textId="77777777" w:rsidR="0035017A" w:rsidRPr="009228F1" w:rsidRDefault="0035017A">
      <w:pPr>
        <w:autoSpaceDE w:val="0"/>
        <w:autoSpaceDN w:val="0"/>
        <w:spacing w:after="66" w:line="220" w:lineRule="exact"/>
        <w:rPr>
          <w:lang w:val="ru-RU"/>
        </w:rPr>
      </w:pPr>
    </w:p>
    <w:p w14:paraId="4D531C87" w14:textId="77777777" w:rsidR="0035017A" w:rsidRPr="009228F1" w:rsidRDefault="00A801B7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087A5471" w14:textId="77777777" w:rsidR="0035017A" w:rsidRPr="009228F1" w:rsidRDefault="00A801B7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58062E05" w14:textId="77777777" w:rsidR="0035017A" w:rsidRPr="009228F1" w:rsidRDefault="00A801B7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00204DC9" w14:textId="77777777" w:rsidR="0035017A" w:rsidRPr="009228F1" w:rsidRDefault="00A801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4 классе отводится 4 часа в неделю, всего 136 часов.</w:t>
      </w:r>
    </w:p>
    <w:p w14:paraId="7254D4EF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14:paraId="3B79C884" w14:textId="77777777" w:rsidR="0035017A" w:rsidRPr="009228F1" w:rsidRDefault="0035017A">
      <w:pPr>
        <w:autoSpaceDE w:val="0"/>
        <w:autoSpaceDN w:val="0"/>
        <w:spacing w:after="78" w:line="220" w:lineRule="exact"/>
        <w:rPr>
          <w:lang w:val="ru-RU"/>
        </w:rPr>
      </w:pPr>
    </w:p>
    <w:p w14:paraId="4A0E4333" w14:textId="77777777" w:rsidR="0035017A" w:rsidRPr="009228F1" w:rsidRDefault="00A801B7">
      <w:pPr>
        <w:autoSpaceDE w:val="0"/>
        <w:autoSpaceDN w:val="0"/>
        <w:spacing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034CDCD" w14:textId="77777777" w:rsidR="0035017A" w:rsidRPr="009228F1" w:rsidRDefault="00A801B7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величины»,«Арифметические</w:t>
      </w:r>
      <w:proofErr w:type="spellEnd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14:paraId="24C7F5E2" w14:textId="77777777" w:rsidR="0035017A" w:rsidRPr="009228F1" w:rsidRDefault="00A801B7">
      <w:pPr>
        <w:autoSpaceDE w:val="0"/>
        <w:autoSpaceDN w:val="0"/>
        <w:spacing w:before="26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14:paraId="2630B2B9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14:paraId="354531F5" w14:textId="77777777" w:rsidR="0035017A" w:rsidRPr="009228F1" w:rsidRDefault="00A801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объектов по массе, длине, площади, вместимости.</w:t>
      </w:r>
    </w:p>
    <w:p w14:paraId="3A9A5A2C" w14:textId="77777777" w:rsidR="0035017A" w:rsidRPr="009228F1" w:rsidRDefault="00A801B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Единицы массы — центнер, тонна; соотношения между единицами массы.</w:t>
      </w:r>
    </w:p>
    <w:p w14:paraId="4E821F7A" w14:textId="77777777" w:rsidR="0035017A" w:rsidRPr="009228F1" w:rsidRDefault="00A801B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Единицы времени (сутки, неделя, месяц, год, век), соотношение между ними.</w:t>
      </w:r>
    </w:p>
    <w:p w14:paraId="70FE6ED3" w14:textId="77777777" w:rsidR="0035017A" w:rsidRPr="009228F1" w:rsidRDefault="00A801B7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100 000.</w:t>
      </w:r>
    </w:p>
    <w:p w14:paraId="6BEE76E2" w14:textId="77777777" w:rsidR="0035017A" w:rsidRPr="009228F1" w:rsidRDefault="00A801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Доля величины времени, массы, длины.</w:t>
      </w:r>
    </w:p>
    <w:p w14:paraId="36539B09" w14:textId="77777777" w:rsidR="0035017A" w:rsidRPr="009228F1" w:rsidRDefault="00A801B7">
      <w:pPr>
        <w:autoSpaceDE w:val="0"/>
        <w:autoSpaceDN w:val="0"/>
        <w:spacing w:before="26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14:paraId="406F8781" w14:textId="77777777" w:rsidR="0035017A" w:rsidRPr="009228F1" w:rsidRDefault="00A801B7">
      <w:pPr>
        <w:autoSpaceDE w:val="0"/>
        <w:autoSpaceDN w:val="0"/>
        <w:spacing w:before="118" w:after="0" w:line="271" w:lineRule="auto"/>
        <w:ind w:right="576"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100 000; деление с остатком. Умножение/деление на 10, 100, 1000.</w:t>
      </w:r>
    </w:p>
    <w:p w14:paraId="11AE3489" w14:textId="77777777" w:rsidR="0035017A" w:rsidRPr="009228F1" w:rsidRDefault="00A801B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14:paraId="632228FC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14:paraId="308B34BF" w14:textId="77777777" w:rsidR="0035017A" w:rsidRPr="009228F1" w:rsidRDefault="00A801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Умножение и деление величины на однозначное число.</w:t>
      </w:r>
    </w:p>
    <w:p w14:paraId="67735E1F" w14:textId="77777777" w:rsidR="0035017A" w:rsidRPr="009228F1" w:rsidRDefault="00A801B7">
      <w:pPr>
        <w:autoSpaceDE w:val="0"/>
        <w:autoSpaceDN w:val="0"/>
        <w:spacing w:before="26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14:paraId="4FEECA31" w14:textId="77777777" w:rsidR="0035017A" w:rsidRPr="009228F1" w:rsidRDefault="00A801B7">
      <w:pPr>
        <w:autoSpaceDE w:val="0"/>
        <w:autoSpaceDN w:val="0"/>
        <w:spacing w:before="118" w:after="0" w:line="286" w:lineRule="auto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 с текстовой  задачей,  решение  которой  содержит 2—3 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(производительность, время, объём работы), купли 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14:paraId="16CF881B" w14:textId="77777777" w:rsidR="0035017A" w:rsidRPr="009228F1" w:rsidRDefault="00A801B7">
      <w:pPr>
        <w:autoSpaceDE w:val="0"/>
        <w:autoSpaceDN w:val="0"/>
        <w:spacing w:before="50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14:paraId="32A5202B" w14:textId="77777777" w:rsidR="0035017A" w:rsidRPr="009228F1" w:rsidRDefault="00A801B7">
      <w:pPr>
        <w:autoSpaceDE w:val="0"/>
        <w:autoSpaceDN w:val="0"/>
        <w:spacing w:before="11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Наглядные представления о симметрии.</w:t>
      </w:r>
    </w:p>
    <w:p w14:paraId="03CFD97B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14:paraId="57D6FE93" w14:textId="77777777" w:rsidR="0035017A" w:rsidRPr="009228F1" w:rsidRDefault="00A801B7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Пространственные геометрические фигуры (тела): шар, куб, цилиндр, конус, пирамида; различение, называние.</w:t>
      </w:r>
    </w:p>
    <w:p w14:paraId="6DF144C3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14:paraId="5BE7D43D" w14:textId="77777777" w:rsidR="0035017A" w:rsidRPr="009228F1" w:rsidRDefault="00A801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Периметр, площадь фигуры, составленной из двух, трёх прямоугольников (квадратов).</w:t>
      </w:r>
    </w:p>
    <w:p w14:paraId="67C61B79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18DFB4" w14:textId="77777777" w:rsidR="0035017A" w:rsidRPr="009228F1" w:rsidRDefault="0035017A">
      <w:pPr>
        <w:autoSpaceDE w:val="0"/>
        <w:autoSpaceDN w:val="0"/>
        <w:spacing w:after="132" w:line="220" w:lineRule="exact"/>
        <w:rPr>
          <w:lang w:val="ru-RU"/>
        </w:rPr>
      </w:pPr>
    </w:p>
    <w:p w14:paraId="734AC1B2" w14:textId="77777777" w:rsidR="0035017A" w:rsidRPr="009228F1" w:rsidRDefault="00A801B7">
      <w:pPr>
        <w:autoSpaceDE w:val="0"/>
        <w:autoSpaceDN w:val="0"/>
        <w:spacing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14:paraId="15F5CA8B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118" w:after="0" w:line="262" w:lineRule="auto"/>
        <w:ind w:right="864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14:paraId="1167FA29" w14:textId="77777777" w:rsidR="0035017A" w:rsidRPr="009228F1" w:rsidRDefault="00A801B7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14:paraId="5CF4AB31" w14:textId="77777777" w:rsidR="0035017A" w:rsidRPr="009228F1" w:rsidRDefault="00A801B7">
      <w:pPr>
        <w:autoSpaceDE w:val="0"/>
        <w:autoSpaceDN w:val="0"/>
        <w:spacing w:before="70" w:after="0"/>
        <w:ind w:firstLine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Доступные электронные средства обучения, пособия, тренажёры, их использование под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ориентированные на детей младшего школьного возраста).</w:t>
      </w:r>
    </w:p>
    <w:p w14:paraId="31586EC3" w14:textId="77777777" w:rsidR="0035017A" w:rsidRPr="009228F1" w:rsidRDefault="00A801B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Алгоритмы решения учебных и практических задач.</w:t>
      </w:r>
    </w:p>
    <w:p w14:paraId="289E0143" w14:textId="77777777" w:rsidR="0035017A" w:rsidRPr="009228F1" w:rsidRDefault="00A801B7">
      <w:pPr>
        <w:autoSpaceDE w:val="0"/>
        <w:autoSpaceDN w:val="0"/>
        <w:spacing w:before="26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14:paraId="50A339AF" w14:textId="77777777" w:rsidR="0035017A" w:rsidRPr="009228F1" w:rsidRDefault="00A801B7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20E8E051" w14:textId="77777777" w:rsidR="0035017A" w:rsidRPr="009228F1" w:rsidRDefault="00A801B7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изученной математической терминологии, использовать её в высказываниях и рассуждениях;</w:t>
      </w:r>
    </w:p>
    <w:p w14:paraId="20F252ED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108"/>
        <w:jc w:val="both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математические объекты (числа, величины, геометрические фигуры), записывать признак сравнения; выбирать метод решения математической задачи (алгоритм действия, приём вычисления, способ решения, моделирование ситуации, перебор вариантов); </w:t>
      </w:r>
    </w:p>
    <w:p w14:paraId="0B641D3A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изученных геометрических фигур в окружающем мире; </w:t>
      </w:r>
    </w:p>
    <w:p w14:paraId="1AC1E65B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 </w:t>
      </w:r>
    </w:p>
    <w:p w14:paraId="1BAEF1F3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объекты по 1 - 2 выбранным признакам; </w:t>
      </w:r>
    </w:p>
    <w:p w14:paraId="2184B64B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модель математической задачи, проверять её соответствие условиям задачи; </w:t>
      </w:r>
    </w:p>
    <w:p w14:paraId="7B522BDE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14:paraId="1A69CE93" w14:textId="77777777" w:rsidR="0035017A" w:rsidRPr="009228F1" w:rsidRDefault="00A801B7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682698AB" w14:textId="77777777" w:rsidR="0035017A" w:rsidRPr="009228F1" w:rsidRDefault="00A801B7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разных формах; </w:t>
      </w:r>
    </w:p>
    <w:p w14:paraId="2BBBCBF6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извлекать и интерпретировать информацию, представленную в таблице, на диаграмме; использовать справочную литературу для поиска информации, в том числе Интернет (в условиях контролируемого выхода).</w:t>
      </w:r>
    </w:p>
    <w:p w14:paraId="5E8C6F29" w14:textId="77777777" w:rsidR="0035017A" w:rsidRPr="009228F1" w:rsidRDefault="00A801B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14:paraId="4C916D15" w14:textId="77777777" w:rsidR="0035017A" w:rsidRPr="009228F1" w:rsidRDefault="00A801B7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математическую терминологию для записи решения предметной или практической задачи; </w:t>
      </w:r>
    </w:p>
    <w:p w14:paraId="02129BC5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 контрпримеры для подтверждения/опровержения вывода, гипотезы; </w:t>
      </w:r>
    </w:p>
    <w:p w14:paraId="1EEE7F94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конструировать, читать числовое выражение; </w:t>
      </w:r>
    </w:p>
    <w:p w14:paraId="3EA10E49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практическую ситуацию с использованием изученной терминологии; </w:t>
      </w:r>
    </w:p>
    <w:p w14:paraId="43ADD5DE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математические объекты, явления и события с помощью изученных</w:t>
      </w:r>
    </w:p>
    <w:p w14:paraId="7EF28D32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352" w:right="786" w:bottom="452" w:left="666" w:header="720" w:footer="720" w:gutter="0"/>
          <w:cols w:space="720" w:equalWidth="0">
            <w:col w:w="10448" w:space="0"/>
          </w:cols>
          <w:docGrid w:linePitch="360"/>
        </w:sectPr>
      </w:pPr>
    </w:p>
    <w:p w14:paraId="3A1FB86B" w14:textId="77777777" w:rsidR="0035017A" w:rsidRPr="009228F1" w:rsidRDefault="0035017A">
      <w:pPr>
        <w:autoSpaceDE w:val="0"/>
        <w:autoSpaceDN w:val="0"/>
        <w:spacing w:after="66" w:line="220" w:lineRule="exact"/>
        <w:rPr>
          <w:lang w:val="ru-RU"/>
        </w:rPr>
      </w:pPr>
    </w:p>
    <w:p w14:paraId="6DF2A115" w14:textId="77777777" w:rsidR="0035017A" w:rsidRPr="009228F1" w:rsidRDefault="00A801B7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величин; </w:t>
      </w:r>
    </w:p>
    <w:p w14:paraId="101A9606" w14:textId="77777777" w:rsidR="0035017A" w:rsidRPr="009228F1" w:rsidRDefault="00A801B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инструкцию, записывать рассуждение; </w:t>
      </w:r>
    </w:p>
    <w:p w14:paraId="66FA0D2A" w14:textId="77777777" w:rsidR="0035017A" w:rsidRPr="009228F1" w:rsidRDefault="00A801B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инициировать обсуждение разных способов выполнения задания, поиск ошибок в решении.</w:t>
      </w:r>
    </w:p>
    <w:p w14:paraId="21D7EBD0" w14:textId="77777777" w:rsidR="0035017A" w:rsidRPr="009228F1" w:rsidRDefault="00A801B7">
      <w:pPr>
        <w:autoSpaceDE w:val="0"/>
        <w:autoSpaceDN w:val="0"/>
        <w:spacing w:before="178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14:paraId="737E3F16" w14:textId="77777777" w:rsidR="0035017A" w:rsidRPr="009228F1" w:rsidRDefault="00A801B7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 </w:t>
      </w:r>
    </w:p>
    <w:p w14:paraId="4D47157E" w14:textId="77777777" w:rsidR="0035017A" w:rsidRPr="009228F1" w:rsidRDefault="00A801B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выполнять прикидку и оценку результата измерений; </w:t>
      </w:r>
    </w:p>
    <w:p w14:paraId="3B106F32" w14:textId="77777777" w:rsidR="0035017A" w:rsidRPr="009228F1" w:rsidRDefault="00A801B7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находить, исправлять, прогнозировать трудности и ошибки и трудности в решении учебной задачи.</w:t>
      </w:r>
    </w:p>
    <w:p w14:paraId="0086A4A3" w14:textId="77777777" w:rsidR="0035017A" w:rsidRPr="009228F1" w:rsidRDefault="00A801B7">
      <w:pPr>
        <w:autoSpaceDE w:val="0"/>
        <w:autoSpaceDN w:val="0"/>
        <w:spacing w:before="180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4866C207" w14:textId="77777777" w:rsidR="0035017A" w:rsidRPr="009228F1" w:rsidRDefault="00A801B7">
      <w:pPr>
        <w:autoSpaceDE w:val="0"/>
        <w:autoSpaceDN w:val="0"/>
        <w:spacing w:before="178" w:after="0"/>
        <w:ind w:left="24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 </w:t>
      </w:r>
    </w:p>
    <w:p w14:paraId="292E64F5" w14:textId="77777777" w:rsidR="0035017A" w:rsidRPr="009228F1" w:rsidRDefault="00A801B7">
      <w:pPr>
        <w:autoSpaceDE w:val="0"/>
        <w:autoSpaceDN w:val="0"/>
        <w:spacing w:before="190" w:after="0" w:line="281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14:paraId="73E3C4D9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86" w:right="944" w:bottom="1440" w:left="846" w:header="720" w:footer="720" w:gutter="0"/>
          <w:cols w:space="720" w:equalWidth="0">
            <w:col w:w="10109" w:space="0"/>
          </w:cols>
          <w:docGrid w:linePitch="360"/>
        </w:sectPr>
      </w:pPr>
    </w:p>
    <w:p w14:paraId="04039B5E" w14:textId="77777777" w:rsidR="0035017A" w:rsidRPr="009228F1" w:rsidRDefault="0035017A">
      <w:pPr>
        <w:autoSpaceDE w:val="0"/>
        <w:autoSpaceDN w:val="0"/>
        <w:spacing w:after="78" w:line="220" w:lineRule="exact"/>
        <w:rPr>
          <w:lang w:val="ru-RU"/>
        </w:rPr>
      </w:pPr>
    </w:p>
    <w:p w14:paraId="196C133B" w14:textId="77777777" w:rsidR="0035017A" w:rsidRPr="009228F1" w:rsidRDefault="00A801B7">
      <w:pPr>
        <w:autoSpaceDE w:val="0"/>
        <w:autoSpaceDN w:val="0"/>
        <w:spacing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22A8D1B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5743A60" w14:textId="77777777" w:rsidR="0035017A" w:rsidRPr="009228F1" w:rsidRDefault="00A801B7">
      <w:pPr>
        <w:autoSpaceDE w:val="0"/>
        <w:autoSpaceDN w:val="0"/>
        <w:spacing w:before="26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6F02821" w14:textId="77777777" w:rsidR="0035017A" w:rsidRPr="009228F1" w:rsidRDefault="00A801B7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9228F1">
        <w:rPr>
          <w:lang w:val="ru-RU"/>
        </w:rPr>
        <w:tab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664036C1" w14:textId="77777777" w:rsidR="0035017A" w:rsidRPr="009228F1" w:rsidRDefault="00A801B7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48816FDE" w14:textId="77777777" w:rsidR="0035017A" w:rsidRPr="009228F1" w:rsidRDefault="00A801B7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28AD64C0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1EFEF012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354C9F9B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5793D892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5DE83C05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315363A2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67221331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21473ABC" w14:textId="77777777" w:rsidR="0035017A" w:rsidRPr="009228F1" w:rsidRDefault="00A801B7">
      <w:pPr>
        <w:autoSpaceDE w:val="0"/>
        <w:autoSpaceDN w:val="0"/>
        <w:spacing w:before="324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4A50268" w14:textId="77777777" w:rsidR="0035017A" w:rsidRPr="009228F1" w:rsidRDefault="00A801B7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095A2DE5" w14:textId="77777777" w:rsidR="0035017A" w:rsidRPr="009228F1" w:rsidRDefault="00A801B7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14:paraId="639F630F" w14:textId="77777777" w:rsidR="0035017A" w:rsidRPr="009228F1" w:rsidRDefault="00A801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74A8317B" w14:textId="77777777" w:rsidR="0035017A" w:rsidRPr="009228F1" w:rsidRDefault="00A801B7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737F1F43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6EDF369D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043F06D2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00F55B6B" w14:textId="77777777" w:rsidR="0035017A" w:rsidRPr="009228F1" w:rsidRDefault="00A801B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5FC0C307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106D55D" w14:textId="77777777" w:rsidR="0035017A" w:rsidRPr="009228F1" w:rsidRDefault="0035017A">
      <w:pPr>
        <w:autoSpaceDE w:val="0"/>
        <w:autoSpaceDN w:val="0"/>
        <w:spacing w:after="132" w:line="220" w:lineRule="exact"/>
        <w:rPr>
          <w:lang w:val="ru-RU"/>
        </w:rPr>
      </w:pPr>
    </w:p>
    <w:p w14:paraId="7E340C5A" w14:textId="77777777" w:rsidR="0035017A" w:rsidRPr="009228F1" w:rsidRDefault="00A801B7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2DCAC20C" w14:textId="77777777" w:rsidR="0035017A" w:rsidRPr="009228F1" w:rsidRDefault="00A801B7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56831435" w14:textId="77777777" w:rsidR="0035017A" w:rsidRPr="009228F1" w:rsidRDefault="00A801B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вариантов).</w:t>
      </w:r>
    </w:p>
    <w:p w14:paraId="7DAB2AE3" w14:textId="77777777" w:rsidR="0035017A" w:rsidRPr="009228F1" w:rsidRDefault="00A801B7">
      <w:pPr>
        <w:autoSpaceDE w:val="0"/>
        <w:autoSpaceDN w:val="0"/>
        <w:spacing w:before="178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2A994D6A" w14:textId="77777777" w:rsidR="0035017A" w:rsidRPr="009228F1" w:rsidRDefault="00A801B7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563B943A" w14:textId="77777777" w:rsidR="0035017A" w:rsidRPr="009228F1" w:rsidRDefault="00A801B7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46B2622A" w14:textId="77777777" w:rsidR="0035017A" w:rsidRPr="009228F1" w:rsidRDefault="00A801B7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446CD114" w14:textId="77777777" w:rsidR="0035017A" w:rsidRPr="009228F1" w:rsidRDefault="00A801B7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1D9DD4B8" w14:textId="77777777" w:rsidR="0035017A" w:rsidRPr="009228F1" w:rsidRDefault="00A801B7">
      <w:pPr>
        <w:autoSpaceDE w:val="0"/>
        <w:autoSpaceDN w:val="0"/>
        <w:spacing w:before="178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4AF65243" w14:textId="77777777" w:rsidR="0035017A" w:rsidRPr="009228F1" w:rsidRDefault="00A801B7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 строить логическое рассуждение;</w:t>
      </w:r>
    </w:p>
    <w:p w14:paraId="66BEAFC0" w14:textId="77777777" w:rsidR="0035017A" w:rsidRPr="009228F1" w:rsidRDefault="00A801B7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14:paraId="3C6949AB" w14:textId="77777777" w:rsidR="0035017A" w:rsidRPr="009228F1" w:rsidRDefault="00A801B7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14:paraId="2E3BF4B2" w14:textId="77777777" w:rsidR="0035017A" w:rsidRPr="009228F1" w:rsidRDefault="00A801B7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4D2726C2" w14:textId="77777777" w:rsidR="0035017A" w:rsidRPr="009228F1" w:rsidRDefault="00A801B7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7206AF00" w14:textId="77777777" w:rsidR="0035017A" w:rsidRPr="009228F1" w:rsidRDefault="00A801B7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05747AA1" w14:textId="77777777" w:rsidR="0035017A" w:rsidRPr="009228F1" w:rsidRDefault="00A801B7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14:paraId="60912E0E" w14:textId="77777777" w:rsidR="0035017A" w:rsidRPr="009228F1" w:rsidRDefault="00A801B7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</w:p>
    <w:p w14:paraId="3CA0B870" w14:textId="77777777" w:rsidR="0035017A" w:rsidRPr="009228F1" w:rsidRDefault="00A801B7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14:paraId="7CD062FF" w14:textId="77777777" w:rsidR="0035017A" w:rsidRPr="009228F1" w:rsidRDefault="00A801B7">
      <w:pPr>
        <w:autoSpaceDE w:val="0"/>
        <w:autoSpaceDN w:val="0"/>
        <w:spacing w:before="178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14:paraId="6172C752" w14:textId="77777777" w:rsidR="0035017A" w:rsidRPr="009228F1" w:rsidRDefault="00A801B7">
      <w:pPr>
        <w:autoSpaceDE w:val="0"/>
        <w:autoSpaceDN w:val="0"/>
        <w:spacing w:before="190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0B558A35" w14:textId="77777777" w:rsidR="0035017A" w:rsidRPr="009228F1" w:rsidRDefault="00A801B7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6BA3B891" w14:textId="77777777" w:rsidR="0035017A" w:rsidRPr="009228F1" w:rsidRDefault="00A801B7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02EC7E0D" w14:textId="77777777" w:rsidR="0035017A" w:rsidRPr="009228F1" w:rsidRDefault="00A801B7">
      <w:pPr>
        <w:autoSpaceDE w:val="0"/>
        <w:autoSpaceDN w:val="0"/>
        <w:spacing w:before="178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45AC7770" w14:textId="77777777" w:rsidR="0035017A" w:rsidRPr="009228F1" w:rsidRDefault="00A801B7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046EDECE" w14:textId="77777777" w:rsidR="0035017A" w:rsidRPr="009228F1" w:rsidRDefault="00A801B7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2C664A85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6B45A74E" w14:textId="77777777" w:rsidR="0035017A" w:rsidRPr="009228F1" w:rsidRDefault="0035017A">
      <w:pPr>
        <w:autoSpaceDE w:val="0"/>
        <w:autoSpaceDN w:val="0"/>
        <w:spacing w:after="144" w:line="220" w:lineRule="exact"/>
        <w:rPr>
          <w:lang w:val="ru-RU"/>
        </w:rPr>
      </w:pPr>
    </w:p>
    <w:p w14:paraId="6A30571D" w14:textId="77777777" w:rsidR="0035017A" w:rsidRPr="009228F1" w:rsidRDefault="00A801B7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5B8AF66F" w14:textId="77777777" w:rsidR="0035017A" w:rsidRPr="009228F1" w:rsidRDefault="00A801B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7D1CE6AC" w14:textId="77777777" w:rsidR="0035017A" w:rsidRPr="009228F1" w:rsidRDefault="00A801B7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58CA5955" w14:textId="77777777" w:rsidR="0035017A" w:rsidRPr="009228F1" w:rsidRDefault="00A801B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65D1EDAA" w14:textId="77777777" w:rsidR="0035017A" w:rsidRPr="009228F1" w:rsidRDefault="00A801B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41978027" w14:textId="77777777" w:rsidR="0035017A" w:rsidRPr="009228F1" w:rsidRDefault="00A801B7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6C1C397F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11D6BB78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75E2A7A8" w14:textId="77777777" w:rsidR="0035017A" w:rsidRPr="009228F1" w:rsidRDefault="00A801B7">
      <w:pPr>
        <w:autoSpaceDE w:val="0"/>
        <w:autoSpaceDN w:val="0"/>
        <w:spacing w:before="322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1346D9A9" w14:textId="77777777" w:rsidR="0035017A" w:rsidRPr="009228F1" w:rsidRDefault="00A801B7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4 классе обучающийся научится:</w:t>
      </w:r>
    </w:p>
    <w:p w14:paraId="2018E52A" w14:textId="77777777" w:rsidR="0035017A" w:rsidRPr="009228F1" w:rsidRDefault="00A801B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многозначные числа; </w:t>
      </w:r>
    </w:p>
    <w:p w14:paraId="761C3BA5" w14:textId="77777777" w:rsidR="0035017A" w:rsidRPr="009228F1" w:rsidRDefault="00A801B7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число, в заданное число раз; </w:t>
      </w:r>
    </w:p>
    <w:p w14:paraId="34291C68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 с многозначными числами письменно (в пределах 100 - устно); </w:t>
      </w:r>
    </w:p>
    <w:p w14:paraId="2833982D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умножение и деление многозначного числа на однозначное, двузначное число письменно (в пределах 100 - устно); </w:t>
      </w:r>
    </w:p>
    <w:p w14:paraId="5E61BA62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деление с остатком — письменно (в пределах 1000); вычислять значение числового выражения (со скобками/без скобок), содержащего действия сложения, вычитания, умножения, деления с многозначными числами; </w:t>
      </w:r>
    </w:p>
    <w:p w14:paraId="663818BE" w14:textId="77777777" w:rsidR="0035017A" w:rsidRPr="009228F1" w:rsidRDefault="00A801B7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вычислениях изученные свойства арифметических действий; </w:t>
      </w:r>
    </w:p>
    <w:p w14:paraId="111A1462" w14:textId="77777777" w:rsidR="0035017A" w:rsidRPr="009228F1" w:rsidRDefault="00A801B7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результата вычислений; </w:t>
      </w:r>
    </w:p>
    <w:p w14:paraId="308CA189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проверку полученного результата по критериям: достоверность (реальность), соответствие правилу/алгоритму, а также с помощью калькулятора; </w:t>
      </w:r>
    </w:p>
    <w:p w14:paraId="1E1DC583" w14:textId="77777777" w:rsidR="0035017A" w:rsidRPr="009228F1" w:rsidRDefault="00A801B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долю величины, величину по ее доле; находить неизвестный компонент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арифметического действия; использовать единицы величин для при решении задач (длина, масса, время, вместимость, стоимость, площадь, скорость); </w:t>
      </w:r>
    </w:p>
    <w:p w14:paraId="772EE3AA" w14:textId="77777777" w:rsidR="0035017A" w:rsidRPr="009228F1" w:rsidRDefault="00A801B7">
      <w:pPr>
        <w:autoSpaceDE w:val="0"/>
        <w:autoSpaceDN w:val="0"/>
        <w:spacing w:before="190" w:after="0"/>
        <w:ind w:left="420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секунду); </w:t>
      </w:r>
    </w:p>
    <w:p w14:paraId="5CE0EFFC" w14:textId="77777777" w:rsidR="0035017A" w:rsidRPr="009228F1" w:rsidRDefault="00A801B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</w:t>
      </w:r>
    </w:p>
    <w:p w14:paraId="3C6380DF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364" w:right="740" w:bottom="312" w:left="666" w:header="720" w:footer="720" w:gutter="0"/>
          <w:cols w:space="720" w:equalWidth="0">
            <w:col w:w="10494" w:space="0"/>
          </w:cols>
          <w:docGrid w:linePitch="360"/>
        </w:sectPr>
      </w:pPr>
    </w:p>
    <w:p w14:paraId="5053BB2F" w14:textId="77777777" w:rsidR="0035017A" w:rsidRPr="009228F1" w:rsidRDefault="0035017A">
      <w:pPr>
        <w:autoSpaceDE w:val="0"/>
        <w:autoSpaceDN w:val="0"/>
        <w:spacing w:after="72" w:line="220" w:lineRule="exact"/>
        <w:rPr>
          <w:lang w:val="ru-RU"/>
        </w:rPr>
      </w:pPr>
    </w:p>
    <w:p w14:paraId="3740E18D" w14:textId="77777777" w:rsidR="0035017A" w:rsidRPr="009228F1" w:rsidRDefault="00A801B7">
      <w:pPr>
        <w:autoSpaceDE w:val="0"/>
        <w:autoSpaceDN w:val="0"/>
        <w:spacing w:after="0" w:line="262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работы; 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</w:t>
      </w:r>
    </w:p>
    <w:p w14:paraId="4F19B224" w14:textId="77777777" w:rsidR="0035017A" w:rsidRPr="009228F1" w:rsidRDefault="00A801B7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сосудов вместимость; выполнять прикидку и оценку результата измерений; </w:t>
      </w:r>
    </w:p>
    <w:p w14:paraId="27D3F9B4" w14:textId="77777777" w:rsidR="0035017A" w:rsidRPr="009228F1" w:rsidRDefault="00A801B7">
      <w:pPr>
        <w:autoSpaceDE w:val="0"/>
        <w:autoSpaceDN w:val="0"/>
        <w:spacing w:before="190" w:after="0"/>
        <w:ind w:right="432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1—3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 </w:t>
      </w:r>
    </w:p>
    <w:p w14:paraId="0A1F3414" w14:textId="77777777" w:rsidR="0035017A" w:rsidRPr="009228F1" w:rsidRDefault="00A801B7">
      <w:pPr>
        <w:autoSpaceDE w:val="0"/>
        <w:autoSpaceDN w:val="0"/>
        <w:spacing w:before="190" w:after="0" w:line="278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 </w:t>
      </w:r>
    </w:p>
    <w:p w14:paraId="6A1D93E4" w14:textId="77777777" w:rsidR="0035017A" w:rsidRPr="009228F1" w:rsidRDefault="00A801B7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геометрические фигуры: окружность, круг; изображать с помощью циркуля и линейки окружность заданного радиуса; </w:t>
      </w:r>
    </w:p>
    <w:p w14:paraId="0BBF8D9D" w14:textId="77777777" w:rsidR="0035017A" w:rsidRPr="009228F1" w:rsidRDefault="00A801B7">
      <w:pPr>
        <w:autoSpaceDE w:val="0"/>
        <w:autoSpaceDN w:val="0"/>
        <w:spacing w:before="190" w:after="0" w:line="262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изображения простейших пространственных фигур: шара, куба, цилиндра, конуса, пирамиды; </w:t>
      </w:r>
    </w:p>
    <w:p w14:paraId="4EA87635" w14:textId="77777777" w:rsidR="0035017A" w:rsidRPr="009228F1" w:rsidRDefault="00A801B7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 простейших случаях проекции предметов окружающего мира на плоскость (пол, стену); </w:t>
      </w:r>
    </w:p>
    <w:p w14:paraId="2FCBB59B" w14:textId="77777777" w:rsidR="0035017A" w:rsidRPr="009228F1" w:rsidRDefault="00A801B7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 трех прямоугольников (квадратов); </w:t>
      </w:r>
    </w:p>
    <w:p w14:paraId="3502D9CB" w14:textId="77777777" w:rsidR="0035017A" w:rsidRPr="009228F1" w:rsidRDefault="00A801B7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утверждения; приводить пример, контрпример; </w:t>
      </w:r>
    </w:p>
    <w:p w14:paraId="496A1C75" w14:textId="77777777" w:rsidR="0035017A" w:rsidRPr="009228F1" w:rsidRDefault="00A801B7">
      <w:pPr>
        <w:autoSpaceDE w:val="0"/>
        <w:autoSpaceDN w:val="0"/>
        <w:spacing w:before="190" w:after="0" w:line="271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утверждение (вывод), строить логические рассуждения (одно/</w:t>
      </w:r>
      <w:proofErr w:type="spellStart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двухшаговые</w:t>
      </w:r>
      <w:proofErr w:type="spellEnd"/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) с использованием изученных связок; классифицировать объекты по заданным/самостоятельно установленным одному, двум признакам; </w:t>
      </w:r>
    </w:p>
    <w:p w14:paraId="06D29AEF" w14:textId="77777777" w:rsidR="0035017A" w:rsidRPr="009228F1" w:rsidRDefault="00A801B7">
      <w:pPr>
        <w:autoSpaceDE w:val="0"/>
        <w:autoSpaceDN w:val="0"/>
        <w:spacing w:before="190" w:after="0" w:line="278" w:lineRule="auto"/>
        <w:ind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 </w:t>
      </w:r>
    </w:p>
    <w:p w14:paraId="588E81EA" w14:textId="77777777" w:rsidR="0035017A" w:rsidRPr="009228F1" w:rsidRDefault="00A801B7">
      <w:pPr>
        <w:autoSpaceDE w:val="0"/>
        <w:autoSpaceDN w:val="0"/>
        <w:spacing w:before="190" w:after="0" w:line="271" w:lineRule="auto"/>
        <w:ind w:right="1152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заполнять данными предложенную таблицу, столбчатую диаграмму; использовать формализованные описания последовательности действий (алгоритм, план, схема) в практических и учебных ситуациях; </w:t>
      </w:r>
    </w:p>
    <w:p w14:paraId="6E1AC599" w14:textId="77777777" w:rsidR="0035017A" w:rsidRPr="009228F1" w:rsidRDefault="00A801B7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дополнять алгоритм, упорядочивать шаги алгоритма; выбирать рациональное решение; составлять модель текстовой задачи, числовое выражение; </w:t>
      </w:r>
    </w:p>
    <w:p w14:paraId="141B6563" w14:textId="77777777" w:rsidR="0035017A" w:rsidRPr="009228F1" w:rsidRDefault="00A801B7">
      <w:pPr>
        <w:autoSpaceDE w:val="0"/>
        <w:autoSpaceDN w:val="0"/>
        <w:spacing w:before="190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ход решения математической задачи; </w:t>
      </w:r>
    </w:p>
    <w:p w14:paraId="7A0D4288" w14:textId="77777777" w:rsidR="0035017A" w:rsidRPr="009228F1" w:rsidRDefault="00A801B7">
      <w:pPr>
        <w:autoSpaceDE w:val="0"/>
        <w:autoSpaceDN w:val="0"/>
        <w:spacing w:before="190" w:after="0" w:line="230" w:lineRule="auto"/>
        <w:rPr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>—  находить все верные решения задачи из предложенных.</w:t>
      </w:r>
    </w:p>
    <w:p w14:paraId="69BE44C1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92" w:right="794" w:bottom="1104" w:left="1086" w:header="720" w:footer="720" w:gutter="0"/>
          <w:cols w:space="720" w:equalWidth="0">
            <w:col w:w="10019" w:space="0"/>
          </w:cols>
          <w:docGrid w:linePitch="360"/>
        </w:sectPr>
      </w:pPr>
    </w:p>
    <w:p w14:paraId="436088F0" w14:textId="77777777" w:rsidR="0035017A" w:rsidRPr="009228F1" w:rsidRDefault="0035017A">
      <w:pPr>
        <w:autoSpaceDE w:val="0"/>
        <w:autoSpaceDN w:val="0"/>
        <w:spacing w:after="64" w:line="220" w:lineRule="exact"/>
        <w:rPr>
          <w:lang w:val="ru-RU"/>
        </w:rPr>
      </w:pPr>
    </w:p>
    <w:p w14:paraId="69723D72" w14:textId="77777777" w:rsidR="0035017A" w:rsidRDefault="00A801B7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571CE9CA" w14:textId="77777777" w:rsidTr="00F22CF3">
        <w:trPr>
          <w:trHeight w:val="311"/>
        </w:trPr>
        <w:tc>
          <w:tcPr>
            <w:tcW w:w="372" w:type="dxa"/>
            <w:vMerge w:val="restart"/>
          </w:tcPr>
          <w:p w14:paraId="5EAC2B95" w14:textId="77777777" w:rsidR="009228F1" w:rsidRDefault="009228F1" w:rsidP="00F22CF3">
            <w:pPr>
              <w:pStyle w:val="TableParagraph"/>
              <w:spacing w:before="70" w:line="268" w:lineRule="auto"/>
              <w:ind w:left="71" w:right="5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№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п/п</w:t>
            </w:r>
          </w:p>
        </w:tc>
        <w:tc>
          <w:tcPr>
            <w:tcW w:w="2108" w:type="dxa"/>
            <w:vMerge w:val="restart"/>
          </w:tcPr>
          <w:p w14:paraId="0E10E5EC" w14:textId="77777777" w:rsidR="009228F1" w:rsidRDefault="009228F1" w:rsidP="00F22CF3">
            <w:pPr>
              <w:pStyle w:val="TableParagraph"/>
              <w:spacing w:before="70" w:line="268" w:lineRule="auto"/>
              <w:ind w:left="71" w:right="28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Наименование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разделов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</w:t>
            </w:r>
            <w:r>
              <w:rPr>
                <w:b/>
                <w:spacing w:val="-3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тем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программы</w:t>
            </w:r>
          </w:p>
        </w:tc>
        <w:tc>
          <w:tcPr>
            <w:tcW w:w="2604" w:type="dxa"/>
            <w:gridSpan w:val="3"/>
          </w:tcPr>
          <w:p w14:paraId="39514CB3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Количество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часов</w:t>
            </w:r>
          </w:p>
        </w:tc>
        <w:tc>
          <w:tcPr>
            <w:tcW w:w="812" w:type="dxa"/>
            <w:vMerge w:val="restart"/>
          </w:tcPr>
          <w:p w14:paraId="7EF8512E" w14:textId="77777777" w:rsidR="009228F1" w:rsidRDefault="009228F1" w:rsidP="00F22CF3">
            <w:pPr>
              <w:pStyle w:val="TableParagraph"/>
              <w:spacing w:before="70" w:line="268" w:lineRule="auto"/>
              <w:ind w:left="72" w:right="9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Дата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изучения</w:t>
            </w:r>
          </w:p>
        </w:tc>
        <w:tc>
          <w:tcPr>
            <w:tcW w:w="1736" w:type="dxa"/>
            <w:vMerge w:val="restart"/>
          </w:tcPr>
          <w:p w14:paraId="174F4FF8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Виды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деятельности</w:t>
            </w:r>
          </w:p>
        </w:tc>
        <w:tc>
          <w:tcPr>
            <w:tcW w:w="1014" w:type="dxa"/>
            <w:vMerge w:val="restart"/>
          </w:tcPr>
          <w:p w14:paraId="58BB931E" w14:textId="77777777" w:rsidR="009228F1" w:rsidRDefault="009228F1" w:rsidP="00F22CF3">
            <w:pPr>
              <w:pStyle w:val="TableParagraph"/>
              <w:spacing w:before="70" w:line="268" w:lineRule="auto"/>
              <w:ind w:left="72" w:right="28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Виды,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формы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контроля</w:t>
            </w:r>
          </w:p>
        </w:tc>
        <w:tc>
          <w:tcPr>
            <w:tcW w:w="6956" w:type="dxa"/>
            <w:vMerge w:val="restart"/>
          </w:tcPr>
          <w:p w14:paraId="2F07BE51" w14:textId="77777777" w:rsidR="009228F1" w:rsidRDefault="009228F1" w:rsidP="00F22CF3">
            <w:pPr>
              <w:pStyle w:val="TableParagraph"/>
              <w:spacing w:before="70"/>
              <w:ind w:left="72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Электронные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(цифровые)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образовательные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ресурсы</w:t>
            </w:r>
          </w:p>
        </w:tc>
      </w:tr>
      <w:tr w:rsidR="009228F1" w14:paraId="1DD0F7A4" w14:textId="77777777" w:rsidTr="00F22CF3">
        <w:trPr>
          <w:trHeight w:val="492"/>
        </w:trPr>
        <w:tc>
          <w:tcPr>
            <w:tcW w:w="372" w:type="dxa"/>
            <w:vMerge/>
            <w:tcBorders>
              <w:top w:val="nil"/>
            </w:tcBorders>
          </w:tcPr>
          <w:p w14:paraId="0B41C559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vMerge/>
            <w:tcBorders>
              <w:top w:val="nil"/>
            </w:tcBorders>
          </w:tcPr>
          <w:p w14:paraId="753CAE70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</w:tcPr>
          <w:p w14:paraId="33FCE6FD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всего</w:t>
            </w:r>
          </w:p>
        </w:tc>
        <w:tc>
          <w:tcPr>
            <w:tcW w:w="1037" w:type="dxa"/>
          </w:tcPr>
          <w:p w14:paraId="08364BC2" w14:textId="77777777" w:rsidR="009228F1" w:rsidRDefault="009228F1" w:rsidP="00F22CF3">
            <w:pPr>
              <w:pStyle w:val="TableParagraph"/>
              <w:spacing w:before="70" w:line="268" w:lineRule="auto"/>
              <w:ind w:left="71" w:right="4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контрольные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работы</w:t>
            </w:r>
          </w:p>
        </w:tc>
        <w:tc>
          <w:tcPr>
            <w:tcW w:w="1071" w:type="dxa"/>
          </w:tcPr>
          <w:p w14:paraId="26050EC5" w14:textId="77777777" w:rsidR="009228F1" w:rsidRDefault="009228F1" w:rsidP="00F22CF3">
            <w:pPr>
              <w:pStyle w:val="TableParagraph"/>
              <w:spacing w:before="70" w:line="268" w:lineRule="auto"/>
              <w:ind w:left="72" w:right="4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практические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работы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2B14655F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14:paraId="4881C421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vMerge/>
            <w:tcBorders>
              <w:top w:val="nil"/>
            </w:tcBorders>
          </w:tcPr>
          <w:p w14:paraId="354DFEEE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  <w:tc>
          <w:tcPr>
            <w:tcW w:w="6956" w:type="dxa"/>
            <w:vMerge/>
            <w:tcBorders>
              <w:top w:val="nil"/>
            </w:tcBorders>
          </w:tcPr>
          <w:p w14:paraId="0C39BB3E" w14:textId="77777777" w:rsidR="009228F1" w:rsidRDefault="009228F1" w:rsidP="00F22CF3">
            <w:pPr>
              <w:rPr>
                <w:sz w:val="2"/>
                <w:szCs w:val="2"/>
              </w:rPr>
            </w:pPr>
          </w:p>
        </w:tc>
      </w:tr>
      <w:tr w:rsidR="009228F1" w14:paraId="7BE65E58" w14:textId="77777777" w:rsidTr="00F22CF3">
        <w:trPr>
          <w:trHeight w:val="311"/>
        </w:trPr>
        <w:tc>
          <w:tcPr>
            <w:tcW w:w="15602" w:type="dxa"/>
            <w:gridSpan w:val="9"/>
          </w:tcPr>
          <w:p w14:paraId="74B9184E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Раздел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Числа</w:t>
            </w:r>
          </w:p>
        </w:tc>
      </w:tr>
      <w:tr w:rsidR="009228F1" w14:paraId="078CE315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4FBE5978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1.1.</w:t>
            </w:r>
          </w:p>
        </w:tc>
        <w:tc>
          <w:tcPr>
            <w:tcW w:w="2108" w:type="dxa"/>
            <w:tcBorders>
              <w:bottom w:val="nil"/>
            </w:tcBorders>
          </w:tcPr>
          <w:p w14:paraId="547B220A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Числа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пределах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миллиона:</w:t>
            </w:r>
          </w:p>
        </w:tc>
        <w:tc>
          <w:tcPr>
            <w:tcW w:w="496" w:type="dxa"/>
            <w:tcBorders>
              <w:bottom w:val="nil"/>
            </w:tcBorders>
          </w:tcPr>
          <w:p w14:paraId="12D5C47C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  <w:tcBorders>
              <w:bottom w:val="nil"/>
            </w:tcBorders>
          </w:tcPr>
          <w:p w14:paraId="2DDF7D46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71D5B10E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  <w:tcBorders>
              <w:bottom w:val="nil"/>
            </w:tcBorders>
          </w:tcPr>
          <w:p w14:paraId="2DF662FE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60407C51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bottom w:val="nil"/>
            </w:tcBorders>
          </w:tcPr>
          <w:p w14:paraId="24EE2BA9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600DAC03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7F04960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2F057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946619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чтение,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запись,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поразрядное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C1A6F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D21B6C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16DF7B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2C3FD65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3DCD93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письменная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86F949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71656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6229AB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DFB72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259775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сравнение,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упорядочение.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43B9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A227BE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7F962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53951B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2FF9CE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числами: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3328309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3D9D08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D3A2EC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8967B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00AFF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0FBED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BCB1A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9D312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1707D1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37BB2A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B81553B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BAFAA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B0D1E2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C209F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AA0F38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BAAE4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6192C4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EC4470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AE6C4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21972E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558B2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6D3EBE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BEEDB7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149E0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A4512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6E273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87C1F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CD458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959E5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8CF1E1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суммы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CC186A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75751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E8AAA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565FE5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4DB48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B6DC6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D769D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A87811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7133A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0D6E8F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слагаемых;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FB3B2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BCD2A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BE4FAE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0E82F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676D3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797FF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D23C5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068D6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0FB506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447C14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разряды;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FCF90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8F78C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E50DD2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A79E48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140F7D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471DD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F5AFA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04700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EED9F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CF9CB8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заданными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свойствами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60193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58805B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9D591B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F40210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A4065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386D78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70654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8EFBC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02F87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A5BAA1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(число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99A69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3C50EC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:rsidRPr="00D172BF" w14:paraId="14F65AC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142BD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877D8B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8C167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EBCD6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D80995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986C9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2E9AD3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чётность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д.);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9A607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185CC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F59641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A0621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3BFF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0B27EA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AB112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6263A0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38E28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FBAEC1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Моделирование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0FFB1E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C57CC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192328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3618AF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01DF4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8372F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815C3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5EE201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B5204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48DE16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20D96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E4AAB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EA338D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0AA10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74BEB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6A18A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E42F91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A5991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924998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C2208B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характеристика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классов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0B50A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C720E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D0065B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6C9537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49507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44CB3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D7EE5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831746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C4C65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9DBA25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разрядов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9EF05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1B58D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501B3C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34A2D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FB653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0A4B3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9792D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8CD44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5CB25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D5EB87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5D6B9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99BB1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3BE955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D5BE2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91F04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60097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FB891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6AFEE7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65D473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381008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Учебный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диалог: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6FE6A8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9497F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68FA55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1744BC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58BDF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21BFC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6AAA2E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B3994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B1303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374FAB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9C27E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586FC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059C4B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FC7B5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B8EC6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F607D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3C7E3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661AD9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C4DB8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CA7F78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проверка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2CF9A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173BE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692908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EDD0B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10D52F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73457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E0F67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00F254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015F8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5FA5CC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утверждения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числе.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0C72F1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46660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A3BCE6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FBEB2B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1DA77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51FFC5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71FC1D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85C05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D54D2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A24930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828E6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42E2B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F6EE86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369B93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9F2E8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6D9729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F0EB3B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2118D0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65B668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B79635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обладающего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заданным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AE41A8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BDB844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EA6F03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CD638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143FB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81E95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85271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DDB32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2C16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F62AF6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свойством.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Называние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7F0A0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54CCE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C8D04F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55AEC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C21D9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99C14F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3DDBF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D035F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56DD0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0DABE8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объяснение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2CD13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08014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0DE34F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90563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ED2C6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7114A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D5D89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873BF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B833E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50AD4D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числа: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чётное/нечётное,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B932EF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87CA5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1EF641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7A2D83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D4CE8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A863D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AF1B0A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51426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10F4EF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3561E0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круглое,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трёх-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(четырёх-,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9CA850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95F23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F32FDA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7E0D1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6DBA0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2A70C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D8E07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CC0F8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207878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5E616C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пяти-,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шести-)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значное</w:t>
            </w:r>
            <w:proofErr w:type="spellEnd"/>
            <w:r>
              <w:rPr>
                <w:w w:val="105"/>
                <w:sz w:val="14"/>
              </w:rPr>
              <w:t>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704FC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550FE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52FFD1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238CC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11C6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CEF22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D18AF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6FEA0D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16D2C0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43ECCC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ведение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843C0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A3D85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5E4671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D0E44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7643C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B78975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C5273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2294E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5AD05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9BD094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записей;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41936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63EE50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E06D09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6532C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FE1FA1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B4413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DA948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24D9B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661C5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FDDEE6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Работа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парах/группах.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0EFE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A5084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1C297B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67CAEF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851BEA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30B12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AD008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F1EC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105AE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1FCF69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Упорядочение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08C322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D6BF5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5D864D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1421F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0CBE4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91A3A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E53865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555953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F494D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A3397E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857CC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B5EFB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AC4D89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9A2641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5E70FE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C5A4F0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F95F9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7856A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45DFA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462F90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Классификация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3F74A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0FD26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9F75CD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CB5D2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666BF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EC5B92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25DC2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205EE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88B98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E70318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одному-двум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127F2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488AA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E7386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B29C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C350F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AA45F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EE573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389401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36B73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C2CF0F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основаниям.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323FE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6DDE0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006753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96C38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7B64E0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7DD5D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2543A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453B42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A3437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0405FE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общего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группы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AB86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F49DF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40763C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2CB861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4E3E2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56D2B1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81B0C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0A8B6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3624D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D3A1C6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95FEC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FF2E3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894A8C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A8BC2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EBE0A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BA4741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F0554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A93A8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DC52FA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0C19DB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ECC482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DF7DA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7881DA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A1AC4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FFA4B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02484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40B58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251E4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AAE7E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32BB27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E6AF7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8AA479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5E6C7F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BE66E4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22269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D3AD6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554E81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55997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913D4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8C6FFF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которому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556ED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2F116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51D3E6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192E6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B9973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8E784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4D963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2C9DA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4C298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86074C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76C1AA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94773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86E02C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DEF112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77250C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7909D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1E9E5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51024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74E8F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BEA753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заполнение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C9F1C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F2137F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3D19F7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F6DA8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CD586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68AD78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77A3C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76D86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FDF188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CBDD83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пропусков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1CFE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5561E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1C8AA4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BE035C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37C1C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B5DB1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46741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84D2D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3CCFA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9ABACA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описание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положения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0B311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A6863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498A582" w14:textId="77777777" w:rsidTr="00F22CF3">
        <w:trPr>
          <w:trHeight w:val="351"/>
        </w:trPr>
        <w:tc>
          <w:tcPr>
            <w:tcW w:w="372" w:type="dxa"/>
            <w:tcBorders>
              <w:top w:val="nil"/>
            </w:tcBorders>
          </w:tcPr>
          <w:p w14:paraId="5A3834E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3951C7E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116F925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004CB7EC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1A387655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03206B0F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0DB7C792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</w:tcBorders>
          </w:tcPr>
          <w:p w14:paraId="5E6FDCA6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0470C094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1F1271D3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48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45BB19E0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21A58066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1.2.</w:t>
            </w:r>
          </w:p>
        </w:tc>
        <w:tc>
          <w:tcPr>
            <w:tcW w:w="2108" w:type="dxa"/>
            <w:tcBorders>
              <w:bottom w:val="nil"/>
            </w:tcBorders>
          </w:tcPr>
          <w:p w14:paraId="653B8D3D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Число,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большее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или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меньшее</w:t>
            </w:r>
          </w:p>
        </w:tc>
        <w:tc>
          <w:tcPr>
            <w:tcW w:w="496" w:type="dxa"/>
            <w:tcBorders>
              <w:bottom w:val="nil"/>
            </w:tcBorders>
          </w:tcPr>
          <w:p w14:paraId="38A6423D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  <w:tcBorders>
              <w:bottom w:val="nil"/>
            </w:tcBorders>
          </w:tcPr>
          <w:p w14:paraId="5D47F946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2D32C77A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  <w:tcBorders>
              <w:bottom w:val="nil"/>
            </w:tcBorders>
          </w:tcPr>
          <w:p w14:paraId="101B4D05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0266670D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bottom w:val="nil"/>
            </w:tcBorders>
          </w:tcPr>
          <w:p w14:paraId="2D8C13F9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71E6FE6A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3640B4B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5DC79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62CDB4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данного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числа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</w:t>
            </w:r>
            <w:r>
              <w:rPr>
                <w:b/>
                <w:spacing w:val="3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заданное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1E598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02782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6C3656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1158658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1CFAFB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письменная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794DFD6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55C05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EAAD58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B62CBD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832E9B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число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разрядных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единиц,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43E1A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D9BEE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216E73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3B159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5CF4DD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числами: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CE908D2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30415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929326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ACF37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A9C621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заданное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число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раз.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C6B72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10EE5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391B9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879711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5F4BB0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8B8BBEF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20EB45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FB61BD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C7EF6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DC094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FFEA7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77A1A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24760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75AB6F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E2A685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BF2A5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6D475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BB1F65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857FA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2388F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EE1F9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E3314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8AADD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E1254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043714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суммы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65E98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60869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091B33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543C4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3DA9B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48DFB8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5F7A1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7E906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198D9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FD98B0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слагаемых;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7B85F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74581C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E55628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0946C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915C3A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2FEBF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21393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40D4B0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D04C6C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B4A9BB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разряды;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844394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C575B4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CC3C69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CB17D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01D1B8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7B578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7EB5F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BB9A7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C59DD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E91ED4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заданными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свойствами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F48AE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2680C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CA8529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DA5A1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6413D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FE48A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DA2E0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C9682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51439F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3FFE50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(число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B0268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66570E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:rsidRPr="00D172BF" w14:paraId="0532BF1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0751F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3633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25941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5335D4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E8EAE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2D429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053086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чётность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д.);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C75A30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7FCB8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E65044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6D98AE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2B3A16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044D20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B3B15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4B245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6315F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F2C798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Учебный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диалог: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83ECB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C13606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3EECA9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46254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B495B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83CA1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8FC1E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B36BA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ADD3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0A1CC9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3179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70708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5462F2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ADDB4F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673C8C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2EAA0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E100A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8798C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A136E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67293F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проверка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4A4168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600BC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258929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08B7A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1EB4F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B61F8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8748B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A108D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82149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0178C1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утверждения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числе.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26533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F85FD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D4770B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AFBBF8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6F0A6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933E0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6337D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06140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E4372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7249EA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2E61E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3159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78E9B1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8BBFB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EA8F0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2259DD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82468F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7DC9A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528FC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06DC0C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обладающего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заданным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D889E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D44E8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6D8F6C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4E1AC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0AD66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7487F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36127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143A8B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AC8D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5CB03D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свойством.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Называние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86038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E60E9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65FB5E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C7F26F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50614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53F77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EC817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D397B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149E2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A75D14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объяснение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4E971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AAE28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0C93BB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0D26E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3D4003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7186F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F78A7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2C0DA8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8BAB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82D2AC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числа: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чётное/нечётное,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7CEB1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F8588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FB2B65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303EED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EE530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9F4BB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CD8ED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90BC42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371B6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C7D041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круглое,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трёх-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(четырёх-,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31301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B3A1E8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7F91D3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60A7E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B984C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CC58D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1CBF4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872D7E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8D0FE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4C22DF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пяти-,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шести-)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значное</w:t>
            </w:r>
            <w:proofErr w:type="spellEnd"/>
            <w:r>
              <w:rPr>
                <w:w w:val="105"/>
                <w:sz w:val="14"/>
              </w:rPr>
              <w:t>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869D57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F2EF8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BEBBA9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AE255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7FD4B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B4CFB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35634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D2249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758EC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96C81E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ведение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2C08AA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F932B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C0B95D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D61B52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870716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CBACE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5905D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E727E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97D8B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052B3B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записей;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FC656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6E28B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E68A10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380FAC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62186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F38615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0FBB6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3A763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7982E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448350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12837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EF815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C87479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EF7522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1187C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35E30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F7512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95776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6D2D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681607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C5D97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D8182E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60C19C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CD2086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09939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13435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AE2AB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4EC614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5C90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932726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которому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F5CB4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29340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5F8F9A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94665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C9DA33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68A61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5D4B9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CCFBB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860942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C2052A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F0F39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61B72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528BCC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B8F321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F81B1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D76680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282CC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EDC2A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F4A02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55EC8A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заполнение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044EC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F38E7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9EB7CD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6DE63A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CA0C2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E4F862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BDA1C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97B73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0037B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09D745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пропусков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384F8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F480B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97B533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A2009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A095C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42C57E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43444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42592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07EB2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79C1A2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описание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положения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AA4696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06BFA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EDEA858" w14:textId="77777777" w:rsidTr="00F22CF3">
        <w:trPr>
          <w:trHeight w:val="250"/>
        </w:trPr>
        <w:tc>
          <w:tcPr>
            <w:tcW w:w="372" w:type="dxa"/>
            <w:tcBorders>
              <w:top w:val="nil"/>
            </w:tcBorders>
          </w:tcPr>
          <w:p w14:paraId="2B339B67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75DD8A05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4F04C63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05353B7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66373E5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7060527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3A48B9E2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</w:tcBorders>
          </w:tcPr>
          <w:p w14:paraId="130FE95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6477B16E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1EED1A94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0A26C376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092154BE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1.3.</w:t>
            </w:r>
          </w:p>
        </w:tc>
        <w:tc>
          <w:tcPr>
            <w:tcW w:w="2108" w:type="dxa"/>
            <w:tcBorders>
              <w:bottom w:val="nil"/>
            </w:tcBorders>
          </w:tcPr>
          <w:p w14:paraId="5EBCC09B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Свойства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многозначного</w:t>
            </w:r>
          </w:p>
        </w:tc>
        <w:tc>
          <w:tcPr>
            <w:tcW w:w="496" w:type="dxa"/>
            <w:tcBorders>
              <w:bottom w:val="nil"/>
            </w:tcBorders>
          </w:tcPr>
          <w:p w14:paraId="0A35F45F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  <w:tcBorders>
              <w:bottom w:val="nil"/>
            </w:tcBorders>
          </w:tcPr>
          <w:p w14:paraId="52EC8FDE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585809B2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  <w:tcBorders>
              <w:bottom w:val="nil"/>
            </w:tcBorders>
          </w:tcPr>
          <w:p w14:paraId="4478C788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688B8C63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bottom w:val="nil"/>
            </w:tcBorders>
          </w:tcPr>
          <w:p w14:paraId="4C95A5F4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240C6260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0826B18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C253D6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BB0EFA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числа.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E6E1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D5505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1B7F5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950C86D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B25AA2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письменная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EFE9A77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878AA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61BEAA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F74A4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8D913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AD0FF9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EEB04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91D38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1171A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E66710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числами: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B0A0243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A05A8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5B3FE7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80660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79E2E4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A6235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4B6FB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AE5AF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899E3A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2BF09A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5E24E44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5E177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0F5DBE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535F5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215E49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CEE53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E04A6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36594F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B11312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D96B7E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A1AB9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E38B7F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8CBB99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30181E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BE197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87BB50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CDD75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70047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0D42D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6DCE93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суммы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3EC48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AB40F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C98877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A9CCF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CE23F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EB72B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3F9F61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763C9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A37C1D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81562D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слагаемых;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77D18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515B39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140166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292D7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663E9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200E2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6FB927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C2FC1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F1631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16AA07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разряды;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29B93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58603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88354C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2A7E7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E6BC5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79003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ADC1C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94FB76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23AA5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EEF187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заданными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свойствами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589CD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28AF9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4AD49E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1592E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54903B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D2141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FC886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AEC32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2543F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511E9D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(число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B442A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11D86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:rsidRPr="00D172BF" w14:paraId="67A8445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6F872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43F9F6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7D3017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4EC24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23856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658EB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C56B97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чётность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д.);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6153A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7753C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8415E0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D5215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10AA29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00C8D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C9160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03C583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6102B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573663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Учебный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диалог: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72625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D6FE2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96EF15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EC10C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EF95D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F92D83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F7D127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C3A35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01C7F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05AF77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CD4BED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8A913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036AAB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02DB34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443A3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1ECF6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AC6F2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D5966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9CDFE1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E99A57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проверка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76D189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F558E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52A35A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C3EFD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78A30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B69D6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6332E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6A457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9C381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C40721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утверждения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числе.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F64EFC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E4FC44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0815CE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F5941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E3872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68A490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220DA2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15CE12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33591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910F03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9DBD3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435E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54B3F8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DD537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7B364F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83600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AAABB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2E4D3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F8A62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AE1427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обладающего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заданным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EC018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A7569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EAFA51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2D126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CB5BAB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2C911A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6B6908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4D35DB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BBE10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57FE6D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свойством.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Называние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6C6B0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F72B5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5CB9F7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35DC3B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F2930B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A3DFC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71AD9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C187D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2A175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71FF76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объяснение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621D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F11B7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28C1C8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FB0F0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2022E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8AE66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59636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EC769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32D60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EE080A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числа: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чётное/нечётное,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5B3D4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EFEDDB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2BB276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42F54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6CCED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ECA21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B7675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A80775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6E9A7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729D0F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круглое,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трёх-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(четырёх-,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A42F4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5B102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D2F4AD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0E24D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4B257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8C7D5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555B2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39CFC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8969C7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4FE5C3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пяти-,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шести-)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значное</w:t>
            </w:r>
            <w:proofErr w:type="spellEnd"/>
            <w:r>
              <w:rPr>
                <w:w w:val="105"/>
                <w:sz w:val="14"/>
              </w:rPr>
              <w:t>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D24D7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966F0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CB1CDE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A5730C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DF773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9199F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6FF33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772A88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4B8C6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F9EF73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ведение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07FB9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EE906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A2A4AA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C33D8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C0957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D763A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B9C19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E815A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378FD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39A139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записей;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8ED7C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9BF47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2BB673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37E46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E6EFC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2D6557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39959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D0C32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7F4EBA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A02608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83D1D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B91C83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81705B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A734C0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439428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3B8EF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8CFD5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83D9F6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F193CD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63EBDD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05EF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ECF0C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204141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64221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20B3EC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47442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B3AD6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B5414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3B543E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BFA348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которому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8BF04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314DA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89E087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183CB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829F9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D481B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24CDD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DD208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334AF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72AB7C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CD8C48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2F83F3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0429BD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1B744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EC8CD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88E36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2D1AF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13EF26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6E5C2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7717EA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заполнение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81411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4FD9B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467DC1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66279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AE970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8970CF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5D9B8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C8D8C6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D4F11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D54831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пропусков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E35B27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D0D5A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14482B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F7281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6E562D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90EF8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E64F66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24CC26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5CBAB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1835B9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описание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положения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75E44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67F00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19E2B8A" w14:textId="77777777" w:rsidTr="00F22CF3">
        <w:trPr>
          <w:trHeight w:val="329"/>
        </w:trPr>
        <w:tc>
          <w:tcPr>
            <w:tcW w:w="372" w:type="dxa"/>
            <w:tcBorders>
              <w:top w:val="nil"/>
            </w:tcBorders>
          </w:tcPr>
          <w:p w14:paraId="4C57F62E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658C300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4E1B7D45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0FA19C2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45F0671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32AF14C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01BBE338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</w:tcBorders>
          </w:tcPr>
          <w:p w14:paraId="20088A2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02A9A7FC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6BF9216D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0CC60343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4F8450B4" w14:textId="77777777" w:rsidR="009228F1" w:rsidRDefault="009228F1" w:rsidP="00F22CF3">
            <w:pPr>
              <w:pStyle w:val="TableParagraph"/>
              <w:spacing w:before="70" w:line="151" w:lineRule="exact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1.4.</w:t>
            </w:r>
          </w:p>
        </w:tc>
        <w:tc>
          <w:tcPr>
            <w:tcW w:w="2108" w:type="dxa"/>
            <w:tcBorders>
              <w:bottom w:val="nil"/>
            </w:tcBorders>
          </w:tcPr>
          <w:p w14:paraId="2218D7D8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Дополнение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числа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до</w:t>
            </w:r>
          </w:p>
        </w:tc>
        <w:tc>
          <w:tcPr>
            <w:tcW w:w="496" w:type="dxa"/>
            <w:tcBorders>
              <w:bottom w:val="nil"/>
            </w:tcBorders>
          </w:tcPr>
          <w:p w14:paraId="2E1D33C4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  <w:tcBorders>
              <w:bottom w:val="nil"/>
            </w:tcBorders>
          </w:tcPr>
          <w:p w14:paraId="3157A5D2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  <w:tcBorders>
              <w:bottom w:val="nil"/>
            </w:tcBorders>
          </w:tcPr>
          <w:p w14:paraId="0A8124F0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  <w:tcBorders>
              <w:bottom w:val="nil"/>
            </w:tcBorders>
          </w:tcPr>
          <w:p w14:paraId="1772AEC8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25A7ECD9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bottom w:val="nil"/>
            </w:tcBorders>
          </w:tcPr>
          <w:p w14:paraId="36361188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534B59EF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381835D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377E8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A14A61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заданного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круглого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числа.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53513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03FD0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B2308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A192743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20408A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письменная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FCD14A3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99D71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29B3CA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3D7042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AC70D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166964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7A0D9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0D307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AE49C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F4ABB6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числами: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10375AB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CC5FD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64EA71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872464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2FFF9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10BDD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F2D4D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810EBF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C38D3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B0BF48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4B1533C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D2FD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24567C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26CC9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28339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F3B79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7B3D4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8E6FD6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09532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6B9E59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4AA8AF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DA29BF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FB3269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BAC425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A7920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3E575F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4EC38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5501F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DE2EC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5A7135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суммы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59CC32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9F74F8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7ABF30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6DC574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E0E2D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0E5B3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71CCE9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72F52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D8EF0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FB4DF7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слагаемых;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8EE9DC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528575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A9ABD8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A9763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CDE9C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31D3F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41371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90666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5A8F1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D5386D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разряды;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8690B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0E9F6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52667C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D6641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6EFB5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50FA9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4D745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1913C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BDA2C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BF3C2D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заданными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свойствами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186FD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2C1F0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7C2730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D68EB5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D18D6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CF43A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0857D7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C2C64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E167E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000A02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(число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30C47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912F8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:rsidRPr="00D172BF" w14:paraId="01A9507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9C45DE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D53A9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DA06F2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ED596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2EAF5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AC6C1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6046D3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чётность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д.);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2DDEDB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6F50A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351C9F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780EFB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87873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FEB5A8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2FC26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E67D2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FF59D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CBA2CB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Моделирование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D51C7A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565895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E9B545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3BE8F0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082E30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84B6B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073EB3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A13A95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F5390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3E6AC1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363C6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5BDD4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21F149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8002A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97900C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220B23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B6261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848B3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0C0D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170553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характеристика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классов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D817F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BFCF3B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B734B2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D64CB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ECDA8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2D58C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575F1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8BB93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F22EC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9D6001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разрядов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1CD9B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7E51C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D7D76D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11755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73A3D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0635AB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E9BF0C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F6FE0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20556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1DE47C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773E4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40922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306793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4611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827543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7D6F6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CC91B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A3D7FE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460FD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7D92C7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Работа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парах/группах.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18BF9C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1F8DB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D2E6B7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A64A3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1E01B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D99F5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66678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429BB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00F4C3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5EB3C6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Упорядочение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C785F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0E5710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0F011D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8DE99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EA4CD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36495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4C1A49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3D4E07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8B52A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921AE7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многозначных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C2FCC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0D185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58EF6D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4E8C8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151A8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4C19C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295A4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1DDC90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47671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EEA58E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Классификация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F61B53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271DF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E4D815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8A066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C8379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ACB29E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F1261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F3141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FBA45E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818D36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одному-двум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B724B5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AC122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AD92F7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E67EE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43957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6DB9D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2240A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BBC85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A49D4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D79E98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основаниям.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900B5B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B46EC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694718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8FDE1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EC6E1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EC760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1CFA68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634C1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0E826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529186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общего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свойства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группы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49AE3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5180C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B17A28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7D2F6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33D91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C14E0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7F79A2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0E199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9CE24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4564DA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DED73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978D1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9FA744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4C261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01A5A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E0610D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9C0C0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2AC8C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083F66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1919B4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9FF9B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DFACF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7ECFFE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84C7A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9007F6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323B4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BDA4E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0FD48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FD1A8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932EFE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правила,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22A986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724C0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536C57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A22D3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516F7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1C65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57595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AE9F9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1B6EF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07D820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которому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9F12CA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44A65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20DF93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14349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D7779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B77B9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B0426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953F8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578D42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76FAFF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2BD66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7206D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59EFEC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D1E8F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71C1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F16A1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24F02C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C2B362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0C8910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970180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ряда,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заполнение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C577D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368C6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F8EB80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FA04E5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3EA2E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A0F8E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1DDAB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FF69D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311C5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BBF7BE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пропусков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C01EE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1F79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29ABF4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36D9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03D58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C842A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558B6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75A57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FE51B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359BA5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описание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положения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44DF6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DE5C3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8E6A29D" w14:textId="77777777" w:rsidTr="00F22CF3">
        <w:trPr>
          <w:trHeight w:val="250"/>
        </w:trPr>
        <w:tc>
          <w:tcPr>
            <w:tcW w:w="372" w:type="dxa"/>
            <w:tcBorders>
              <w:top w:val="nil"/>
            </w:tcBorders>
          </w:tcPr>
          <w:p w14:paraId="55A7FE1F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28CCDF7A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56A61A9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3D5719C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5185AC7B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1036D0D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21F58525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числа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ряду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чисел.;</w:t>
            </w:r>
          </w:p>
        </w:tc>
        <w:tc>
          <w:tcPr>
            <w:tcW w:w="1014" w:type="dxa"/>
            <w:tcBorders>
              <w:top w:val="nil"/>
            </w:tcBorders>
          </w:tcPr>
          <w:p w14:paraId="63019E27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501D237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7E66A38A" w14:textId="77777777" w:rsidTr="00F22CF3">
        <w:trPr>
          <w:trHeight w:val="311"/>
        </w:trPr>
        <w:tc>
          <w:tcPr>
            <w:tcW w:w="2480" w:type="dxa"/>
            <w:gridSpan w:val="2"/>
          </w:tcPr>
          <w:p w14:paraId="12F929B8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</w:t>
            </w:r>
          </w:p>
        </w:tc>
        <w:tc>
          <w:tcPr>
            <w:tcW w:w="496" w:type="dxa"/>
          </w:tcPr>
          <w:p w14:paraId="7BC232A9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2626" w:type="dxa"/>
            <w:gridSpan w:val="6"/>
          </w:tcPr>
          <w:p w14:paraId="641E6DC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161A1CF5" w14:textId="77777777" w:rsidTr="00F22CF3">
        <w:trPr>
          <w:trHeight w:val="311"/>
        </w:trPr>
        <w:tc>
          <w:tcPr>
            <w:tcW w:w="15602" w:type="dxa"/>
            <w:gridSpan w:val="9"/>
          </w:tcPr>
          <w:p w14:paraId="429CD813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Раздел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2.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Величины</w:t>
            </w:r>
          </w:p>
        </w:tc>
      </w:tr>
      <w:tr w:rsidR="009228F1" w:rsidRPr="00D172BF" w14:paraId="57B5D404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02D5A47F" w14:textId="77777777" w:rsidR="009228F1" w:rsidRDefault="009228F1" w:rsidP="00F22CF3">
            <w:pPr>
              <w:pStyle w:val="TableParagraph"/>
              <w:spacing w:before="70" w:line="151" w:lineRule="exact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2.1.</w:t>
            </w:r>
          </w:p>
        </w:tc>
        <w:tc>
          <w:tcPr>
            <w:tcW w:w="2108" w:type="dxa"/>
            <w:tcBorders>
              <w:bottom w:val="nil"/>
            </w:tcBorders>
          </w:tcPr>
          <w:p w14:paraId="5914462C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Величины: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сравнение</w:t>
            </w:r>
          </w:p>
        </w:tc>
        <w:tc>
          <w:tcPr>
            <w:tcW w:w="496" w:type="dxa"/>
            <w:tcBorders>
              <w:bottom w:val="nil"/>
            </w:tcBorders>
          </w:tcPr>
          <w:p w14:paraId="79D4DC00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  <w:tcBorders>
              <w:bottom w:val="nil"/>
            </w:tcBorders>
          </w:tcPr>
          <w:p w14:paraId="7608F0EB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500F7090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  <w:tcBorders>
              <w:bottom w:val="nil"/>
            </w:tcBorders>
          </w:tcPr>
          <w:p w14:paraId="7B5E34A0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6815E90A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Комментирование.</w:t>
            </w:r>
          </w:p>
        </w:tc>
        <w:tc>
          <w:tcPr>
            <w:tcW w:w="1014" w:type="dxa"/>
            <w:tcBorders>
              <w:bottom w:val="nil"/>
            </w:tcBorders>
          </w:tcPr>
          <w:p w14:paraId="2B9A1BD8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522B06EF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https://videouroki.net/razrabotki/prezentatsiya-po-matematike-dlya-nachalnykh-klassov-velichiny-i-ikh-</w:t>
            </w:r>
          </w:p>
        </w:tc>
      </w:tr>
      <w:tr w:rsidR="009228F1" w14:paraId="6A72A51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5938B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859872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объектов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массе,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длине,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DA1DA6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5454E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EE098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9371779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18C5F7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13812C7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F354A5C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izmerenie.html</w:t>
            </w:r>
          </w:p>
        </w:tc>
      </w:tr>
      <w:tr w:rsidR="009228F1" w14:paraId="53214FE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B34D60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504710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площади,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вместимости.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67054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E569B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B8D9B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28A7D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5FADD3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величины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4059BA3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Письменный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630A47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48CBAA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0041E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92140C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BBFF8F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EBF56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D560D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942E9A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70B9CB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единицах,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пошаговый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386FC08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контроль;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C7F8E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D8689D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5E13C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CE8938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16F45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4BFB6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DABC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7834E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361685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переход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AED0B20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2D0C0F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48C581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D6297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A5FE0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B4275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F9CA2E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7238F3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A3A8D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3478AE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крупных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AA9CF83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F8AA2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A4DA33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71B5C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FB913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A360C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67EEDA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E6ED8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D77B4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457738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мелким.;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9F89D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1B650F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4325A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F7A92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C4885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5355B0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AF227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6D70C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2FEA2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D9DED8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EAD45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85CB9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8A22ED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30940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508DC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00CACB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14B0A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6E9386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C25A59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B4EEB2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D9FE1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9951DB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BA57BF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0EC49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3CF40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0F7CA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D29321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07455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A05F7A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1FA866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выполнение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30200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ED4FAC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4F65A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69153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047B0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9542C6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D3790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7B92C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5F01C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778D86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(увеличение/уменьшение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213E6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08278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D2C03B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8FB1B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463453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F6289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253E4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763BB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24A99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18A84A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на/в)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величинами.;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A0FFE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2A208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80270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C9763A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6D839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02185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0F99F4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36168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B02192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A8C69C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7C1D0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168B1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3DFFF6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766DA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FE452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54366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5D0438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1BC4D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FF889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CB5FA0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задание: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оформление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C4489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C6543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87C5E9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357028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C09515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C82049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2F7F9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E3D470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FDAD0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882785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математической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4FA93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B1BE7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C5A592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64520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504FB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B26A58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4A9147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58407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522ADF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E7A008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равенства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974172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5A9562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6CF97A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1BF2B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83BD2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A08D3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FA58C8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D0D84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A9521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6369D3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(неравенства)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83AD88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4922C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04F42B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4FA20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ACC6C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F7B66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C0557A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3FFB3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3A274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A5E295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разностного,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кратного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96448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7486B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E07E20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BBE5C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0E845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9ABE5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2A234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3B8C7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2D56C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0B4DA3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525452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1D9DD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CB1A48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F7784C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72DD3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42190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6C160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395C7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4255D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8883F0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увеличения/уменьшения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DE675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D4936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477E38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60108D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0BCCC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5EB79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5AEE6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1DD210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B4906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B7ADC6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значения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365F2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9094A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4768D48" w14:textId="77777777" w:rsidTr="00F22CF3">
        <w:trPr>
          <w:trHeight w:val="250"/>
        </w:trPr>
        <w:tc>
          <w:tcPr>
            <w:tcW w:w="372" w:type="dxa"/>
            <w:tcBorders>
              <w:top w:val="nil"/>
            </w:tcBorders>
          </w:tcPr>
          <w:p w14:paraId="4661706A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23226455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796FD1D7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51D2117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02F45BCC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73724D9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03187C33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несколько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раз.;</w:t>
            </w:r>
          </w:p>
        </w:tc>
        <w:tc>
          <w:tcPr>
            <w:tcW w:w="1014" w:type="dxa"/>
            <w:tcBorders>
              <w:top w:val="nil"/>
            </w:tcBorders>
          </w:tcPr>
          <w:p w14:paraId="5D6153D1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79D967F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7316C41E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1580BA2A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4B6E9F3F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2.2.</w:t>
            </w:r>
          </w:p>
        </w:tc>
        <w:tc>
          <w:tcPr>
            <w:tcW w:w="2108" w:type="dxa"/>
            <w:tcBorders>
              <w:bottom w:val="nil"/>
            </w:tcBorders>
          </w:tcPr>
          <w:p w14:paraId="6DE00089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Единицы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массы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—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центнер,</w:t>
            </w:r>
          </w:p>
        </w:tc>
        <w:tc>
          <w:tcPr>
            <w:tcW w:w="496" w:type="dxa"/>
            <w:tcBorders>
              <w:bottom w:val="nil"/>
            </w:tcBorders>
          </w:tcPr>
          <w:p w14:paraId="45818101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  <w:tcBorders>
              <w:bottom w:val="nil"/>
            </w:tcBorders>
          </w:tcPr>
          <w:p w14:paraId="143ED94F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4A236C4A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  <w:tcBorders>
              <w:bottom w:val="nil"/>
            </w:tcBorders>
          </w:tcPr>
          <w:p w14:paraId="4BFE1C63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6E93E312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Комментирование.</w:t>
            </w:r>
          </w:p>
        </w:tc>
        <w:tc>
          <w:tcPr>
            <w:tcW w:w="1014" w:type="dxa"/>
            <w:tcBorders>
              <w:bottom w:val="nil"/>
            </w:tcBorders>
          </w:tcPr>
          <w:p w14:paraId="3A7B12F7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1E935716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https://nsportal.ru/nachalnaya-shkola/matematika/2013/11/29/urok-matematiki-s-prezentatsiey-po-teme-edinitsy</w:t>
            </w:r>
          </w:p>
        </w:tc>
      </w:tr>
      <w:tr w:rsidR="009228F1" w14:paraId="012F5FF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672A8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7B964D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тонна;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соотношения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между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E5E85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B3C8F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D6683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0CB8930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B5AEBE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A19B5BE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75E21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3E81AD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18118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0982EF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единицами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массы.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94FB4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1BC57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17EE8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CAA82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450754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величины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DAFED79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1361C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AA6958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A5ADA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A74179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2BA51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0E5C8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A598E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8B6E8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BF93CD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единицах,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пошаговый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39ED5AD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F7806B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E24461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3C2A6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D6DA8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2F25B0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69AF4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193A4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1988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69D431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переход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22C48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2D987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6E0F63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0A160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A1172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A735C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6B13E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8C5C1B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5A52EA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CFB4D6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крупных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FD4491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E05FD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C0AE7D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F5364B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D4AAE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51BC4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5425F2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E4801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B6E72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71E162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мелким.;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84514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D2FC0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4BCA7C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96C5B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D06B7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5C9AC2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4DF07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B41BC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3DD6A6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0470F7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129F8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2384B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E80B84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47C8A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8E8A59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0247E9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31A76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41C7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B9224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090058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3074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DFE43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DB3F68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B2B87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FE86A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2465D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07A72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47D79F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CBD7AA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C167AA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выполнение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56B74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6581F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F21CB9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C06555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A03D2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FC09B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B29CE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DEE644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D8B177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C11331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(увеличение/уменьшение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AE1A5A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D9C457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4EC86F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E8CF0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FEB58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2A24B2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72AEA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4683D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E0301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468830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на/в)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величинами.;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877FC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E288E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A3D6B2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01D7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EAD28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405B79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A603D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27DD1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95992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C4D55E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Выбор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DE479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11FD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A0D0F1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1439A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99BF42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EF360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9C530A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CE807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C7E3A7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196191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соответствующей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64E294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F91739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67E30C1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20818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BAE51F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98A4FD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A2685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2D9DD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B0D7A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F0DFD3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ситуации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единицы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6B8B9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7A66B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F379B6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22132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E9E492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96870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6ABD0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860AB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F9855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205C61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измерения.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28E80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FF32D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6ADF92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35262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AA1D03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CBD774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B9548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91551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1EE4F0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E5B7BD0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доли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6A9CF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B8B364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93EAAA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B3CA31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04973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CD6A28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1261E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E5FF45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22CB7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878053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основе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содержательного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F6DF99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90D2B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C318DF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42596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117BB2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67377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CD624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03FC5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983419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B7868F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смысла.;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560AD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8DA5D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C95999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41F7A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6A27E7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2DB37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EF035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0408E2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79AE36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C12FA2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F1471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E59F8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B83EC0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2316C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D1F2B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FC28D6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5B764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79AA2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266BFF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AE046A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задание: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оформление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903EE5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6DB060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9B56F9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F0291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084592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05CD9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50098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2EE04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01F6E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0D73D5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математической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C5903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DE372B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BB219D4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087A1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E438A1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01692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D0D184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A6A310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6E747C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1B9C1F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равенства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E53C3D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E8C69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1C7E74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A95B11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BB74F0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25F24D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7163F6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B8A20D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D1AB63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4CD3B3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(неравенства)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06581A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12BA0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0B49F8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D014F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65BD1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B8AD4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81071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9F1BF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A3EA5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06BFF51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разностного,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кратного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A2EAF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C1D077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E17619D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C58A71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00F7EF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86A0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0CAEEF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43E18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D485F3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C7A405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902FE4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2E1DE3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94E634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20898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EC5D5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6A5DBF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3F3D1C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BC339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B91036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53C278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увеличения/уменьшения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FC597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A53BB8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CA5E39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F43022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8B602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97F910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DEAC6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2DA895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4D3655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CE262F8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значения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3FB71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038587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35AF46B" w14:textId="77777777" w:rsidTr="00F22CF3">
        <w:trPr>
          <w:trHeight w:val="250"/>
        </w:trPr>
        <w:tc>
          <w:tcPr>
            <w:tcW w:w="372" w:type="dxa"/>
            <w:tcBorders>
              <w:top w:val="nil"/>
            </w:tcBorders>
          </w:tcPr>
          <w:p w14:paraId="1318A0A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32D6D745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770D2DEE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4FA808AF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7C61F9E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55BD65C4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5DF5EF6F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несколько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раз.;</w:t>
            </w:r>
          </w:p>
        </w:tc>
        <w:tc>
          <w:tcPr>
            <w:tcW w:w="1014" w:type="dxa"/>
            <w:tcBorders>
              <w:top w:val="nil"/>
            </w:tcBorders>
          </w:tcPr>
          <w:p w14:paraId="3EEF705B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02B636A4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735F613F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07AB40E8" w14:textId="77777777" w:rsidTr="00F22CF3">
        <w:trPr>
          <w:trHeight w:val="241"/>
        </w:trPr>
        <w:tc>
          <w:tcPr>
            <w:tcW w:w="372" w:type="dxa"/>
            <w:tcBorders>
              <w:bottom w:val="nil"/>
            </w:tcBorders>
          </w:tcPr>
          <w:p w14:paraId="2D229D75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2.3.</w:t>
            </w:r>
          </w:p>
        </w:tc>
        <w:tc>
          <w:tcPr>
            <w:tcW w:w="2108" w:type="dxa"/>
            <w:tcBorders>
              <w:bottom w:val="nil"/>
            </w:tcBorders>
          </w:tcPr>
          <w:p w14:paraId="23FF56D1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Единицы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времени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(сутки,</w:t>
            </w:r>
          </w:p>
        </w:tc>
        <w:tc>
          <w:tcPr>
            <w:tcW w:w="496" w:type="dxa"/>
            <w:tcBorders>
              <w:bottom w:val="nil"/>
            </w:tcBorders>
          </w:tcPr>
          <w:p w14:paraId="15B24414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  <w:tcBorders>
              <w:bottom w:val="nil"/>
            </w:tcBorders>
          </w:tcPr>
          <w:p w14:paraId="72EA76EC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14:paraId="27E13CC3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  <w:tcBorders>
              <w:bottom w:val="nil"/>
            </w:tcBorders>
          </w:tcPr>
          <w:p w14:paraId="06E4D697" w14:textId="77777777" w:rsidR="009228F1" w:rsidRDefault="009228F1" w:rsidP="00F22CF3">
            <w:pPr>
              <w:pStyle w:val="TableParagraph"/>
              <w:spacing w:before="70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22.09.2022</w:t>
            </w:r>
          </w:p>
        </w:tc>
        <w:tc>
          <w:tcPr>
            <w:tcW w:w="1736" w:type="dxa"/>
            <w:tcBorders>
              <w:bottom w:val="nil"/>
            </w:tcBorders>
          </w:tcPr>
          <w:p w14:paraId="140918DA" w14:textId="77777777" w:rsidR="009228F1" w:rsidRDefault="009228F1" w:rsidP="00F22CF3">
            <w:pPr>
              <w:pStyle w:val="TableParagraph"/>
              <w:spacing w:before="70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Комментирование.</w:t>
            </w:r>
          </w:p>
        </w:tc>
        <w:tc>
          <w:tcPr>
            <w:tcW w:w="1014" w:type="dxa"/>
            <w:tcBorders>
              <w:bottom w:val="nil"/>
            </w:tcBorders>
          </w:tcPr>
          <w:p w14:paraId="3C0B2D4D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</w:p>
        </w:tc>
        <w:tc>
          <w:tcPr>
            <w:tcW w:w="6956" w:type="dxa"/>
            <w:tcBorders>
              <w:bottom w:val="nil"/>
            </w:tcBorders>
          </w:tcPr>
          <w:p w14:paraId="13D5AF1A" w14:textId="77777777" w:rsidR="009228F1" w:rsidRDefault="009228F1" w:rsidP="00F22CF3">
            <w:pPr>
              <w:pStyle w:val="TableParagraph"/>
              <w:spacing w:before="70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https://nsportal.ru/nachalnaya-shkola/matematika/2015/10/03/urok-prezentatsiya-edinitsy-vremeni</w:t>
            </w:r>
          </w:p>
        </w:tc>
      </w:tr>
      <w:tr w:rsidR="009228F1" w14:paraId="24D2AC5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FE5AA3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38BF168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неделя,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месяц,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год,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век),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5D12F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52AADB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1561C4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F883D89" w14:textId="77777777" w:rsidR="009228F1" w:rsidRDefault="009228F1" w:rsidP="00F22CF3">
            <w:pPr>
              <w:pStyle w:val="TableParagraph"/>
              <w:spacing w:before="9" w:line="151" w:lineRule="exact"/>
              <w:ind w:left="50" w:right="4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23.09.2022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8ADBE3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Представление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C67DB3D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опрос;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7528C0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8CFD33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12AE14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2511E9F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соотношение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между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ними.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B497BE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D23183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6650B3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D6CF66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835C60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величины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разных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1FBCB7E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Письменный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3BA9A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80EB3BF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7E72E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AE5AFC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Календарь.</w:t>
            </w: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8963C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ABB6F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49834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E19260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5D4F63F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единицах,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пошаговый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5F79399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контроль;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5E61D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39AD876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7127E0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B7AA67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B520D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5DFF6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C0DEE5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D7DAE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998E98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переход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A42E144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2C8BA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342601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130B2D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448D67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95770B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A8BD0C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0D55A4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3F442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C99057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крупных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более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57453AB" w14:textId="77777777" w:rsidR="009228F1" w:rsidRDefault="009228F1" w:rsidP="00F22CF3">
            <w:pPr>
              <w:pStyle w:val="TableParagraph"/>
              <w:spacing w:before="9" w:line="151" w:lineRule="exact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ABA971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8C2B92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46DF27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8FB35A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845A4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2D1212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BF26BC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E1C8BA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825790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мелким.;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0A0DDB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6662C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D56BB4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1469E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D3E8C8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3A2CF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801DF6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AE4DB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8C65A6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C8605A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C934C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9EDA81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ACAAC7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35C21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08CBB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20EC75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C01992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45E9EB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CFB385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CACDFA9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F0D148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3D8AF5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407AB3E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C4621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9898D2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CF8F92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7BC4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53FB8D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A378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26243D5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выполнение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ED11D6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7625F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84CA87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5414B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5012A1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8B903C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CD1FAE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E941A9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32CCA0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6F443D3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(увеличение/уменьшение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7ED354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221DDF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65F8A30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FE7BA5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7E579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976A71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7F411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395A56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9C1FFE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283D2B6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на/в)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величинами.;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63738A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F8542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404C5A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A4508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55ACE5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7AB2EA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D28D1E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2091E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2DA51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C82A81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Выбор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B76F4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D91F8D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770BF2C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61F2D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52EAE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AF022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96F1C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69399B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77C61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9BD5C5C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соответствующей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08CF5B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7ABB1B1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320F4C2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206D0AC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242D8A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97E0AC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3716B0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12314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9CFA3E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DCE752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ситуации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единицы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472576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18EECD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02A924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625A8B9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46AA2D3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9969A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1AC986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55FB79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41294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17E6A66D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измерения.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68B74E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F10521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0CF9D8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C3A77A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A0DDF1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1338A5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14FB69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A1C065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102CD2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2A4062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доли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098D6B1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11518E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881FA2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7DAA3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9D16B3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5209EC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1C9735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85A262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5754D7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02A0F7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основе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содержательного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8A059B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A9F9E1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614DFD2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7D66A3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5A5DB9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26E50E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C5FF55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8546A9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6989139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AC17CAB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смысла.;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BD88CC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D9D944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50EB4FA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7F56B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D329F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4A0ABA6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89F22D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C088F3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5F6BD7A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73DCA62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2889F6D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4FCF0C1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B542B69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3041BBA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4C7DD0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277A2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229DED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1FB708F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4BE09FC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35DCB1E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задание: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оформление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4045F81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74C75E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5CCE2F3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71224B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E17B54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E92707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2F128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8AC655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B95BC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7A01D31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математической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записи: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30B89B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5CAE4D0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68F9A58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02B57F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59DAC12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3831AD6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4D5D18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79D53AE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442B0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0D780C83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запись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равенства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5184C42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D66A9D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0811176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E20DCA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6DBD3BA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FA702E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5268A5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0297121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789CC87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31C2DF6A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(неравенства)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C01A4D3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061CF8C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42107FDC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12879890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76F484BB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1D94F18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602514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51F437ED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1126F1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B3D9A9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разностного,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кратного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656000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F11344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0F6982A7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0E05E781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38EE56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6C037A5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C78E78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2556AEA9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09775EF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4382EDD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сравнения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величин,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10EB2F3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297F303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241EB5BB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5DC5FDE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0FA9B04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7BDD54B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7507A2A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40F8E206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703E0E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5AD83797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увеличения/уменьшения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33D979BE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3920385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107E4CC5" w14:textId="77777777" w:rsidTr="00F22CF3">
        <w:trPr>
          <w:trHeight w:val="180"/>
        </w:trPr>
        <w:tc>
          <w:tcPr>
            <w:tcW w:w="372" w:type="dxa"/>
            <w:tcBorders>
              <w:top w:val="nil"/>
              <w:bottom w:val="nil"/>
            </w:tcBorders>
          </w:tcPr>
          <w:p w14:paraId="492E8307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14:paraId="186570F2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14:paraId="06AABFBF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F8AAEF8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14:paraId="66673CDA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14:paraId="21967274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 w14:paraId="23B19E44" w14:textId="77777777" w:rsidR="009228F1" w:rsidRDefault="009228F1" w:rsidP="00F22CF3">
            <w:pPr>
              <w:pStyle w:val="TableParagraph"/>
              <w:spacing w:before="9" w:line="151" w:lineRule="exact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значения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14:paraId="70114D2C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  <w:tc>
          <w:tcPr>
            <w:tcW w:w="6956" w:type="dxa"/>
            <w:tcBorders>
              <w:top w:val="nil"/>
              <w:bottom w:val="nil"/>
            </w:tcBorders>
          </w:tcPr>
          <w:p w14:paraId="62CA9335" w14:textId="77777777" w:rsidR="009228F1" w:rsidRDefault="009228F1" w:rsidP="00F22CF3">
            <w:pPr>
              <w:pStyle w:val="TableParagraph"/>
              <w:rPr>
                <w:sz w:val="12"/>
              </w:rPr>
            </w:pPr>
          </w:p>
        </w:tc>
      </w:tr>
      <w:tr w:rsidR="009228F1" w14:paraId="539D44D0" w14:textId="77777777" w:rsidTr="00F22CF3">
        <w:trPr>
          <w:trHeight w:val="284"/>
        </w:trPr>
        <w:tc>
          <w:tcPr>
            <w:tcW w:w="372" w:type="dxa"/>
            <w:tcBorders>
              <w:top w:val="nil"/>
            </w:tcBorders>
          </w:tcPr>
          <w:p w14:paraId="5853E65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14:paraId="25B8DACC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nil"/>
            </w:tcBorders>
          </w:tcPr>
          <w:p w14:paraId="3FAE7E41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14:paraId="242E5BA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14:paraId="217EFFEB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14:paraId="202CA394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 w14:paraId="6B8C29FF" w14:textId="77777777" w:rsidR="009228F1" w:rsidRDefault="009228F1" w:rsidP="00F22CF3">
            <w:pPr>
              <w:pStyle w:val="TableParagraph"/>
              <w:spacing w:before="9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несколько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раз.;</w:t>
            </w:r>
          </w:p>
        </w:tc>
        <w:tc>
          <w:tcPr>
            <w:tcW w:w="1014" w:type="dxa"/>
            <w:tcBorders>
              <w:top w:val="nil"/>
            </w:tcBorders>
          </w:tcPr>
          <w:p w14:paraId="7B34158B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6956" w:type="dxa"/>
            <w:tcBorders>
              <w:top w:val="nil"/>
            </w:tcBorders>
          </w:tcPr>
          <w:p w14:paraId="182B63B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5365B787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71BC5A2C" w14:textId="77777777" w:rsidTr="00F22CF3">
        <w:trPr>
          <w:trHeight w:val="5419"/>
        </w:trPr>
        <w:tc>
          <w:tcPr>
            <w:tcW w:w="372" w:type="dxa"/>
          </w:tcPr>
          <w:p w14:paraId="003E995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2.4.</w:t>
            </w:r>
          </w:p>
        </w:tc>
        <w:tc>
          <w:tcPr>
            <w:tcW w:w="2108" w:type="dxa"/>
          </w:tcPr>
          <w:p w14:paraId="7C8CD27A" w14:textId="77777777" w:rsidR="009228F1" w:rsidRDefault="009228F1" w:rsidP="00F22CF3">
            <w:pPr>
              <w:pStyle w:val="TableParagraph"/>
              <w:spacing w:before="70" w:line="268" w:lineRule="auto"/>
              <w:ind w:left="71" w:right="42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 xml:space="preserve">Единицы </w:t>
            </w:r>
            <w:r>
              <w:rPr>
                <w:b/>
                <w:w w:val="105"/>
                <w:sz w:val="14"/>
              </w:rPr>
              <w:t>длины (миллиметр,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сантиметр, дециметр, метр,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километр), площади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(квадратный метр,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квадратный дециметр,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квадратный сантиметр),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вместимости  (литр),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скорости (километры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час,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метры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минуту, метры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секунду);  соотношение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между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единицами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</w:p>
          <w:p w14:paraId="41737D8B" w14:textId="77777777" w:rsidR="009228F1" w:rsidRDefault="009228F1" w:rsidP="00F22CF3">
            <w:pPr>
              <w:pStyle w:val="TableParagraph"/>
              <w:spacing w:before="1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пределах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100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000.</w:t>
            </w:r>
          </w:p>
        </w:tc>
        <w:tc>
          <w:tcPr>
            <w:tcW w:w="496" w:type="dxa"/>
          </w:tcPr>
          <w:p w14:paraId="06A4230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61E07BB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BF7E45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6FFFBFE9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28.09.2022</w:t>
            </w:r>
          </w:p>
        </w:tc>
        <w:tc>
          <w:tcPr>
            <w:tcW w:w="1736" w:type="dxa"/>
          </w:tcPr>
          <w:p w14:paraId="41723379" w14:textId="77777777" w:rsidR="009228F1" w:rsidRDefault="009228F1" w:rsidP="00F22CF3">
            <w:pPr>
              <w:pStyle w:val="TableParagraph"/>
              <w:spacing w:before="70" w:line="268" w:lineRule="auto"/>
              <w:ind w:left="71" w:right="93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Представление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 в разных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единицах, пошаговый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переход от более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крупных единиц к более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мелким.;</w:t>
            </w:r>
          </w:p>
          <w:p w14:paraId="552D7D1A" w14:textId="77777777" w:rsidR="009228F1" w:rsidRDefault="009228F1" w:rsidP="00F22CF3">
            <w:pPr>
              <w:pStyle w:val="TableParagraph"/>
              <w:spacing w:before="1" w:line="268" w:lineRule="auto"/>
              <w:ind w:left="71" w:right="61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сравнение величин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действий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(увеличение/уменьшение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на/в) с величинами.;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 и 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соответствующей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ситуации единицы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измерения. Нахождение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 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основе содержательного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смысла.;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 записи: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 в виде равенства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(неравенства) </w:t>
            </w:r>
            <w:r>
              <w:rPr>
                <w:w w:val="105"/>
                <w:sz w:val="14"/>
              </w:rPr>
              <w:t>результата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разностного, кратного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сравнения величин,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увеличения/уменьшения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 величины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несколько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раз.;</w:t>
            </w:r>
          </w:p>
        </w:tc>
        <w:tc>
          <w:tcPr>
            <w:tcW w:w="1014" w:type="dxa"/>
          </w:tcPr>
          <w:p w14:paraId="4D25279C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256D6B5B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</w:t>
            </w:r>
            <w:hyperlink r:id="rId7">
              <w:r>
                <w:rPr>
                  <w:w w:val="105"/>
                  <w:sz w:val="14"/>
                </w:rPr>
                <w:t>www.klass39.ru/internet-urok-po-matematike-velichiny-i-ix-edinicy-izmereniya/</w:t>
              </w:r>
            </w:hyperlink>
          </w:p>
        </w:tc>
      </w:tr>
    </w:tbl>
    <w:p w14:paraId="61DC3B33" w14:textId="77777777" w:rsidR="009228F1" w:rsidRPr="009228F1" w:rsidRDefault="009228F1" w:rsidP="009228F1">
      <w:pPr>
        <w:rPr>
          <w:sz w:val="14"/>
          <w:lang w:val="ru-RU"/>
        </w:rPr>
        <w:sectPr w:rsidR="009228F1" w:rsidRP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592C0B" w14:paraId="420004A8" w14:textId="77777777" w:rsidTr="00F22CF3">
        <w:trPr>
          <w:trHeight w:val="6986"/>
        </w:trPr>
        <w:tc>
          <w:tcPr>
            <w:tcW w:w="372" w:type="dxa"/>
          </w:tcPr>
          <w:p w14:paraId="58D7FF0C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2.5.</w:t>
            </w:r>
          </w:p>
        </w:tc>
        <w:tc>
          <w:tcPr>
            <w:tcW w:w="2108" w:type="dxa"/>
          </w:tcPr>
          <w:p w14:paraId="7160624C" w14:textId="77777777" w:rsidR="009228F1" w:rsidRDefault="009228F1" w:rsidP="00F22CF3">
            <w:pPr>
              <w:pStyle w:val="TableParagraph"/>
              <w:spacing w:before="70" w:line="268" w:lineRule="auto"/>
              <w:ind w:left="71" w:right="33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Доля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величины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времени,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массы,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длины.</w:t>
            </w:r>
          </w:p>
        </w:tc>
        <w:tc>
          <w:tcPr>
            <w:tcW w:w="496" w:type="dxa"/>
          </w:tcPr>
          <w:p w14:paraId="19A7EFE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5AAA3E5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50275565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1003D4D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29.09.2022</w:t>
            </w:r>
          </w:p>
          <w:p w14:paraId="7E090B14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03.10.2022</w:t>
            </w:r>
          </w:p>
        </w:tc>
        <w:tc>
          <w:tcPr>
            <w:tcW w:w="1736" w:type="dxa"/>
          </w:tcPr>
          <w:p w14:paraId="3BFAE957" w14:textId="77777777" w:rsidR="009228F1" w:rsidRDefault="009228F1" w:rsidP="00F22CF3">
            <w:pPr>
              <w:pStyle w:val="TableParagraph"/>
              <w:spacing w:before="70" w:line="268" w:lineRule="auto"/>
              <w:ind w:left="71" w:right="62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сравнение величин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действий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(увеличение/уменьшение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на/в) с величинами.;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 и 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соответствующей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ситуации единицы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измерения. Нахождение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 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основе содержательного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смысла.;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 записи: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запись в виде равенства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(неравенства) </w:t>
            </w:r>
            <w:r>
              <w:rPr>
                <w:w w:val="105"/>
                <w:sz w:val="14"/>
              </w:rPr>
              <w:t>результата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разностного, кратного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сравнения величин,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увеличения/уменьшения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 величины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несколько раз.;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Пропедевтика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исследовательской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 определять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помощью цифровых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аналоговых приборов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массу предмета,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температуру (например,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воды, воздуха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помещении), скорость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движения </w:t>
            </w:r>
            <w:r>
              <w:rPr>
                <w:w w:val="105"/>
                <w:sz w:val="14"/>
              </w:rPr>
              <w:t>транспортного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средства; определять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измерительных сосудов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вместимость; выполнять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прикидку и оценку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измерений;</w:t>
            </w:r>
          </w:p>
        </w:tc>
        <w:tc>
          <w:tcPr>
            <w:tcW w:w="1014" w:type="dxa"/>
          </w:tcPr>
          <w:p w14:paraId="23D677D0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75BF2BCB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385"/>
              <w:rPr>
                <w:sz w:val="14"/>
                <w:lang w:val="en-US"/>
              </w:rPr>
            </w:pPr>
            <w:r w:rsidRPr="00592C0B">
              <w:rPr>
                <w:w w:val="105"/>
                <w:sz w:val="14"/>
                <w:lang w:val="en-US"/>
              </w:rPr>
              <w:t>https://infourok.ru/prezentaciya-po-matematike-na-temu-doli-edinic-vremeni-4-klass-4425203.html</w:t>
            </w:r>
            <w:r w:rsidRPr="00592C0B">
              <w:rPr>
                <w:spacing w:val="1"/>
                <w:w w:val="105"/>
                <w:sz w:val="14"/>
                <w:lang w:val="en-US"/>
              </w:rPr>
              <w:t xml:space="preserve"> </w:t>
            </w:r>
            <w:r w:rsidRPr="00592C0B">
              <w:rPr>
                <w:spacing w:val="-1"/>
                <w:w w:val="105"/>
                <w:sz w:val="14"/>
                <w:lang w:val="en-US"/>
              </w:rPr>
              <w:t>https://nsportal.ru/nachalnaya-shkola/matematika/2019/11/06/urok-matematiki-tema-edinitsy-vremeni-dliny-i-</w:t>
            </w:r>
            <w:r w:rsidRPr="00592C0B">
              <w:rPr>
                <w:w w:val="105"/>
                <w:sz w:val="14"/>
                <w:lang w:val="en-US"/>
              </w:rPr>
              <w:t xml:space="preserve"> massy</w:t>
            </w:r>
          </w:p>
        </w:tc>
      </w:tr>
      <w:tr w:rsidR="009228F1" w14:paraId="7D2AA95D" w14:textId="77777777" w:rsidTr="00F22CF3">
        <w:trPr>
          <w:trHeight w:val="311"/>
        </w:trPr>
        <w:tc>
          <w:tcPr>
            <w:tcW w:w="2480" w:type="dxa"/>
            <w:gridSpan w:val="2"/>
          </w:tcPr>
          <w:p w14:paraId="15BF68E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</w:t>
            </w:r>
          </w:p>
        </w:tc>
        <w:tc>
          <w:tcPr>
            <w:tcW w:w="496" w:type="dxa"/>
          </w:tcPr>
          <w:p w14:paraId="6B27ADB8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2626" w:type="dxa"/>
            <w:gridSpan w:val="6"/>
          </w:tcPr>
          <w:p w14:paraId="6C406334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4ED909BE" w14:textId="77777777" w:rsidTr="00F22CF3">
        <w:trPr>
          <w:trHeight w:val="311"/>
        </w:trPr>
        <w:tc>
          <w:tcPr>
            <w:tcW w:w="15602" w:type="dxa"/>
            <w:gridSpan w:val="9"/>
          </w:tcPr>
          <w:p w14:paraId="68B04F24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Раздел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Арифметические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действия</w:t>
            </w:r>
          </w:p>
        </w:tc>
      </w:tr>
    </w:tbl>
    <w:p w14:paraId="7757ACEA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592C0B" w14:paraId="35C0BE30" w14:textId="77777777" w:rsidTr="00F22CF3">
        <w:trPr>
          <w:trHeight w:val="9072"/>
        </w:trPr>
        <w:tc>
          <w:tcPr>
            <w:tcW w:w="372" w:type="dxa"/>
          </w:tcPr>
          <w:p w14:paraId="7991869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3.1.</w:t>
            </w:r>
          </w:p>
        </w:tc>
        <w:tc>
          <w:tcPr>
            <w:tcW w:w="2108" w:type="dxa"/>
          </w:tcPr>
          <w:p w14:paraId="5EE62DBE" w14:textId="77777777" w:rsidR="009228F1" w:rsidRDefault="009228F1" w:rsidP="00F22CF3">
            <w:pPr>
              <w:pStyle w:val="TableParagraph"/>
              <w:spacing w:before="70" w:line="268" w:lineRule="auto"/>
              <w:ind w:left="71" w:right="14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Письменное сложение,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вычитание многозначных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чисел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пределах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миллиона.</w:t>
            </w:r>
          </w:p>
        </w:tc>
        <w:tc>
          <w:tcPr>
            <w:tcW w:w="496" w:type="dxa"/>
          </w:tcPr>
          <w:p w14:paraId="3F75C3D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1037" w:type="dxa"/>
          </w:tcPr>
          <w:p w14:paraId="23E6E593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6C020367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812" w:type="dxa"/>
          </w:tcPr>
          <w:p w14:paraId="24497FCE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04.10.2022</w:t>
            </w:r>
          </w:p>
          <w:p w14:paraId="32B8BF34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11.10.2022</w:t>
            </w:r>
          </w:p>
        </w:tc>
        <w:tc>
          <w:tcPr>
            <w:tcW w:w="1736" w:type="dxa"/>
          </w:tcPr>
          <w:p w14:paraId="748BFEA9" w14:textId="77777777" w:rsidR="009228F1" w:rsidRDefault="009228F1" w:rsidP="00F22CF3">
            <w:pPr>
              <w:pStyle w:val="TableParagraph"/>
              <w:spacing w:before="70" w:line="268" w:lineRule="auto"/>
              <w:ind w:left="71" w:right="104"/>
              <w:rPr>
                <w:sz w:val="14"/>
              </w:rPr>
            </w:pPr>
            <w:r>
              <w:rPr>
                <w:w w:val="105"/>
                <w:sz w:val="14"/>
              </w:rPr>
              <w:t>Упражнения: устные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 в пределах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случаях,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сводимых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 вычислениям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пределах ста.;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Алгоритмы </w:t>
            </w:r>
            <w:r>
              <w:rPr>
                <w:w w:val="105"/>
                <w:sz w:val="14"/>
              </w:rPr>
              <w:t>письменных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Комментирование хода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 по алгоритму,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39B59241" w14:textId="77777777" w:rsidR="009228F1" w:rsidRDefault="009228F1" w:rsidP="00F22CF3">
            <w:pPr>
              <w:pStyle w:val="TableParagraph"/>
              <w:spacing w:before="1" w:line="268" w:lineRule="auto"/>
              <w:ind w:left="71" w:right="55"/>
              <w:rPr>
                <w:sz w:val="14"/>
              </w:rPr>
            </w:pPr>
            <w:r>
              <w:rPr>
                <w:w w:val="105"/>
                <w:sz w:val="14"/>
              </w:rPr>
              <w:t>Учебный диалог: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обсуждение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 на основе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зависимости между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результатом действия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(сложения, вычитания,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умножения, деления).;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Упражнения: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прогнозирование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возможных ошибок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вычислениях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алгоритму, 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05B8A102" w14:textId="77777777" w:rsidR="009228F1" w:rsidRDefault="009228F1" w:rsidP="00F22CF3">
            <w:pPr>
              <w:pStyle w:val="TableParagraph"/>
              <w:spacing w:before="2" w:line="268" w:lineRule="auto"/>
              <w:ind w:left="71" w:right="202"/>
              <w:rPr>
                <w:sz w:val="14"/>
              </w:rPr>
            </w:pPr>
            <w:r>
              <w:rPr>
                <w:w w:val="105"/>
                <w:sz w:val="14"/>
              </w:rPr>
              <w:t>Задания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проведение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самоконтроля.;</w:t>
            </w:r>
          </w:p>
          <w:p w14:paraId="17057197" w14:textId="77777777" w:rsidR="009228F1" w:rsidRDefault="009228F1" w:rsidP="00F22CF3">
            <w:pPr>
              <w:pStyle w:val="TableParagraph"/>
              <w:spacing w:line="268" w:lineRule="auto"/>
              <w:ind w:left="71" w:right="48"/>
              <w:rPr>
                <w:sz w:val="14"/>
              </w:rPr>
            </w:pPr>
            <w:r>
              <w:rPr>
                <w:w w:val="105"/>
                <w:sz w:val="14"/>
              </w:rPr>
              <w:t>Проверка хода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(соответствие </w:t>
            </w:r>
            <w:r>
              <w:rPr>
                <w:w w:val="105"/>
                <w:sz w:val="14"/>
              </w:rPr>
              <w:t>алгоритму,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частные случаи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 действий)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действия. 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Применение приёмов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устных вычислений,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основанных на знании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свойств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 и состава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числа.;</w:t>
            </w:r>
          </w:p>
        </w:tc>
        <w:tc>
          <w:tcPr>
            <w:tcW w:w="1014" w:type="dxa"/>
          </w:tcPr>
          <w:p w14:paraId="46E3799C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FBD21A7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963"/>
              <w:rPr>
                <w:sz w:val="14"/>
                <w:lang w:val="en-US"/>
              </w:rPr>
            </w:pPr>
            <w:r w:rsidRPr="00592C0B">
              <w:rPr>
                <w:spacing w:val="-1"/>
                <w:w w:val="105"/>
                <w:sz w:val="14"/>
                <w:lang w:val="en-US"/>
              </w:rPr>
              <w:t>https://infourok.ru/prezentaciya-po-matematike-na-temu-pismennie-priemi-slozheniya-i-vichitaniya-</w:t>
            </w:r>
            <w:r w:rsidRPr="00592C0B">
              <w:rPr>
                <w:w w:val="105"/>
                <w:sz w:val="14"/>
                <w:lang w:val="en-US"/>
              </w:rPr>
              <w:t xml:space="preserve"> mnogoznachnih-chisel-klass-4002467.html</w:t>
            </w:r>
          </w:p>
        </w:tc>
      </w:tr>
    </w:tbl>
    <w:p w14:paraId="3E4D0BF5" w14:textId="77777777" w:rsidR="009228F1" w:rsidRPr="00592C0B" w:rsidRDefault="009228F1" w:rsidP="009228F1">
      <w:pPr>
        <w:spacing w:line="268" w:lineRule="auto"/>
        <w:rPr>
          <w:sz w:val="14"/>
        </w:rPr>
        <w:sectPr w:rsidR="009228F1" w:rsidRPr="00592C0B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592C0B" w14:paraId="3DE297A1" w14:textId="77777777" w:rsidTr="00F22CF3">
        <w:trPr>
          <w:trHeight w:val="9004"/>
        </w:trPr>
        <w:tc>
          <w:tcPr>
            <w:tcW w:w="372" w:type="dxa"/>
          </w:tcPr>
          <w:p w14:paraId="2CD08BA6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3.2.</w:t>
            </w:r>
          </w:p>
        </w:tc>
        <w:tc>
          <w:tcPr>
            <w:tcW w:w="2108" w:type="dxa"/>
          </w:tcPr>
          <w:p w14:paraId="578A2A62" w14:textId="77777777" w:rsidR="009228F1" w:rsidRDefault="009228F1" w:rsidP="00F22CF3">
            <w:pPr>
              <w:pStyle w:val="TableParagraph"/>
              <w:spacing w:before="70" w:line="268" w:lineRule="auto"/>
              <w:ind w:left="71" w:right="6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Письменное умножение,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деление </w:t>
            </w:r>
            <w:r>
              <w:rPr>
                <w:b/>
                <w:w w:val="105"/>
                <w:sz w:val="14"/>
              </w:rPr>
              <w:t>многозначных чисел</w:t>
            </w:r>
            <w:r>
              <w:rPr>
                <w:b/>
                <w:spacing w:val="-3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 однозначное/ двузначное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число; деление с остатком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(запись уголком) в пределах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100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000.</w:t>
            </w:r>
          </w:p>
        </w:tc>
        <w:tc>
          <w:tcPr>
            <w:tcW w:w="496" w:type="dxa"/>
          </w:tcPr>
          <w:p w14:paraId="6A88CB9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1037" w:type="dxa"/>
          </w:tcPr>
          <w:p w14:paraId="1CF73F7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544A8960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812" w:type="dxa"/>
          </w:tcPr>
          <w:p w14:paraId="4A851D3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12.10.2022</w:t>
            </w:r>
          </w:p>
          <w:p w14:paraId="6FBE8BB0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21.10.2022</w:t>
            </w:r>
          </w:p>
        </w:tc>
        <w:tc>
          <w:tcPr>
            <w:tcW w:w="1736" w:type="dxa"/>
          </w:tcPr>
          <w:p w14:paraId="7C01CE6D" w14:textId="77777777" w:rsidR="009228F1" w:rsidRDefault="009228F1" w:rsidP="00F22CF3">
            <w:pPr>
              <w:pStyle w:val="TableParagraph"/>
              <w:spacing w:before="70" w:line="268" w:lineRule="auto"/>
              <w:ind w:left="71" w:right="104"/>
              <w:rPr>
                <w:sz w:val="14"/>
              </w:rPr>
            </w:pPr>
            <w:r>
              <w:rPr>
                <w:w w:val="105"/>
                <w:sz w:val="14"/>
              </w:rPr>
              <w:t>Упражнения: устные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 в пределах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случаях,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сводимых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 вычислениям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пределах ста.;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Алгоритмы </w:t>
            </w:r>
            <w:r>
              <w:rPr>
                <w:w w:val="105"/>
                <w:sz w:val="14"/>
              </w:rPr>
              <w:t>письменных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Комментирование хода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 по алгоритму,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6C593696" w14:textId="77777777" w:rsidR="009228F1" w:rsidRDefault="009228F1" w:rsidP="00F22CF3">
            <w:pPr>
              <w:pStyle w:val="TableParagraph"/>
              <w:spacing w:before="1" w:line="268" w:lineRule="auto"/>
              <w:ind w:left="71" w:right="55"/>
              <w:rPr>
                <w:sz w:val="14"/>
              </w:rPr>
            </w:pPr>
            <w:r>
              <w:rPr>
                <w:w w:val="105"/>
                <w:sz w:val="14"/>
              </w:rPr>
              <w:t>Учебный диалог: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обсуждение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 на основе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зависимости между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результатом действия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(сложения, вычитания,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умножения, деления).;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Упражнения: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прогнозирование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возможных ошибок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вычислениях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алгоритму, 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35901699" w14:textId="77777777" w:rsidR="009228F1" w:rsidRDefault="009228F1" w:rsidP="00F22CF3">
            <w:pPr>
              <w:pStyle w:val="TableParagraph"/>
              <w:spacing w:before="2" w:line="268" w:lineRule="auto"/>
              <w:ind w:left="71" w:right="202"/>
              <w:rPr>
                <w:sz w:val="14"/>
              </w:rPr>
            </w:pPr>
            <w:r>
              <w:rPr>
                <w:w w:val="105"/>
                <w:sz w:val="14"/>
              </w:rPr>
              <w:t>Задания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проведение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самоконтроля.;</w:t>
            </w:r>
          </w:p>
          <w:p w14:paraId="73BFBA07" w14:textId="77777777" w:rsidR="009228F1" w:rsidRDefault="009228F1" w:rsidP="00F22CF3">
            <w:pPr>
              <w:pStyle w:val="TableParagraph"/>
              <w:spacing w:line="268" w:lineRule="auto"/>
              <w:ind w:left="71" w:right="48"/>
              <w:rPr>
                <w:sz w:val="14"/>
              </w:rPr>
            </w:pPr>
            <w:r>
              <w:rPr>
                <w:w w:val="105"/>
                <w:sz w:val="14"/>
              </w:rPr>
              <w:t>Проверка хода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(соответствие </w:t>
            </w:r>
            <w:r>
              <w:rPr>
                <w:w w:val="105"/>
                <w:sz w:val="14"/>
              </w:rPr>
              <w:t>алгоритму,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частные случаи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 действий)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действия. 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Применение приёмов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устных вычислений,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основанных на знании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свойств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 и состава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числа.;</w:t>
            </w:r>
          </w:p>
        </w:tc>
        <w:tc>
          <w:tcPr>
            <w:tcW w:w="1014" w:type="dxa"/>
          </w:tcPr>
          <w:p w14:paraId="1D50A591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39EC6B71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205"/>
              <w:rPr>
                <w:sz w:val="14"/>
                <w:lang w:val="en-US"/>
              </w:rPr>
            </w:pPr>
            <w:r w:rsidRPr="00592C0B">
              <w:rPr>
                <w:spacing w:val="-1"/>
                <w:w w:val="105"/>
                <w:sz w:val="14"/>
                <w:lang w:val="en-US"/>
              </w:rPr>
              <w:t>https://nsportal.ru/nachalnaya-shkola/dlya-kompleksov-detskii-sad-nachalnaya-shkola/2017/12/02/otkrytyy-urok-</w:t>
            </w:r>
            <w:r w:rsidRPr="00592C0B">
              <w:rPr>
                <w:w w:val="105"/>
                <w:sz w:val="14"/>
                <w:lang w:val="en-US"/>
              </w:rPr>
              <w:t xml:space="preserve"> po-</w:t>
            </w:r>
            <w:proofErr w:type="spellStart"/>
            <w:r w:rsidRPr="00592C0B">
              <w:rPr>
                <w:w w:val="105"/>
                <w:sz w:val="14"/>
                <w:lang w:val="en-US"/>
              </w:rPr>
              <w:t>teme</w:t>
            </w:r>
            <w:proofErr w:type="spellEnd"/>
          </w:p>
        </w:tc>
      </w:tr>
    </w:tbl>
    <w:p w14:paraId="38DFE390" w14:textId="77777777" w:rsidR="009228F1" w:rsidRPr="00592C0B" w:rsidRDefault="009228F1" w:rsidP="009228F1">
      <w:pPr>
        <w:spacing w:line="268" w:lineRule="auto"/>
        <w:rPr>
          <w:sz w:val="14"/>
        </w:rPr>
        <w:sectPr w:rsidR="009228F1" w:rsidRPr="00592C0B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56C2C5A7" w14:textId="77777777" w:rsidTr="00F22CF3">
        <w:trPr>
          <w:trHeight w:val="3987"/>
        </w:trPr>
        <w:tc>
          <w:tcPr>
            <w:tcW w:w="372" w:type="dxa"/>
          </w:tcPr>
          <w:p w14:paraId="0029F09F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3.3.</w:t>
            </w:r>
          </w:p>
        </w:tc>
        <w:tc>
          <w:tcPr>
            <w:tcW w:w="2108" w:type="dxa"/>
          </w:tcPr>
          <w:p w14:paraId="6400A70D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Умножение/деление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10,</w:t>
            </w:r>
          </w:p>
          <w:p w14:paraId="08158CC6" w14:textId="77777777" w:rsidR="009228F1" w:rsidRDefault="009228F1" w:rsidP="00F22CF3">
            <w:pPr>
              <w:pStyle w:val="TableParagraph"/>
              <w:spacing w:before="19"/>
              <w:ind w:left="7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100,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1000.</w:t>
            </w:r>
          </w:p>
        </w:tc>
        <w:tc>
          <w:tcPr>
            <w:tcW w:w="496" w:type="dxa"/>
          </w:tcPr>
          <w:p w14:paraId="3DC62AC6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1037" w:type="dxa"/>
          </w:tcPr>
          <w:p w14:paraId="7663B329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69DD25CD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812" w:type="dxa"/>
          </w:tcPr>
          <w:p w14:paraId="640017B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24.10.2022</w:t>
            </w:r>
          </w:p>
          <w:p w14:paraId="7299C28E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04.11.2022</w:t>
            </w:r>
          </w:p>
        </w:tc>
        <w:tc>
          <w:tcPr>
            <w:tcW w:w="1736" w:type="dxa"/>
          </w:tcPr>
          <w:p w14:paraId="0FC9B8F3" w14:textId="77777777" w:rsidR="009228F1" w:rsidRDefault="009228F1" w:rsidP="00F22CF3">
            <w:pPr>
              <w:pStyle w:val="TableParagraph"/>
              <w:spacing w:before="70" w:line="268" w:lineRule="auto"/>
              <w:ind w:left="71" w:right="107"/>
              <w:rPr>
                <w:sz w:val="14"/>
              </w:rPr>
            </w:pPr>
            <w:r>
              <w:rPr>
                <w:w w:val="105"/>
                <w:sz w:val="14"/>
              </w:rPr>
              <w:t>Упражнения: устные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 в пределах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случаях,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сводимых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 вычислениям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пределах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ста.;</w:t>
            </w:r>
          </w:p>
          <w:p w14:paraId="48C90364" w14:textId="77777777" w:rsidR="009228F1" w:rsidRDefault="009228F1" w:rsidP="00F22CF3">
            <w:pPr>
              <w:pStyle w:val="TableParagraph"/>
              <w:spacing w:line="268" w:lineRule="auto"/>
              <w:ind w:left="71" w:right="73"/>
              <w:rPr>
                <w:sz w:val="14"/>
              </w:rPr>
            </w:pPr>
            <w:r>
              <w:rPr>
                <w:w w:val="105"/>
                <w:sz w:val="14"/>
              </w:rPr>
              <w:t>Работа в группах: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приведение примеров,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иллюстрирующих </w:t>
            </w:r>
            <w:r>
              <w:rPr>
                <w:w w:val="105"/>
                <w:sz w:val="14"/>
              </w:rPr>
              <w:t>смысл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ход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свойства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действий.;</w:t>
            </w:r>
          </w:p>
          <w:p w14:paraId="6293E73F" w14:textId="77777777" w:rsidR="009228F1" w:rsidRDefault="009228F1" w:rsidP="00F22CF3">
            <w:pPr>
              <w:pStyle w:val="TableParagraph"/>
              <w:spacing w:before="1" w:line="268" w:lineRule="auto"/>
              <w:ind w:left="71" w:right="90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сложения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вычитания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 пределах 100 000;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умножения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деления.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;</w:t>
            </w:r>
          </w:p>
          <w:p w14:paraId="5F1B4682" w14:textId="77777777" w:rsidR="009228F1" w:rsidRDefault="009228F1" w:rsidP="00F22CF3">
            <w:pPr>
              <w:pStyle w:val="TableParagraph"/>
              <w:spacing w:before="1" w:line="268" w:lineRule="auto"/>
              <w:ind w:left="71" w:right="98"/>
              <w:rPr>
                <w:sz w:val="14"/>
              </w:rPr>
            </w:pPr>
            <w:r>
              <w:rPr>
                <w:w w:val="105"/>
                <w:sz w:val="14"/>
              </w:rPr>
              <w:t>Умножение и деление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круглых чисел (в том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числе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1000).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;</w:t>
            </w:r>
          </w:p>
        </w:tc>
        <w:tc>
          <w:tcPr>
            <w:tcW w:w="1014" w:type="dxa"/>
          </w:tcPr>
          <w:p w14:paraId="346CD546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4E3EB56C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https://infourok.ru/konspekt-uroka-matematiki-na-temu-umnozhenie-i-delenie-na-klass-360184.html</w:t>
            </w:r>
          </w:p>
        </w:tc>
      </w:tr>
      <w:tr w:rsidR="009228F1" w:rsidRPr="00592C0B" w14:paraId="48C0BB78" w14:textId="77777777" w:rsidTr="00F22CF3">
        <w:trPr>
          <w:trHeight w:val="5903"/>
        </w:trPr>
        <w:tc>
          <w:tcPr>
            <w:tcW w:w="372" w:type="dxa"/>
          </w:tcPr>
          <w:p w14:paraId="09257435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3.4.</w:t>
            </w:r>
          </w:p>
        </w:tc>
        <w:tc>
          <w:tcPr>
            <w:tcW w:w="2108" w:type="dxa"/>
          </w:tcPr>
          <w:p w14:paraId="7CE7D53D" w14:textId="77777777" w:rsidR="009228F1" w:rsidRDefault="009228F1" w:rsidP="00F22CF3">
            <w:pPr>
              <w:pStyle w:val="TableParagraph"/>
              <w:spacing w:before="70" w:line="268" w:lineRule="auto"/>
              <w:ind w:left="71" w:right="235"/>
              <w:jc w:val="both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Свойства арифметических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действий и их применение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для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вычислений.</w:t>
            </w:r>
          </w:p>
        </w:tc>
        <w:tc>
          <w:tcPr>
            <w:tcW w:w="496" w:type="dxa"/>
          </w:tcPr>
          <w:p w14:paraId="64EC8A02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037" w:type="dxa"/>
          </w:tcPr>
          <w:p w14:paraId="61774A83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387270FC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812" w:type="dxa"/>
          </w:tcPr>
          <w:p w14:paraId="196554E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07.11.2022</w:t>
            </w:r>
          </w:p>
          <w:p w14:paraId="5F7613B4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11.11.2022</w:t>
            </w:r>
          </w:p>
        </w:tc>
        <w:tc>
          <w:tcPr>
            <w:tcW w:w="1736" w:type="dxa"/>
          </w:tcPr>
          <w:p w14:paraId="4FDEC3AC" w14:textId="77777777" w:rsidR="009228F1" w:rsidRDefault="009228F1" w:rsidP="00F22CF3">
            <w:pPr>
              <w:pStyle w:val="TableParagraph"/>
              <w:spacing w:before="70" w:line="268" w:lineRule="auto"/>
              <w:ind w:left="71" w:right="294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прогнозирование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возможных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ошибок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вычислениях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алгоритму, при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30056AD0" w14:textId="77777777" w:rsidR="009228F1" w:rsidRDefault="009228F1" w:rsidP="00F22CF3">
            <w:pPr>
              <w:pStyle w:val="TableParagraph"/>
              <w:spacing w:before="1" w:line="268" w:lineRule="auto"/>
              <w:ind w:left="71" w:right="87"/>
              <w:rPr>
                <w:sz w:val="14"/>
              </w:rPr>
            </w:pPr>
            <w:r>
              <w:rPr>
                <w:w w:val="105"/>
                <w:sz w:val="14"/>
              </w:rPr>
              <w:t>Задания на проведение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самоконтроля.;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Применение приёмов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устных вычислений,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основанных на знании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свойств арифметических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 и состава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числа.;</w:t>
            </w:r>
          </w:p>
          <w:p w14:paraId="5ADF726C" w14:textId="77777777" w:rsidR="009228F1" w:rsidRDefault="009228F1" w:rsidP="00F22CF3">
            <w:pPr>
              <w:pStyle w:val="TableParagraph"/>
              <w:spacing w:before="1" w:line="268" w:lineRule="auto"/>
              <w:ind w:left="71" w:right="73"/>
              <w:rPr>
                <w:sz w:val="14"/>
              </w:rPr>
            </w:pPr>
            <w:r>
              <w:rPr>
                <w:w w:val="105"/>
                <w:sz w:val="14"/>
              </w:rPr>
              <w:t>Работа в группах: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приведение примеров,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иллюстрирующих </w:t>
            </w:r>
            <w:r>
              <w:rPr>
                <w:w w:val="105"/>
                <w:sz w:val="14"/>
              </w:rPr>
              <w:t>смысл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ход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свойства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действий.;</w:t>
            </w:r>
          </w:p>
          <w:p w14:paraId="4935704D" w14:textId="77777777" w:rsidR="009228F1" w:rsidRDefault="009228F1" w:rsidP="00F22CF3">
            <w:pPr>
              <w:pStyle w:val="TableParagraph"/>
              <w:spacing w:line="268" w:lineRule="auto"/>
              <w:ind w:left="71" w:right="90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сложения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вычитания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 пределах 100 000;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выполнение умножения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деления.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;</w:t>
            </w:r>
          </w:p>
        </w:tc>
        <w:tc>
          <w:tcPr>
            <w:tcW w:w="1014" w:type="dxa"/>
          </w:tcPr>
          <w:p w14:paraId="2222165D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0C09FD7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930"/>
              <w:rPr>
                <w:sz w:val="14"/>
                <w:lang w:val="en-US"/>
              </w:rPr>
            </w:pPr>
            <w:r w:rsidRPr="00592C0B">
              <w:rPr>
                <w:spacing w:val="-1"/>
                <w:w w:val="105"/>
                <w:sz w:val="14"/>
                <w:lang w:val="en-US"/>
              </w:rPr>
              <w:t>https://infourok.ru/prezentaciya-k-uroku-matematiki-dlya-klassa-po-obnovlyonnoy-programme-v-rk-</w:t>
            </w:r>
            <w:r w:rsidRPr="00592C0B">
              <w:rPr>
                <w:w w:val="105"/>
                <w:sz w:val="14"/>
                <w:lang w:val="en-US"/>
              </w:rPr>
              <w:t xml:space="preserve"> arifmeticheskie-deystviya-i-ih-svoystvak-opublikovann-2988526.html</w:t>
            </w:r>
          </w:p>
        </w:tc>
      </w:tr>
    </w:tbl>
    <w:p w14:paraId="24E4C58F" w14:textId="77777777" w:rsidR="009228F1" w:rsidRPr="00592C0B" w:rsidRDefault="009228F1" w:rsidP="009228F1">
      <w:pPr>
        <w:spacing w:line="268" w:lineRule="auto"/>
        <w:rPr>
          <w:sz w:val="14"/>
        </w:rPr>
        <w:sectPr w:rsidR="009228F1" w:rsidRPr="00592C0B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2FD025A2" w14:textId="77777777" w:rsidTr="00F22CF3">
        <w:trPr>
          <w:trHeight w:val="5182"/>
        </w:trPr>
        <w:tc>
          <w:tcPr>
            <w:tcW w:w="372" w:type="dxa"/>
          </w:tcPr>
          <w:p w14:paraId="777BC60E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3.5.</w:t>
            </w:r>
          </w:p>
        </w:tc>
        <w:tc>
          <w:tcPr>
            <w:tcW w:w="2108" w:type="dxa"/>
          </w:tcPr>
          <w:p w14:paraId="6269EF62" w14:textId="77777777" w:rsidR="009228F1" w:rsidRDefault="009228F1" w:rsidP="00F22CF3">
            <w:pPr>
              <w:pStyle w:val="TableParagraph"/>
              <w:spacing w:before="70" w:line="268" w:lineRule="auto"/>
              <w:ind w:left="71" w:right="22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Поиск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значения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числового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выражения, содержащего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несколько действий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пределах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100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000.</w:t>
            </w:r>
          </w:p>
        </w:tc>
        <w:tc>
          <w:tcPr>
            <w:tcW w:w="496" w:type="dxa"/>
          </w:tcPr>
          <w:p w14:paraId="15117CD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5AEDF4D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5D73F5C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5DA6A967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14.11.2022</w:t>
            </w:r>
          </w:p>
          <w:p w14:paraId="5DBDAD5B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16.11.2022</w:t>
            </w:r>
          </w:p>
        </w:tc>
        <w:tc>
          <w:tcPr>
            <w:tcW w:w="1736" w:type="dxa"/>
          </w:tcPr>
          <w:p w14:paraId="50B06D33" w14:textId="77777777" w:rsidR="009228F1" w:rsidRDefault="009228F1" w:rsidP="00F22CF3">
            <w:pPr>
              <w:pStyle w:val="TableParagraph"/>
              <w:spacing w:before="70" w:line="268" w:lineRule="auto"/>
              <w:ind w:left="71" w:right="192"/>
              <w:rPr>
                <w:sz w:val="14"/>
              </w:rPr>
            </w:pPr>
            <w:r>
              <w:rPr>
                <w:w w:val="105"/>
                <w:sz w:val="14"/>
              </w:rPr>
              <w:t>Поиск значения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 выражения,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содержащего 3—4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скобками,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 скобок).;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Наблюдение: </w:t>
            </w:r>
            <w:r>
              <w:rPr>
                <w:w w:val="105"/>
                <w:sz w:val="14"/>
              </w:rPr>
              <w:t>примеры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рациональных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</w:t>
            </w:r>
          </w:p>
          <w:p w14:paraId="1B5A2202" w14:textId="77777777" w:rsidR="009228F1" w:rsidRDefault="009228F1" w:rsidP="00F22CF3">
            <w:pPr>
              <w:pStyle w:val="TableParagraph"/>
              <w:spacing w:before="1" w:line="268" w:lineRule="auto"/>
              <w:ind w:left="71" w:right="16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Использование </w:t>
            </w:r>
            <w:r>
              <w:rPr>
                <w:w w:val="105"/>
                <w:sz w:val="14"/>
              </w:rPr>
              <w:t>свойств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 для удобства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вычислений.;</w:t>
            </w:r>
          </w:p>
          <w:p w14:paraId="6BD77074" w14:textId="77777777" w:rsidR="009228F1" w:rsidRDefault="009228F1" w:rsidP="00F22CF3">
            <w:pPr>
              <w:pStyle w:val="TableParagraph"/>
              <w:spacing w:line="268" w:lineRule="auto"/>
              <w:ind w:left="71" w:right="140"/>
              <w:rPr>
                <w:sz w:val="14"/>
              </w:rPr>
            </w:pPr>
            <w:r>
              <w:rPr>
                <w:w w:val="105"/>
                <w:sz w:val="14"/>
              </w:rPr>
              <w:t>Работа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парах/группах.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Применение разных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способов проверки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</w:t>
            </w:r>
          </w:p>
          <w:p w14:paraId="43020827" w14:textId="77777777" w:rsidR="009228F1" w:rsidRDefault="009228F1" w:rsidP="00F22CF3">
            <w:pPr>
              <w:pStyle w:val="TableParagraph"/>
              <w:spacing w:line="268" w:lineRule="auto"/>
              <w:ind w:left="71" w:right="108"/>
              <w:rPr>
                <w:sz w:val="14"/>
              </w:rPr>
            </w:pP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калькулятора для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практических </w:t>
            </w:r>
            <w:r>
              <w:rPr>
                <w:w w:val="105"/>
                <w:sz w:val="14"/>
              </w:rPr>
              <w:t>расчётов.;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Прикидка и оценка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результатов </w:t>
            </w:r>
            <w:r>
              <w:rPr>
                <w:w w:val="105"/>
                <w:sz w:val="14"/>
              </w:rPr>
              <w:t>вычисления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(реальность ответа,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прикидка, последняя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цифра результата,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обратное действие,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калькулятора);</w:t>
            </w:r>
          </w:p>
        </w:tc>
        <w:tc>
          <w:tcPr>
            <w:tcW w:w="1014" w:type="dxa"/>
          </w:tcPr>
          <w:p w14:paraId="3FFF9D4E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4C428AB5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6EA23DCA" w14:textId="77777777" w:rsidTr="00F22CF3">
        <w:trPr>
          <w:trHeight w:val="5182"/>
        </w:trPr>
        <w:tc>
          <w:tcPr>
            <w:tcW w:w="372" w:type="dxa"/>
          </w:tcPr>
          <w:p w14:paraId="5F40968F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3.6.</w:t>
            </w:r>
          </w:p>
        </w:tc>
        <w:tc>
          <w:tcPr>
            <w:tcW w:w="2108" w:type="dxa"/>
          </w:tcPr>
          <w:p w14:paraId="4BDCDC91" w14:textId="77777777" w:rsidR="009228F1" w:rsidRDefault="009228F1" w:rsidP="00F22CF3">
            <w:pPr>
              <w:pStyle w:val="TableParagraph"/>
              <w:spacing w:before="70" w:line="268" w:lineRule="auto"/>
              <w:ind w:left="71" w:right="20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Проверка результата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вычислений,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  <w:r>
              <w:rPr>
                <w:b/>
                <w:spacing w:val="2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том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числе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помощью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калькулятора.</w:t>
            </w:r>
          </w:p>
        </w:tc>
        <w:tc>
          <w:tcPr>
            <w:tcW w:w="496" w:type="dxa"/>
          </w:tcPr>
          <w:p w14:paraId="730680B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5B85B93C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34202643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5068AEA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17.11.2022</w:t>
            </w:r>
          </w:p>
          <w:p w14:paraId="5B014676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21.11.2022</w:t>
            </w:r>
          </w:p>
        </w:tc>
        <w:tc>
          <w:tcPr>
            <w:tcW w:w="1736" w:type="dxa"/>
          </w:tcPr>
          <w:p w14:paraId="5AF8F821" w14:textId="77777777" w:rsidR="009228F1" w:rsidRDefault="009228F1" w:rsidP="00F22CF3">
            <w:pPr>
              <w:pStyle w:val="TableParagraph"/>
              <w:spacing w:before="70" w:line="268" w:lineRule="auto"/>
              <w:ind w:left="71" w:right="48"/>
              <w:rPr>
                <w:sz w:val="14"/>
              </w:rPr>
            </w:pPr>
            <w:r>
              <w:rPr>
                <w:w w:val="105"/>
                <w:sz w:val="14"/>
              </w:rPr>
              <w:t>Проверка хода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(соответствие </w:t>
            </w:r>
            <w:r>
              <w:rPr>
                <w:w w:val="105"/>
                <w:sz w:val="14"/>
              </w:rPr>
              <w:t>алгоритму,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частные случаи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 действий)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действия. 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 в группах: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приведение примеров,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иллюстрирующих смысл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ход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свойства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действий.;</w:t>
            </w:r>
          </w:p>
          <w:p w14:paraId="1C53ECF9" w14:textId="77777777" w:rsidR="009228F1" w:rsidRDefault="009228F1" w:rsidP="00F22CF3">
            <w:pPr>
              <w:pStyle w:val="TableParagraph"/>
              <w:spacing w:before="1" w:line="268" w:lineRule="auto"/>
              <w:ind w:left="71" w:right="140"/>
              <w:rPr>
                <w:sz w:val="14"/>
              </w:rPr>
            </w:pPr>
            <w:r>
              <w:rPr>
                <w:w w:val="105"/>
                <w:sz w:val="14"/>
              </w:rPr>
              <w:t>Работа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парах/группах.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Применение разных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способов проверки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правильности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вычислений.</w:t>
            </w:r>
          </w:p>
          <w:p w14:paraId="5AB6BDE9" w14:textId="77777777" w:rsidR="009228F1" w:rsidRDefault="009228F1" w:rsidP="00F22CF3">
            <w:pPr>
              <w:pStyle w:val="TableParagraph"/>
              <w:spacing w:line="268" w:lineRule="auto"/>
              <w:ind w:left="71" w:right="108"/>
              <w:rPr>
                <w:sz w:val="14"/>
              </w:rPr>
            </w:pP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калькулятора для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практических </w:t>
            </w:r>
            <w:r>
              <w:rPr>
                <w:w w:val="105"/>
                <w:sz w:val="14"/>
              </w:rPr>
              <w:t>расчётов.;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Прикидка и оценка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результатов </w:t>
            </w:r>
            <w:r>
              <w:rPr>
                <w:w w:val="105"/>
                <w:sz w:val="14"/>
              </w:rPr>
              <w:t>вычисления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(реальность ответа,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прикидка, последняя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цифра результата,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обратное действие,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калькулятора);</w:t>
            </w:r>
          </w:p>
        </w:tc>
        <w:tc>
          <w:tcPr>
            <w:tcW w:w="1014" w:type="dxa"/>
          </w:tcPr>
          <w:p w14:paraId="2FA068FD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37E8877B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</w:tbl>
    <w:p w14:paraId="612972DB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26C2FBF0" w14:textId="77777777" w:rsidTr="00F22CF3">
        <w:trPr>
          <w:trHeight w:val="3378"/>
        </w:trPr>
        <w:tc>
          <w:tcPr>
            <w:tcW w:w="372" w:type="dxa"/>
          </w:tcPr>
          <w:p w14:paraId="0E281ACC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3.7.</w:t>
            </w:r>
          </w:p>
        </w:tc>
        <w:tc>
          <w:tcPr>
            <w:tcW w:w="2108" w:type="dxa"/>
          </w:tcPr>
          <w:p w14:paraId="3398B26B" w14:textId="77777777" w:rsidR="009228F1" w:rsidRDefault="009228F1" w:rsidP="00F22CF3">
            <w:pPr>
              <w:pStyle w:val="TableParagraph"/>
              <w:spacing w:before="70" w:line="268" w:lineRule="auto"/>
              <w:ind w:left="71" w:right="15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Равенство, содержащее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неизвестный компонент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арифметического </w:t>
            </w:r>
            <w:r>
              <w:rPr>
                <w:b/>
                <w:w w:val="105"/>
                <w:sz w:val="14"/>
              </w:rPr>
              <w:t>действия: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запись, нахождение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неизвестного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компонента.</w:t>
            </w:r>
          </w:p>
        </w:tc>
        <w:tc>
          <w:tcPr>
            <w:tcW w:w="496" w:type="dxa"/>
          </w:tcPr>
          <w:p w14:paraId="0401701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4635E53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1CA6638B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36457DB3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22.11.2022</w:t>
            </w:r>
          </w:p>
          <w:p w14:paraId="22F40A54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24.11.2022</w:t>
            </w:r>
          </w:p>
        </w:tc>
        <w:tc>
          <w:tcPr>
            <w:tcW w:w="1736" w:type="dxa"/>
          </w:tcPr>
          <w:p w14:paraId="073D0B3E" w14:textId="77777777" w:rsidR="009228F1" w:rsidRDefault="009228F1" w:rsidP="00F22CF3">
            <w:pPr>
              <w:pStyle w:val="TableParagraph"/>
              <w:spacing w:before="70" w:line="268" w:lineRule="auto"/>
              <w:ind w:left="71" w:right="165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Комментирование </w:t>
            </w:r>
            <w:r>
              <w:rPr>
                <w:w w:val="105"/>
                <w:sz w:val="14"/>
              </w:rPr>
              <w:t>хода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алгоритму,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неизвестного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действия.;</w:t>
            </w:r>
          </w:p>
          <w:p w14:paraId="4BE4EB04" w14:textId="77777777" w:rsidR="009228F1" w:rsidRDefault="009228F1" w:rsidP="00F22CF3">
            <w:pPr>
              <w:pStyle w:val="TableParagraph"/>
              <w:spacing w:before="1" w:line="268" w:lineRule="auto"/>
              <w:ind w:left="71" w:right="44"/>
              <w:rPr>
                <w:sz w:val="14"/>
              </w:rPr>
            </w:pPr>
            <w:r>
              <w:rPr>
                <w:w w:val="105"/>
                <w:sz w:val="14"/>
              </w:rPr>
              <w:t>Учебный диалог: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обсуждение </w:t>
            </w:r>
            <w:r>
              <w:rPr>
                <w:w w:val="105"/>
                <w:sz w:val="14"/>
              </w:rPr>
              <w:t>допустимого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 на основе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зависимости между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компонентами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результатом действия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(сложения, вычитания,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умножения,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деления).;</w:t>
            </w:r>
          </w:p>
        </w:tc>
        <w:tc>
          <w:tcPr>
            <w:tcW w:w="1014" w:type="dxa"/>
          </w:tcPr>
          <w:p w14:paraId="2818D9B6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5C64EC1D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236A78B1" w14:textId="77777777" w:rsidTr="00F22CF3">
        <w:trPr>
          <w:trHeight w:val="3739"/>
        </w:trPr>
        <w:tc>
          <w:tcPr>
            <w:tcW w:w="372" w:type="dxa"/>
          </w:tcPr>
          <w:p w14:paraId="2147F324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3.8.</w:t>
            </w:r>
          </w:p>
        </w:tc>
        <w:tc>
          <w:tcPr>
            <w:tcW w:w="2108" w:type="dxa"/>
          </w:tcPr>
          <w:p w14:paraId="60477475" w14:textId="77777777" w:rsidR="009228F1" w:rsidRDefault="009228F1" w:rsidP="00F22CF3">
            <w:pPr>
              <w:pStyle w:val="TableParagraph"/>
              <w:spacing w:before="70" w:line="268" w:lineRule="auto"/>
              <w:ind w:left="71" w:right="2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Умножение и деление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величины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однозначное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число.</w:t>
            </w:r>
          </w:p>
        </w:tc>
        <w:tc>
          <w:tcPr>
            <w:tcW w:w="496" w:type="dxa"/>
          </w:tcPr>
          <w:p w14:paraId="304B982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5F19D0DC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7C6E71F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34162B94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25.11.2022</w:t>
            </w:r>
          </w:p>
          <w:p w14:paraId="51929E83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28.11.2022</w:t>
            </w:r>
          </w:p>
        </w:tc>
        <w:tc>
          <w:tcPr>
            <w:tcW w:w="1736" w:type="dxa"/>
          </w:tcPr>
          <w:p w14:paraId="00D7E7F4" w14:textId="77777777" w:rsidR="009228F1" w:rsidRDefault="009228F1" w:rsidP="00F22CF3">
            <w:pPr>
              <w:pStyle w:val="TableParagraph"/>
              <w:spacing w:before="70" w:line="268" w:lineRule="auto"/>
              <w:ind w:left="71" w:right="118"/>
              <w:rPr>
                <w:sz w:val="14"/>
              </w:rPr>
            </w:pPr>
            <w:r>
              <w:rPr>
                <w:w w:val="105"/>
                <w:sz w:val="14"/>
              </w:rPr>
              <w:t>Задания на проведение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самоконтроля.;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Проверка правильности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нахождения значения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выражения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(с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опорой на правила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установления порядка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алгоритмы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прикидку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результата).;</w:t>
            </w:r>
          </w:p>
          <w:p w14:paraId="75EA1F61" w14:textId="77777777" w:rsidR="009228F1" w:rsidRDefault="009228F1" w:rsidP="00F22CF3">
            <w:pPr>
              <w:pStyle w:val="TableParagraph"/>
              <w:spacing w:before="1" w:line="268" w:lineRule="auto"/>
              <w:ind w:left="71" w:right="73"/>
              <w:rPr>
                <w:sz w:val="14"/>
              </w:rPr>
            </w:pPr>
            <w:r>
              <w:rPr>
                <w:w w:val="105"/>
                <w:sz w:val="14"/>
              </w:rPr>
              <w:t>Работа в группах: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приведение примеров,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иллюстрирующих </w:t>
            </w:r>
            <w:r>
              <w:rPr>
                <w:w w:val="105"/>
                <w:sz w:val="14"/>
              </w:rPr>
              <w:t>смысл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ход выполнения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действий, свойства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действий.;</w:t>
            </w:r>
          </w:p>
        </w:tc>
        <w:tc>
          <w:tcPr>
            <w:tcW w:w="1014" w:type="dxa"/>
          </w:tcPr>
          <w:p w14:paraId="31C2BEBB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71BDFEE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2258B29C" w14:textId="77777777" w:rsidTr="00F22CF3">
        <w:trPr>
          <w:trHeight w:val="311"/>
        </w:trPr>
        <w:tc>
          <w:tcPr>
            <w:tcW w:w="2480" w:type="dxa"/>
            <w:gridSpan w:val="2"/>
          </w:tcPr>
          <w:p w14:paraId="46A4DFD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</w:t>
            </w:r>
          </w:p>
        </w:tc>
        <w:tc>
          <w:tcPr>
            <w:tcW w:w="496" w:type="dxa"/>
          </w:tcPr>
          <w:p w14:paraId="3E2CF8A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37</w:t>
            </w:r>
          </w:p>
        </w:tc>
        <w:tc>
          <w:tcPr>
            <w:tcW w:w="12626" w:type="dxa"/>
            <w:gridSpan w:val="6"/>
          </w:tcPr>
          <w:p w14:paraId="5E4BF09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155B70A6" w14:textId="77777777" w:rsidTr="00F22CF3">
        <w:trPr>
          <w:trHeight w:val="311"/>
        </w:trPr>
        <w:tc>
          <w:tcPr>
            <w:tcW w:w="15602" w:type="dxa"/>
            <w:gridSpan w:val="9"/>
          </w:tcPr>
          <w:p w14:paraId="3FC8CC89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Раздел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Текстовые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задачи</w:t>
            </w:r>
          </w:p>
        </w:tc>
      </w:tr>
    </w:tbl>
    <w:p w14:paraId="6FFD51B7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13A292F0" w14:textId="77777777" w:rsidTr="00F22CF3">
        <w:trPr>
          <w:trHeight w:val="5362"/>
        </w:trPr>
        <w:tc>
          <w:tcPr>
            <w:tcW w:w="372" w:type="dxa"/>
          </w:tcPr>
          <w:p w14:paraId="6434C946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4.1.</w:t>
            </w:r>
          </w:p>
        </w:tc>
        <w:tc>
          <w:tcPr>
            <w:tcW w:w="2108" w:type="dxa"/>
          </w:tcPr>
          <w:p w14:paraId="581A5C91" w14:textId="77777777" w:rsidR="009228F1" w:rsidRDefault="009228F1" w:rsidP="00F22CF3">
            <w:pPr>
              <w:pStyle w:val="TableParagraph"/>
              <w:spacing w:before="70" w:line="268" w:lineRule="auto"/>
              <w:ind w:left="71" w:right="9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Работа с текстовой задачей,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решение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которой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содержит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2</w:t>
            </w:r>
          </w:p>
          <w:p w14:paraId="065E143A" w14:textId="77777777" w:rsidR="009228F1" w:rsidRDefault="009228F1" w:rsidP="00F22CF3">
            <w:pPr>
              <w:pStyle w:val="TableParagraph"/>
              <w:spacing w:line="268" w:lineRule="auto"/>
              <w:ind w:left="71" w:right="9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—3 действия: анализ,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представление на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модели;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планирование и запись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решения; </w:t>
            </w:r>
            <w:r>
              <w:rPr>
                <w:b/>
                <w:w w:val="105"/>
                <w:sz w:val="14"/>
              </w:rPr>
              <w:t>проверка решения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ответа.</w:t>
            </w:r>
          </w:p>
        </w:tc>
        <w:tc>
          <w:tcPr>
            <w:tcW w:w="496" w:type="dxa"/>
          </w:tcPr>
          <w:p w14:paraId="623A979C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1037" w:type="dxa"/>
          </w:tcPr>
          <w:p w14:paraId="7CD731C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669CC38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812" w:type="dxa"/>
          </w:tcPr>
          <w:p w14:paraId="2705189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29.11.2022</w:t>
            </w:r>
          </w:p>
          <w:p w14:paraId="098CFB7A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02.12.2022</w:t>
            </w:r>
          </w:p>
        </w:tc>
        <w:tc>
          <w:tcPr>
            <w:tcW w:w="1736" w:type="dxa"/>
          </w:tcPr>
          <w:p w14:paraId="009827A7" w14:textId="77777777" w:rsidR="009228F1" w:rsidRDefault="009228F1" w:rsidP="00F22CF3">
            <w:pPr>
              <w:pStyle w:val="TableParagraph"/>
              <w:spacing w:before="70" w:line="268" w:lineRule="auto"/>
              <w:ind w:left="71" w:right="219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Моделирование </w:t>
            </w:r>
            <w:r>
              <w:rPr>
                <w:w w:val="105"/>
                <w:sz w:val="14"/>
              </w:rPr>
              <w:t>текста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графических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образов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ходе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  <w:p w14:paraId="6835EB36" w14:textId="77777777" w:rsidR="009228F1" w:rsidRDefault="009228F1" w:rsidP="00F22CF3">
            <w:pPr>
              <w:pStyle w:val="TableParagraph"/>
              <w:spacing w:before="1" w:line="268" w:lineRule="auto"/>
              <w:ind w:left="71" w:right="75"/>
              <w:rPr>
                <w:sz w:val="14"/>
              </w:rPr>
            </w:pPr>
            <w:r>
              <w:rPr>
                <w:w w:val="105"/>
                <w:sz w:val="14"/>
              </w:rPr>
              <w:t>Обсуждение способа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 задачи, формы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 решения,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реальности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логичности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ответа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 в парах/группах.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способом задач в 2—3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</w:t>
            </w:r>
          </w:p>
          <w:p w14:paraId="778D63A3" w14:textId="77777777" w:rsidR="009228F1" w:rsidRDefault="009228F1" w:rsidP="00F22CF3">
            <w:pPr>
              <w:pStyle w:val="TableParagraph"/>
              <w:spacing w:line="268" w:lineRule="auto"/>
              <w:ind w:left="71" w:right="118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этапов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математической </w:t>
            </w:r>
            <w:r>
              <w:rPr>
                <w:w w:val="105"/>
                <w:sz w:val="14"/>
              </w:rPr>
              <w:t>записи: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полная запись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текстовой задачи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(модель; решение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действиям, по вопросам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 выражения;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формулировка ответа).;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Разные записи решения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той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же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</w:tc>
        <w:tc>
          <w:tcPr>
            <w:tcW w:w="1014" w:type="dxa"/>
          </w:tcPr>
          <w:p w14:paraId="06345489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209BCA0A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415D5635" w14:textId="77777777" w:rsidTr="00F22CF3">
        <w:trPr>
          <w:trHeight w:val="5002"/>
        </w:trPr>
        <w:tc>
          <w:tcPr>
            <w:tcW w:w="372" w:type="dxa"/>
          </w:tcPr>
          <w:p w14:paraId="5EEBC898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4.2.</w:t>
            </w:r>
          </w:p>
        </w:tc>
        <w:tc>
          <w:tcPr>
            <w:tcW w:w="2108" w:type="dxa"/>
          </w:tcPr>
          <w:p w14:paraId="167B4D08" w14:textId="77777777" w:rsidR="009228F1" w:rsidRDefault="009228F1" w:rsidP="00F22CF3">
            <w:pPr>
              <w:pStyle w:val="TableParagraph"/>
              <w:spacing w:before="70" w:line="268" w:lineRule="auto"/>
              <w:ind w:left="71" w:right="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Анализ зависимостей,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характеризующих </w:t>
            </w:r>
            <w:r>
              <w:rPr>
                <w:b/>
                <w:w w:val="105"/>
                <w:sz w:val="14"/>
              </w:rPr>
              <w:t>процессы: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движения (скорость, время,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пройденный путь), работы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(производительность, </w:t>
            </w:r>
            <w:r>
              <w:rPr>
                <w:b/>
                <w:w w:val="105"/>
                <w:sz w:val="14"/>
              </w:rPr>
              <w:t>время,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объём работы), купли-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продажи (цена, количество,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стоимость) и решение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соответствующих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задач.</w:t>
            </w:r>
          </w:p>
        </w:tc>
        <w:tc>
          <w:tcPr>
            <w:tcW w:w="496" w:type="dxa"/>
          </w:tcPr>
          <w:p w14:paraId="1346EF4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1037" w:type="dxa"/>
          </w:tcPr>
          <w:p w14:paraId="2355E8DC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31D2FBA4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812" w:type="dxa"/>
          </w:tcPr>
          <w:p w14:paraId="060C938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05.12.2022</w:t>
            </w:r>
          </w:p>
          <w:p w14:paraId="2B8375EF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08.12.2022</w:t>
            </w:r>
          </w:p>
        </w:tc>
        <w:tc>
          <w:tcPr>
            <w:tcW w:w="1736" w:type="dxa"/>
          </w:tcPr>
          <w:p w14:paraId="6D5022E5" w14:textId="77777777" w:rsidR="009228F1" w:rsidRDefault="009228F1" w:rsidP="00F22CF3">
            <w:pPr>
              <w:pStyle w:val="TableParagraph"/>
              <w:spacing w:before="70" w:line="268" w:lineRule="auto"/>
              <w:ind w:left="71" w:right="75"/>
              <w:rPr>
                <w:sz w:val="14"/>
              </w:rPr>
            </w:pP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графических образов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ходе решения задачи.;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Обсуждение способа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 задачи, формы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 решения,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реальности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логичности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ответа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 в парах/группах.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способом задач в 2—3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</w:t>
            </w:r>
          </w:p>
          <w:p w14:paraId="36579990" w14:textId="77777777" w:rsidR="009228F1" w:rsidRDefault="009228F1" w:rsidP="00F22CF3">
            <w:pPr>
              <w:pStyle w:val="TableParagraph"/>
              <w:spacing w:before="1" w:line="268" w:lineRule="auto"/>
              <w:ind w:left="71" w:right="118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этапов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математической </w:t>
            </w:r>
            <w:r>
              <w:rPr>
                <w:w w:val="105"/>
                <w:sz w:val="14"/>
              </w:rPr>
              <w:t>записи: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полная запись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текстовой задачи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(модель; решение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действиям, по вопросам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 выражения;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формулировка ответа).;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Разные записи решения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той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же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</w:tc>
        <w:tc>
          <w:tcPr>
            <w:tcW w:w="1014" w:type="dxa"/>
          </w:tcPr>
          <w:p w14:paraId="59AAF237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0E1B1E1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</w:tbl>
    <w:p w14:paraId="34C0F58A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0D57D2FD" w14:textId="77777777" w:rsidTr="00F22CF3">
        <w:trPr>
          <w:trHeight w:val="4460"/>
        </w:trPr>
        <w:tc>
          <w:tcPr>
            <w:tcW w:w="372" w:type="dxa"/>
          </w:tcPr>
          <w:p w14:paraId="69987124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4.3.</w:t>
            </w:r>
          </w:p>
        </w:tc>
        <w:tc>
          <w:tcPr>
            <w:tcW w:w="2108" w:type="dxa"/>
          </w:tcPr>
          <w:p w14:paraId="18397342" w14:textId="77777777" w:rsidR="009228F1" w:rsidRDefault="009228F1" w:rsidP="00F22CF3">
            <w:pPr>
              <w:pStyle w:val="TableParagraph"/>
              <w:spacing w:before="70" w:line="268" w:lineRule="auto"/>
              <w:ind w:left="71" w:right="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Задачи на установление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времени (начало,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продолжительность 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окончание </w:t>
            </w:r>
            <w:r>
              <w:rPr>
                <w:b/>
                <w:w w:val="105"/>
                <w:sz w:val="14"/>
              </w:rPr>
              <w:t>события), расчёта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количества, расхода,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изменения.</w:t>
            </w:r>
          </w:p>
        </w:tc>
        <w:tc>
          <w:tcPr>
            <w:tcW w:w="496" w:type="dxa"/>
          </w:tcPr>
          <w:p w14:paraId="6F07642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1037" w:type="dxa"/>
          </w:tcPr>
          <w:p w14:paraId="0999CFFD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6CCCC9CA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812" w:type="dxa"/>
          </w:tcPr>
          <w:p w14:paraId="07664305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09.12.2022</w:t>
            </w:r>
          </w:p>
          <w:p w14:paraId="7925DB5F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14.12.2022</w:t>
            </w:r>
          </w:p>
        </w:tc>
        <w:tc>
          <w:tcPr>
            <w:tcW w:w="1736" w:type="dxa"/>
          </w:tcPr>
          <w:p w14:paraId="3C5DD36F" w14:textId="77777777" w:rsidR="009228F1" w:rsidRDefault="009228F1" w:rsidP="00F22CF3">
            <w:pPr>
              <w:pStyle w:val="TableParagraph"/>
              <w:spacing w:before="70" w:line="268" w:lineRule="auto"/>
              <w:ind w:left="71" w:right="219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Моделирование </w:t>
            </w:r>
            <w:r>
              <w:rPr>
                <w:w w:val="105"/>
                <w:sz w:val="14"/>
              </w:rPr>
              <w:t>текста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графических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образов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ходе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  <w:p w14:paraId="76850FFB" w14:textId="77777777" w:rsidR="009228F1" w:rsidRDefault="009228F1" w:rsidP="00F22CF3">
            <w:pPr>
              <w:pStyle w:val="TableParagraph"/>
              <w:spacing w:before="1" w:line="268" w:lineRule="auto"/>
              <w:ind w:left="71" w:right="70"/>
              <w:rPr>
                <w:sz w:val="14"/>
              </w:rPr>
            </w:pPr>
            <w:r>
              <w:rPr>
                <w:w w:val="105"/>
                <w:sz w:val="14"/>
              </w:rPr>
              <w:t>Обсуждение способа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 задачи, формы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 решения,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реальности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логичности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  вопрос.;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Выбор основания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сравнение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задач.;</w:t>
            </w:r>
          </w:p>
          <w:p w14:paraId="69C2F509" w14:textId="77777777" w:rsidR="009228F1" w:rsidRDefault="009228F1" w:rsidP="00F22CF3">
            <w:pPr>
              <w:pStyle w:val="TableParagraph"/>
              <w:spacing w:line="268" w:lineRule="auto"/>
              <w:ind w:left="71" w:right="140"/>
              <w:rPr>
                <w:sz w:val="14"/>
              </w:rPr>
            </w:pPr>
            <w:r>
              <w:rPr>
                <w:w w:val="105"/>
                <w:sz w:val="14"/>
              </w:rPr>
              <w:t>Работа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парах/группах.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арифметическим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способом задач в 2—3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действия.</w:t>
            </w:r>
          </w:p>
          <w:p w14:paraId="773F46FD" w14:textId="77777777" w:rsidR="009228F1" w:rsidRDefault="009228F1" w:rsidP="00F22CF3">
            <w:pPr>
              <w:pStyle w:val="TableParagraph"/>
              <w:spacing w:before="1" w:line="268" w:lineRule="auto"/>
              <w:ind w:left="71" w:right="123"/>
              <w:rPr>
                <w:sz w:val="14"/>
              </w:rPr>
            </w:pPr>
            <w:r>
              <w:rPr>
                <w:w w:val="105"/>
                <w:sz w:val="14"/>
              </w:rPr>
              <w:t>Комментирование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этапов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Практическая работа: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 доли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величины, величины 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её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доле.;</w:t>
            </w:r>
          </w:p>
        </w:tc>
        <w:tc>
          <w:tcPr>
            <w:tcW w:w="1014" w:type="dxa"/>
          </w:tcPr>
          <w:p w14:paraId="51934741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A215F75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0E4C3037" w14:textId="77777777" w:rsidTr="00F22CF3">
        <w:trPr>
          <w:trHeight w:val="2544"/>
        </w:trPr>
        <w:tc>
          <w:tcPr>
            <w:tcW w:w="372" w:type="dxa"/>
          </w:tcPr>
          <w:p w14:paraId="7D45F252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4.4.</w:t>
            </w:r>
          </w:p>
        </w:tc>
        <w:tc>
          <w:tcPr>
            <w:tcW w:w="2108" w:type="dxa"/>
          </w:tcPr>
          <w:p w14:paraId="7F6E3FC0" w14:textId="77777777" w:rsidR="009228F1" w:rsidRDefault="009228F1" w:rsidP="00F22CF3">
            <w:pPr>
              <w:pStyle w:val="TableParagraph"/>
              <w:spacing w:before="70" w:line="268" w:lineRule="auto"/>
              <w:ind w:left="71" w:right="18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Задачи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нахождение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доли</w:t>
            </w:r>
            <w:r>
              <w:rPr>
                <w:b/>
                <w:spacing w:val="-3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величины, величины по её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доле.</w:t>
            </w:r>
          </w:p>
        </w:tc>
        <w:tc>
          <w:tcPr>
            <w:tcW w:w="496" w:type="dxa"/>
          </w:tcPr>
          <w:p w14:paraId="4390B4A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216ED63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341CBF44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4DE271E3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15.12.2022</w:t>
            </w:r>
          </w:p>
          <w:p w14:paraId="0337F7AC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19.12.2022</w:t>
            </w:r>
          </w:p>
        </w:tc>
        <w:tc>
          <w:tcPr>
            <w:tcW w:w="1736" w:type="dxa"/>
          </w:tcPr>
          <w:p w14:paraId="15252BAC" w14:textId="77777777" w:rsidR="009228F1" w:rsidRDefault="009228F1" w:rsidP="00F22CF3">
            <w:pPr>
              <w:pStyle w:val="TableParagraph"/>
              <w:spacing w:before="70" w:line="268" w:lineRule="auto"/>
              <w:ind w:left="71" w:right="151"/>
              <w:rPr>
                <w:sz w:val="14"/>
              </w:rPr>
            </w:pPr>
            <w:r>
              <w:rPr>
                <w:w w:val="105"/>
                <w:sz w:val="14"/>
              </w:rPr>
              <w:t>Практическая работа: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 доли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величины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её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доле.;</w:t>
            </w:r>
          </w:p>
          <w:p w14:paraId="4E092314" w14:textId="77777777" w:rsidR="009228F1" w:rsidRDefault="009228F1" w:rsidP="00F22CF3">
            <w:pPr>
              <w:pStyle w:val="TableParagraph"/>
              <w:spacing w:line="268" w:lineRule="auto"/>
              <w:ind w:left="71" w:right="118"/>
              <w:rPr>
                <w:sz w:val="14"/>
              </w:rPr>
            </w:pPr>
            <w:r>
              <w:rPr>
                <w:w w:val="105"/>
                <w:sz w:val="14"/>
              </w:rPr>
              <w:t>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математической </w:t>
            </w:r>
            <w:r>
              <w:rPr>
                <w:w w:val="105"/>
                <w:sz w:val="14"/>
              </w:rPr>
              <w:t>записи: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полная запись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текстовой задачи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(модель; решение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действиям, по вопросам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 выражения;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ответа).;</w:t>
            </w:r>
          </w:p>
        </w:tc>
        <w:tc>
          <w:tcPr>
            <w:tcW w:w="1014" w:type="dxa"/>
          </w:tcPr>
          <w:p w14:paraId="4F938C95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6A85138E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5273EBD3" w14:textId="77777777" w:rsidTr="00F22CF3">
        <w:trPr>
          <w:trHeight w:val="853"/>
        </w:trPr>
        <w:tc>
          <w:tcPr>
            <w:tcW w:w="372" w:type="dxa"/>
          </w:tcPr>
          <w:p w14:paraId="1BE26A9A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4.5.</w:t>
            </w:r>
          </w:p>
        </w:tc>
        <w:tc>
          <w:tcPr>
            <w:tcW w:w="2108" w:type="dxa"/>
          </w:tcPr>
          <w:p w14:paraId="58204766" w14:textId="77777777" w:rsidR="009228F1" w:rsidRDefault="009228F1" w:rsidP="00F22CF3">
            <w:pPr>
              <w:pStyle w:val="TableParagraph"/>
              <w:spacing w:before="70" w:line="268" w:lineRule="auto"/>
              <w:ind w:left="71" w:right="10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Разные способы решения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некоторых </w:t>
            </w:r>
            <w:r>
              <w:rPr>
                <w:b/>
                <w:w w:val="105"/>
                <w:sz w:val="14"/>
              </w:rPr>
              <w:t>видов изученных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задач.</w:t>
            </w:r>
          </w:p>
        </w:tc>
        <w:tc>
          <w:tcPr>
            <w:tcW w:w="496" w:type="dxa"/>
          </w:tcPr>
          <w:p w14:paraId="695FE96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1F89C3A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0322953D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60C3FCE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20.12.2022</w:t>
            </w:r>
          </w:p>
          <w:p w14:paraId="59CA2F84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22.12.2022</w:t>
            </w:r>
          </w:p>
        </w:tc>
        <w:tc>
          <w:tcPr>
            <w:tcW w:w="1736" w:type="dxa"/>
          </w:tcPr>
          <w:p w14:paraId="3C8DC6A0" w14:textId="77777777" w:rsidR="009228F1" w:rsidRDefault="009228F1" w:rsidP="00F22CF3">
            <w:pPr>
              <w:pStyle w:val="TableParagraph"/>
              <w:spacing w:before="70" w:line="268" w:lineRule="auto"/>
              <w:ind w:left="71" w:right="159"/>
              <w:rPr>
                <w:sz w:val="14"/>
              </w:rPr>
            </w:pPr>
            <w:r>
              <w:rPr>
                <w:w w:val="105"/>
                <w:sz w:val="14"/>
              </w:rPr>
              <w:t>Разные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записи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решения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же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</w:tc>
        <w:tc>
          <w:tcPr>
            <w:tcW w:w="1014" w:type="dxa"/>
          </w:tcPr>
          <w:p w14:paraId="2609C2A4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5F7CD13D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7C9A01BC" w14:textId="77777777" w:rsidTr="00F22CF3">
        <w:trPr>
          <w:trHeight w:val="2476"/>
        </w:trPr>
        <w:tc>
          <w:tcPr>
            <w:tcW w:w="372" w:type="dxa"/>
          </w:tcPr>
          <w:p w14:paraId="442ACF40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4.6.</w:t>
            </w:r>
          </w:p>
        </w:tc>
        <w:tc>
          <w:tcPr>
            <w:tcW w:w="2108" w:type="dxa"/>
          </w:tcPr>
          <w:p w14:paraId="395D9CAC" w14:textId="77777777" w:rsidR="009228F1" w:rsidRDefault="009228F1" w:rsidP="00F22CF3">
            <w:pPr>
              <w:pStyle w:val="TableParagraph"/>
              <w:spacing w:before="70" w:line="268" w:lineRule="auto"/>
              <w:ind w:left="71" w:right="16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Оформление решения по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действиям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пояснением,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вопросам, с помощью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числового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выражения.</w:t>
            </w:r>
          </w:p>
        </w:tc>
        <w:tc>
          <w:tcPr>
            <w:tcW w:w="496" w:type="dxa"/>
          </w:tcPr>
          <w:p w14:paraId="575044D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3D6D6AC2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29A563FA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48F93CF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23.12.2022</w:t>
            </w:r>
          </w:p>
          <w:p w14:paraId="1CA3E290" w14:textId="77777777" w:rsidR="009228F1" w:rsidRDefault="009228F1" w:rsidP="00F22CF3">
            <w:pPr>
              <w:pStyle w:val="TableParagraph"/>
              <w:spacing w:before="19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27.12.2022</w:t>
            </w:r>
          </w:p>
        </w:tc>
        <w:tc>
          <w:tcPr>
            <w:tcW w:w="1736" w:type="dxa"/>
          </w:tcPr>
          <w:p w14:paraId="56376F33" w14:textId="77777777" w:rsidR="009228F1" w:rsidRDefault="009228F1" w:rsidP="00F22CF3">
            <w:pPr>
              <w:pStyle w:val="TableParagraph"/>
              <w:spacing w:before="70" w:line="268" w:lineRule="auto"/>
              <w:ind w:left="71" w:right="21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Моделирование </w:t>
            </w:r>
            <w:r>
              <w:rPr>
                <w:w w:val="105"/>
                <w:sz w:val="14"/>
              </w:rPr>
              <w:t>текста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задачи;</w:t>
            </w:r>
          </w:p>
          <w:p w14:paraId="27B1DCE8" w14:textId="77777777" w:rsidR="009228F1" w:rsidRDefault="009228F1" w:rsidP="00F22CF3">
            <w:pPr>
              <w:pStyle w:val="TableParagraph"/>
              <w:spacing w:line="268" w:lineRule="auto"/>
              <w:ind w:left="71" w:right="118"/>
              <w:rPr>
                <w:sz w:val="14"/>
              </w:rPr>
            </w:pPr>
            <w:r>
              <w:rPr>
                <w:w w:val="105"/>
                <w:sz w:val="14"/>
              </w:rPr>
              <w:t>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математической </w:t>
            </w:r>
            <w:r>
              <w:rPr>
                <w:w w:val="105"/>
                <w:sz w:val="14"/>
              </w:rPr>
              <w:t>записи: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полная запись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текстовой задачи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(модель; решение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действиям, по вопросам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или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числового выражения;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формулировка ответа).;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Разные записи решения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той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же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задачи.;</w:t>
            </w:r>
          </w:p>
        </w:tc>
        <w:tc>
          <w:tcPr>
            <w:tcW w:w="1014" w:type="dxa"/>
          </w:tcPr>
          <w:p w14:paraId="6D7480E7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298208D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42BE0D6D" w14:textId="77777777" w:rsidTr="00F22CF3">
        <w:trPr>
          <w:trHeight w:val="311"/>
        </w:trPr>
        <w:tc>
          <w:tcPr>
            <w:tcW w:w="2480" w:type="dxa"/>
            <w:gridSpan w:val="2"/>
          </w:tcPr>
          <w:p w14:paraId="3B417D23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</w:t>
            </w:r>
          </w:p>
        </w:tc>
        <w:tc>
          <w:tcPr>
            <w:tcW w:w="496" w:type="dxa"/>
          </w:tcPr>
          <w:p w14:paraId="5A6A7AA9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12626" w:type="dxa"/>
            <w:gridSpan w:val="6"/>
          </w:tcPr>
          <w:p w14:paraId="41F0822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1015E0B9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60DE2212" w14:textId="77777777" w:rsidTr="00F22CF3">
        <w:trPr>
          <w:trHeight w:val="311"/>
        </w:trPr>
        <w:tc>
          <w:tcPr>
            <w:tcW w:w="15602" w:type="dxa"/>
            <w:gridSpan w:val="9"/>
          </w:tcPr>
          <w:p w14:paraId="325ACFAE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lastRenderedPageBreak/>
              <w:t>Раздел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Пространственные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отношения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</w:t>
            </w:r>
            <w:r>
              <w:rPr>
                <w:b/>
                <w:spacing w:val="2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геометрические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фигуры</w:t>
            </w:r>
          </w:p>
        </w:tc>
      </w:tr>
      <w:tr w:rsidR="009228F1" w:rsidRPr="00D172BF" w14:paraId="654D2A55" w14:textId="77777777" w:rsidTr="00F22CF3">
        <w:trPr>
          <w:trHeight w:val="1394"/>
        </w:trPr>
        <w:tc>
          <w:tcPr>
            <w:tcW w:w="372" w:type="dxa"/>
          </w:tcPr>
          <w:p w14:paraId="44CE00E7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5.1.</w:t>
            </w:r>
          </w:p>
        </w:tc>
        <w:tc>
          <w:tcPr>
            <w:tcW w:w="2108" w:type="dxa"/>
          </w:tcPr>
          <w:p w14:paraId="2E057B21" w14:textId="77777777" w:rsidR="009228F1" w:rsidRDefault="009228F1" w:rsidP="00F22CF3">
            <w:pPr>
              <w:pStyle w:val="TableParagraph"/>
              <w:spacing w:before="70" w:line="268" w:lineRule="auto"/>
              <w:ind w:left="71" w:right="11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 xml:space="preserve">Наглядные </w:t>
            </w:r>
            <w:r>
              <w:rPr>
                <w:b/>
                <w:w w:val="105"/>
                <w:sz w:val="14"/>
              </w:rPr>
              <w:t>представления о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симметрии. Ось симметрии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фигуры. Фигуры, имеющие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ось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симметрии.</w:t>
            </w:r>
          </w:p>
        </w:tc>
        <w:tc>
          <w:tcPr>
            <w:tcW w:w="496" w:type="dxa"/>
          </w:tcPr>
          <w:p w14:paraId="2351795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07A86B47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63283B83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197FFDB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5E340E65" w14:textId="77777777" w:rsidR="009228F1" w:rsidRDefault="009228F1" w:rsidP="00F22CF3">
            <w:pPr>
              <w:pStyle w:val="TableParagraph"/>
              <w:spacing w:before="70" w:line="268" w:lineRule="auto"/>
              <w:ind w:left="71" w:right="156"/>
              <w:rPr>
                <w:sz w:val="14"/>
              </w:rPr>
            </w:pPr>
            <w:r>
              <w:rPr>
                <w:w w:val="105"/>
                <w:sz w:val="14"/>
              </w:rPr>
              <w:t>Конструирование,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изображение фигур,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имеющих ось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симметрии; </w:t>
            </w:r>
            <w:r>
              <w:rPr>
                <w:w w:val="105"/>
                <w:sz w:val="14"/>
              </w:rPr>
              <w:t>построение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окружности заданного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радиуса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циркуля;</w:t>
            </w:r>
          </w:p>
        </w:tc>
        <w:tc>
          <w:tcPr>
            <w:tcW w:w="1014" w:type="dxa"/>
          </w:tcPr>
          <w:p w14:paraId="0E192125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751943DB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https://infourok.ru/metodicheskaya-razrabotka-vneurochnogo-zanyatiya-osevaya-simmetriya-klass-3853150.html</w:t>
            </w:r>
          </w:p>
        </w:tc>
      </w:tr>
      <w:tr w:rsidR="009228F1" w:rsidRPr="00D172BF" w14:paraId="436CEB24" w14:textId="77777777" w:rsidTr="00F22CF3">
        <w:trPr>
          <w:trHeight w:val="2476"/>
        </w:trPr>
        <w:tc>
          <w:tcPr>
            <w:tcW w:w="372" w:type="dxa"/>
          </w:tcPr>
          <w:p w14:paraId="5C5DEFCB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5.2.</w:t>
            </w:r>
          </w:p>
        </w:tc>
        <w:tc>
          <w:tcPr>
            <w:tcW w:w="2108" w:type="dxa"/>
          </w:tcPr>
          <w:p w14:paraId="1AC534B0" w14:textId="77777777" w:rsidR="009228F1" w:rsidRDefault="009228F1" w:rsidP="00F22CF3">
            <w:pPr>
              <w:pStyle w:val="TableParagraph"/>
              <w:spacing w:before="70" w:line="268" w:lineRule="auto"/>
              <w:ind w:left="71" w:right="3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Окружность, круг: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распознавание 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изображение; </w:t>
            </w:r>
            <w:r>
              <w:rPr>
                <w:b/>
                <w:w w:val="105"/>
                <w:sz w:val="14"/>
              </w:rPr>
              <w:t>построение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окружности заданного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радиуса.</w:t>
            </w:r>
          </w:p>
        </w:tc>
        <w:tc>
          <w:tcPr>
            <w:tcW w:w="496" w:type="dxa"/>
          </w:tcPr>
          <w:p w14:paraId="1A82F3AB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2CCAB5A6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7A76290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6B7D368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3DA1E1F0" w14:textId="77777777" w:rsidR="009228F1" w:rsidRDefault="009228F1" w:rsidP="00F22CF3">
            <w:pPr>
              <w:pStyle w:val="TableParagraph"/>
              <w:spacing w:before="70" w:line="268" w:lineRule="auto"/>
              <w:ind w:left="71" w:right="156"/>
              <w:rPr>
                <w:sz w:val="14"/>
              </w:rPr>
            </w:pPr>
            <w:r>
              <w:rPr>
                <w:w w:val="105"/>
                <w:sz w:val="14"/>
              </w:rPr>
              <w:t>Конструирование,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изображение фигур,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имеющих ось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симметрии; </w:t>
            </w:r>
            <w:r>
              <w:rPr>
                <w:w w:val="105"/>
                <w:sz w:val="14"/>
              </w:rPr>
              <w:t>построение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окружности заданного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радиуса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циркуля;</w:t>
            </w:r>
          </w:p>
          <w:p w14:paraId="066588A3" w14:textId="77777777" w:rsidR="009228F1" w:rsidRDefault="009228F1" w:rsidP="00F22CF3">
            <w:pPr>
              <w:pStyle w:val="TableParagraph"/>
              <w:spacing w:before="1" w:line="268" w:lineRule="auto"/>
              <w:ind w:left="71" w:right="106"/>
              <w:rPr>
                <w:sz w:val="14"/>
              </w:rPr>
            </w:pPr>
            <w:r>
              <w:rPr>
                <w:w w:val="105"/>
                <w:sz w:val="14"/>
              </w:rPr>
              <w:t>Определение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размеров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окружающем и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чертеже на глаз и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измерительных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приборов;</w:t>
            </w:r>
          </w:p>
        </w:tc>
        <w:tc>
          <w:tcPr>
            <w:tcW w:w="1014" w:type="dxa"/>
          </w:tcPr>
          <w:p w14:paraId="00377D88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6BD7733D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https://infourok.ru/urok-matematiki-na-temu-postroenie-okruzhnosti-klass-1315905.html</w:t>
            </w:r>
          </w:p>
        </w:tc>
      </w:tr>
    </w:tbl>
    <w:p w14:paraId="44858F3B" w14:textId="77777777" w:rsidR="009228F1" w:rsidRPr="009228F1" w:rsidRDefault="009228F1" w:rsidP="009228F1">
      <w:pPr>
        <w:rPr>
          <w:sz w:val="14"/>
          <w:lang w:val="ru-RU"/>
        </w:rPr>
        <w:sectPr w:rsidR="009228F1" w:rsidRP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D172BF" w14:paraId="40D43AC1" w14:textId="77777777" w:rsidTr="00F22CF3">
        <w:trPr>
          <w:trHeight w:val="8068"/>
        </w:trPr>
        <w:tc>
          <w:tcPr>
            <w:tcW w:w="372" w:type="dxa"/>
          </w:tcPr>
          <w:p w14:paraId="52D4AB6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5.3.</w:t>
            </w:r>
          </w:p>
        </w:tc>
        <w:tc>
          <w:tcPr>
            <w:tcW w:w="2108" w:type="dxa"/>
          </w:tcPr>
          <w:p w14:paraId="43BFF6D1" w14:textId="77777777" w:rsidR="009228F1" w:rsidRDefault="009228F1" w:rsidP="00F22CF3">
            <w:pPr>
              <w:pStyle w:val="TableParagraph"/>
              <w:spacing w:before="70" w:line="268" w:lineRule="auto"/>
              <w:ind w:left="71" w:right="40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Построение изученных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геометрических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</w:t>
            </w:r>
            <w:r>
              <w:rPr>
                <w:b/>
                <w:spacing w:val="-3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помощью линейки,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угольника,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циркуля.</w:t>
            </w:r>
          </w:p>
        </w:tc>
        <w:tc>
          <w:tcPr>
            <w:tcW w:w="496" w:type="dxa"/>
          </w:tcPr>
          <w:p w14:paraId="366C8173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7BAEE43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F7681E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0062461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55270192" w14:textId="77777777" w:rsidR="009228F1" w:rsidRDefault="009228F1" w:rsidP="00F22CF3">
            <w:pPr>
              <w:pStyle w:val="TableParagraph"/>
              <w:spacing w:before="70" w:line="268" w:lineRule="auto"/>
              <w:ind w:left="71" w:right="15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Исследование </w:t>
            </w:r>
            <w:r>
              <w:rPr>
                <w:w w:val="105"/>
                <w:sz w:val="14"/>
              </w:rPr>
              <w:t>объектов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окружающего мира: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сопоставление их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изученными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формами.;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Формулирование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проверка истинности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 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величин.;</w:t>
            </w:r>
          </w:p>
          <w:p w14:paraId="5474207F" w14:textId="77777777" w:rsidR="009228F1" w:rsidRDefault="009228F1" w:rsidP="00F22CF3">
            <w:pPr>
              <w:pStyle w:val="TableParagraph"/>
              <w:spacing w:before="1" w:line="268" w:lineRule="auto"/>
              <w:ind w:left="71" w:right="70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графические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измерительные </w:t>
            </w:r>
            <w:r>
              <w:rPr>
                <w:w w:val="105"/>
                <w:sz w:val="14"/>
              </w:rPr>
              <w:t>действия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 выполнении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измерений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периметра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многоугольника,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площади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квадрата, фигуры,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составленной из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прямоугольников.;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 площади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фигуры, составленной из</w:t>
            </w:r>
            <w:r>
              <w:rPr>
                <w:spacing w:val="-3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(квадратов), сравнение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однородных величин,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 свойств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прямоугольника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квадрата для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Конструирование,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изображение фигур,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имеющих ось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симметрии; построение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окружности заданного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радиуса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циркуля;</w:t>
            </w:r>
          </w:p>
          <w:p w14:paraId="060F83EE" w14:textId="77777777" w:rsidR="009228F1" w:rsidRDefault="009228F1" w:rsidP="00F22CF3">
            <w:pPr>
              <w:pStyle w:val="TableParagraph"/>
              <w:spacing w:before="2" w:line="268" w:lineRule="auto"/>
              <w:ind w:left="71" w:right="108"/>
              <w:rPr>
                <w:sz w:val="14"/>
              </w:rPr>
            </w:pPr>
            <w:r>
              <w:rPr>
                <w:w w:val="105"/>
                <w:sz w:val="14"/>
              </w:rPr>
              <w:t>Изображение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 фигур с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заданными свойствами.;</w:t>
            </w:r>
          </w:p>
        </w:tc>
        <w:tc>
          <w:tcPr>
            <w:tcW w:w="1014" w:type="dxa"/>
          </w:tcPr>
          <w:p w14:paraId="1C44E222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9A3ED53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https://infourok.ru/geometricheskie-postroeniya-s-pomoschyu-cirkulya-i-lineyki-3099643.html</w:t>
            </w:r>
          </w:p>
        </w:tc>
      </w:tr>
    </w:tbl>
    <w:p w14:paraId="28DEE165" w14:textId="77777777" w:rsidR="009228F1" w:rsidRPr="009228F1" w:rsidRDefault="009228F1" w:rsidP="009228F1">
      <w:pPr>
        <w:rPr>
          <w:sz w:val="14"/>
          <w:lang w:val="ru-RU"/>
        </w:rPr>
        <w:sectPr w:rsidR="009228F1" w:rsidRP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592C0B" w14:paraId="77D36F09" w14:textId="77777777" w:rsidTr="00F22CF3">
        <w:trPr>
          <w:trHeight w:val="6388"/>
        </w:trPr>
        <w:tc>
          <w:tcPr>
            <w:tcW w:w="372" w:type="dxa"/>
          </w:tcPr>
          <w:p w14:paraId="0979AD05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5.4.</w:t>
            </w:r>
          </w:p>
        </w:tc>
        <w:tc>
          <w:tcPr>
            <w:tcW w:w="2108" w:type="dxa"/>
          </w:tcPr>
          <w:p w14:paraId="1BEF5DAE" w14:textId="77777777" w:rsidR="009228F1" w:rsidRDefault="009228F1" w:rsidP="00F22CF3">
            <w:pPr>
              <w:pStyle w:val="TableParagraph"/>
              <w:spacing w:before="70" w:line="268" w:lineRule="auto"/>
              <w:ind w:left="71" w:right="27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Пространственные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геометрические фигуры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(тела):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шар,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куб,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цилиндр,</w:t>
            </w:r>
            <w:r>
              <w:rPr>
                <w:b/>
                <w:spacing w:val="-3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конус, пирамида; их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различение,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называние.</w:t>
            </w:r>
          </w:p>
        </w:tc>
        <w:tc>
          <w:tcPr>
            <w:tcW w:w="496" w:type="dxa"/>
          </w:tcPr>
          <w:p w14:paraId="48E98CE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42CFC96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386E001C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6F06F28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78934CBB" w14:textId="77777777" w:rsidR="009228F1" w:rsidRDefault="009228F1" w:rsidP="00F22CF3">
            <w:pPr>
              <w:pStyle w:val="TableParagraph"/>
              <w:spacing w:before="70" w:line="268" w:lineRule="auto"/>
              <w:ind w:left="71" w:right="15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Исследование </w:t>
            </w:r>
            <w:r>
              <w:rPr>
                <w:w w:val="105"/>
                <w:sz w:val="14"/>
              </w:rPr>
              <w:t>объектов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окружающего мира: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сопоставление их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изученными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формами.;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Формулирование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проверка истинности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 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величин.;</w:t>
            </w:r>
          </w:p>
          <w:p w14:paraId="45F38F8E" w14:textId="77777777" w:rsidR="009228F1" w:rsidRDefault="009228F1" w:rsidP="00F22CF3">
            <w:pPr>
              <w:pStyle w:val="TableParagraph"/>
              <w:spacing w:before="1" w:line="268" w:lineRule="auto"/>
              <w:ind w:left="71" w:right="64"/>
              <w:rPr>
                <w:sz w:val="14"/>
              </w:rPr>
            </w:pPr>
            <w:r>
              <w:rPr>
                <w:w w:val="105"/>
                <w:sz w:val="14"/>
              </w:rPr>
              <w:t>Упражнения: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графические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измерительные </w:t>
            </w:r>
            <w:r>
              <w:rPr>
                <w:w w:val="105"/>
                <w:sz w:val="14"/>
              </w:rPr>
              <w:t>действия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 выполнении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измерений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вычислений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периметра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многоугольника,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площади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прямоугольника,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квадрата, фигуры,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составленной из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прямоугольников.;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Конструирование,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изображение фигур,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имеющих ось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симметрии; построение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окружности заданного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радиуса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циркуля;</w:t>
            </w:r>
          </w:p>
          <w:p w14:paraId="2BD70A89" w14:textId="77777777" w:rsidR="009228F1" w:rsidRDefault="009228F1" w:rsidP="00F22CF3">
            <w:pPr>
              <w:pStyle w:val="TableParagraph"/>
              <w:spacing w:before="2" w:line="268" w:lineRule="auto"/>
              <w:ind w:left="71" w:right="108"/>
              <w:rPr>
                <w:sz w:val="14"/>
              </w:rPr>
            </w:pPr>
            <w:r>
              <w:rPr>
                <w:w w:val="105"/>
                <w:sz w:val="14"/>
              </w:rPr>
              <w:t>Изображение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 фигур с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заданными свойствами.;</w:t>
            </w:r>
          </w:p>
        </w:tc>
        <w:tc>
          <w:tcPr>
            <w:tcW w:w="1014" w:type="dxa"/>
          </w:tcPr>
          <w:p w14:paraId="73BBFC56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0DCC75E4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385"/>
              <w:rPr>
                <w:sz w:val="14"/>
                <w:lang w:val="en-US"/>
              </w:rPr>
            </w:pPr>
            <w:r w:rsidRPr="00592C0B">
              <w:rPr>
                <w:spacing w:val="-1"/>
                <w:w w:val="105"/>
                <w:sz w:val="14"/>
                <w:lang w:val="en-US"/>
              </w:rPr>
              <w:t>https://infourok.ru/konspekt-raspoznavanie-i-nazivanie-geometricheskih-tel-kub-shar-piramida-cilindr-</w:t>
            </w:r>
            <w:r w:rsidRPr="00592C0B">
              <w:rPr>
                <w:w w:val="105"/>
                <w:sz w:val="14"/>
                <w:lang w:val="en-US"/>
              </w:rPr>
              <w:t xml:space="preserve"> 1266143.html</w:t>
            </w:r>
          </w:p>
        </w:tc>
      </w:tr>
      <w:tr w:rsidR="009228F1" w:rsidRPr="00D172BF" w14:paraId="57C38F9E" w14:textId="77777777" w:rsidTr="00F22CF3">
        <w:trPr>
          <w:trHeight w:val="3919"/>
        </w:trPr>
        <w:tc>
          <w:tcPr>
            <w:tcW w:w="372" w:type="dxa"/>
          </w:tcPr>
          <w:p w14:paraId="0557A9DA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5.5.</w:t>
            </w:r>
          </w:p>
        </w:tc>
        <w:tc>
          <w:tcPr>
            <w:tcW w:w="2108" w:type="dxa"/>
          </w:tcPr>
          <w:p w14:paraId="0F1BD429" w14:textId="77777777" w:rsidR="009228F1" w:rsidRDefault="009228F1" w:rsidP="00F22CF3">
            <w:pPr>
              <w:pStyle w:val="TableParagraph"/>
              <w:spacing w:before="70" w:line="268" w:lineRule="auto"/>
              <w:ind w:left="71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 xml:space="preserve">Конструирование: </w:t>
            </w:r>
            <w:r>
              <w:rPr>
                <w:b/>
                <w:w w:val="105"/>
                <w:sz w:val="14"/>
              </w:rPr>
              <w:t>разбиение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фигуры на прямоугольники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(квадраты), составление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 из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прямоугольников/квадратов.</w:t>
            </w:r>
          </w:p>
        </w:tc>
        <w:tc>
          <w:tcPr>
            <w:tcW w:w="496" w:type="dxa"/>
          </w:tcPr>
          <w:p w14:paraId="39A6D2B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1037" w:type="dxa"/>
          </w:tcPr>
          <w:p w14:paraId="4FEE2ADE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EEF5A9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812" w:type="dxa"/>
          </w:tcPr>
          <w:p w14:paraId="3F72574D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208BEABC" w14:textId="77777777" w:rsidR="009228F1" w:rsidRDefault="009228F1" w:rsidP="00F22CF3">
            <w:pPr>
              <w:pStyle w:val="TableParagraph"/>
              <w:spacing w:before="70" w:line="268" w:lineRule="auto"/>
              <w:ind w:left="71" w:right="15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Исследование </w:t>
            </w:r>
            <w:r>
              <w:rPr>
                <w:w w:val="105"/>
                <w:sz w:val="14"/>
              </w:rPr>
              <w:t>объектов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окружающего мира: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сопоставление их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изученными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формами.;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Конструирование,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изображение фигур,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имеющих ось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симметрии; </w:t>
            </w:r>
            <w:r>
              <w:rPr>
                <w:w w:val="105"/>
                <w:sz w:val="14"/>
              </w:rPr>
              <w:t>построение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окружности заданного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радиуса с помощью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циркуля;</w:t>
            </w:r>
          </w:p>
          <w:p w14:paraId="32B8E5E5" w14:textId="77777777" w:rsidR="009228F1" w:rsidRDefault="009228F1" w:rsidP="00F22CF3">
            <w:pPr>
              <w:pStyle w:val="TableParagraph"/>
              <w:spacing w:before="1" w:line="268" w:lineRule="auto"/>
              <w:ind w:left="71" w:right="88"/>
              <w:rPr>
                <w:sz w:val="14"/>
              </w:rPr>
            </w:pPr>
            <w:r>
              <w:rPr>
                <w:w w:val="105"/>
                <w:sz w:val="14"/>
              </w:rPr>
              <w:t>Изображение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 фигур с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заданными </w:t>
            </w:r>
            <w:r>
              <w:rPr>
                <w:w w:val="105"/>
                <w:sz w:val="14"/>
              </w:rPr>
              <w:t>свойствами.;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Учебный диалог: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различение, называние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фигур (прямой угол);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геометрических </w:t>
            </w:r>
            <w:r>
              <w:rPr>
                <w:w w:val="105"/>
                <w:sz w:val="14"/>
              </w:rPr>
              <w:t>величин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(периметр,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площадь).;</w:t>
            </w:r>
          </w:p>
        </w:tc>
        <w:tc>
          <w:tcPr>
            <w:tcW w:w="1014" w:type="dxa"/>
          </w:tcPr>
          <w:p w14:paraId="7A58537C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2987BF53" w14:textId="77777777" w:rsidR="009228F1" w:rsidRDefault="009228F1" w:rsidP="00F22CF3">
            <w:pPr>
              <w:pStyle w:val="TableParagraph"/>
              <w:spacing w:before="70" w:line="268" w:lineRule="auto"/>
              <w:ind w:left="72" w:right="59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https://easyen.ru/load/m/4_klass/prakticheskaja_rabota_postroenie_prjamougolnikov_na_nelinovanoj_bumage/378-</w:t>
            </w:r>
            <w:r>
              <w:rPr>
                <w:w w:val="105"/>
                <w:sz w:val="14"/>
              </w:rPr>
              <w:t xml:space="preserve"> 1-0-6343</w:t>
            </w:r>
          </w:p>
        </w:tc>
      </w:tr>
    </w:tbl>
    <w:p w14:paraId="046990A5" w14:textId="77777777" w:rsidR="009228F1" w:rsidRPr="009228F1" w:rsidRDefault="009228F1" w:rsidP="009228F1">
      <w:pPr>
        <w:spacing w:line="268" w:lineRule="auto"/>
        <w:rPr>
          <w:sz w:val="14"/>
          <w:lang w:val="ru-RU"/>
        </w:rPr>
        <w:sectPr w:rsidR="009228F1" w:rsidRP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:rsidRPr="00592C0B" w14:paraId="225AEF08" w14:textId="77777777" w:rsidTr="00F22CF3">
        <w:trPr>
          <w:trHeight w:val="3502"/>
        </w:trPr>
        <w:tc>
          <w:tcPr>
            <w:tcW w:w="372" w:type="dxa"/>
          </w:tcPr>
          <w:p w14:paraId="60DEC129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5.6.</w:t>
            </w:r>
          </w:p>
        </w:tc>
        <w:tc>
          <w:tcPr>
            <w:tcW w:w="2108" w:type="dxa"/>
          </w:tcPr>
          <w:p w14:paraId="5CA53D13" w14:textId="77777777" w:rsidR="009228F1" w:rsidRDefault="009228F1" w:rsidP="00F22CF3">
            <w:pPr>
              <w:pStyle w:val="TableParagraph"/>
              <w:spacing w:before="70" w:line="268" w:lineRule="auto"/>
              <w:ind w:left="71" w:right="8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 xml:space="preserve">Периметр, </w:t>
            </w:r>
            <w:r>
              <w:rPr>
                <w:b/>
                <w:w w:val="105"/>
                <w:sz w:val="14"/>
              </w:rPr>
              <w:t>площадь фигуры,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составленной из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двух-трёх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прямоугольников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(квадратов)</w:t>
            </w:r>
          </w:p>
        </w:tc>
        <w:tc>
          <w:tcPr>
            <w:tcW w:w="496" w:type="dxa"/>
          </w:tcPr>
          <w:p w14:paraId="4A24F36B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1037" w:type="dxa"/>
          </w:tcPr>
          <w:p w14:paraId="069B30D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0AAD108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812" w:type="dxa"/>
          </w:tcPr>
          <w:p w14:paraId="2C5EF66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521EFF6B" w14:textId="77777777" w:rsidR="009228F1" w:rsidRDefault="009228F1" w:rsidP="00F22CF3">
            <w:pPr>
              <w:pStyle w:val="TableParagraph"/>
              <w:spacing w:before="70" w:line="268" w:lineRule="auto"/>
              <w:ind w:left="71" w:right="68"/>
              <w:rPr>
                <w:sz w:val="14"/>
              </w:rPr>
            </w:pP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нахождение площади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фигуры,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составленной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(квадратов), сравнение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однородных величин,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 свойств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прямоугольника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квадрата для решения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задач.;</w:t>
            </w:r>
          </w:p>
          <w:p w14:paraId="0A398258" w14:textId="77777777" w:rsidR="009228F1" w:rsidRDefault="009228F1" w:rsidP="00F22CF3">
            <w:pPr>
              <w:pStyle w:val="TableParagraph"/>
              <w:spacing w:before="1" w:line="268" w:lineRule="auto"/>
              <w:ind w:left="71" w:right="68"/>
              <w:rPr>
                <w:sz w:val="14"/>
              </w:rPr>
            </w:pPr>
            <w:r>
              <w:rPr>
                <w:w w:val="105"/>
                <w:sz w:val="14"/>
              </w:rPr>
              <w:t>Упражнения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классификацию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геометрических</w:t>
            </w:r>
            <w:r>
              <w:rPr>
                <w:spacing w:val="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фигур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 одному-двум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основаниям.;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Упражнения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самоконтроль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деятельности;</w:t>
            </w:r>
          </w:p>
        </w:tc>
        <w:tc>
          <w:tcPr>
            <w:tcW w:w="1014" w:type="dxa"/>
          </w:tcPr>
          <w:p w14:paraId="5B4A0E9B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Контрольная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431F49B1" w14:textId="77777777" w:rsidR="009228F1" w:rsidRPr="00592C0B" w:rsidRDefault="009228F1" w:rsidP="00F22CF3">
            <w:pPr>
              <w:pStyle w:val="TableParagraph"/>
              <w:spacing w:before="70" w:line="268" w:lineRule="auto"/>
              <w:ind w:left="72" w:right="205"/>
              <w:rPr>
                <w:sz w:val="14"/>
                <w:lang w:val="en-US"/>
              </w:rPr>
            </w:pPr>
            <w:r w:rsidRPr="00592C0B">
              <w:rPr>
                <w:spacing w:val="-1"/>
                <w:w w:val="105"/>
                <w:sz w:val="14"/>
                <w:lang w:val="en-US"/>
              </w:rPr>
              <w:t>https://nsportal.ru/nachalnaya-shkola/matematika/2013/08/21/trenazhyor-po-matematike-4-klass-reshenie-zadach-</w:t>
            </w:r>
            <w:r w:rsidRPr="00592C0B">
              <w:rPr>
                <w:w w:val="105"/>
                <w:sz w:val="14"/>
                <w:lang w:val="en-US"/>
              </w:rPr>
              <w:t xml:space="preserve"> </w:t>
            </w:r>
            <w:proofErr w:type="spellStart"/>
            <w:r w:rsidRPr="00592C0B">
              <w:rPr>
                <w:w w:val="105"/>
                <w:sz w:val="14"/>
                <w:lang w:val="en-US"/>
              </w:rPr>
              <w:t>na</w:t>
            </w:r>
            <w:proofErr w:type="spellEnd"/>
          </w:p>
        </w:tc>
      </w:tr>
      <w:tr w:rsidR="009228F1" w14:paraId="4029E9CC" w14:textId="77777777" w:rsidTr="00F22CF3">
        <w:trPr>
          <w:trHeight w:val="311"/>
        </w:trPr>
        <w:tc>
          <w:tcPr>
            <w:tcW w:w="2480" w:type="dxa"/>
            <w:gridSpan w:val="2"/>
          </w:tcPr>
          <w:p w14:paraId="1590D6AF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</w:t>
            </w:r>
          </w:p>
        </w:tc>
        <w:tc>
          <w:tcPr>
            <w:tcW w:w="496" w:type="dxa"/>
          </w:tcPr>
          <w:p w14:paraId="7088A3B4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12626" w:type="dxa"/>
            <w:gridSpan w:val="6"/>
          </w:tcPr>
          <w:p w14:paraId="44FD3012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1347BD27" w14:textId="77777777" w:rsidTr="00F22CF3">
        <w:trPr>
          <w:trHeight w:val="311"/>
        </w:trPr>
        <w:tc>
          <w:tcPr>
            <w:tcW w:w="15602" w:type="dxa"/>
            <w:gridSpan w:val="9"/>
          </w:tcPr>
          <w:p w14:paraId="22FB06FC" w14:textId="77777777" w:rsidR="009228F1" w:rsidRDefault="009228F1" w:rsidP="00F22CF3">
            <w:pPr>
              <w:pStyle w:val="TableParagraph"/>
              <w:spacing w:before="70"/>
              <w:ind w:left="71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Раздел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6.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Математическая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информация</w:t>
            </w:r>
          </w:p>
        </w:tc>
      </w:tr>
    </w:tbl>
    <w:p w14:paraId="42303F35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65E4D630" w14:textId="77777777" w:rsidTr="00F22CF3">
        <w:trPr>
          <w:trHeight w:val="8327"/>
        </w:trPr>
        <w:tc>
          <w:tcPr>
            <w:tcW w:w="372" w:type="dxa"/>
          </w:tcPr>
          <w:p w14:paraId="4FF5BD6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6.1.</w:t>
            </w:r>
          </w:p>
        </w:tc>
        <w:tc>
          <w:tcPr>
            <w:tcW w:w="2108" w:type="dxa"/>
          </w:tcPr>
          <w:p w14:paraId="216F0603" w14:textId="77777777" w:rsidR="009228F1" w:rsidRDefault="009228F1" w:rsidP="00F22CF3">
            <w:pPr>
              <w:pStyle w:val="TableParagraph"/>
              <w:spacing w:before="70" w:line="268" w:lineRule="auto"/>
              <w:ind w:left="71" w:right="15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Работа с утверждениями: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конструирование, </w:t>
            </w:r>
            <w:r>
              <w:rPr>
                <w:b/>
                <w:w w:val="105"/>
                <w:sz w:val="14"/>
              </w:rPr>
              <w:t>проверка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истинности; составление 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проверка логических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рассуждений при решении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задач. Примеры 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контрпримеры.</w:t>
            </w:r>
          </w:p>
        </w:tc>
        <w:tc>
          <w:tcPr>
            <w:tcW w:w="496" w:type="dxa"/>
          </w:tcPr>
          <w:p w14:paraId="3B46576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14944B7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181EB79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6D75122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3F45A819" w14:textId="77777777" w:rsidR="009228F1" w:rsidRDefault="009228F1" w:rsidP="00F22CF3">
            <w:pPr>
              <w:pStyle w:val="TableParagraph"/>
              <w:spacing w:before="70" w:line="268" w:lineRule="auto"/>
              <w:ind w:left="71" w:right="61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комментирование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терминологии.;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 для поиска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числовых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характеристик,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отношений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зависимостей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(последовательность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продолжительность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событий, положение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пространстве, формы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размеры).;</w:t>
            </w:r>
          </w:p>
          <w:p w14:paraId="6E4EA9C3" w14:textId="77777777" w:rsidR="009228F1" w:rsidRDefault="009228F1" w:rsidP="00F22CF3">
            <w:pPr>
              <w:pStyle w:val="TableParagraph"/>
              <w:spacing w:before="1" w:line="268" w:lineRule="auto"/>
              <w:ind w:left="71" w:right="74"/>
              <w:rPr>
                <w:sz w:val="14"/>
              </w:rPr>
            </w:pPr>
            <w:r>
              <w:rPr>
                <w:w w:val="105"/>
                <w:sz w:val="14"/>
              </w:rPr>
              <w:t>Работа в группах: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обсуждение ситуаций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использования </w:t>
            </w:r>
            <w:r>
              <w:rPr>
                <w:w w:val="105"/>
                <w:sz w:val="14"/>
              </w:rPr>
              <w:t>примеров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контрпримеров.;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 записи.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информации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предложенной 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выбранной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форме.</w:t>
            </w:r>
          </w:p>
          <w:p w14:paraId="5AD38025" w14:textId="77777777" w:rsidR="009228F1" w:rsidRDefault="009228F1" w:rsidP="00F22CF3">
            <w:pPr>
              <w:pStyle w:val="TableParagraph"/>
              <w:spacing w:before="1" w:line="268" w:lineRule="auto"/>
              <w:ind w:left="71" w:right="176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диалог:</w:t>
            </w:r>
          </w:p>
          <w:p w14:paraId="7EE7F144" w14:textId="77777777" w:rsidR="009228F1" w:rsidRDefault="009228F1" w:rsidP="00F22CF3">
            <w:pPr>
              <w:pStyle w:val="TableParagraph"/>
              <w:spacing w:before="1" w:line="268" w:lineRule="auto"/>
              <w:ind w:left="71" w:right="123"/>
              <w:rPr>
                <w:sz w:val="14"/>
              </w:rPr>
            </w:pPr>
            <w:r>
              <w:rPr>
                <w:w w:val="105"/>
                <w:sz w:val="14"/>
              </w:rPr>
              <w:t>«Применение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ситуациях».;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Проведение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исследований (таблица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сложения и умножения,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ряды чисел,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закономерности).;</w:t>
            </w:r>
          </w:p>
        </w:tc>
        <w:tc>
          <w:tcPr>
            <w:tcW w:w="1014" w:type="dxa"/>
          </w:tcPr>
          <w:p w14:paraId="231FB823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12E7E910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</w:tbl>
    <w:p w14:paraId="16F9E54D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68509BC0" w14:textId="77777777" w:rsidTr="00F22CF3">
        <w:trPr>
          <w:trHeight w:val="5903"/>
        </w:trPr>
        <w:tc>
          <w:tcPr>
            <w:tcW w:w="372" w:type="dxa"/>
          </w:tcPr>
          <w:p w14:paraId="0BDE8A1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6.2.</w:t>
            </w:r>
          </w:p>
        </w:tc>
        <w:tc>
          <w:tcPr>
            <w:tcW w:w="2108" w:type="dxa"/>
          </w:tcPr>
          <w:p w14:paraId="7364B3BA" w14:textId="77777777" w:rsidR="009228F1" w:rsidRDefault="009228F1" w:rsidP="00F22CF3">
            <w:pPr>
              <w:pStyle w:val="TableParagraph"/>
              <w:spacing w:before="70" w:line="268" w:lineRule="auto"/>
              <w:ind w:left="71" w:right="10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Данные о реальных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процессах и явлениях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окружающего мира,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представленные на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столбчатых диаграммах,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схемах,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</w:t>
            </w:r>
            <w:r>
              <w:rPr>
                <w:b/>
                <w:spacing w:val="2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таблицах,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текстах.</w:t>
            </w:r>
          </w:p>
        </w:tc>
        <w:tc>
          <w:tcPr>
            <w:tcW w:w="496" w:type="dxa"/>
          </w:tcPr>
          <w:p w14:paraId="794FCDD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0597D6D2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2D18EE90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3084CD99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71D044C4" w14:textId="77777777" w:rsidR="009228F1" w:rsidRDefault="009228F1" w:rsidP="00F22CF3">
            <w:pPr>
              <w:pStyle w:val="TableParagraph"/>
              <w:spacing w:before="70" w:line="268" w:lineRule="auto"/>
              <w:ind w:left="71" w:right="218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комментирование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терминологии.;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Практические </w:t>
            </w:r>
            <w:r>
              <w:rPr>
                <w:w w:val="105"/>
                <w:sz w:val="14"/>
              </w:rPr>
              <w:t>работы: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учебные задачи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точными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приближёнными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данными, </w:t>
            </w:r>
            <w:r>
              <w:rPr>
                <w:w w:val="105"/>
                <w:sz w:val="14"/>
              </w:rPr>
              <w:t>доступными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электронными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средствами обучения,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пособиями;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простейших шкал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измерительных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приборов.;</w:t>
            </w:r>
          </w:p>
          <w:p w14:paraId="5DEAF967" w14:textId="77777777" w:rsidR="009228F1" w:rsidRDefault="009228F1" w:rsidP="00F22CF3">
            <w:pPr>
              <w:pStyle w:val="TableParagraph"/>
              <w:spacing w:before="2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Учебный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диалог:</w:t>
            </w:r>
          </w:p>
          <w:p w14:paraId="1A6EDB55" w14:textId="77777777" w:rsidR="009228F1" w:rsidRDefault="009228F1" w:rsidP="00F22CF3">
            <w:pPr>
              <w:pStyle w:val="TableParagraph"/>
              <w:spacing w:before="19" w:line="268" w:lineRule="auto"/>
              <w:ind w:left="71" w:right="123"/>
              <w:rPr>
                <w:sz w:val="14"/>
              </w:rPr>
            </w:pPr>
            <w:r>
              <w:rPr>
                <w:w w:val="105"/>
                <w:sz w:val="14"/>
              </w:rPr>
              <w:t>«Применение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алгоритмов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ситуациях».;</w:t>
            </w:r>
          </w:p>
          <w:p w14:paraId="29E10979" w14:textId="77777777" w:rsidR="009228F1" w:rsidRDefault="009228F1" w:rsidP="00F22CF3">
            <w:pPr>
              <w:pStyle w:val="TableParagraph"/>
              <w:spacing w:line="268" w:lineRule="auto"/>
              <w:ind w:left="71" w:right="76"/>
              <w:rPr>
                <w:sz w:val="14"/>
              </w:rPr>
            </w:pPr>
            <w:r>
              <w:rPr>
                <w:w w:val="105"/>
                <w:sz w:val="14"/>
              </w:rPr>
              <w:t>Работа в парах/группах.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Решение расчётных,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простых </w:t>
            </w:r>
            <w:r>
              <w:rPr>
                <w:w w:val="105"/>
                <w:sz w:val="14"/>
              </w:rPr>
              <w:t>комбинаторных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логических задач.;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Пропедевтика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исследовательской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работы: решение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комбинаторных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логических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задач;</w:t>
            </w:r>
          </w:p>
        </w:tc>
        <w:tc>
          <w:tcPr>
            <w:tcW w:w="1014" w:type="dxa"/>
          </w:tcPr>
          <w:p w14:paraId="39352646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470A1190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</w:tbl>
    <w:p w14:paraId="7773F7CD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4911624D" w14:textId="77777777" w:rsidTr="00F22CF3">
        <w:trPr>
          <w:trHeight w:val="7707"/>
        </w:trPr>
        <w:tc>
          <w:tcPr>
            <w:tcW w:w="372" w:type="dxa"/>
          </w:tcPr>
          <w:p w14:paraId="36F6789F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6.3.</w:t>
            </w:r>
          </w:p>
        </w:tc>
        <w:tc>
          <w:tcPr>
            <w:tcW w:w="2108" w:type="dxa"/>
          </w:tcPr>
          <w:p w14:paraId="287E3D10" w14:textId="77777777" w:rsidR="009228F1" w:rsidRDefault="009228F1" w:rsidP="00F22CF3">
            <w:pPr>
              <w:pStyle w:val="TableParagraph"/>
              <w:spacing w:before="70" w:line="268" w:lineRule="auto"/>
              <w:ind w:left="71" w:right="15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Сбор математических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данных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</w:t>
            </w:r>
            <w:r>
              <w:rPr>
                <w:b/>
                <w:spacing w:val="2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заданном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объекте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(числе, величине,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геометрической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фигуре).</w:t>
            </w:r>
          </w:p>
          <w:p w14:paraId="0DF9455D" w14:textId="77777777" w:rsidR="009228F1" w:rsidRDefault="009228F1" w:rsidP="00F22CF3">
            <w:pPr>
              <w:pStyle w:val="TableParagraph"/>
              <w:spacing w:line="268" w:lineRule="auto"/>
              <w:ind w:left="71" w:right="7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Поиск информации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 xml:space="preserve">справочной </w:t>
            </w:r>
            <w:r>
              <w:rPr>
                <w:b/>
                <w:w w:val="105"/>
                <w:sz w:val="14"/>
              </w:rPr>
              <w:t>литературе, сети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Интернет.</w:t>
            </w:r>
          </w:p>
        </w:tc>
        <w:tc>
          <w:tcPr>
            <w:tcW w:w="496" w:type="dxa"/>
          </w:tcPr>
          <w:p w14:paraId="2EE6BD41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64F7307E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7A0C2F5B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4081B13E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4A7962AD" w14:textId="77777777" w:rsidR="009228F1" w:rsidRDefault="009228F1" w:rsidP="00F22CF3">
            <w:pPr>
              <w:pStyle w:val="TableParagraph"/>
              <w:spacing w:before="70" w:line="268" w:lineRule="auto"/>
              <w:ind w:left="71" w:right="61"/>
              <w:rPr>
                <w:sz w:val="14"/>
              </w:rPr>
            </w:pP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комментирование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терминологии.;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 для поиска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числовых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характеристик,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отношений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зависимостей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(последовательность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продолжительность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событий, положение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пространстве, формы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размеры).;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 записи.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информации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предложенной 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выбранной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форме.</w:t>
            </w:r>
          </w:p>
          <w:p w14:paraId="2DCB67CE" w14:textId="77777777" w:rsidR="009228F1" w:rsidRDefault="009228F1" w:rsidP="00F22CF3">
            <w:pPr>
              <w:pStyle w:val="TableParagraph"/>
              <w:spacing w:before="2" w:line="268" w:lineRule="auto"/>
              <w:ind w:left="71" w:right="176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учебные задачи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точными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приближёнными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данными, доступными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электронными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средствами обучения,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пособиями;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Использование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простейших шкал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измерительных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приборов.;</w:t>
            </w:r>
          </w:p>
        </w:tc>
        <w:tc>
          <w:tcPr>
            <w:tcW w:w="1014" w:type="dxa"/>
          </w:tcPr>
          <w:p w14:paraId="6F5A2552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7056B2AC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589A9E52" w14:textId="77777777" w:rsidTr="00F22CF3">
        <w:trPr>
          <w:trHeight w:val="1349"/>
        </w:trPr>
        <w:tc>
          <w:tcPr>
            <w:tcW w:w="372" w:type="dxa"/>
          </w:tcPr>
          <w:p w14:paraId="3AF4FA84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6.4.</w:t>
            </w:r>
          </w:p>
        </w:tc>
        <w:tc>
          <w:tcPr>
            <w:tcW w:w="2108" w:type="dxa"/>
          </w:tcPr>
          <w:p w14:paraId="633B6BEC" w14:textId="77777777" w:rsidR="009228F1" w:rsidRDefault="009228F1" w:rsidP="00F22CF3">
            <w:pPr>
              <w:pStyle w:val="TableParagraph"/>
              <w:spacing w:before="70" w:line="268" w:lineRule="auto"/>
              <w:ind w:left="71" w:right="25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Запись информации в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предложенной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таблице,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на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столбчатой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диаграмме.</w:t>
            </w:r>
          </w:p>
        </w:tc>
        <w:tc>
          <w:tcPr>
            <w:tcW w:w="496" w:type="dxa"/>
          </w:tcPr>
          <w:p w14:paraId="79A831FE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4492E7BE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52D1314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3E5C2EAF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7177CAC2" w14:textId="77777777" w:rsidR="009228F1" w:rsidRDefault="009228F1" w:rsidP="00F22CF3">
            <w:pPr>
              <w:pStyle w:val="TableParagraph"/>
              <w:spacing w:before="70" w:line="268" w:lineRule="auto"/>
              <w:ind w:left="71" w:right="142"/>
              <w:rPr>
                <w:sz w:val="14"/>
              </w:rPr>
            </w:pPr>
            <w:r>
              <w:rPr>
                <w:w w:val="105"/>
                <w:sz w:val="14"/>
              </w:rPr>
              <w:t>Проведение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исследований (таблица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сложения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умножения,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ряды чисел,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закономерности).;</w:t>
            </w:r>
          </w:p>
        </w:tc>
        <w:tc>
          <w:tcPr>
            <w:tcW w:w="1014" w:type="dxa"/>
          </w:tcPr>
          <w:p w14:paraId="1BAA76DB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759E6521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</w:tbl>
    <w:p w14:paraId="3EB88907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3B9595E5" w14:textId="77777777" w:rsidTr="00F22CF3">
        <w:trPr>
          <w:trHeight w:val="5002"/>
        </w:trPr>
        <w:tc>
          <w:tcPr>
            <w:tcW w:w="372" w:type="dxa"/>
          </w:tcPr>
          <w:p w14:paraId="486DB832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6.5.</w:t>
            </w:r>
          </w:p>
        </w:tc>
        <w:tc>
          <w:tcPr>
            <w:tcW w:w="2108" w:type="dxa"/>
          </w:tcPr>
          <w:p w14:paraId="34402A29" w14:textId="77777777" w:rsidR="009228F1" w:rsidRDefault="009228F1" w:rsidP="00F22CF3">
            <w:pPr>
              <w:pStyle w:val="TableParagraph"/>
              <w:spacing w:before="70" w:line="268" w:lineRule="auto"/>
              <w:ind w:left="71" w:right="14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Доступные электронные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средства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обучения,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пособия,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их использование под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руководством педагога 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самостоятельно.</w:t>
            </w:r>
          </w:p>
        </w:tc>
        <w:tc>
          <w:tcPr>
            <w:tcW w:w="496" w:type="dxa"/>
          </w:tcPr>
          <w:p w14:paraId="1C9E322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7BF5B72F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1C8183CE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2FAA47E2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32947EF8" w14:textId="77777777" w:rsidR="009228F1" w:rsidRDefault="009228F1" w:rsidP="00F22CF3">
            <w:pPr>
              <w:pStyle w:val="TableParagraph"/>
              <w:spacing w:before="70" w:line="268" w:lineRule="auto"/>
              <w:ind w:left="71" w:right="130"/>
              <w:rPr>
                <w:sz w:val="14"/>
              </w:rPr>
            </w:pPr>
            <w:r>
              <w:rPr>
                <w:w w:val="105"/>
                <w:sz w:val="14"/>
              </w:rPr>
              <w:t>Планирование сбора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данных о заданном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объекте (числе,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величине,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геометрической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фигуре).;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математической </w:t>
            </w:r>
            <w:r>
              <w:rPr>
                <w:w w:val="105"/>
                <w:sz w:val="14"/>
              </w:rPr>
              <w:t>записи.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информации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предложенной 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выбранной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форме.</w:t>
            </w:r>
          </w:p>
          <w:p w14:paraId="05D7D015" w14:textId="77777777" w:rsidR="009228F1" w:rsidRDefault="009228F1" w:rsidP="00F22CF3">
            <w:pPr>
              <w:pStyle w:val="TableParagraph"/>
              <w:spacing w:before="1" w:line="268" w:lineRule="auto"/>
              <w:ind w:left="71" w:right="176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учебные задачи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точными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приближёнными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данными, доступными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электронными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средствами обучения,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пособиями;</w:t>
            </w:r>
          </w:p>
        </w:tc>
        <w:tc>
          <w:tcPr>
            <w:tcW w:w="1014" w:type="dxa"/>
          </w:tcPr>
          <w:p w14:paraId="43565CE4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6336778F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https://uchi.ru/</w:t>
            </w:r>
          </w:p>
        </w:tc>
      </w:tr>
      <w:tr w:rsidR="009228F1" w14:paraId="4077C025" w14:textId="77777777" w:rsidTr="00F22CF3">
        <w:trPr>
          <w:trHeight w:val="1033"/>
        </w:trPr>
        <w:tc>
          <w:tcPr>
            <w:tcW w:w="372" w:type="dxa"/>
          </w:tcPr>
          <w:p w14:paraId="74A45013" w14:textId="77777777" w:rsidR="009228F1" w:rsidRDefault="009228F1" w:rsidP="00F22CF3">
            <w:pPr>
              <w:pStyle w:val="TableParagraph"/>
              <w:spacing w:before="70"/>
              <w:ind w:left="50" w:right="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6.6.</w:t>
            </w:r>
          </w:p>
        </w:tc>
        <w:tc>
          <w:tcPr>
            <w:tcW w:w="2108" w:type="dxa"/>
          </w:tcPr>
          <w:p w14:paraId="5EA0D998" w14:textId="77777777" w:rsidR="009228F1" w:rsidRDefault="009228F1" w:rsidP="00F22CF3">
            <w:pPr>
              <w:pStyle w:val="TableParagraph"/>
              <w:spacing w:before="70" w:line="268" w:lineRule="auto"/>
              <w:ind w:left="71" w:right="12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Правила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безопасной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работы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с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электронными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источниками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информации.</w:t>
            </w:r>
          </w:p>
        </w:tc>
        <w:tc>
          <w:tcPr>
            <w:tcW w:w="496" w:type="dxa"/>
          </w:tcPr>
          <w:p w14:paraId="5BC87D4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1037" w:type="dxa"/>
          </w:tcPr>
          <w:p w14:paraId="3579E2B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1071" w:type="dxa"/>
          </w:tcPr>
          <w:p w14:paraId="1FFB072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7C4E555B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642D7D5E" w14:textId="77777777" w:rsidR="009228F1" w:rsidRDefault="009228F1" w:rsidP="00F22CF3">
            <w:pPr>
              <w:pStyle w:val="TableParagraph"/>
              <w:spacing w:before="70" w:line="268" w:lineRule="auto"/>
              <w:ind w:left="71" w:right="342"/>
              <w:rPr>
                <w:sz w:val="14"/>
              </w:rPr>
            </w:pPr>
            <w:r>
              <w:rPr>
                <w:w w:val="105"/>
                <w:sz w:val="14"/>
              </w:rPr>
              <w:t>Применение правил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безопасной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электронными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источниками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информации.;</w:t>
            </w:r>
          </w:p>
        </w:tc>
        <w:tc>
          <w:tcPr>
            <w:tcW w:w="1014" w:type="dxa"/>
          </w:tcPr>
          <w:p w14:paraId="402F5BFC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73E8AE68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</w:tbl>
    <w:p w14:paraId="4D1328BA" w14:textId="77777777" w:rsidR="009228F1" w:rsidRDefault="009228F1" w:rsidP="009228F1">
      <w:pPr>
        <w:rPr>
          <w:sz w:val="14"/>
        </w:rPr>
        <w:sectPr w:rsidR="009228F1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08"/>
        <w:gridCol w:w="496"/>
        <w:gridCol w:w="1037"/>
        <w:gridCol w:w="1071"/>
        <w:gridCol w:w="812"/>
        <w:gridCol w:w="1736"/>
        <w:gridCol w:w="1014"/>
        <w:gridCol w:w="6956"/>
      </w:tblGrid>
      <w:tr w:rsidR="009228F1" w14:paraId="7F7BD45C" w14:textId="77777777" w:rsidTr="00F22CF3">
        <w:trPr>
          <w:trHeight w:val="6027"/>
        </w:trPr>
        <w:tc>
          <w:tcPr>
            <w:tcW w:w="372" w:type="dxa"/>
          </w:tcPr>
          <w:p w14:paraId="730E46E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lastRenderedPageBreak/>
              <w:t>6.7.</w:t>
            </w:r>
          </w:p>
        </w:tc>
        <w:tc>
          <w:tcPr>
            <w:tcW w:w="2108" w:type="dxa"/>
          </w:tcPr>
          <w:p w14:paraId="05C20161" w14:textId="77777777" w:rsidR="009228F1" w:rsidRDefault="009228F1" w:rsidP="00F22CF3">
            <w:pPr>
              <w:pStyle w:val="TableParagraph"/>
              <w:spacing w:before="70" w:line="268" w:lineRule="auto"/>
              <w:ind w:left="71" w:right="348"/>
              <w:jc w:val="both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Алгоритмы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для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решения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учебных и практических</w:t>
            </w:r>
            <w:r>
              <w:rPr>
                <w:b/>
                <w:spacing w:val="-3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задач.</w:t>
            </w:r>
          </w:p>
        </w:tc>
        <w:tc>
          <w:tcPr>
            <w:tcW w:w="496" w:type="dxa"/>
          </w:tcPr>
          <w:p w14:paraId="7EBB9F68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037" w:type="dxa"/>
          </w:tcPr>
          <w:p w14:paraId="7EDF4952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1071" w:type="dxa"/>
          </w:tcPr>
          <w:p w14:paraId="570CC866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12" w:type="dxa"/>
          </w:tcPr>
          <w:p w14:paraId="2070C367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</w:tcPr>
          <w:p w14:paraId="210511CC" w14:textId="77777777" w:rsidR="009228F1" w:rsidRDefault="009228F1" w:rsidP="00F22CF3">
            <w:pPr>
              <w:pStyle w:val="TableParagraph"/>
              <w:spacing w:before="70" w:line="268" w:lineRule="auto"/>
              <w:ind w:left="71" w:right="61"/>
              <w:rPr>
                <w:sz w:val="14"/>
              </w:rPr>
            </w:pPr>
            <w:r>
              <w:rPr>
                <w:w w:val="105"/>
                <w:sz w:val="14"/>
              </w:rPr>
              <w:t>Формулирование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 для поиска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числовых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характеристик,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отношений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зависимостей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(последовательность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продолжительность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событий, положение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пространстве, формы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размеры).;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Дифференцированное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задание: оформление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математической записи.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Представление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информации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предложенной или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выбранной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форме.</w:t>
            </w:r>
          </w:p>
          <w:p w14:paraId="5A888E9B" w14:textId="77777777" w:rsidR="009228F1" w:rsidRDefault="009228F1" w:rsidP="00F22CF3">
            <w:pPr>
              <w:pStyle w:val="TableParagraph"/>
              <w:spacing w:before="2" w:line="268" w:lineRule="auto"/>
              <w:ind w:left="71" w:right="176"/>
              <w:rPr>
                <w:sz w:val="14"/>
              </w:rPr>
            </w:pPr>
            <w:r>
              <w:rPr>
                <w:w w:val="105"/>
                <w:sz w:val="14"/>
              </w:rPr>
              <w:t>Установление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истинности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заданных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самостоятельно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составленных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утверждений.;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Практические работы: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учебные задачи с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точными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приближёнными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данными, доступными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электронными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средствами обучения,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пособиями;</w:t>
            </w:r>
          </w:p>
        </w:tc>
        <w:tc>
          <w:tcPr>
            <w:tcW w:w="1014" w:type="dxa"/>
          </w:tcPr>
          <w:p w14:paraId="43D3C5CC" w14:textId="77777777" w:rsidR="009228F1" w:rsidRDefault="009228F1" w:rsidP="00F22CF3">
            <w:pPr>
              <w:pStyle w:val="TableParagraph"/>
              <w:spacing w:before="70" w:line="268" w:lineRule="auto"/>
              <w:ind w:left="72" w:right="51"/>
              <w:rPr>
                <w:sz w:val="14"/>
              </w:rPr>
            </w:pPr>
            <w:r>
              <w:rPr>
                <w:w w:val="105"/>
                <w:sz w:val="14"/>
              </w:rPr>
              <w:t>Устный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опрос;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Письменный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контроль;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Практическая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работа;</w:t>
            </w:r>
          </w:p>
        </w:tc>
        <w:tc>
          <w:tcPr>
            <w:tcW w:w="6956" w:type="dxa"/>
          </w:tcPr>
          <w:p w14:paraId="2E57F5C2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https://nsportal.ru/</w:t>
            </w:r>
          </w:p>
        </w:tc>
      </w:tr>
      <w:tr w:rsidR="009228F1" w14:paraId="4AAAE8D7" w14:textId="77777777" w:rsidTr="00F22CF3">
        <w:trPr>
          <w:trHeight w:val="311"/>
        </w:trPr>
        <w:tc>
          <w:tcPr>
            <w:tcW w:w="2480" w:type="dxa"/>
            <w:gridSpan w:val="2"/>
          </w:tcPr>
          <w:p w14:paraId="4C8ED92A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Итого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разделу:</w:t>
            </w:r>
          </w:p>
        </w:tc>
        <w:tc>
          <w:tcPr>
            <w:tcW w:w="496" w:type="dxa"/>
          </w:tcPr>
          <w:p w14:paraId="1F2DF0F5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12626" w:type="dxa"/>
            <w:gridSpan w:val="6"/>
          </w:tcPr>
          <w:p w14:paraId="4081B288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459E31D8" w14:textId="77777777" w:rsidTr="00F22CF3">
        <w:trPr>
          <w:trHeight w:val="311"/>
        </w:trPr>
        <w:tc>
          <w:tcPr>
            <w:tcW w:w="2480" w:type="dxa"/>
            <w:gridSpan w:val="2"/>
          </w:tcPr>
          <w:p w14:paraId="19B36D5B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Резервное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время</w:t>
            </w:r>
          </w:p>
        </w:tc>
        <w:tc>
          <w:tcPr>
            <w:tcW w:w="496" w:type="dxa"/>
          </w:tcPr>
          <w:p w14:paraId="1376E918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12626" w:type="dxa"/>
            <w:gridSpan w:val="6"/>
          </w:tcPr>
          <w:p w14:paraId="53D8F790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  <w:tr w:rsidR="009228F1" w14:paraId="345EDD5C" w14:textId="77777777" w:rsidTr="00F22CF3">
        <w:trPr>
          <w:trHeight w:val="492"/>
        </w:trPr>
        <w:tc>
          <w:tcPr>
            <w:tcW w:w="2480" w:type="dxa"/>
            <w:gridSpan w:val="2"/>
          </w:tcPr>
          <w:p w14:paraId="60EAFFD6" w14:textId="77777777" w:rsidR="009228F1" w:rsidRDefault="009228F1" w:rsidP="00F22CF3">
            <w:pPr>
              <w:pStyle w:val="TableParagraph"/>
              <w:spacing w:before="70" w:line="268" w:lineRule="auto"/>
              <w:ind w:left="71" w:right="64"/>
              <w:rPr>
                <w:sz w:val="14"/>
              </w:rPr>
            </w:pPr>
            <w:r>
              <w:rPr>
                <w:w w:val="105"/>
                <w:sz w:val="14"/>
              </w:rPr>
              <w:t>ОБЩЕЕ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КОЛИЧЕСТВО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ЧАСОВ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ПРОГРАММЕ</w:t>
            </w:r>
          </w:p>
        </w:tc>
        <w:tc>
          <w:tcPr>
            <w:tcW w:w="496" w:type="dxa"/>
          </w:tcPr>
          <w:p w14:paraId="3265A2D0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5"/>
                <w:sz w:val="14"/>
              </w:rPr>
              <w:t>136</w:t>
            </w:r>
          </w:p>
        </w:tc>
        <w:tc>
          <w:tcPr>
            <w:tcW w:w="1037" w:type="dxa"/>
          </w:tcPr>
          <w:p w14:paraId="0023D8E3" w14:textId="77777777" w:rsidR="009228F1" w:rsidRDefault="009228F1" w:rsidP="00F22CF3">
            <w:pPr>
              <w:pStyle w:val="TableParagraph"/>
              <w:spacing w:before="70"/>
              <w:ind w:left="71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1071" w:type="dxa"/>
          </w:tcPr>
          <w:p w14:paraId="7A442F57" w14:textId="77777777" w:rsidR="009228F1" w:rsidRDefault="009228F1" w:rsidP="00F22CF3">
            <w:pPr>
              <w:pStyle w:val="TableParagraph"/>
              <w:spacing w:before="70"/>
              <w:ind w:left="72"/>
              <w:rPr>
                <w:sz w:val="14"/>
              </w:rPr>
            </w:pPr>
            <w:r>
              <w:rPr>
                <w:w w:val="105"/>
                <w:sz w:val="14"/>
              </w:rPr>
              <w:t>105</w:t>
            </w:r>
          </w:p>
        </w:tc>
        <w:tc>
          <w:tcPr>
            <w:tcW w:w="10518" w:type="dxa"/>
            <w:gridSpan w:val="4"/>
          </w:tcPr>
          <w:p w14:paraId="24D90343" w14:textId="77777777" w:rsidR="009228F1" w:rsidRDefault="009228F1" w:rsidP="00F22CF3">
            <w:pPr>
              <w:pStyle w:val="TableParagraph"/>
              <w:rPr>
                <w:sz w:val="14"/>
              </w:rPr>
            </w:pPr>
          </w:p>
        </w:tc>
      </w:tr>
    </w:tbl>
    <w:p w14:paraId="365ED8DB" w14:textId="77777777" w:rsidR="0035017A" w:rsidRDefault="0035017A">
      <w:pPr>
        <w:sectPr w:rsidR="0035017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F268816" w14:textId="77777777" w:rsidR="0035017A" w:rsidRDefault="0035017A">
      <w:pPr>
        <w:autoSpaceDE w:val="0"/>
        <w:autoSpaceDN w:val="0"/>
        <w:spacing w:after="78" w:line="220" w:lineRule="exact"/>
      </w:pPr>
    </w:p>
    <w:p w14:paraId="543F5CE7" w14:textId="77777777" w:rsidR="0035017A" w:rsidRPr="00D172BF" w:rsidRDefault="00A801B7">
      <w:pPr>
        <w:autoSpaceDE w:val="0"/>
        <w:autoSpaceDN w:val="0"/>
        <w:spacing w:after="0" w:line="230" w:lineRule="auto"/>
        <w:rPr>
          <w:lang w:val="ru-RU"/>
        </w:rPr>
      </w:pPr>
      <w:r w:rsidRPr="00D172B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DDBEA81" w14:textId="77777777" w:rsidR="00E526C9" w:rsidRDefault="00A801B7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14:paraId="18C00F83" w14:textId="77777777" w:rsidR="00E526C9" w:rsidRPr="00E526C9" w:rsidRDefault="00E526C9" w:rsidP="00E526C9">
      <w:pPr>
        <w:pStyle w:val="af"/>
        <w:spacing w:before="157" w:line="292" w:lineRule="auto"/>
        <w:ind w:left="106" w:right="85"/>
        <w:rPr>
          <w:lang w:val="ru-RU"/>
        </w:rPr>
      </w:pPr>
      <w:r w:rsidRPr="00E526C9">
        <w:rPr>
          <w:lang w:val="ru-RU"/>
        </w:rPr>
        <w:t xml:space="preserve">Математика (в 2 частях), 4 класс /Моро М.И., </w:t>
      </w:r>
      <w:proofErr w:type="spellStart"/>
      <w:r w:rsidRPr="00E526C9">
        <w:rPr>
          <w:lang w:val="ru-RU"/>
        </w:rPr>
        <w:t>Бантова</w:t>
      </w:r>
      <w:proofErr w:type="spellEnd"/>
      <w:r w:rsidRPr="00E526C9">
        <w:rPr>
          <w:lang w:val="ru-RU"/>
        </w:rPr>
        <w:t xml:space="preserve"> М.А., Бельтюкова Г.В. и другие, Акционерное</w:t>
      </w:r>
      <w:r w:rsidRPr="00E526C9">
        <w:rPr>
          <w:spacing w:val="-58"/>
          <w:lang w:val="ru-RU"/>
        </w:rPr>
        <w:t xml:space="preserve"> </w:t>
      </w:r>
      <w:r w:rsidRPr="00E526C9">
        <w:rPr>
          <w:lang w:val="ru-RU"/>
        </w:rPr>
        <w:t>общество</w:t>
      </w:r>
      <w:r w:rsidRPr="00E526C9">
        <w:rPr>
          <w:spacing w:val="-1"/>
          <w:lang w:val="ru-RU"/>
        </w:rPr>
        <w:t xml:space="preserve"> </w:t>
      </w:r>
      <w:r w:rsidRPr="00E526C9">
        <w:rPr>
          <w:lang w:val="ru-RU"/>
        </w:rPr>
        <w:t>«Издательство «Просвещение»;</w:t>
      </w:r>
    </w:p>
    <w:p w14:paraId="1B1FD45B" w14:textId="77777777" w:rsidR="00E526C9" w:rsidRDefault="00A801B7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9228F1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9228F1">
        <w:rPr>
          <w:lang w:val="ru-RU"/>
        </w:rPr>
        <w:br/>
      </w: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2F2270A4" w14:textId="77777777" w:rsidR="00E526C9" w:rsidRDefault="00E526C9" w:rsidP="00E526C9">
      <w:pPr>
        <w:pStyle w:val="af"/>
        <w:spacing w:before="156" w:line="292" w:lineRule="auto"/>
        <w:ind w:left="106" w:right="8095"/>
        <w:rPr>
          <w:spacing w:val="1"/>
          <w:lang w:val="ru-RU"/>
        </w:rPr>
      </w:pPr>
      <w:r w:rsidRPr="00E526C9">
        <w:rPr>
          <w:lang w:val="ru-RU"/>
        </w:rPr>
        <w:t>Учебник</w:t>
      </w:r>
      <w:r w:rsidRPr="00E526C9">
        <w:rPr>
          <w:spacing w:val="1"/>
          <w:lang w:val="ru-RU"/>
        </w:rPr>
        <w:t xml:space="preserve"> </w:t>
      </w:r>
    </w:p>
    <w:p w14:paraId="5748054A" w14:textId="77777777" w:rsidR="00E526C9" w:rsidRPr="00E526C9" w:rsidRDefault="00E526C9" w:rsidP="00E526C9">
      <w:pPr>
        <w:pStyle w:val="af"/>
        <w:spacing w:before="156" w:line="292" w:lineRule="auto"/>
        <w:ind w:left="106" w:right="8095"/>
        <w:rPr>
          <w:lang w:val="ru-RU"/>
        </w:rPr>
      </w:pPr>
      <w:r w:rsidRPr="00E526C9">
        <w:rPr>
          <w:lang w:val="ru-RU"/>
        </w:rPr>
        <w:t>Методические пособия</w:t>
      </w:r>
      <w:r w:rsidRPr="00E526C9">
        <w:rPr>
          <w:spacing w:val="-58"/>
          <w:lang w:val="ru-RU"/>
        </w:rPr>
        <w:t xml:space="preserve"> </w:t>
      </w:r>
      <w:r w:rsidRPr="00E526C9">
        <w:rPr>
          <w:lang w:val="ru-RU"/>
        </w:rPr>
        <w:t>Таблицы</w:t>
      </w:r>
    </w:p>
    <w:p w14:paraId="00FFCD31" w14:textId="77777777" w:rsidR="0035017A" w:rsidRPr="009228F1" w:rsidRDefault="00A801B7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06F7417" w14:textId="77777777" w:rsidR="00E526C9" w:rsidRPr="00E431A8" w:rsidRDefault="00E526C9" w:rsidP="00E526C9">
      <w:pPr>
        <w:pStyle w:val="af"/>
        <w:spacing w:before="156" w:line="292" w:lineRule="auto"/>
        <w:ind w:left="106" w:right="7713"/>
      </w:pPr>
      <w:r w:rsidRPr="00E431A8">
        <w:t>https://uchi.ru/</w:t>
      </w:r>
      <w:r w:rsidRPr="00E431A8">
        <w:rPr>
          <w:spacing w:val="1"/>
        </w:rPr>
        <w:t xml:space="preserve"> </w:t>
      </w:r>
      <w:r w:rsidRPr="00E431A8">
        <w:t>https://nsportal.ru/</w:t>
      </w:r>
      <w:r w:rsidRPr="00E431A8">
        <w:rPr>
          <w:spacing w:val="1"/>
        </w:rPr>
        <w:t xml:space="preserve"> </w:t>
      </w:r>
      <w:r w:rsidRPr="00E431A8">
        <w:rPr>
          <w:spacing w:val="-1"/>
        </w:rPr>
        <w:t>http\school-collection.edu.ru</w:t>
      </w:r>
      <w:r w:rsidRPr="00E431A8">
        <w:rPr>
          <w:spacing w:val="-57"/>
        </w:rPr>
        <w:t xml:space="preserve"> </w:t>
      </w:r>
      <w:r w:rsidRPr="00E431A8">
        <w:t>1</w:t>
      </w:r>
      <w:r w:rsidRPr="00E431A8">
        <w:rPr>
          <w:spacing w:val="-1"/>
        </w:rPr>
        <w:t xml:space="preserve"> </w:t>
      </w:r>
      <w:r w:rsidRPr="00E431A8">
        <w:t>september.ru</w:t>
      </w:r>
    </w:p>
    <w:p w14:paraId="7EC58566" w14:textId="77777777" w:rsidR="00E526C9" w:rsidRPr="00E526C9" w:rsidRDefault="00E526C9" w:rsidP="00E526C9">
      <w:pPr>
        <w:pStyle w:val="af"/>
        <w:spacing w:line="274" w:lineRule="exact"/>
        <w:ind w:left="106"/>
        <w:rPr>
          <w:lang w:val="ru-RU"/>
        </w:rPr>
      </w:pPr>
      <w:r w:rsidRPr="00E526C9">
        <w:rPr>
          <w:lang w:val="ru-RU"/>
        </w:rPr>
        <w:t>Единая</w:t>
      </w:r>
      <w:r w:rsidRPr="00E526C9">
        <w:rPr>
          <w:spacing w:val="-6"/>
          <w:lang w:val="ru-RU"/>
        </w:rPr>
        <w:t xml:space="preserve"> </w:t>
      </w:r>
      <w:r w:rsidRPr="00E526C9">
        <w:rPr>
          <w:lang w:val="ru-RU"/>
        </w:rPr>
        <w:t>коллекция</w:t>
      </w:r>
      <w:r w:rsidRPr="00E526C9">
        <w:rPr>
          <w:spacing w:val="-5"/>
          <w:lang w:val="ru-RU"/>
        </w:rPr>
        <w:t xml:space="preserve"> </w:t>
      </w:r>
      <w:r w:rsidRPr="00E526C9">
        <w:rPr>
          <w:lang w:val="ru-RU"/>
        </w:rPr>
        <w:t>цифровых</w:t>
      </w:r>
      <w:r w:rsidRPr="00E526C9">
        <w:rPr>
          <w:spacing w:val="-4"/>
          <w:lang w:val="ru-RU"/>
        </w:rPr>
        <w:t xml:space="preserve"> </w:t>
      </w:r>
      <w:r w:rsidRPr="00E526C9">
        <w:rPr>
          <w:lang w:val="ru-RU"/>
        </w:rPr>
        <w:t>образовательных</w:t>
      </w:r>
      <w:r w:rsidRPr="00E526C9">
        <w:rPr>
          <w:spacing w:val="-4"/>
          <w:lang w:val="ru-RU"/>
        </w:rPr>
        <w:t xml:space="preserve"> </w:t>
      </w:r>
      <w:r w:rsidRPr="00E526C9">
        <w:rPr>
          <w:lang w:val="ru-RU"/>
        </w:rPr>
        <w:t>ресурсов</w:t>
      </w:r>
    </w:p>
    <w:p w14:paraId="7A9B86C6" w14:textId="77777777" w:rsidR="00E526C9" w:rsidRPr="00E526C9" w:rsidRDefault="00E526C9" w:rsidP="00E526C9">
      <w:pPr>
        <w:pStyle w:val="af"/>
        <w:ind w:left="106"/>
        <w:rPr>
          <w:lang w:val="ru-RU"/>
        </w:rPr>
      </w:pPr>
      <w:r w:rsidRPr="00E526C9">
        <w:rPr>
          <w:spacing w:val="-1"/>
          <w:lang w:val="ru-RU"/>
        </w:rPr>
        <w:t>Источник:</w:t>
      </w:r>
      <w:r w:rsidRPr="00E526C9">
        <w:rPr>
          <w:spacing w:val="10"/>
          <w:lang w:val="ru-RU"/>
        </w:rPr>
        <w:t xml:space="preserve"> </w:t>
      </w:r>
      <w:r>
        <w:rPr>
          <w:spacing w:val="-1"/>
        </w:rPr>
        <w:t>https</w:t>
      </w:r>
      <w:r w:rsidRPr="00E526C9">
        <w:rPr>
          <w:spacing w:val="-1"/>
          <w:lang w:val="ru-RU"/>
        </w:rPr>
        <w:t>://</w:t>
      </w:r>
      <w:proofErr w:type="spellStart"/>
      <w:r>
        <w:rPr>
          <w:spacing w:val="-1"/>
        </w:rPr>
        <w:t>rosuchebnik</w:t>
      </w:r>
      <w:proofErr w:type="spellEnd"/>
      <w:r w:rsidRPr="00E526C9">
        <w:rPr>
          <w:spacing w:val="-1"/>
          <w:lang w:val="ru-RU"/>
        </w:rPr>
        <w:t>.</w:t>
      </w:r>
      <w:proofErr w:type="spellStart"/>
      <w:r>
        <w:rPr>
          <w:spacing w:val="-1"/>
        </w:rPr>
        <w:t>ru</w:t>
      </w:r>
      <w:proofErr w:type="spellEnd"/>
      <w:r w:rsidRPr="00E526C9">
        <w:rPr>
          <w:spacing w:val="-1"/>
          <w:lang w:val="ru-RU"/>
        </w:rPr>
        <w:t>/</w:t>
      </w:r>
      <w:r>
        <w:rPr>
          <w:spacing w:val="-1"/>
        </w:rPr>
        <w:t>material</w:t>
      </w:r>
      <w:r w:rsidRPr="00E526C9">
        <w:rPr>
          <w:spacing w:val="-1"/>
          <w:lang w:val="ru-RU"/>
        </w:rPr>
        <w:t>/</w:t>
      </w:r>
      <w:proofErr w:type="spellStart"/>
      <w:r>
        <w:rPr>
          <w:spacing w:val="-1"/>
        </w:rPr>
        <w:t>spisok</w:t>
      </w:r>
      <w:proofErr w:type="spellEnd"/>
      <w:r w:rsidRPr="00E526C9">
        <w:rPr>
          <w:spacing w:val="-1"/>
          <w:lang w:val="ru-RU"/>
        </w:rPr>
        <w:t>-</w:t>
      </w:r>
      <w:proofErr w:type="spellStart"/>
      <w:r>
        <w:rPr>
          <w:spacing w:val="-1"/>
        </w:rPr>
        <w:t>eor</w:t>
      </w:r>
      <w:proofErr w:type="spellEnd"/>
      <w:r w:rsidRPr="00E526C9">
        <w:rPr>
          <w:spacing w:val="-1"/>
          <w:lang w:val="ru-RU"/>
        </w:rPr>
        <w:t>-</w:t>
      </w:r>
      <w:proofErr w:type="spellStart"/>
      <w:r>
        <w:rPr>
          <w:spacing w:val="-1"/>
        </w:rPr>
        <w:t>nachalnaya</w:t>
      </w:r>
      <w:proofErr w:type="spellEnd"/>
      <w:r w:rsidRPr="00E526C9">
        <w:rPr>
          <w:spacing w:val="-1"/>
          <w:lang w:val="ru-RU"/>
        </w:rPr>
        <w:t>-</w:t>
      </w:r>
      <w:proofErr w:type="spellStart"/>
      <w:r>
        <w:rPr>
          <w:spacing w:val="-1"/>
        </w:rPr>
        <w:t>shkola</w:t>
      </w:r>
      <w:proofErr w:type="spellEnd"/>
      <w:r w:rsidRPr="00E526C9">
        <w:rPr>
          <w:spacing w:val="-1"/>
          <w:lang w:val="ru-RU"/>
        </w:rPr>
        <w:t>/</w:t>
      </w:r>
    </w:p>
    <w:p w14:paraId="3B8E4959" w14:textId="77777777" w:rsidR="00E526C9" w:rsidRPr="009228F1" w:rsidRDefault="00E526C9">
      <w:pPr>
        <w:rPr>
          <w:lang w:val="ru-RU"/>
        </w:rPr>
        <w:sectPr w:rsidR="00E526C9" w:rsidRPr="009228F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CA0B911" w14:textId="77777777" w:rsidR="0035017A" w:rsidRPr="009228F1" w:rsidRDefault="0035017A">
      <w:pPr>
        <w:autoSpaceDE w:val="0"/>
        <w:autoSpaceDN w:val="0"/>
        <w:spacing w:after="78" w:line="220" w:lineRule="exact"/>
        <w:rPr>
          <w:lang w:val="ru-RU"/>
        </w:rPr>
      </w:pPr>
    </w:p>
    <w:p w14:paraId="1CE8A3EF" w14:textId="77777777" w:rsidR="0035017A" w:rsidRPr="009228F1" w:rsidRDefault="00A801B7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9228F1">
        <w:rPr>
          <w:lang w:val="ru-RU"/>
        </w:rPr>
        <w:br/>
      </w:r>
      <w:proofErr w:type="spellStart"/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9228F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 И ПРАКТИЧЕСКИХ РАБОТ</w:t>
      </w:r>
    </w:p>
    <w:p w14:paraId="23E5CABD" w14:textId="77777777" w:rsidR="0035017A" w:rsidRPr="009228F1" w:rsidRDefault="0035017A">
      <w:pPr>
        <w:rPr>
          <w:lang w:val="ru-RU"/>
        </w:rPr>
        <w:sectPr w:rsidR="0035017A" w:rsidRPr="009228F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19F7001" w14:textId="77777777" w:rsidR="00A801B7" w:rsidRPr="009228F1" w:rsidRDefault="00A801B7">
      <w:pPr>
        <w:rPr>
          <w:lang w:val="ru-RU"/>
        </w:rPr>
      </w:pPr>
    </w:p>
    <w:sectPr w:rsidR="00A801B7" w:rsidRPr="009228F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E258D6"/>
    <w:multiLevelType w:val="hybridMultilevel"/>
    <w:tmpl w:val="C898F136"/>
    <w:lvl w:ilvl="0" w:tplc="3C82D14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C8FA8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90127C30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C3644B7C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254AE16A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28B2AC5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92BEE9BE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C6203708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96A6D2E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B4F4AD0"/>
    <w:multiLevelType w:val="hybridMultilevel"/>
    <w:tmpl w:val="B53EB0C8"/>
    <w:lvl w:ilvl="0" w:tplc="5BC4E010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65C019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52ADCA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C980E96E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CC627D76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9F16A888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EB92D0EA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561A9FE0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D56AD13A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92C42B0"/>
    <w:multiLevelType w:val="hybridMultilevel"/>
    <w:tmpl w:val="5308EE7E"/>
    <w:lvl w:ilvl="0" w:tplc="EFF05440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7409B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E230D6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D68422DA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64EE8D34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76947A06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BB7277B4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BD641EC2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6CDED9F4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5017A"/>
    <w:rsid w:val="009228F1"/>
    <w:rsid w:val="00A801B7"/>
    <w:rsid w:val="00AA1D8D"/>
    <w:rsid w:val="00B47730"/>
    <w:rsid w:val="00B77B04"/>
    <w:rsid w:val="00CB0664"/>
    <w:rsid w:val="00D172BF"/>
    <w:rsid w:val="00E526C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DD95E0"/>
  <w14:defaultImageDpi w14:val="300"/>
  <w15:docId w15:val="{F1EA66E3-4165-4001-AD89-70F596CF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9228F1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9228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lass39.ru/internet-urok-po-matematike-velichiny-i-ix-edinicy-izmereniy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574DBA-56CA-4E19-A840-144276F2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7466</Words>
  <Characters>42559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49926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dcterms:created xsi:type="dcterms:W3CDTF">2013-12-23T23:15:00Z</dcterms:created>
  <dcterms:modified xsi:type="dcterms:W3CDTF">2022-06-28T00:53:00Z</dcterms:modified>
  <cp:category/>
</cp:coreProperties>
</file>