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9C00C" w14:textId="19EF2062" w:rsidR="005F3439" w:rsidRDefault="00680736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3036D5F" wp14:editId="2BA20783">
            <wp:simplePos x="0" y="0"/>
            <wp:positionH relativeFrom="column">
              <wp:posOffset>283845</wp:posOffset>
            </wp:positionH>
            <wp:positionV relativeFrom="paragraph">
              <wp:posOffset>191770</wp:posOffset>
            </wp:positionV>
            <wp:extent cx="6353175" cy="922591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A6D5AE" w14:textId="62327FC5" w:rsidR="005F3439" w:rsidRDefault="005F3439">
      <w:pPr>
        <w:autoSpaceDE w:val="0"/>
        <w:autoSpaceDN w:val="0"/>
        <w:spacing w:after="258" w:line="220" w:lineRule="exact"/>
        <w:rPr>
          <w:lang w:val="ru-RU"/>
        </w:rPr>
      </w:pPr>
    </w:p>
    <w:p w14:paraId="465C92BE" w14:textId="68765C43" w:rsidR="00680736" w:rsidRDefault="00680736">
      <w:pPr>
        <w:autoSpaceDE w:val="0"/>
        <w:autoSpaceDN w:val="0"/>
        <w:spacing w:after="258" w:line="220" w:lineRule="exact"/>
        <w:rPr>
          <w:lang w:val="ru-RU"/>
        </w:rPr>
      </w:pPr>
    </w:p>
    <w:p w14:paraId="1FBE5CFE" w14:textId="77777777" w:rsidR="00680736" w:rsidRDefault="00680736">
      <w:pPr>
        <w:autoSpaceDE w:val="0"/>
        <w:autoSpaceDN w:val="0"/>
        <w:spacing w:after="258" w:line="220" w:lineRule="exact"/>
      </w:pPr>
    </w:p>
    <w:p w14:paraId="7460316D" w14:textId="77777777" w:rsidR="005F3439" w:rsidRPr="004E472B" w:rsidRDefault="002D7DF6">
      <w:pPr>
        <w:autoSpaceDE w:val="0"/>
        <w:autoSpaceDN w:val="0"/>
        <w:spacing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29550BCC" w14:textId="77777777" w:rsidR="005F3439" w:rsidRPr="004E472B" w:rsidRDefault="002D7DF6">
      <w:pPr>
        <w:autoSpaceDE w:val="0"/>
        <w:autoSpaceDN w:val="0"/>
        <w:spacing w:before="346" w:after="0" w:line="281" w:lineRule="auto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«Литературное чтение» для обучающихся 4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приоритеты духовно-нравственного развития, воспитания и социализации обучающихся,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сформулированные в Примерной программе воспитания.</w:t>
      </w:r>
    </w:p>
    <w:p w14:paraId="3EB26BD9" w14:textId="77777777" w:rsidR="005F3439" w:rsidRPr="004E472B" w:rsidRDefault="002D7DF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"ЛИТЕРАТУРНОЕ ЧТЕНИЕ"</w:t>
      </w:r>
    </w:p>
    <w:p w14:paraId="5DE03C65" w14:textId="77777777" w:rsidR="005F3439" w:rsidRPr="004E472B" w:rsidRDefault="002D7DF6">
      <w:pPr>
        <w:autoSpaceDE w:val="0"/>
        <w:autoSpaceDN w:val="0"/>
        <w:spacing w:before="192" w:after="0" w:line="286" w:lineRule="auto"/>
        <w:ind w:right="144" w:firstLine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7E79E35A" w14:textId="77777777" w:rsidR="005F3439" w:rsidRPr="004E472B" w:rsidRDefault="002D7DF6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 w14:paraId="2513ECC8" w14:textId="77777777" w:rsidR="005F3439" w:rsidRPr="004E472B" w:rsidRDefault="002D7DF6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В основу отбора произведений положены </w:t>
      </w:r>
      <w:proofErr w:type="spellStart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общедидактические</w:t>
      </w:r>
      <w:proofErr w:type="spellEnd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принципы обучения: соответствие возрастным 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представленность разных жанров, видов и стилей произведений, обеспечивающих формирование функциональной литературной  грамотности  младшего  школьника,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начальной школы.</w:t>
      </w:r>
    </w:p>
    <w:p w14:paraId="086F7C84" w14:textId="77777777" w:rsidR="005F3439" w:rsidRPr="004E472B" w:rsidRDefault="002D7DF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На курс «Литературное чтение» в 4 классе отводится 136 ч.</w:t>
      </w:r>
    </w:p>
    <w:p w14:paraId="38088ED9" w14:textId="77777777" w:rsidR="005F3439" w:rsidRPr="004E472B" w:rsidRDefault="002D7DF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"ЛИТЕРАТУРНОЕ ЧТЕНИЕ"</w:t>
      </w:r>
    </w:p>
    <w:p w14:paraId="3B5CEBD5" w14:textId="77777777" w:rsidR="005F3439" w:rsidRPr="004E472B" w:rsidRDefault="002D7DF6">
      <w:pPr>
        <w:autoSpaceDE w:val="0"/>
        <w:autoSpaceDN w:val="0"/>
        <w:spacing w:before="190" w:after="0" w:line="281" w:lineRule="auto"/>
        <w:ind w:right="432" w:firstLine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Приоритетная </w:t>
      </w: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 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</w:t>
      </w:r>
    </w:p>
    <w:p w14:paraId="76D00B6A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652D4D3" w14:textId="77777777" w:rsidR="005F3439" w:rsidRPr="004E472B" w:rsidRDefault="005F3439">
      <w:pPr>
        <w:autoSpaceDE w:val="0"/>
        <w:autoSpaceDN w:val="0"/>
        <w:spacing w:after="66" w:line="220" w:lineRule="exact"/>
        <w:rPr>
          <w:lang w:val="ru-RU"/>
        </w:rPr>
      </w:pPr>
    </w:p>
    <w:p w14:paraId="52BB6B1B" w14:textId="77777777" w:rsidR="005F3439" w:rsidRPr="004E472B" w:rsidRDefault="002D7DF6">
      <w:pPr>
        <w:autoSpaceDE w:val="0"/>
        <w:autoSpaceDN w:val="0"/>
        <w:spacing w:after="0" w:line="271" w:lineRule="auto"/>
        <w:ind w:right="576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сформированность предметных и универсальных действий в процессе изучения </w:t>
      </w:r>
      <w:proofErr w:type="spellStart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предмета«Литературное</w:t>
      </w:r>
      <w:proofErr w:type="spellEnd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чтение» станут фундаментом обучения в основном звене школы, а также будут востребованы в жизни.</w:t>
      </w:r>
    </w:p>
    <w:p w14:paraId="7B08DD72" w14:textId="77777777" w:rsidR="005F3439" w:rsidRPr="004E472B" w:rsidRDefault="002D7DF6">
      <w:pPr>
        <w:tabs>
          <w:tab w:val="left" w:pos="180"/>
        </w:tabs>
        <w:autoSpaceDE w:val="0"/>
        <w:autoSpaceDN w:val="0"/>
        <w:spacing w:before="190" w:after="0" w:line="262" w:lineRule="auto"/>
        <w:ind w:right="432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Достижение заявленной цели определяется особенностями курса литературного чтения и решением следующих задач:</w:t>
      </w:r>
    </w:p>
    <w:p w14:paraId="1E245B2C" w14:textId="77777777" w:rsidR="005F3439" w:rsidRPr="004E472B" w:rsidRDefault="002D7DF6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</w:t>
      </w:r>
    </w:p>
    <w:p w14:paraId="73CA6B17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достижение необходимого для продолжения образования уровня общего речевого развития;</w:t>
      </w:r>
    </w:p>
    <w:p w14:paraId="377B55D4" w14:textId="77777777" w:rsidR="005F3439" w:rsidRPr="004E472B" w:rsidRDefault="002D7DF6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11988541" w14:textId="77777777" w:rsidR="005F3439" w:rsidRPr="004E472B" w:rsidRDefault="002D7DF6">
      <w:pPr>
        <w:autoSpaceDE w:val="0"/>
        <w:autoSpaceDN w:val="0"/>
        <w:spacing w:before="192" w:after="0" w:line="262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233CBCEC" w14:textId="77777777" w:rsidR="005F3439" w:rsidRPr="004E472B" w:rsidRDefault="002D7DF6">
      <w:pPr>
        <w:autoSpaceDE w:val="0"/>
        <w:autoSpaceDN w:val="0"/>
        <w:spacing w:before="190" w:after="0" w:line="286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элементарными умениями анализа и интерпретации текста, осознанного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при анализе текста изученных литературных понятий: прозаическая и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 стихотворение (ритм, рифма); средства художественной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выразительности (сравнение, эпитет, олицетворение);</w:t>
      </w:r>
    </w:p>
    <w:p w14:paraId="6C2866F3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14:paraId="6502617A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286" w:right="794" w:bottom="1440" w:left="666" w:header="720" w:footer="720" w:gutter="0"/>
          <w:cols w:space="720" w:equalWidth="0">
            <w:col w:w="10440" w:space="0"/>
          </w:cols>
          <w:docGrid w:linePitch="360"/>
        </w:sectPr>
      </w:pPr>
    </w:p>
    <w:p w14:paraId="2762600F" w14:textId="77777777" w:rsidR="005F3439" w:rsidRPr="004E472B" w:rsidRDefault="005F3439">
      <w:pPr>
        <w:autoSpaceDE w:val="0"/>
        <w:autoSpaceDN w:val="0"/>
        <w:spacing w:after="78" w:line="220" w:lineRule="exact"/>
        <w:rPr>
          <w:lang w:val="ru-RU"/>
        </w:rPr>
      </w:pPr>
    </w:p>
    <w:p w14:paraId="040BF805" w14:textId="77777777" w:rsidR="005F3439" w:rsidRPr="004E472B" w:rsidRDefault="002D7DF6">
      <w:pPr>
        <w:autoSpaceDE w:val="0"/>
        <w:autoSpaceDN w:val="0"/>
        <w:spacing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5A367FC0" w14:textId="77777777" w:rsidR="005F3439" w:rsidRPr="004E472B" w:rsidRDefault="002D7DF6">
      <w:pPr>
        <w:autoSpaceDE w:val="0"/>
        <w:autoSpaceDN w:val="0"/>
        <w:spacing w:before="346" w:after="0" w:line="271" w:lineRule="auto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О Родине, героические страницы истории.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Х и ХХ веков (по выбору, не менее четырёх, например произведения И. С. Никитина, Н. М.  Языкова, С. Т.  Романовского, А. Т.  Твардовского, М. </w:t>
      </w:r>
    </w:p>
    <w:p w14:paraId="77CFE1D5" w14:textId="77777777" w:rsidR="005F3439" w:rsidRPr="004E472B" w:rsidRDefault="002D7DF6">
      <w:pPr>
        <w:autoSpaceDE w:val="0"/>
        <w:autoSpaceDN w:val="0"/>
        <w:spacing w:before="70" w:after="0" w:line="286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М. Пришвина, С. Д. Дрожжина, В. М. Пескова и др.).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Дмитрия Пожарского, Дмитрия Донского, Александра Суворова, Михаила Кутузова и других выдающихся защитников Отечества  в  литературе 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А. П. Платонова, Л. А. Кассиля, В. К. Железняка, С. П. Алексеева). Осознание понятия: поступок, подвиг.</w:t>
      </w:r>
    </w:p>
    <w:p w14:paraId="7D179698" w14:textId="77777777" w:rsidR="005F3439" w:rsidRPr="004E472B" w:rsidRDefault="002D7DF6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войны.</w:t>
      </w:r>
    </w:p>
    <w:p w14:paraId="0CF94CEB" w14:textId="77777777" w:rsidR="005F3439" w:rsidRPr="004E472B" w:rsidRDefault="002D7DF6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Фольклор (устное народное творчество)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. Фольклор как народная духовная культура (произведения по выбору). Многообразие видов фольклора: словесный, музыкальный, обрядовый (календарный).</w:t>
      </w:r>
    </w:p>
    <w:p w14:paraId="5308850C" w14:textId="77777777" w:rsidR="005F3439" w:rsidRPr="004E472B" w:rsidRDefault="002D7DF6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Культурное значение фольклора для появления художественной литературы. Малые жанры фольклора (назначение,   сравнение,   классификация).   Собиратели   фольклора (А. Н. Афанасьев, В.</w:t>
      </w:r>
    </w:p>
    <w:p w14:paraId="08E5079D" w14:textId="77777777" w:rsidR="005F3439" w:rsidRPr="004E472B" w:rsidRDefault="002D7DF6">
      <w:pPr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14:paraId="5561B4E0" w14:textId="77777777" w:rsidR="005F3439" w:rsidRPr="004E472B" w:rsidRDefault="002D7DF6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: былина как эпическая песня о героическом событии. Герой былины — защитник страны. Образы русских богатырей: Ильи Муромца, Алёши Поповича, Добрыни Никитича, Никиты Кожемяки (где жил, чем занимался, какими качествами  обладал).   Средства 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14:paraId="2064E0F9" w14:textId="77777777" w:rsidR="005F3439" w:rsidRPr="004E472B" w:rsidRDefault="002D7DF6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А. С. Пушкина. 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олицетворение, метафора). Круг чтения: литературные сказки  А.  С.  Пушкина  в  стихах:  «Сказка  о  мёртвой царевне и о семи богатырях». Фольклорная основа авторской сказки. Положительные и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отрицательные герои, волшебные помощники, язык авторской сказки.</w:t>
      </w:r>
    </w:p>
    <w:p w14:paraId="59178400" w14:textId="77777777" w:rsidR="005F3439" w:rsidRPr="004E472B" w:rsidRDefault="002D7DF6">
      <w:pPr>
        <w:autoSpaceDE w:val="0"/>
        <w:autoSpaceDN w:val="0"/>
        <w:spacing w:before="190" w:after="0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И. А. Крылова. 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Хемницера</w:t>
      </w:r>
      <w:proofErr w:type="spellEnd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, Л. Н. Толстого, С. В. Михалкова.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14:paraId="762FE224" w14:textId="77777777" w:rsidR="005F3439" w:rsidRPr="004E472B" w:rsidRDefault="002D7DF6">
      <w:pPr>
        <w:autoSpaceDE w:val="0"/>
        <w:autoSpaceDN w:val="0"/>
        <w:spacing w:before="190" w:after="0" w:line="271" w:lineRule="auto"/>
        <w:ind w:right="144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М. Ю. Лермонтова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. Круг чтения: лирические произведения М. 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</w:t>
      </w:r>
    </w:p>
    <w:p w14:paraId="26037FBB" w14:textId="77777777" w:rsidR="005F3439" w:rsidRPr="004E472B" w:rsidRDefault="002D7DF6">
      <w:pPr>
        <w:autoSpaceDE w:val="0"/>
        <w:autoSpaceDN w:val="0"/>
        <w:spacing w:before="70"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Переносное значение   слов   в   метафоре. Метафора   в   стихотворениях М. Ю. Лермонтова.</w:t>
      </w:r>
    </w:p>
    <w:p w14:paraId="6F47FE20" w14:textId="77777777" w:rsidR="005F3439" w:rsidRPr="004E472B" w:rsidRDefault="002D7DF6">
      <w:pPr>
        <w:autoSpaceDE w:val="0"/>
        <w:autoSpaceDN w:val="0"/>
        <w:spacing w:before="190" w:after="0" w:line="271" w:lineRule="auto"/>
        <w:ind w:right="576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Литературная сказка.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Тематика авторских стихотворных сказок (две-три по выбору). Герои литературных сказок (произведения   М.  Ю.   Лермонтова,   П.  П.  Ершова,   П. П. Бажова, С. Т. Аксакова, С.  Я.  Маршака и др.). Связь литературной сказки с фольклорной: народная речь —</w:t>
      </w:r>
    </w:p>
    <w:p w14:paraId="37ECFF9F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298" w:right="640" w:bottom="372" w:left="666" w:header="720" w:footer="720" w:gutter="0"/>
          <w:cols w:space="720" w:equalWidth="0">
            <w:col w:w="10594" w:space="0"/>
          </w:cols>
          <w:docGrid w:linePitch="360"/>
        </w:sectPr>
      </w:pPr>
    </w:p>
    <w:p w14:paraId="1A17431E" w14:textId="77777777" w:rsidR="005F3439" w:rsidRPr="004E472B" w:rsidRDefault="005F3439">
      <w:pPr>
        <w:autoSpaceDE w:val="0"/>
        <w:autoSpaceDN w:val="0"/>
        <w:spacing w:after="66" w:line="220" w:lineRule="exact"/>
        <w:rPr>
          <w:lang w:val="ru-RU"/>
        </w:rPr>
      </w:pPr>
    </w:p>
    <w:p w14:paraId="09768CE6" w14:textId="77777777" w:rsidR="005F3439" w:rsidRPr="004E472B" w:rsidRDefault="002D7DF6">
      <w:pPr>
        <w:autoSpaceDE w:val="0"/>
        <w:autoSpaceDN w:val="0"/>
        <w:spacing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особенность авторской сказки. Иллюстрации в сказке: назначение, особенности.</w:t>
      </w:r>
    </w:p>
    <w:p w14:paraId="24081378" w14:textId="77777777" w:rsidR="005F3439" w:rsidRPr="004E472B" w:rsidRDefault="002D7DF6">
      <w:pPr>
        <w:autoSpaceDE w:val="0"/>
        <w:autoSpaceDN w:val="0"/>
        <w:spacing w:before="190" w:after="0"/>
        <w:ind w:right="576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Картины природы в творчестве поэтов и писателей Х</w:t>
      </w:r>
      <w:r>
        <w:rPr>
          <w:rFonts w:ascii="Times New Roman" w:eastAsia="Times New Roman" w:hAnsi="Times New Roman"/>
          <w:i/>
          <w:color w:val="000000"/>
          <w:sz w:val="24"/>
        </w:rPr>
        <w:t>I</w:t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Х— ХХ веков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.  Лирика,  лирические произведения  как  описание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В. А. Жуковский, Е.  А.  Баратынский, Ф.  И.  Тютчев, А.  А.  Фет, Н.  А. </w:t>
      </w:r>
    </w:p>
    <w:p w14:paraId="64DFBA1C" w14:textId="77777777" w:rsidR="005F3439" w:rsidRPr="004E472B" w:rsidRDefault="002D7DF6">
      <w:pPr>
        <w:autoSpaceDE w:val="0"/>
        <w:autoSpaceDN w:val="0"/>
        <w:spacing w:before="70" w:after="0" w:line="281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Некрасов,  И.  А.   Бунин,  А.  А.   Блок,  К.  Д.   Бальмонт, М. И. Цветаева и др.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14:paraId="75F3A401" w14:textId="77777777" w:rsidR="005F3439" w:rsidRPr="004E472B" w:rsidRDefault="002D7DF6">
      <w:pPr>
        <w:tabs>
          <w:tab w:val="left" w:pos="180"/>
        </w:tabs>
        <w:autoSpaceDE w:val="0"/>
        <w:autoSpaceDN w:val="0"/>
        <w:spacing w:before="192" w:after="0" w:line="262" w:lineRule="auto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Л. Н. Толстого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. Круг чтения (не менее трёх произведений): рассказ (художественный и научно-познавательный), сказки, басни, быль. Повесть как эпический жанр (общее представление).</w:t>
      </w:r>
    </w:p>
    <w:p w14:paraId="1EE7A06B" w14:textId="77777777" w:rsidR="005F3439" w:rsidRPr="004E472B" w:rsidRDefault="002D7DF6">
      <w:pPr>
        <w:autoSpaceDE w:val="0"/>
        <w:autoSpaceDN w:val="0"/>
        <w:spacing w:before="70" w:after="0" w:line="271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Значение реальных жизненных ситуаций в создании рассказа, повести. Отрывки из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14:paraId="3701EBA2" w14:textId="77777777" w:rsidR="005F3439" w:rsidRPr="004E472B" w:rsidRDefault="002D7DF6">
      <w:pPr>
        <w:autoSpaceDE w:val="0"/>
        <w:autoSpaceDN w:val="0"/>
        <w:spacing w:before="190" w:after="0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животных и родной природе.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Взаимоотношения человека и животных, защита и охрана природы — тема произведений литературы. Круг чтения (не менее трёх авторов): на  примере произведений  А. И.   Куприна,  В.  П.   Астафьева, К. Г. Паустовского, М. М. Пришвина, Ю. И. Коваля и др.</w:t>
      </w:r>
    </w:p>
    <w:p w14:paraId="5FB9799F" w14:textId="77777777" w:rsidR="005F3439" w:rsidRPr="004E472B" w:rsidRDefault="002D7DF6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детях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. Тематика произведений о детях, их жизни, играх и занятиях,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взаимоотношениях со взрослыми и сверстниками (на примере произведений не менее трёх авторов): А.  П.  Чехова, Б.  С.  Житкова, Н.  Г. Гарина-Михайловского, В. В. Крапивина и др.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14:paraId="697BA572" w14:textId="77777777" w:rsidR="005F3439" w:rsidRPr="004E472B" w:rsidRDefault="002D7DF6">
      <w:pPr>
        <w:autoSpaceDE w:val="0"/>
        <w:autoSpaceDN w:val="0"/>
        <w:spacing w:before="190" w:after="0" w:line="271" w:lineRule="auto"/>
        <w:ind w:right="432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Пьеса.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Знакомство с новым жанром — пьесой-сказкой.  Пьеса — произведение литературы и театрального искусства (одна по выбору). Пьеса как жанр  драматического  произведения. Пьеса и сказка: драматическое и эпическое произведения. Авторские ремарки: назначение, содержание.</w:t>
      </w:r>
    </w:p>
    <w:p w14:paraId="4786FAB4" w14:textId="77777777" w:rsidR="005F3439" w:rsidRPr="004E472B" w:rsidRDefault="002D7DF6">
      <w:pPr>
        <w:autoSpaceDE w:val="0"/>
        <w:autoSpaceDN w:val="0"/>
        <w:spacing w:before="190" w:after="0" w:line="278" w:lineRule="auto"/>
        <w:ind w:right="432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Юмористические произведения.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Круг чтения (не менее двух произведений по выбору): юмористические произведения на примере рассказов М. М. Зощенко, В.  Ю. Драгунского, Н. Н. Носова, В. В. </w:t>
      </w:r>
      <w:proofErr w:type="spellStart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Голявкина</w:t>
      </w:r>
      <w:proofErr w:type="spellEnd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14:paraId="204CA1A3" w14:textId="77777777" w:rsidR="005F3439" w:rsidRPr="004E472B" w:rsidRDefault="002D7DF6">
      <w:pPr>
        <w:autoSpaceDE w:val="0"/>
        <w:autoSpaceDN w:val="0"/>
        <w:spacing w:before="190" w:after="0" w:line="271" w:lineRule="auto"/>
        <w:ind w:right="144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Зарубежная литература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. Расширение круга чтения произведений зарубежных писателей. Литературные сказки Ш. Перро, Х.-К. Андерсена, братьев Гримм, Э. Т. А. Гофмана, Т. Янссон и др. (по выбору). Приключенческая литература: произведения Дж. Свифта, Марка Твена. </w:t>
      </w:r>
    </w:p>
    <w:p w14:paraId="36E1A050" w14:textId="77777777" w:rsidR="005F3439" w:rsidRPr="004E472B" w:rsidRDefault="002D7DF6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Библиографическая  культура   (работа   с   детской   книгой и справочной литературой)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. Польза чтения и книги: книга — друг и учитель. Правила читателя и способы выбора книги (тематический, систематический   каталог). Виды  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14:paraId="08CFFC73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286" w:right="668" w:bottom="96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2E148405" w14:textId="77777777" w:rsidR="005F3439" w:rsidRPr="004E472B" w:rsidRDefault="005F3439">
      <w:pPr>
        <w:autoSpaceDE w:val="0"/>
        <w:autoSpaceDN w:val="0"/>
        <w:spacing w:after="78" w:line="220" w:lineRule="exact"/>
        <w:rPr>
          <w:lang w:val="ru-RU"/>
        </w:rPr>
      </w:pPr>
    </w:p>
    <w:p w14:paraId="64198F27" w14:textId="77777777" w:rsidR="005F3439" w:rsidRPr="004E472B" w:rsidRDefault="002D7DF6">
      <w:pPr>
        <w:autoSpaceDE w:val="0"/>
        <w:autoSpaceDN w:val="0"/>
        <w:spacing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4395B51E" w14:textId="77777777" w:rsidR="005F3439" w:rsidRPr="004E472B" w:rsidRDefault="002D7DF6">
      <w:pPr>
        <w:tabs>
          <w:tab w:val="left" w:pos="180"/>
        </w:tabs>
        <w:autoSpaceDE w:val="0"/>
        <w:autoSpaceDN w:val="0"/>
        <w:spacing w:before="346" w:after="0" w:line="262" w:lineRule="auto"/>
        <w:ind w:right="144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Изучение литературного чтения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1521397" w14:textId="77777777" w:rsidR="005F3439" w:rsidRPr="004E472B" w:rsidRDefault="002D7DF6">
      <w:pPr>
        <w:autoSpaceDE w:val="0"/>
        <w:autoSpaceDN w:val="0"/>
        <w:spacing w:before="262"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24C683F0" w14:textId="77777777" w:rsidR="005F3439" w:rsidRPr="004E472B" w:rsidRDefault="002D7DF6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</w:t>
      </w:r>
      <w:proofErr w:type="spellStart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чтение»отражают</w:t>
      </w:r>
      <w:proofErr w:type="spellEnd"/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6EC0603B" w14:textId="77777777" w:rsidR="005F3439" w:rsidRPr="004E472B" w:rsidRDefault="002D7DF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Гражданско-патриотическое воспитание:</w:t>
      </w:r>
    </w:p>
    <w:p w14:paraId="6538B3AA" w14:textId="77777777" w:rsidR="005F3439" w:rsidRPr="004E472B" w:rsidRDefault="002D7DF6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4B5160E4" w14:textId="77777777" w:rsidR="005F3439" w:rsidRPr="004E472B" w:rsidRDefault="002D7DF6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0BFEE665" w14:textId="77777777" w:rsidR="005F3439" w:rsidRPr="004E472B" w:rsidRDefault="002D7DF6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4CD962D1" w14:textId="77777777" w:rsidR="005F3439" w:rsidRPr="004E472B" w:rsidRDefault="002D7DF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Духовно-нравственное воспитание:</w:t>
      </w:r>
    </w:p>
    <w:p w14:paraId="4AB0D99F" w14:textId="77777777" w:rsidR="005F3439" w:rsidRPr="004E472B" w:rsidRDefault="002D7DF6">
      <w:pPr>
        <w:autoSpaceDE w:val="0"/>
        <w:autoSpaceDN w:val="0"/>
        <w:spacing w:before="178" w:after="0"/>
        <w:ind w:left="420" w:right="7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7D997F9A" w14:textId="77777777" w:rsidR="005F3439" w:rsidRPr="004E472B" w:rsidRDefault="002D7DF6">
      <w:pPr>
        <w:autoSpaceDE w:val="0"/>
        <w:autoSpaceDN w:val="0"/>
        <w:spacing w:before="240" w:after="0" w:line="262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04C124CB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00AD3E51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неприятие любых форм поведения, направленных на причинение физического и морального вреда другим людям </w:t>
      </w:r>
    </w:p>
    <w:p w14:paraId="113C503E" w14:textId="77777777" w:rsidR="005F3439" w:rsidRPr="004E472B" w:rsidRDefault="002D7DF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воспитание:</w:t>
      </w:r>
    </w:p>
    <w:p w14:paraId="51DF1172" w14:textId="77777777" w:rsidR="005F3439" w:rsidRPr="004E472B" w:rsidRDefault="002D7DF6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75AD2D39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 эстетического  опыта  слушания,  чтения и эмоционально-эстетической оценки</w:t>
      </w:r>
    </w:p>
    <w:p w14:paraId="0FACCDF5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298" w:right="650" w:bottom="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365F95B" w14:textId="77777777" w:rsidR="005F3439" w:rsidRPr="004E472B" w:rsidRDefault="005F3439">
      <w:pPr>
        <w:autoSpaceDE w:val="0"/>
        <w:autoSpaceDN w:val="0"/>
        <w:spacing w:after="66" w:line="220" w:lineRule="exact"/>
        <w:rPr>
          <w:lang w:val="ru-RU"/>
        </w:rPr>
      </w:pPr>
    </w:p>
    <w:p w14:paraId="2A1C1198" w14:textId="77777777" w:rsidR="005F3439" w:rsidRPr="004E472B" w:rsidRDefault="002D7DF6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произведений фольклора и художественной литературы;</w:t>
      </w:r>
    </w:p>
    <w:p w14:paraId="11DBBFAD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понимание образного языка художественных произведений, выразительных средств, создающих художественный образ.</w:t>
      </w:r>
    </w:p>
    <w:p w14:paraId="3654FFF4" w14:textId="77777777" w:rsidR="005F3439" w:rsidRPr="004E472B" w:rsidRDefault="002D7DF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Физическое воспитание, формирование культуры здоровья эмоционального благополучия:</w:t>
      </w:r>
    </w:p>
    <w:p w14:paraId="75EBFEA4" w14:textId="77777777" w:rsidR="005F3439" w:rsidRPr="004E472B" w:rsidRDefault="002D7DF6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соблюдение правил  здорового  и  безопасного  (для  себя и других людей) образа жизни в окружающей среде (в том числе информационной);</w:t>
      </w:r>
    </w:p>
    <w:p w14:paraId="7994D2F5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физическому и психическому здоровью.</w:t>
      </w:r>
    </w:p>
    <w:p w14:paraId="5D6E0B18" w14:textId="77777777" w:rsidR="005F3439" w:rsidRPr="004E472B" w:rsidRDefault="002D7DF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Трудовое воспитание:</w:t>
      </w:r>
    </w:p>
    <w:p w14:paraId="61AC8EEE" w14:textId="77777777" w:rsidR="005F3439" w:rsidRPr="004E472B" w:rsidRDefault="002D7DF6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3F419ED" w14:textId="77777777" w:rsidR="005F3439" w:rsidRPr="004E472B" w:rsidRDefault="002D7DF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Экологическое воспитание:</w:t>
      </w:r>
    </w:p>
    <w:p w14:paraId="36936E4B" w14:textId="77777777" w:rsidR="005F3439" w:rsidRPr="004E472B" w:rsidRDefault="002D7DF6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50FAFAE0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неприятие действий, приносящих ей вред.</w:t>
      </w:r>
    </w:p>
    <w:p w14:paraId="47775617" w14:textId="77777777" w:rsidR="005F3439" w:rsidRPr="004E472B" w:rsidRDefault="002D7DF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482E8DB7" w14:textId="77777777" w:rsidR="005F3439" w:rsidRPr="004E472B" w:rsidRDefault="002D7DF6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3CFF8BC2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овладение смысловым чтением для решения различного уровня учебных и жизненных задач;</w:t>
      </w:r>
    </w:p>
    <w:p w14:paraId="32A168FE" w14:textId="77777777" w:rsidR="005F3439" w:rsidRPr="004E472B" w:rsidRDefault="002D7DF6">
      <w:pPr>
        <w:autoSpaceDE w:val="0"/>
        <w:autoSpaceDN w:val="0"/>
        <w:spacing w:before="190" w:after="0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7545B81B" w14:textId="77777777" w:rsidR="005F3439" w:rsidRPr="004E472B" w:rsidRDefault="002D7DF6">
      <w:pPr>
        <w:autoSpaceDE w:val="0"/>
        <w:autoSpaceDN w:val="0"/>
        <w:spacing w:before="322"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0EB4C9DD" w14:textId="77777777" w:rsidR="005F3439" w:rsidRPr="004E472B" w:rsidRDefault="002D7DF6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48B0E60C" w14:textId="77777777" w:rsidR="005F3439" w:rsidRPr="004E472B" w:rsidRDefault="002D7DF6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</w:p>
    <w:p w14:paraId="45762E21" w14:textId="77777777" w:rsidR="005F3439" w:rsidRPr="004E472B" w:rsidRDefault="002D7DF6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61D484AC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объединять произведения по жанру, авторской принадлежности;</w:t>
      </w:r>
    </w:p>
    <w:p w14:paraId="30F2AEC6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классификации, классифицировать произведения по темам, жанрам и видам;</w:t>
      </w:r>
    </w:p>
    <w:p w14:paraId="6927B82C" w14:textId="77777777" w:rsidR="005F3439" w:rsidRPr="004E472B" w:rsidRDefault="002D7DF6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предложенному алгоритму;</w:t>
      </w:r>
    </w:p>
    <w:p w14:paraId="33D14C72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</w:p>
    <w:p w14:paraId="7F6E90CB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в сюжете фольклорного и художественного</w:t>
      </w:r>
    </w:p>
    <w:p w14:paraId="4FB5C4B7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286" w:right="720" w:bottom="296" w:left="666" w:header="720" w:footer="720" w:gutter="0"/>
          <w:cols w:space="720" w:equalWidth="0">
            <w:col w:w="10514" w:space="0"/>
          </w:cols>
          <w:docGrid w:linePitch="360"/>
        </w:sectPr>
      </w:pPr>
    </w:p>
    <w:p w14:paraId="0B487BD2" w14:textId="77777777" w:rsidR="005F3439" w:rsidRPr="004E472B" w:rsidRDefault="005F3439">
      <w:pPr>
        <w:autoSpaceDE w:val="0"/>
        <w:autoSpaceDN w:val="0"/>
        <w:spacing w:after="90" w:line="220" w:lineRule="exact"/>
        <w:rPr>
          <w:lang w:val="ru-RU"/>
        </w:rPr>
      </w:pPr>
    </w:p>
    <w:p w14:paraId="76C2EADF" w14:textId="77777777" w:rsidR="005F3439" w:rsidRPr="004E472B" w:rsidRDefault="002D7DF6">
      <w:pPr>
        <w:tabs>
          <w:tab w:val="left" w:pos="420"/>
        </w:tabs>
        <w:autoSpaceDE w:val="0"/>
        <w:autoSpaceDN w:val="0"/>
        <w:spacing w:after="0" w:line="341" w:lineRule="auto"/>
        <w:ind w:left="180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текста, при составлении плана, пересказе текста, характеристике поступков героев;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действия: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разрыв между реальным и желательным состоянием объекта (ситуации) на основе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предложенных учителем вопросов;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 помощью учителя цель, планировать изменения объекта, ситуации;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несколько вариантов решения задачи, выбирать наиболее подходящий (на основе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предложенных критериев);</w:t>
      </w:r>
    </w:p>
    <w:p w14:paraId="2EB96712" w14:textId="77777777" w:rsidR="005F3439" w:rsidRPr="004E472B" w:rsidRDefault="002D7DF6">
      <w:pPr>
        <w:tabs>
          <w:tab w:val="left" w:pos="420"/>
        </w:tabs>
        <w:autoSpaceDE w:val="0"/>
        <w:autoSpaceDN w:val="0"/>
        <w:spacing w:before="238" w:after="0" w:line="341" w:lineRule="auto"/>
        <w:ind w:left="180" w:right="144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 установлению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особенностей  объекта  изучения и связей между объектами (часть — целое, причина —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следствие);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выводы и подкреплять их доказательствами на основе результатов 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(опыта, классификации, сравнения, исследования);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прогнозировать возможное развитие  процессов,  событий и их последствия в аналогичных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или сходных ситуациях;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явном виде;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основании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предложенного учителем способа её проверки;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с помощью взрослых (учителей, родителей (законных представителей) правила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информационной безопасности при поиске информации в сети Интернет;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анализировать и создавать текстовую, видео, графическую, звуковую информацию в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соответствии с учебной задачей;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создавать схемы, таблицы для представления информации.</w:t>
      </w:r>
    </w:p>
    <w:p w14:paraId="19B3F356" w14:textId="77777777" w:rsidR="005F3439" w:rsidRPr="004E472B" w:rsidRDefault="002D7DF6">
      <w:pPr>
        <w:tabs>
          <w:tab w:val="left" w:pos="180"/>
          <w:tab w:val="left" w:pos="420"/>
        </w:tabs>
        <w:autoSpaceDE w:val="0"/>
        <w:autoSpaceDN w:val="0"/>
        <w:spacing w:before="178" w:after="0" w:line="350" w:lineRule="auto"/>
        <w:ind w:right="432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действия: 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суждения, выражать эмоции в соответствии с целями и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условиями общения в знакомой среде;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уважительное отношение к собеседнику, соблюдать правила ведения диалога и 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дискуссии;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и письменные тексты (описание, рассуждение, повествование);</w:t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выступления;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подбирать иллюстративный материал (рисунки, фото, плакаты) к тексту выступления.</w:t>
      </w:r>
    </w:p>
    <w:p w14:paraId="278ADCE5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310" w:right="766" w:bottom="392" w:left="666" w:header="720" w:footer="720" w:gutter="0"/>
          <w:cols w:space="720" w:equalWidth="0">
            <w:col w:w="10468" w:space="0"/>
          </w:cols>
          <w:docGrid w:linePitch="360"/>
        </w:sectPr>
      </w:pPr>
    </w:p>
    <w:p w14:paraId="15490EF1" w14:textId="77777777" w:rsidR="005F3439" w:rsidRPr="004E472B" w:rsidRDefault="005F3439">
      <w:pPr>
        <w:autoSpaceDE w:val="0"/>
        <w:autoSpaceDN w:val="0"/>
        <w:spacing w:after="78" w:line="220" w:lineRule="exact"/>
        <w:rPr>
          <w:lang w:val="ru-RU"/>
        </w:rPr>
      </w:pPr>
    </w:p>
    <w:p w14:paraId="2ECEED8C" w14:textId="77777777" w:rsidR="005F3439" w:rsidRPr="004E472B" w:rsidRDefault="002D7DF6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универсальные учебные действия: </w:t>
      </w:r>
      <w:r w:rsidRPr="004E472B">
        <w:rPr>
          <w:lang w:val="ru-RU"/>
        </w:rPr>
        <w:br/>
      </w:r>
      <w:r w:rsidRPr="004E472B">
        <w:rPr>
          <w:lang w:val="ru-RU"/>
        </w:rPr>
        <w:tab/>
      </w: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537BDDF6" w14:textId="77777777" w:rsidR="005F3439" w:rsidRPr="004E472B" w:rsidRDefault="002D7DF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</w:p>
    <w:p w14:paraId="51FF18DB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действий;</w:t>
      </w:r>
    </w:p>
    <w:p w14:paraId="42697861" w14:textId="77777777" w:rsidR="005F3439" w:rsidRPr="004E472B" w:rsidRDefault="002D7DF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633BED83" w14:textId="77777777" w:rsidR="005F3439" w:rsidRPr="004E472B" w:rsidRDefault="002D7DF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14:paraId="0D13B759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ошибок.</w:t>
      </w:r>
    </w:p>
    <w:p w14:paraId="486D955E" w14:textId="77777777" w:rsidR="005F3439" w:rsidRPr="004E472B" w:rsidRDefault="002D7DF6">
      <w:pPr>
        <w:autoSpaceDE w:val="0"/>
        <w:autoSpaceDN w:val="0"/>
        <w:spacing w:before="324"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2F080E4B" w14:textId="77777777" w:rsidR="005F3439" w:rsidRPr="004E472B" w:rsidRDefault="002D7DF6">
      <w:pPr>
        <w:autoSpaceDE w:val="0"/>
        <w:autoSpaceDN w:val="0"/>
        <w:spacing w:before="228" w:after="0" w:line="271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6319103C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390C874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подчиняться;</w:t>
      </w:r>
    </w:p>
    <w:p w14:paraId="7466F13D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работы;</w:t>
      </w:r>
    </w:p>
    <w:p w14:paraId="2C41AEF7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</w:p>
    <w:p w14:paraId="6EE212AB" w14:textId="77777777" w:rsidR="005F3439" w:rsidRPr="004E472B" w:rsidRDefault="002D7DF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14:paraId="71F31B43" w14:textId="77777777" w:rsidR="005F3439" w:rsidRPr="004E472B" w:rsidRDefault="002D7DF6">
      <w:pPr>
        <w:autoSpaceDE w:val="0"/>
        <w:autoSpaceDN w:val="0"/>
        <w:spacing w:before="322"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1669BDF9" w14:textId="77777777" w:rsidR="005F3439" w:rsidRPr="004E472B" w:rsidRDefault="002D7DF6">
      <w:pPr>
        <w:autoSpaceDE w:val="0"/>
        <w:autoSpaceDN w:val="0"/>
        <w:spacing w:before="166" w:after="0"/>
        <w:ind w:right="576" w:firstLine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71A9AAD5" w14:textId="77777777" w:rsidR="005F3439" w:rsidRPr="004E472B" w:rsidRDefault="002D7DF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4E472B">
        <w:rPr>
          <w:rFonts w:ascii="Times New Roman" w:eastAsia="Times New Roman" w:hAnsi="Times New Roman"/>
          <w:b/>
          <w:color w:val="000000"/>
          <w:sz w:val="24"/>
          <w:lang w:val="ru-RU"/>
        </w:rPr>
        <w:t>в четвёртом классе</w:t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обучающийся научится:</w:t>
      </w:r>
    </w:p>
    <w:p w14:paraId="150BA21F" w14:textId="77777777" w:rsidR="005F3439" w:rsidRPr="004E472B" w:rsidRDefault="002D7DF6">
      <w:pPr>
        <w:autoSpaceDE w:val="0"/>
        <w:autoSpaceDN w:val="0"/>
        <w:spacing w:before="178" w:after="0" w:line="278" w:lineRule="auto"/>
        <w:ind w:left="42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14:paraId="7A5732BC" w14:textId="77777777" w:rsidR="005F3439" w:rsidRPr="004E472B" w:rsidRDefault="002D7DF6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интерес  и  положительную 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14:paraId="7E424E54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50C3EC6B" w14:textId="77777777" w:rsidR="005F3439" w:rsidRPr="004E472B" w:rsidRDefault="002D7DF6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14:paraId="0751A11D" w14:textId="77777777" w:rsidR="005F3439" w:rsidRPr="004E472B" w:rsidRDefault="002D7DF6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читать наизусть не менее 5 стихотворений в соответствии с изученной тематикой произведений;</w:t>
      </w:r>
    </w:p>
    <w:p w14:paraId="619E79A6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298" w:right="740" w:bottom="492" w:left="666" w:header="720" w:footer="720" w:gutter="0"/>
          <w:cols w:space="720" w:equalWidth="0">
            <w:col w:w="10494" w:space="0"/>
          </w:cols>
          <w:docGrid w:linePitch="360"/>
        </w:sectPr>
      </w:pPr>
    </w:p>
    <w:p w14:paraId="17ADC447" w14:textId="77777777" w:rsidR="005F3439" w:rsidRPr="004E472B" w:rsidRDefault="005F3439">
      <w:pPr>
        <w:autoSpaceDE w:val="0"/>
        <w:autoSpaceDN w:val="0"/>
        <w:spacing w:after="108" w:line="220" w:lineRule="exact"/>
        <w:rPr>
          <w:lang w:val="ru-RU"/>
        </w:rPr>
      </w:pPr>
    </w:p>
    <w:p w14:paraId="004F8BA6" w14:textId="77777777" w:rsidR="005F3439" w:rsidRPr="004E472B" w:rsidRDefault="002D7DF6">
      <w:pPr>
        <w:autoSpaceDE w:val="0"/>
        <w:autoSpaceDN w:val="0"/>
        <w:spacing w:after="0" w:line="230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различать художественные произведения и познавательные тексты;</w:t>
      </w:r>
    </w:p>
    <w:p w14:paraId="06AD0718" w14:textId="77777777" w:rsidR="005F3439" w:rsidRPr="004E472B" w:rsidRDefault="002D7DF6">
      <w:pPr>
        <w:autoSpaceDE w:val="0"/>
        <w:autoSpaceDN w:val="0"/>
        <w:spacing w:before="190" w:after="0" w:line="262" w:lineRule="auto"/>
        <w:ind w:right="864"/>
        <w:jc w:val="center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36F5E881" w14:textId="77777777" w:rsidR="005F3439" w:rsidRPr="004E472B" w:rsidRDefault="002D7DF6">
      <w:pPr>
        <w:autoSpaceDE w:val="0"/>
        <w:autoSpaceDN w:val="0"/>
        <w:spacing w:before="190" w:after="0" w:line="271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14:paraId="12E57B57" w14:textId="77777777" w:rsidR="005F3439" w:rsidRPr="004E472B" w:rsidRDefault="002D7DF6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14:paraId="08B98509" w14:textId="77777777" w:rsidR="005F3439" w:rsidRPr="004E472B" w:rsidRDefault="002D7DF6">
      <w:pPr>
        <w:autoSpaceDE w:val="0"/>
        <w:autoSpaceDN w:val="0"/>
        <w:spacing w:before="192" w:after="0" w:line="271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14:paraId="5031683C" w14:textId="77777777" w:rsidR="005F3439" w:rsidRPr="004E472B" w:rsidRDefault="002D7DF6">
      <w:pPr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14:paraId="1278A7F5" w14:textId="77777777" w:rsidR="005F3439" w:rsidRPr="004E472B" w:rsidRDefault="002D7DF6">
      <w:pPr>
        <w:autoSpaceDE w:val="0"/>
        <w:autoSpaceDN w:val="0"/>
        <w:spacing w:before="190" w:after="0" w:line="281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14:paraId="39D01388" w14:textId="77777777" w:rsidR="005F3439" w:rsidRPr="004E472B" w:rsidRDefault="002D7DF6">
      <w:pPr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14:paraId="7E8A24B7" w14:textId="77777777" w:rsidR="005F3439" w:rsidRPr="004E472B" w:rsidRDefault="002D7DF6">
      <w:pPr>
        <w:autoSpaceDE w:val="0"/>
        <w:autoSpaceDN w:val="0"/>
        <w:spacing w:before="238" w:after="0" w:line="271" w:lineRule="auto"/>
        <w:ind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14:paraId="14AF784B" w14:textId="77777777" w:rsidR="005F3439" w:rsidRPr="004E472B" w:rsidRDefault="002D7DF6">
      <w:pPr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обсуждении прослушанного/прочитанного произведения: строить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монологическое и диалогическое высказывание с соблюдением норм русского литературного языка (норм произношения, словоупотребления,  грамматики);  устно и письменно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формулировать простые выводы на основе прослушанного/прочитанного текста, подтверждать свой ответ примерами из текста;</w:t>
      </w:r>
    </w:p>
    <w:p w14:paraId="2AA699CF" w14:textId="77777777" w:rsidR="005F3439" w:rsidRPr="004E472B" w:rsidRDefault="002D7DF6">
      <w:pPr>
        <w:autoSpaceDE w:val="0"/>
        <w:autoSpaceDN w:val="0"/>
        <w:spacing w:before="190" w:after="0" w:line="271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14:paraId="54675564" w14:textId="77777777" w:rsidR="005F3439" w:rsidRPr="004E472B" w:rsidRDefault="002D7DF6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читать по ролям с соблюдением норм произношения, расстановки ударения, инсценировать небольшие эпизоды из произведения;</w:t>
      </w:r>
    </w:p>
    <w:p w14:paraId="1B43CA34" w14:textId="77777777" w:rsidR="005F3439" w:rsidRPr="004E472B" w:rsidRDefault="002D7DF6">
      <w:pPr>
        <w:autoSpaceDE w:val="0"/>
        <w:autoSpaceDN w:val="0"/>
        <w:spacing w:before="190" w:after="0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устные и письменные высказывания на заданную тему по содержанию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14:paraId="12B0DD72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328" w:right="776" w:bottom="492" w:left="1086" w:header="720" w:footer="720" w:gutter="0"/>
          <w:cols w:space="720" w:equalWidth="0">
            <w:col w:w="10038" w:space="0"/>
          </w:cols>
          <w:docGrid w:linePitch="360"/>
        </w:sectPr>
      </w:pPr>
    </w:p>
    <w:p w14:paraId="262C2CDE" w14:textId="77777777" w:rsidR="005F3439" w:rsidRPr="004E472B" w:rsidRDefault="005F3439">
      <w:pPr>
        <w:autoSpaceDE w:val="0"/>
        <w:autoSpaceDN w:val="0"/>
        <w:spacing w:after="108" w:line="220" w:lineRule="exact"/>
        <w:rPr>
          <w:lang w:val="ru-RU"/>
        </w:rPr>
      </w:pPr>
    </w:p>
    <w:p w14:paraId="07C1FAF2" w14:textId="77777777" w:rsidR="005F3439" w:rsidRPr="004E472B" w:rsidRDefault="002D7DF6">
      <w:pPr>
        <w:autoSpaceDE w:val="0"/>
        <w:autoSpaceDN w:val="0"/>
        <w:spacing w:after="0" w:line="329" w:lineRule="auto"/>
        <w:rPr>
          <w:lang w:val="ru-RU"/>
        </w:rPr>
      </w:pP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составлять краткий отзыв о прочитанном произведении по заданному алгоритму;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предложений);—  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—  выбирать книги для самостоятельного чтения с учётом рекомендательного списка,  используя картотеки,  рассказывать о прочитанной книге;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справочную литературу, включая ресурсы сети Интернет (в условиях </w:t>
      </w:r>
      <w:r w:rsidRPr="004E472B">
        <w:rPr>
          <w:lang w:val="ru-RU"/>
        </w:rPr>
        <w:br/>
      </w:r>
      <w:r w:rsidRPr="004E472B">
        <w:rPr>
          <w:rFonts w:ascii="Times New Roman" w:eastAsia="Times New Roman" w:hAnsi="Times New Roman"/>
          <w:color w:val="000000"/>
          <w:sz w:val="24"/>
          <w:lang w:val="ru-RU"/>
        </w:rPr>
        <w:t>контролируемого входа), для получения дополнительной информации в соответствии с учебной задачей.</w:t>
      </w:r>
    </w:p>
    <w:p w14:paraId="37C4D587" w14:textId="77777777" w:rsidR="005F3439" w:rsidRPr="004E472B" w:rsidRDefault="005F3439">
      <w:pPr>
        <w:rPr>
          <w:lang w:val="ru-RU"/>
        </w:rPr>
        <w:sectPr w:rsidR="005F3439" w:rsidRPr="004E472B">
          <w:pgSz w:w="11900" w:h="16840"/>
          <w:pgMar w:top="328" w:right="714" w:bottom="1440" w:left="1086" w:header="720" w:footer="720" w:gutter="0"/>
          <w:cols w:space="720" w:equalWidth="0">
            <w:col w:w="10099" w:space="0"/>
          </w:cols>
          <w:docGrid w:linePitch="360"/>
        </w:sectPr>
      </w:pPr>
    </w:p>
    <w:p w14:paraId="15407E0D" w14:textId="77777777" w:rsidR="005F3439" w:rsidRPr="004E472B" w:rsidRDefault="005F3439">
      <w:pPr>
        <w:autoSpaceDE w:val="0"/>
        <w:autoSpaceDN w:val="0"/>
        <w:spacing w:after="64" w:line="220" w:lineRule="exact"/>
        <w:rPr>
          <w:lang w:val="ru-RU"/>
        </w:rPr>
      </w:pPr>
    </w:p>
    <w:p w14:paraId="663082AD" w14:textId="77777777" w:rsidR="005F3439" w:rsidRDefault="002D7DF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14:paraId="2DC866C1" w14:textId="77777777" w:rsidTr="00813672">
        <w:trPr>
          <w:trHeight w:val="333"/>
        </w:trPr>
        <w:tc>
          <w:tcPr>
            <w:tcW w:w="468" w:type="dxa"/>
            <w:vMerge w:val="restart"/>
          </w:tcPr>
          <w:p w14:paraId="6E120B66" w14:textId="77777777" w:rsidR="00E3438A" w:rsidRDefault="00E3438A" w:rsidP="00813672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657" w:type="dxa"/>
            <w:vMerge w:val="restart"/>
          </w:tcPr>
          <w:p w14:paraId="454C3F1E" w14:textId="77777777" w:rsidR="00E3438A" w:rsidRDefault="00E3438A" w:rsidP="00813672">
            <w:pPr>
              <w:pStyle w:val="TableParagraph"/>
              <w:spacing w:before="74" w:line="266" w:lineRule="auto"/>
              <w:ind w:left="76" w:right="518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191E2D81" w14:textId="77777777" w:rsidR="00E3438A" w:rsidRDefault="00E3438A" w:rsidP="0081367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35C46BE8" w14:textId="77777777" w:rsidR="00E3438A" w:rsidRDefault="00E3438A" w:rsidP="00813672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250" w:type="dxa"/>
            <w:vMerge w:val="restart"/>
          </w:tcPr>
          <w:p w14:paraId="4B6C660B" w14:textId="77777777" w:rsidR="00E3438A" w:rsidRDefault="00E3438A" w:rsidP="00813672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14:paraId="189387C5" w14:textId="77777777" w:rsidR="00E3438A" w:rsidRDefault="00E3438A" w:rsidP="00813672">
            <w:pPr>
              <w:pStyle w:val="TableParagraph"/>
              <w:spacing w:before="74"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4406" w:type="dxa"/>
            <w:vMerge w:val="restart"/>
          </w:tcPr>
          <w:p w14:paraId="6ECC46E3" w14:textId="77777777" w:rsidR="00E3438A" w:rsidRDefault="00E3438A" w:rsidP="00813672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E3438A" w14:paraId="66BC1FBB" w14:textId="77777777" w:rsidTr="00813672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14:paraId="7C1AD05A" w14:textId="77777777" w:rsidR="00E3438A" w:rsidRDefault="00E3438A" w:rsidP="00813672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 w14:paraId="2BB80F86" w14:textId="77777777" w:rsidR="00E3438A" w:rsidRDefault="00E3438A" w:rsidP="0081367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4F3840D9" w14:textId="77777777" w:rsidR="00E3438A" w:rsidRDefault="00E3438A" w:rsidP="0081367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3C1CB560" w14:textId="77777777" w:rsidR="00E3438A" w:rsidRDefault="00E3438A" w:rsidP="00813672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3466F6F9" w14:textId="77777777" w:rsidR="00E3438A" w:rsidRDefault="00E3438A" w:rsidP="00813672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6D1D72CA" w14:textId="77777777" w:rsidR="00E3438A" w:rsidRDefault="00E3438A" w:rsidP="00813672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vMerge/>
            <w:tcBorders>
              <w:top w:val="nil"/>
            </w:tcBorders>
          </w:tcPr>
          <w:p w14:paraId="1DC9A266" w14:textId="77777777" w:rsidR="00E3438A" w:rsidRDefault="00E3438A" w:rsidP="00813672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14:paraId="5B67F600" w14:textId="77777777" w:rsidR="00E3438A" w:rsidRDefault="00E3438A" w:rsidP="00813672">
            <w:pPr>
              <w:rPr>
                <w:sz w:val="2"/>
                <w:szCs w:val="2"/>
              </w:rPr>
            </w:pPr>
          </w:p>
        </w:tc>
        <w:tc>
          <w:tcPr>
            <w:tcW w:w="4406" w:type="dxa"/>
            <w:vMerge/>
            <w:tcBorders>
              <w:top w:val="nil"/>
            </w:tcBorders>
          </w:tcPr>
          <w:p w14:paraId="3E553AC3" w14:textId="77777777" w:rsidR="00E3438A" w:rsidRDefault="00E3438A" w:rsidP="00813672">
            <w:pPr>
              <w:rPr>
                <w:sz w:val="2"/>
                <w:szCs w:val="2"/>
              </w:rPr>
            </w:pPr>
          </w:p>
        </w:tc>
      </w:tr>
      <w:tr w:rsidR="00E3438A" w:rsidRPr="00680736" w14:paraId="24B28DCD" w14:textId="77777777" w:rsidTr="00813672">
        <w:trPr>
          <w:trHeight w:val="258"/>
        </w:trPr>
        <w:tc>
          <w:tcPr>
            <w:tcW w:w="468" w:type="dxa"/>
            <w:tcBorders>
              <w:bottom w:val="nil"/>
            </w:tcBorders>
          </w:tcPr>
          <w:p w14:paraId="5A1A416B" w14:textId="77777777" w:rsidR="00E3438A" w:rsidRDefault="00E3438A" w:rsidP="00813672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657" w:type="dxa"/>
            <w:tcBorders>
              <w:bottom w:val="nil"/>
            </w:tcBorders>
          </w:tcPr>
          <w:p w14:paraId="3C4C82B5" w14:textId="77777777" w:rsidR="00E3438A" w:rsidRDefault="00E3438A" w:rsidP="00813672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Родине,</w:t>
            </w:r>
          </w:p>
        </w:tc>
        <w:tc>
          <w:tcPr>
            <w:tcW w:w="528" w:type="dxa"/>
            <w:tcBorders>
              <w:bottom w:val="nil"/>
            </w:tcBorders>
          </w:tcPr>
          <w:p w14:paraId="5E3F359D" w14:textId="77777777" w:rsidR="00E3438A" w:rsidRDefault="00E3438A" w:rsidP="00813672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  <w:tcBorders>
              <w:bottom w:val="nil"/>
            </w:tcBorders>
          </w:tcPr>
          <w:p w14:paraId="39F8BC66" w14:textId="77777777" w:rsidR="00E3438A" w:rsidRDefault="00E3438A" w:rsidP="00813672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14:paraId="16607245" w14:textId="77777777" w:rsidR="00E3438A" w:rsidRDefault="00E3438A" w:rsidP="00813672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64" w:type="dxa"/>
            <w:tcBorders>
              <w:bottom w:val="nil"/>
            </w:tcBorders>
          </w:tcPr>
          <w:p w14:paraId="0D0C730C" w14:textId="77777777" w:rsidR="00E3438A" w:rsidRDefault="00E3438A" w:rsidP="00813672">
            <w:pPr>
              <w:pStyle w:val="TableParagraph"/>
              <w:spacing w:before="74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</w:tc>
        <w:tc>
          <w:tcPr>
            <w:tcW w:w="4250" w:type="dxa"/>
            <w:tcBorders>
              <w:bottom w:val="nil"/>
            </w:tcBorders>
          </w:tcPr>
          <w:p w14:paraId="31A64CC1" w14:textId="77777777" w:rsidR="00E3438A" w:rsidRDefault="00E3438A" w:rsidP="00813672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Разговор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страницы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</w:p>
        </w:tc>
        <w:tc>
          <w:tcPr>
            <w:tcW w:w="1080" w:type="dxa"/>
            <w:tcBorders>
              <w:bottom w:val="nil"/>
            </w:tcBorders>
          </w:tcPr>
          <w:p w14:paraId="53DB6732" w14:textId="77777777" w:rsidR="00E3438A" w:rsidRDefault="00E3438A" w:rsidP="00813672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4406" w:type="dxa"/>
            <w:tcBorders>
              <w:bottom w:val="nil"/>
            </w:tcBorders>
          </w:tcPr>
          <w:p w14:paraId="2312D643" w14:textId="77777777" w:rsidR="00E3438A" w:rsidRDefault="00680736" w:rsidP="00813672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hyperlink r:id="rId7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</w:p>
        </w:tc>
      </w:tr>
      <w:tr w:rsidR="00E3438A" w:rsidRPr="00680736" w14:paraId="5243355C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70F6B38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435356BB" w14:textId="77777777" w:rsidR="00E3438A" w:rsidRDefault="00E3438A" w:rsidP="00813672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героические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F331F6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174943C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0B934E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0C3064EF" w14:textId="77777777" w:rsidR="00E3438A" w:rsidRDefault="00E3438A" w:rsidP="00813672">
            <w:pPr>
              <w:pStyle w:val="TableParagraph"/>
              <w:spacing w:before="8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79CC99D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4EF6CFF" w14:textId="77777777" w:rsidR="00E3438A" w:rsidRDefault="00E3438A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03527C3" w14:textId="77777777" w:rsidR="00E3438A" w:rsidRDefault="00680736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8">
              <w:r w:rsidR="00E3438A">
                <w:rPr>
                  <w:w w:val="105"/>
                  <w:sz w:val="15"/>
                </w:rPr>
                <w:t>http://nsportal.ru/nachalnaya-shkola</w:t>
              </w:r>
            </w:hyperlink>
          </w:p>
        </w:tc>
      </w:tr>
      <w:tr w:rsidR="00E3438A" w14:paraId="05EF835F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7762FC3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B7386A1" w14:textId="77777777" w:rsidR="00E3438A" w:rsidRDefault="00E3438A" w:rsidP="00813672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страницы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0A0099A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413098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961A84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280BD8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FF2A2F5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четырёхпо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«Родной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A62411B" w14:textId="77777777" w:rsidR="00E3438A" w:rsidRDefault="00E3438A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56689A2D" w14:textId="77777777" w:rsidR="00E3438A" w:rsidRDefault="00680736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9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</w:p>
        </w:tc>
      </w:tr>
      <w:tr w:rsidR="00E3438A" w14:paraId="194DE50B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08F90E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EB5D88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113FEC1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C50E14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5E05AF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B0E38E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5BA8DB57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край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прославляй»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7F37D02" w14:textId="77777777" w:rsidR="00E3438A" w:rsidRDefault="00E3438A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530F9EDA" w14:textId="77777777" w:rsidR="00E3438A" w:rsidRDefault="00680736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10">
              <w:r w:rsidR="00E3438A">
                <w:rPr>
                  <w:w w:val="105"/>
                  <w:sz w:val="15"/>
                </w:rPr>
                <w:t>http://nachalka.com</w:t>
              </w:r>
            </w:hyperlink>
          </w:p>
        </w:tc>
      </w:tr>
      <w:tr w:rsidR="00E3438A" w14:paraId="734ABC3D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C58944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4D3DA4B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50E3CA8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DDE828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C423FD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4973FC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7976325E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Восприятие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6773D21" w14:textId="77777777" w:rsidR="00E3438A" w:rsidRDefault="00E3438A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6770F3ED" w14:textId="77777777" w:rsidR="00E3438A" w:rsidRDefault="00680736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11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</w:tc>
      </w:tr>
      <w:tr w:rsidR="00E3438A" w14:paraId="3A5B182F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152454A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DCFE16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1B06433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A4D944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D3E7F4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1A66B1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8671B29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произведений,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выражающих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нравственно-этические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689CA82" w14:textId="77777777" w:rsidR="00E3438A" w:rsidRDefault="00E3438A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F2ADC87" w14:textId="77777777" w:rsidR="00E3438A" w:rsidRDefault="00680736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12">
              <w:r w:rsidR="00E3438A">
                <w:rPr>
                  <w:w w:val="105"/>
                  <w:sz w:val="15"/>
                </w:rPr>
                <w:t>http://pedsovet.su</w:t>
              </w:r>
            </w:hyperlink>
          </w:p>
        </w:tc>
      </w:tr>
      <w:tr w:rsidR="00E3438A" w:rsidRPr="00680736" w14:paraId="615E4E71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3BBA78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6117BC5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6A03F1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2CA098F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819062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30D2E5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BB81109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понятия: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любовь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Отчизне,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F722DA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A4F5AE1" w14:textId="77777777" w:rsidR="00E3438A" w:rsidRDefault="00680736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13">
              <w:r w:rsidR="00E3438A">
                <w:rPr>
                  <w:w w:val="105"/>
                  <w:sz w:val="15"/>
                </w:rPr>
                <w:t>http://www.nachalka.com/biblioteka</w:t>
              </w:r>
            </w:hyperlink>
          </w:p>
        </w:tc>
      </w:tr>
      <w:tr w:rsidR="00E3438A" w14:paraId="7C8D0217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79F423A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609DA3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3059B0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6919C2C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1C51EE3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0E2D588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7CA90522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Языков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друг!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может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милей…»,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B36D2F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1498557" w14:textId="77777777" w:rsidR="00E3438A" w:rsidRDefault="00680736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14">
              <w:r w:rsidR="00E3438A">
                <w:rPr>
                  <w:w w:val="105"/>
                  <w:sz w:val="15"/>
                </w:rPr>
                <w:t>http://www.uroki.net</w:t>
              </w:r>
            </w:hyperlink>
          </w:p>
        </w:tc>
      </w:tr>
      <w:tr w:rsidR="00E3438A" w:rsidRPr="00680736" w14:paraId="1935E794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489621F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42A2F96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014675A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071C58F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58DD8A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0DBCF9E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5CC3836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Твардовский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большой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малой»,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Жигулин</w:t>
            </w:r>
            <w:proofErr w:type="spell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6953DE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6753318" w14:textId="77777777" w:rsidR="00E3438A" w:rsidRDefault="00E3438A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https://uchi.ru/teachers/lk</w:t>
            </w:r>
          </w:p>
        </w:tc>
      </w:tr>
      <w:tr w:rsidR="00E3438A" w:rsidRPr="00680736" w14:paraId="156DF205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4401D3A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1521CB6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4C84A2B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1763ACE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5EC48D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4B3722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632EA997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Родина!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неярком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блеске…»,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Песков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02CEFE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26FB6567" w14:textId="77777777" w:rsidR="00E3438A" w:rsidRDefault="00E3438A" w:rsidP="00813672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  <w:tr w:rsidR="00E3438A" w:rsidRPr="00680736" w14:paraId="6E94D78A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35EA55E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79ED44B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1E72389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1EF1A22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36E61C2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4D25B7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50C65B0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«Отечество»,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Дрожжин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«Родине»,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Гамзатов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7A5C8E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3E19606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344C9132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F1DADD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10A2C96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5014518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36885FD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8D2877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FA496F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584018F5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Родине,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только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Родине»,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«Журавли»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E0A54A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5D5F83B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0AD62D86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786AE7D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384D9B5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144D504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750D1D9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1335F2D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7B2F89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47F81080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«Понятие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29DCF3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B22A30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3331DE6F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59D349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AF64BB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25C33EF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E5345E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BAD5CE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4D2B7C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52E22D3B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9EE10B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D0425F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3440C2EE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1B2F106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7795359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323559C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3C1765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FE6B68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00F57D1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64CB99D0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приведением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1D8B9F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2262681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39EC1693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3382E64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3FC7EB2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7395496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12ECA0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3B08D93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5D80E93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57EE613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пословиц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04D489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FE75D1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14:paraId="14DE7A2F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312AD49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532AF18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3181DE1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E318B0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DAF0BE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F690CB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6C189F5D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прослушанными/прочитанными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7A6B46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2164034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3366631E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36022A2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C18D6A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2FF01B3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294FDBB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7AC450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6E0358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272EAD8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DA80FA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36E23F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201B0597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79F54C1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5273FDA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46D76CB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171F83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1C4CA3D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33514C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666A7180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Романовский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«Ледовое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побоище»,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Кончаловская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C91349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99B265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1C3E0442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47B242D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1CBB8C9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20D968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3E54CE2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675737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2DBE9D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79A67A66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</w:t>
            </w:r>
            <w:proofErr w:type="spellStart"/>
            <w:r>
              <w:rPr>
                <w:spacing w:val="-1"/>
                <w:w w:val="105"/>
                <w:sz w:val="15"/>
              </w:rPr>
              <w:t>Словоо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побоище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Ледовом»,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«Кузьма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2B29C2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191D832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587D75DC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1236173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40257E8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79731FC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09744B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633696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0D5FA79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9ACA8B7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Минин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Дмитрий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Пожарский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ополчения»,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FD1470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7A9F9E0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128213D2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601F6F8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3106A2D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6A254F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7CA37F4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756629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81123A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492A87A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Глинка«Солдатская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955F0C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1025BA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68C88726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233F1B1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46FECC8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37F8E6A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62B47FE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419CDEA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A17471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A0E6E88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заголовка,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6B32DF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22F6954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5801F54C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6FF5A0E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3D2AD7E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2FA9508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0D82E07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0EA59D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985B62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49A97AE3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5DC415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6DC274A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6BCF9663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E2C3B2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61E6192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535F48F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097F82E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BCE8B5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DC4B99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F108AD5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идеи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текста,нахождение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доказательства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8AAD0F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C1F676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6A736F59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15C9535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678F28B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7A19D4D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C07063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448611D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66674B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39858A4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чувств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автора,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68D3BF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7342F30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2717EC7C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69838E8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7700ECF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7990E5C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6CCCA5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397BD9A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5F59B84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FFF691E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репродукцийкартин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Корин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«Александр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47057E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74E8EEA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0148DF9F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BD821E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D9927A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47932D3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743AD1B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0F8BB2B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D55007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40FF75C0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Невский»,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Глазунов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«Дмитрий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Донской»),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3551A4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12DE9D6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157713BF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63B7858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1289FFF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532E1C1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2AF9A63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466AFE8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1B3336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2C785EE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сюжетас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соответствующими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текста: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B69C5F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3DB772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14:paraId="5F4626D5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143D548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FE0F6E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446D657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33DA8D1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263F67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FF3DD4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97D75D1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озаглавливание</w:t>
            </w:r>
            <w:proofErr w:type="spell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D1D982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1363307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747A41DF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214C93A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11C9DC3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0812F73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AA1BCE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09D913A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7D2F14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27F69A5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D04968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40FFD6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60B1CAF7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113DEAD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F672A6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03D355C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5D8EF71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0A9AC2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83E57F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AC18BFA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подходят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картины?»,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E23C93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1DEB233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1F61B3AC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1FC4607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4BB57CF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0C86D68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2BE0127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4E3145E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5352C31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9136150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картины?»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788FB9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D2A007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59755125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0236956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30EEBB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E76582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D218EC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1B6E87B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A5925C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490B7399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дополнительной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защитниках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75E9DD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63DABC4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14:paraId="2800B268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04B6ED7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78C156E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2C2EF5B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2095509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1B42566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5AFA60B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525C8958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Отечества,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монологического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30DD86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5339C5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14:paraId="306CAE7A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3DC9179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669B1DE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7D7E2A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601F7E3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333A7B8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5A262B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1B2749B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составлениеписьменного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высказывания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6301B8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E9CCCE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178E74E5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46E56E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80810C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587801E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0EEEA8F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4D479E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6553D8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5F2731B2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прочитанного/прослушанного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DAA73F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0F2EF58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14:paraId="1B34A652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4F272CC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CEE12A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444F7A1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380CDA1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017949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03AC8F2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DFD3971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предложений)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6916F3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5463FED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1613BF85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4DDD694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421DED8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112DB76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21E2753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07B8782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AE7607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296B9FD3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относящихся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0DF342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2DE06F1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65EC0640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0EA7213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3CB1206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7234F3D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747AA869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09BBE5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1E2666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580345F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однойтеме</w:t>
            </w:r>
            <w:proofErr w:type="spellEnd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(рассказ,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стихотворение,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265F30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6C286D0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14:paraId="7E62F283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2AB8BB9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C0055E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03EB9F6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014E5C1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363021B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F8971B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06DD87A7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народнаяи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BA9CE6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3C615E1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5A5636C1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34FE963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5D54A9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029B6CC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1FA9EE8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530AD2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76E8DA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773DF2A5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Слушание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подвиге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Великой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E92AB1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7BBB451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38A0D78D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387F7B5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DAB30F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7B82395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4DDE8EA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6E12900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592C38B4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10883B6B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Отечественной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Рождественский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камни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55C2C2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C17659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53415B5A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0D7A0E9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1E8DC26B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3F68525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202CD5A3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30CA0D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683FF2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50E12083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моглиговорить</w:t>
            </w:r>
            <w:proofErr w:type="spellEnd"/>
            <w:r>
              <w:rPr>
                <w:spacing w:val="-1"/>
                <w:w w:val="105"/>
                <w:sz w:val="15"/>
              </w:rPr>
              <w:t>…»,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«Реквием»,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Благинина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«Папе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7A9202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5E43347C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14:paraId="4D8E0CB6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0D5A718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61C1F5B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68FD98F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63E15FB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821ED9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8A461D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454B5B56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фронте»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6FBDC5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3740D73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56061570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5D8A7BE1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24BF57C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5B985758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7E5BBF2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0C23D5A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56B8601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7A4A32C1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B8A1A5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4C222C30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6215621E" w14:textId="77777777" w:rsidTr="00813672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14:paraId="42714806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0EE4DBF5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7CD70E4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614CD167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B0A3B0D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2884B5F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1C059B3" w14:textId="77777777" w:rsidR="00E3438A" w:rsidRDefault="00E3438A" w:rsidP="00813672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Почемуговорят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„радость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B3DE7DE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50F50032" w14:textId="77777777" w:rsidR="00E3438A" w:rsidRDefault="00E3438A" w:rsidP="00813672">
            <w:pPr>
              <w:pStyle w:val="TableParagraph"/>
              <w:rPr>
                <w:sz w:val="12"/>
              </w:rPr>
            </w:pPr>
          </w:p>
        </w:tc>
      </w:tr>
      <w:tr w:rsidR="00E3438A" w:rsidRPr="00680736" w14:paraId="78AE063A" w14:textId="77777777" w:rsidTr="00813672">
        <w:trPr>
          <w:trHeight w:val="292"/>
        </w:trPr>
        <w:tc>
          <w:tcPr>
            <w:tcW w:w="468" w:type="dxa"/>
            <w:tcBorders>
              <w:top w:val="nil"/>
              <w:bottom w:val="nil"/>
            </w:tcBorders>
          </w:tcPr>
          <w:p w14:paraId="6961FE93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657" w:type="dxa"/>
            <w:tcBorders>
              <w:top w:val="nil"/>
              <w:bottom w:val="nil"/>
            </w:tcBorders>
          </w:tcPr>
          <w:p w14:paraId="6F7039E5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14:paraId="3F6A06FE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619B2167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175D522C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2262F15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4250" w:type="dxa"/>
            <w:tcBorders>
              <w:top w:val="nil"/>
              <w:bottom w:val="nil"/>
            </w:tcBorders>
          </w:tcPr>
          <w:p w14:paraId="3DE9354F" w14:textId="77777777" w:rsidR="00E3438A" w:rsidRDefault="00E3438A" w:rsidP="00813672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слезами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глазах“?»,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осознание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нравственно-этических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6AEFB21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4406" w:type="dxa"/>
            <w:tcBorders>
              <w:top w:val="nil"/>
              <w:bottom w:val="nil"/>
            </w:tcBorders>
          </w:tcPr>
          <w:p w14:paraId="71E4FC40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</w:tr>
    </w:tbl>
    <w:p w14:paraId="4731DD53" w14:textId="77777777" w:rsidR="00E3438A" w:rsidRPr="00E3438A" w:rsidRDefault="00E3438A" w:rsidP="00E3438A">
      <w:pPr>
        <w:rPr>
          <w:sz w:val="14"/>
          <w:lang w:val="ru-RU"/>
        </w:rPr>
        <w:sectPr w:rsidR="00E3438A" w:rsidRPr="00E3438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06E658DA" w14:textId="77777777" w:rsidTr="00813672">
        <w:trPr>
          <w:trHeight w:val="2183"/>
        </w:trPr>
        <w:tc>
          <w:tcPr>
            <w:tcW w:w="468" w:type="dxa"/>
            <w:tcBorders>
              <w:top w:val="nil"/>
            </w:tcBorders>
          </w:tcPr>
          <w:p w14:paraId="5F04958A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657" w:type="dxa"/>
            <w:tcBorders>
              <w:top w:val="nil"/>
            </w:tcBorders>
          </w:tcPr>
          <w:p w14:paraId="4DE9A78C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14:paraId="17CD8C97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14:paraId="43973175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14:paraId="1A511C9D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14:paraId="34C374F9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4250" w:type="dxa"/>
            <w:tcBorders>
              <w:top w:val="nil"/>
            </w:tcBorders>
          </w:tcPr>
          <w:p w14:paraId="496B484D" w14:textId="77777777" w:rsidR="00E3438A" w:rsidRDefault="00E3438A" w:rsidP="00813672">
            <w:pPr>
              <w:pStyle w:val="TableParagraph"/>
              <w:spacing w:before="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поступок»,«подвиг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3C195A1" w14:textId="77777777" w:rsidR="00E3438A" w:rsidRDefault="00E3438A" w:rsidP="00813672">
            <w:pPr>
              <w:pStyle w:val="TableParagraph"/>
              <w:spacing w:before="19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Упражнение в выразительном чтении, соблюдение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интонационного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рисунка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(пауз,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ударений)в соответствии с особенностями текста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4960B4B" w14:textId="77777777" w:rsidR="00E3438A" w:rsidRDefault="00E3438A" w:rsidP="00813672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Учить наизусть стихотворения о Родине (по выбору)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Групповая работа: коллективный проект «Нам не нужна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вечера,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вечера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воспоминаний родных, книги памяти и другие варианты)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Дифференцированная работа: подготовка сообщения об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края;</w:t>
            </w:r>
          </w:p>
        </w:tc>
        <w:tc>
          <w:tcPr>
            <w:tcW w:w="1080" w:type="dxa"/>
            <w:tcBorders>
              <w:top w:val="nil"/>
            </w:tcBorders>
          </w:tcPr>
          <w:p w14:paraId="2B3C12DD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4406" w:type="dxa"/>
            <w:tcBorders>
              <w:top w:val="nil"/>
            </w:tcBorders>
          </w:tcPr>
          <w:p w14:paraId="3AAC813A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</w:tr>
      <w:tr w:rsidR="00E3438A" w:rsidRPr="00680736" w14:paraId="74DCEF64" w14:textId="77777777" w:rsidTr="00813672">
        <w:trPr>
          <w:trHeight w:val="8559"/>
        </w:trPr>
        <w:tc>
          <w:tcPr>
            <w:tcW w:w="468" w:type="dxa"/>
            <w:tcBorders>
              <w:bottom w:val="nil"/>
            </w:tcBorders>
          </w:tcPr>
          <w:p w14:paraId="4DEB614F" w14:textId="77777777" w:rsidR="00E3438A" w:rsidRDefault="00E3438A" w:rsidP="0081367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657" w:type="dxa"/>
            <w:tcBorders>
              <w:bottom w:val="nil"/>
            </w:tcBorders>
          </w:tcPr>
          <w:p w14:paraId="5A0103CA" w14:textId="77777777" w:rsidR="00E3438A" w:rsidRDefault="00E3438A" w:rsidP="00813672">
            <w:pPr>
              <w:pStyle w:val="TableParagraph"/>
              <w:spacing w:before="74" w:line="266" w:lineRule="auto"/>
              <w:ind w:left="76" w:right="27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Фольклор (устное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творчество)</w:t>
            </w:r>
          </w:p>
        </w:tc>
        <w:tc>
          <w:tcPr>
            <w:tcW w:w="528" w:type="dxa"/>
            <w:tcBorders>
              <w:bottom w:val="nil"/>
            </w:tcBorders>
          </w:tcPr>
          <w:p w14:paraId="73FB5264" w14:textId="77777777" w:rsidR="00E3438A" w:rsidRDefault="00E3438A" w:rsidP="0081367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104" w:type="dxa"/>
            <w:tcBorders>
              <w:bottom w:val="nil"/>
            </w:tcBorders>
          </w:tcPr>
          <w:p w14:paraId="0B94C9C2" w14:textId="77777777" w:rsidR="00E3438A" w:rsidRDefault="00E3438A" w:rsidP="0081367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14:paraId="660CBBAA" w14:textId="77777777" w:rsidR="00E3438A" w:rsidRDefault="00E3438A" w:rsidP="0081367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864" w:type="dxa"/>
            <w:tcBorders>
              <w:bottom w:val="nil"/>
            </w:tcBorders>
          </w:tcPr>
          <w:p w14:paraId="11885EB3" w14:textId="77777777" w:rsidR="00E3438A" w:rsidRDefault="00E3438A" w:rsidP="0081367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  <w:p w14:paraId="37A5A8C2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4250" w:type="dxa"/>
            <w:tcBorders>
              <w:bottom w:val="nil"/>
            </w:tcBorders>
          </w:tcPr>
          <w:p w14:paraId="6947E900" w14:textId="77777777" w:rsidR="00E3438A" w:rsidRDefault="00E3438A" w:rsidP="00813672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такоефольклор</w:t>
            </w:r>
            <w:proofErr w:type="spellEnd"/>
            <w:r>
              <w:rPr>
                <w:w w:val="105"/>
                <w:sz w:val="15"/>
              </w:rPr>
              <w:t>?», «Какие произведения относятся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фольклору?»,объяснение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6C28CA1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Игра «Вспомни и назови»: анализ предложенных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произведениймалых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 фольклора, определение жанра,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объяснениеи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относятся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тексты?»,аргументация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099B7FB" w14:textId="77777777" w:rsidR="00E3438A" w:rsidRDefault="00E3438A" w:rsidP="00813672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 произведений малого фольклора (по выбору):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загадок,пословиц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, </w:t>
            </w:r>
            <w:r>
              <w:rPr>
                <w:w w:val="105"/>
                <w:sz w:val="15"/>
              </w:rPr>
              <w:t>скороговорок, потешек, песен, небылиц,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закличек,используя</w:t>
            </w:r>
            <w:proofErr w:type="spellEnd"/>
            <w:r>
              <w:rPr>
                <w:w w:val="105"/>
                <w:sz w:val="15"/>
              </w:rPr>
              <w:t xml:space="preserve"> интонацию, паузы, темп, ритм,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ударенияв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передачи эмоционального настроя произведения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 диалог: обсуждение цитаты А. С. Пушкина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золото!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роскошь,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 толк в каждой пословице нашей! », составление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монологическоговысказывания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433FA90" w14:textId="77777777" w:rsidR="00E3438A" w:rsidRDefault="00E3438A" w:rsidP="00813672">
            <w:pPr>
              <w:pStyle w:val="TableParagraph"/>
              <w:spacing w:before="6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сравнение пословиц разных народов,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объяснениезначения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, </w:t>
            </w:r>
            <w:r>
              <w:rPr>
                <w:w w:val="105"/>
                <w:sz w:val="15"/>
              </w:rPr>
              <w:t>установление тем, группировка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пословиц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тему,упражнения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восстановление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текста пословиц, </w:t>
            </w:r>
            <w:proofErr w:type="spellStart"/>
            <w:r>
              <w:rPr>
                <w:w w:val="105"/>
                <w:sz w:val="15"/>
              </w:rPr>
              <w:t>соотнесениепословиц</w:t>
            </w:r>
            <w:proofErr w:type="spellEnd"/>
            <w:r>
              <w:rPr>
                <w:w w:val="105"/>
                <w:sz w:val="15"/>
              </w:rPr>
              <w:t xml:space="preserve"> с текстом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(темой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мыслью)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920532E" w14:textId="77777777" w:rsidR="00E3438A" w:rsidRDefault="00E3438A" w:rsidP="00813672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схемой: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«чтение»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представленнойв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схематическом виде, обобщение представлений о видах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сказок, выполнение задания «Вспомните и назовите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82408FE" w14:textId="77777777" w:rsidR="00E3438A" w:rsidRDefault="00E3438A" w:rsidP="00813672">
            <w:pPr>
              <w:pStyle w:val="TableParagraph"/>
              <w:spacing w:before="3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(молча)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(народных сказок), определяя мотив и цель чтения, отвечая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вопрос: «На какой вопрос хочу получить ответ, читая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произведение?», </w:t>
            </w:r>
            <w:r>
              <w:rPr>
                <w:w w:val="105"/>
                <w:sz w:val="15"/>
              </w:rPr>
              <w:t>различение реальных и сказочных событий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произведениях;</w:t>
            </w:r>
          </w:p>
          <w:p w14:paraId="3979C6B9" w14:textId="77777777" w:rsidR="00E3438A" w:rsidRDefault="00E3438A" w:rsidP="00813672">
            <w:pPr>
              <w:pStyle w:val="TableParagraph"/>
              <w:spacing w:before="3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осознание ценности нравственно-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трудолюбие,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дружба,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честность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FC987DE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 особенностями построения волшебной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сказки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(зачин,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троекратные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повторы,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концовка),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 частей сказки в соответствии с сюжетом,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определение последовательности </w:t>
            </w:r>
            <w:r>
              <w:rPr>
                <w:w w:val="105"/>
                <w:sz w:val="15"/>
              </w:rPr>
              <w:t>событий в произведении,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устойчивых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16E0F43" w14:textId="77777777" w:rsidR="00E3438A" w:rsidRDefault="00E3438A" w:rsidP="00813672">
            <w:pPr>
              <w:pStyle w:val="TableParagraph"/>
              <w:spacing w:before="3" w:line="266" w:lineRule="auto"/>
              <w:ind w:left="78" w:right="1136"/>
              <w:rPr>
                <w:sz w:val="15"/>
              </w:rPr>
            </w:pPr>
            <w:r>
              <w:rPr>
                <w:w w:val="105"/>
                <w:sz w:val="15"/>
              </w:rPr>
              <w:t>Составление номинативного плана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64C5F59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Рассказ о собирателях фольклора (А. Н. </w:t>
            </w:r>
            <w:proofErr w:type="spellStart"/>
            <w:r>
              <w:rPr>
                <w:w w:val="105"/>
                <w:sz w:val="15"/>
              </w:rPr>
              <w:t>Афанасьев,В</w:t>
            </w:r>
            <w:proofErr w:type="spellEnd"/>
            <w:r>
              <w:rPr>
                <w:w w:val="105"/>
                <w:sz w:val="15"/>
              </w:rPr>
              <w:t>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братья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Гримм),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книгами,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 о культурной значимости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включением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</w:p>
        </w:tc>
        <w:tc>
          <w:tcPr>
            <w:tcW w:w="1080" w:type="dxa"/>
            <w:tcBorders>
              <w:bottom w:val="nil"/>
            </w:tcBorders>
          </w:tcPr>
          <w:p w14:paraId="2AF2A34A" w14:textId="77777777" w:rsidR="00E3438A" w:rsidRDefault="00E3438A" w:rsidP="00813672">
            <w:pPr>
              <w:pStyle w:val="TableParagraph"/>
              <w:spacing w:before="7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  <w:tcBorders>
              <w:bottom w:val="nil"/>
            </w:tcBorders>
          </w:tcPr>
          <w:p w14:paraId="396F0C13" w14:textId="77777777" w:rsidR="00E3438A" w:rsidRDefault="00680736" w:rsidP="00813672">
            <w:pPr>
              <w:pStyle w:val="TableParagraph"/>
              <w:spacing w:before="74" w:line="266" w:lineRule="auto"/>
              <w:ind w:left="79" w:right="2060"/>
              <w:rPr>
                <w:sz w:val="15"/>
              </w:rPr>
            </w:pPr>
            <w:hyperlink r:id="rId15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6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7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8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9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742F0599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20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21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22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4AF6B079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5AD8BC93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71024D5C" w14:textId="77777777" w:rsidTr="00813672">
        <w:trPr>
          <w:trHeight w:val="7034"/>
        </w:trPr>
        <w:tc>
          <w:tcPr>
            <w:tcW w:w="468" w:type="dxa"/>
            <w:tcBorders>
              <w:top w:val="nil"/>
            </w:tcBorders>
          </w:tcPr>
          <w:p w14:paraId="47C726F2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657" w:type="dxa"/>
            <w:tcBorders>
              <w:top w:val="nil"/>
            </w:tcBorders>
          </w:tcPr>
          <w:p w14:paraId="3E2E000F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14:paraId="05C519BE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14:paraId="75793CC7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14:paraId="471D8552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14:paraId="52906B56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4250" w:type="dxa"/>
            <w:tcBorders>
              <w:top w:val="nil"/>
            </w:tcBorders>
          </w:tcPr>
          <w:p w14:paraId="0972A633" w14:textId="77777777" w:rsidR="00E3438A" w:rsidRDefault="00E3438A" w:rsidP="00813672">
            <w:pPr>
              <w:pStyle w:val="TableParagraph"/>
              <w:spacing w:before="4" w:line="266" w:lineRule="auto"/>
              <w:ind w:left="78" w:right="83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пословиц,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крылатых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E5EB1D8" w14:textId="77777777" w:rsidR="00E3438A" w:rsidRDefault="00E3438A" w:rsidP="00813672">
            <w:pPr>
              <w:pStyle w:val="TableParagraph"/>
              <w:spacing w:before="1" w:line="266" w:lineRule="auto"/>
              <w:ind w:left="78" w:right="48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Работа в группе (совместная </w:t>
            </w:r>
            <w:r>
              <w:rPr>
                <w:w w:val="105"/>
                <w:sz w:val="15"/>
              </w:rPr>
              <w:t>деятельность): сочинение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конкурса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лучшего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знатока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1D9719A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Поиск дополнительной информации о собирателях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фольклора, представление своего сообщения в классе;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 (напевность, протяжность исполнения)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Слушание былин об Илье Муромце, Алёше Поповиче,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Добрыне Никитиче и других богатырях, контроль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восприятия произведения: ответы на вопросы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фактическому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былины</w:t>
            </w:r>
          </w:p>
          <w:p w14:paraId="6DE7FB62" w14:textId="77777777" w:rsidR="00E3438A" w:rsidRDefault="00E3438A" w:rsidP="00813672">
            <w:pPr>
              <w:pStyle w:val="TableParagraph"/>
              <w:spacing w:before="5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«Исцеление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Ильи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Муромца»,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«Ильины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поездочки»,</w:t>
            </w:r>
          </w:p>
          <w:p w14:paraId="77A3C1A7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«Добрыня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Змей»,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Вольга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Микула»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04928F7" w14:textId="77777777" w:rsidR="00E3438A" w:rsidRDefault="00E3438A" w:rsidP="00813672">
            <w:pPr>
              <w:pStyle w:val="TableParagraph"/>
              <w:spacing w:before="19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 главной мысли былинного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эпоса — стремление богатырей защищать родную землю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текстом произведения: анализ сюжета былины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(реальность и сказочность событий), ответы на вопросы,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 за особенностями языка (устаревшие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повторы,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эпитеты,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гиперболы),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устаревших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(архаизмов),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1B56AF6" w14:textId="77777777" w:rsidR="00E3438A" w:rsidRDefault="00E3438A" w:rsidP="00813672">
            <w:pPr>
              <w:pStyle w:val="TableParagraph"/>
              <w:spacing w:before="5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 (поисковое выборочное чтение):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русского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богатыря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(реальность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сказочность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7D55A66" w14:textId="77777777" w:rsidR="00E3438A" w:rsidRDefault="00E3438A" w:rsidP="00813672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Пересказ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былины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EF9DEC9" w14:textId="77777777" w:rsidR="00E3438A" w:rsidRDefault="00E3438A" w:rsidP="00813672">
            <w:pPr>
              <w:pStyle w:val="TableParagraph"/>
              <w:spacing w:before="20" w:line="266" w:lineRule="auto"/>
              <w:ind w:left="78" w:right="14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(совместная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волшебной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(тема,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волшебства),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2E495CB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Рассказ о творчестве В. М. Васнецова, рассматривание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репродукций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богатыря»,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«Витязь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распутье», «Гусляры», «Баян», составление рассказа-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 (словесный портрет одного из богатырей)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былинных слов и выражений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Дифференцированная работа: составление словаря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устаревших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</w:tc>
        <w:tc>
          <w:tcPr>
            <w:tcW w:w="1080" w:type="dxa"/>
            <w:tcBorders>
              <w:top w:val="nil"/>
            </w:tcBorders>
          </w:tcPr>
          <w:p w14:paraId="56535F3E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  <w:tc>
          <w:tcPr>
            <w:tcW w:w="4406" w:type="dxa"/>
            <w:tcBorders>
              <w:top w:val="nil"/>
            </w:tcBorders>
          </w:tcPr>
          <w:p w14:paraId="5779A6D6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</w:tr>
    </w:tbl>
    <w:p w14:paraId="005EB8AA" w14:textId="77777777" w:rsidR="00E3438A" w:rsidRPr="00E3438A" w:rsidRDefault="00E3438A" w:rsidP="00E3438A">
      <w:pPr>
        <w:rPr>
          <w:sz w:val="14"/>
          <w:lang w:val="ru-RU"/>
        </w:rPr>
        <w:sectPr w:rsidR="00E3438A" w:rsidRPr="00E3438A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6CA8B458" w14:textId="77777777" w:rsidTr="00813672">
        <w:trPr>
          <w:trHeight w:val="8293"/>
        </w:trPr>
        <w:tc>
          <w:tcPr>
            <w:tcW w:w="468" w:type="dxa"/>
          </w:tcPr>
          <w:p w14:paraId="4CDEF726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1.3.</w:t>
            </w:r>
          </w:p>
        </w:tc>
        <w:tc>
          <w:tcPr>
            <w:tcW w:w="1657" w:type="dxa"/>
          </w:tcPr>
          <w:p w14:paraId="20BC38C9" w14:textId="77777777" w:rsidR="00E3438A" w:rsidRDefault="00E3438A" w:rsidP="00813672">
            <w:pPr>
              <w:pStyle w:val="TableParagraph"/>
              <w:spacing w:before="64" w:line="266" w:lineRule="auto"/>
              <w:ind w:left="76" w:right="5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Творчество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А.С.Пушкина</w:t>
            </w:r>
            <w:proofErr w:type="spellEnd"/>
          </w:p>
        </w:tc>
        <w:tc>
          <w:tcPr>
            <w:tcW w:w="528" w:type="dxa"/>
          </w:tcPr>
          <w:p w14:paraId="6FDB3FEC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14:paraId="493036D2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59B3FA51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64" w:type="dxa"/>
          </w:tcPr>
          <w:p w14:paraId="6896E212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11.10.2022</w:t>
            </w:r>
          </w:p>
          <w:p w14:paraId="7F6BB4E9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31.10.2022</w:t>
            </w:r>
          </w:p>
        </w:tc>
        <w:tc>
          <w:tcPr>
            <w:tcW w:w="4250" w:type="dxa"/>
          </w:tcPr>
          <w:p w14:paraId="62084FD2" w14:textId="77777777" w:rsidR="00E3438A" w:rsidRDefault="00E3438A" w:rsidP="00813672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3EB0AD2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Слушание стихотворных произведений А. С.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Пушкина(«Осень» (отрывки): «Унылая пора! Очей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очарованье!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«Октябрь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уж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наступил…»,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«Туча»,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«Гонимы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вешними лучами…»,«Зимняя дорога», «Зимнее утро»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выбору), </w:t>
            </w:r>
            <w:proofErr w:type="spellStart"/>
            <w:r>
              <w:rPr>
                <w:w w:val="105"/>
                <w:sz w:val="15"/>
              </w:rPr>
              <w:t>обсуждениеэмоционального</w:t>
            </w:r>
            <w:proofErr w:type="spellEnd"/>
            <w:r>
              <w:rPr>
                <w:w w:val="105"/>
                <w:sz w:val="15"/>
              </w:rPr>
              <w:t xml:space="preserve"> состояния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картинприроды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</w:p>
          <w:p w14:paraId="1B0B0AD5" w14:textId="77777777" w:rsidR="00E3438A" w:rsidRDefault="00E3438A" w:rsidP="00813672">
            <w:pPr>
              <w:pStyle w:val="TableParagraph"/>
              <w:spacing w:before="3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«Какое настроение создаёт произведение? Почему?»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текстом произведения: упражнение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нахождениисравнений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, эпитетов, олицетворений,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 тексте </w:t>
            </w:r>
            <w:proofErr w:type="spellStart"/>
            <w:r>
              <w:rPr>
                <w:w w:val="105"/>
                <w:sz w:val="15"/>
              </w:rPr>
              <w:t>слов,использованных</w:t>
            </w:r>
            <w:proofErr w:type="spellEnd"/>
            <w:r>
              <w:rPr>
                <w:w w:val="105"/>
                <w:sz w:val="15"/>
              </w:rPr>
              <w:t xml:space="preserve"> в прямом и переносном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значении, </w:t>
            </w:r>
            <w:proofErr w:type="spellStart"/>
            <w:r>
              <w:rPr>
                <w:w w:val="105"/>
                <w:sz w:val="15"/>
              </w:rPr>
              <w:t>наблюдениеза</w:t>
            </w:r>
            <w:proofErr w:type="spellEnd"/>
            <w:r>
              <w:rPr>
                <w:w w:val="105"/>
                <w:sz w:val="15"/>
              </w:rPr>
              <w:t xml:space="preserve"> рифмой и ритмом стихотворения,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образных слови выражений, поиск 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1AB60A1" w14:textId="77777777" w:rsidR="00E3438A" w:rsidRDefault="00E3438A" w:rsidP="00813672">
            <w:pPr>
              <w:pStyle w:val="TableParagraph"/>
              <w:spacing w:before="5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 с интонационным выделением знаков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препинания,с</w:t>
            </w:r>
            <w:proofErr w:type="spellEnd"/>
            <w:r>
              <w:rPr>
                <w:w w:val="105"/>
                <w:sz w:val="15"/>
              </w:rPr>
              <w:t xml:space="preserve"> соблюдением орфоэпических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пунктуационных норм Чтение наизусть лирических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Пушкина(по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6A6AC65" w14:textId="77777777" w:rsidR="00E3438A" w:rsidRDefault="00E3438A" w:rsidP="00813672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Сказкао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мёртвой царевне и о семи богатырях», удержание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памятисобытий</w:t>
            </w:r>
            <w:proofErr w:type="spell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3308976" w14:textId="77777777" w:rsidR="00E3438A" w:rsidRDefault="00E3438A" w:rsidP="00813672">
            <w:pPr>
              <w:pStyle w:val="TableParagraph"/>
              <w:spacing w:before="2" w:line="266" w:lineRule="auto"/>
              <w:ind w:left="78" w:right="167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 (изучающее и поисковое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выборочное чтение): анализ сюжета, повтор как основа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изменения сюжета, характеристика героев </w:t>
            </w:r>
            <w:r>
              <w:rPr>
                <w:w w:val="105"/>
                <w:sz w:val="15"/>
              </w:rPr>
              <w:t>(положительные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отрицательные, портрет), волшебные помощники,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чудесв</w:t>
            </w:r>
            <w:proofErr w:type="spell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8166DED" w14:textId="77777777" w:rsidR="00E3438A" w:rsidRDefault="00E3438A" w:rsidP="00813672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F83F2E3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сказок, сходных по сюжету (В. А. Жуковский «Спящая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царевна», «Белоснежка и семь гномов»): сюжеты, герои,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чудесаи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превращения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409EDD9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Дифференцированная работа: чтение очерка К. Г.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Паустовского«Сказки</w:t>
            </w:r>
            <w:proofErr w:type="spellEnd"/>
            <w:r>
              <w:rPr>
                <w:w w:val="105"/>
                <w:sz w:val="15"/>
              </w:rPr>
              <w:t xml:space="preserve"> Пушкина», «чтение»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 в схематическом виде,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сказках А. С. Пушкина,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 «Вспомните и назовите произведения»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выставки на тему «Книги А. С. Пушкина»,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краткого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отзыва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образцу;</w:t>
            </w:r>
          </w:p>
        </w:tc>
        <w:tc>
          <w:tcPr>
            <w:tcW w:w="1080" w:type="dxa"/>
          </w:tcPr>
          <w:p w14:paraId="0BF64938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0263A358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23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24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25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26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27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437E0AB6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28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29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30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556DB43F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1F1B7D8C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184618D2" w14:textId="77777777" w:rsidTr="00813672">
        <w:trPr>
          <w:trHeight w:val="6288"/>
        </w:trPr>
        <w:tc>
          <w:tcPr>
            <w:tcW w:w="468" w:type="dxa"/>
          </w:tcPr>
          <w:p w14:paraId="7CAC14C9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1.4.</w:t>
            </w:r>
          </w:p>
        </w:tc>
        <w:tc>
          <w:tcPr>
            <w:tcW w:w="1657" w:type="dxa"/>
          </w:tcPr>
          <w:p w14:paraId="70A6544F" w14:textId="77777777" w:rsidR="00E3438A" w:rsidRDefault="00E3438A" w:rsidP="00813672">
            <w:pPr>
              <w:pStyle w:val="TableParagraph"/>
              <w:spacing w:before="64" w:line="266" w:lineRule="auto"/>
              <w:ind w:left="76" w:right="58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Творчество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И.А.Крылова</w:t>
            </w:r>
            <w:proofErr w:type="spellEnd"/>
          </w:p>
        </w:tc>
        <w:tc>
          <w:tcPr>
            <w:tcW w:w="528" w:type="dxa"/>
          </w:tcPr>
          <w:p w14:paraId="37FD4D1E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0B843977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A9D3B3B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14:paraId="2CF63EB2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  <w:p w14:paraId="7DCFFA97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250" w:type="dxa"/>
          </w:tcPr>
          <w:p w14:paraId="2ECD8172" w14:textId="77777777" w:rsidR="00E3438A" w:rsidRDefault="00E3438A" w:rsidP="00813672">
            <w:pPr>
              <w:pStyle w:val="TableParagraph"/>
              <w:spacing w:before="64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Игра «Вспомни и назови»: анализ предложенных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(басня)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Крылов,Л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Толстой),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 жанрам относятся эти тексты? Почему?»,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аргументация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CEBBF5E" w14:textId="77777777" w:rsidR="00E3438A" w:rsidRDefault="00E3438A" w:rsidP="00813672">
            <w:pPr>
              <w:pStyle w:val="TableParagraph"/>
              <w:spacing w:before="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Эзоп</w:t>
            </w:r>
          </w:p>
          <w:p w14:paraId="1B194188" w14:textId="77777777" w:rsidR="00E3438A" w:rsidRDefault="00E3438A" w:rsidP="00813672">
            <w:pPr>
              <w:pStyle w:val="TableParagraph"/>
              <w:spacing w:before="19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баснописец,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творчествеИ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2F3C3B7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Слушание и чтение басен: И. А. Крылов «Стрекоза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Муравей»,«Квартет</w:t>
            </w:r>
            <w:proofErr w:type="spellEnd"/>
            <w:r>
              <w:rPr>
                <w:spacing w:val="-1"/>
                <w:w w:val="105"/>
                <w:sz w:val="15"/>
              </w:rPr>
              <w:t>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«Кукушка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Петух»,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Хемницер</w:t>
            </w:r>
            <w:proofErr w:type="spellEnd"/>
          </w:p>
          <w:p w14:paraId="4CA81DFE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Стрекозаи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муравей»,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Толстой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«Стрекоза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муравьи»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трёх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</w:p>
          <w:p w14:paraId="6893834B" w14:textId="77777777" w:rsidR="00E3438A" w:rsidRDefault="00E3438A" w:rsidP="00813672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«Какое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высмеивает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автор?»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E20D545" w14:textId="77777777" w:rsidR="00E3438A" w:rsidRDefault="00E3438A" w:rsidP="00813672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(сюжет,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мораль,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герои),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заполнение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CA2B007" w14:textId="77777777" w:rsidR="00E3438A" w:rsidRDefault="00E3438A" w:rsidP="00813672">
            <w:pPr>
              <w:pStyle w:val="TableParagraph"/>
              <w:spacing w:before="1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характеристика героя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(положительный или отрицательный), понимание </w:t>
            </w:r>
            <w:r>
              <w:rPr>
                <w:w w:val="105"/>
                <w:sz w:val="15"/>
              </w:rPr>
              <w:t>аллегории,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работас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иллюстрациями,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(поучения)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крылатых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847CF0B" w14:textId="77777777" w:rsidR="00E3438A" w:rsidRDefault="00E3438A" w:rsidP="00813672">
            <w:pPr>
              <w:pStyle w:val="TableParagraph"/>
              <w:spacing w:before="3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сохранением интонационного рисунка произведения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(конкурс </w:t>
            </w:r>
            <w:proofErr w:type="spellStart"/>
            <w:r>
              <w:rPr>
                <w:w w:val="105"/>
                <w:sz w:val="15"/>
              </w:rPr>
              <w:t>чтецов«Басни</w:t>
            </w:r>
            <w:proofErr w:type="spellEnd"/>
            <w:r>
              <w:rPr>
                <w:w w:val="105"/>
                <w:sz w:val="15"/>
              </w:rPr>
              <w:t xml:space="preserve"> русских баснописцев»)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Дифференцированная </w:t>
            </w:r>
            <w:proofErr w:type="spellStart"/>
            <w:r>
              <w:rPr>
                <w:w w:val="105"/>
                <w:sz w:val="15"/>
              </w:rPr>
              <w:t>работа:«чтение</w:t>
            </w:r>
            <w:proofErr w:type="spellEnd"/>
            <w:r>
              <w:rPr>
                <w:w w:val="105"/>
                <w:sz w:val="15"/>
              </w:rPr>
              <w:t>» информации,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 в схематическом виде, обобщение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 баснописцах,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задания«Вспомните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назовите»;</w:t>
            </w:r>
          </w:p>
          <w:p w14:paraId="15DE8BF3" w14:textId="77777777" w:rsidR="00E3438A" w:rsidRDefault="00E3438A" w:rsidP="00813672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конкурса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инсценирование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басен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5ABB089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 библиографического аппарата книги: обложка,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оглавление, предисловие, иллюстрации, составление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аннотации;</w:t>
            </w:r>
          </w:p>
        </w:tc>
        <w:tc>
          <w:tcPr>
            <w:tcW w:w="1080" w:type="dxa"/>
          </w:tcPr>
          <w:p w14:paraId="76A047A4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7DE9508A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31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32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33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34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35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7AC3C8F9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36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37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38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4401E8A0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  <w:tr w:rsidR="00E3438A" w:rsidRPr="00680736" w14:paraId="24B496BE" w14:textId="77777777" w:rsidTr="00813672">
        <w:trPr>
          <w:trHeight w:val="4175"/>
        </w:trPr>
        <w:tc>
          <w:tcPr>
            <w:tcW w:w="468" w:type="dxa"/>
          </w:tcPr>
          <w:p w14:paraId="5432E9D5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1657" w:type="dxa"/>
          </w:tcPr>
          <w:p w14:paraId="40417D66" w14:textId="77777777" w:rsidR="00E3438A" w:rsidRDefault="00E3438A" w:rsidP="00813672">
            <w:pPr>
              <w:pStyle w:val="TableParagraph"/>
              <w:spacing w:before="64" w:line="266" w:lineRule="auto"/>
              <w:ind w:left="76" w:right="25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Творчество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Ю.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Лермонтова</w:t>
            </w:r>
          </w:p>
        </w:tc>
        <w:tc>
          <w:tcPr>
            <w:tcW w:w="528" w:type="dxa"/>
          </w:tcPr>
          <w:p w14:paraId="2B7496E9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32CE2EDA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AE8429B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14:paraId="2B4FECE2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  <w:p w14:paraId="343F52E6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250" w:type="dxa"/>
          </w:tcPr>
          <w:p w14:paraId="7C5C0F41" w14:textId="77777777" w:rsidR="00E3438A" w:rsidRDefault="00E3438A" w:rsidP="00813672">
            <w:pPr>
              <w:pStyle w:val="TableParagraph"/>
              <w:spacing w:before="64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Разговор перед чтением: понимание общего настроения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лирического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Лермонтова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Слушание стихотворных произведений (не менее трёх)М.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Лермонтова: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«Горные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вершины…»,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«Утёс»,</w:t>
            </w:r>
          </w:p>
          <w:p w14:paraId="72C21850" w14:textId="77777777" w:rsidR="00E3438A" w:rsidRDefault="00E3438A" w:rsidP="00813672">
            <w:pPr>
              <w:pStyle w:val="TableParagraph"/>
              <w:spacing w:before="3" w:line="266" w:lineRule="auto"/>
              <w:ind w:left="78" w:right="68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Парус»,«Москва</w:t>
            </w:r>
            <w:proofErr w:type="spellEnd"/>
            <w:r>
              <w:rPr>
                <w:w w:val="105"/>
                <w:sz w:val="15"/>
              </w:rPr>
              <w:t>, Москва! Люблю тебя как сын…» и др.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 диалог: обсуждение эмоционального состояния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</w:p>
          <w:p w14:paraId="1B2B9DE4" w14:textId="77777777" w:rsidR="00E3438A" w:rsidRDefault="00E3438A" w:rsidP="00813672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«Какое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создаёт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произведение?»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354EBCC" w14:textId="77777777" w:rsidR="00E3438A" w:rsidRDefault="00E3438A" w:rsidP="00813672">
            <w:pPr>
              <w:pStyle w:val="TableParagraph"/>
              <w:spacing w:before="19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упражнение в нахождении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сравнений и эпитетов, выделение в тексте слов,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 в прямом и переносном значении,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рифмойи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ритмом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образных слов и выражений, поиск значения незнакомого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в словаре, поиск олицетворения и метафор,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вида строф Рассматривание репродукций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 и подбор к ним соответствующих стихотворных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BE6E540" w14:textId="77777777" w:rsidR="00E3438A" w:rsidRDefault="00E3438A" w:rsidP="00813672">
            <w:pPr>
              <w:pStyle w:val="TableParagraph"/>
              <w:spacing w:before="6" w:line="266" w:lineRule="auto"/>
              <w:ind w:left="78" w:right="106"/>
              <w:rPr>
                <w:sz w:val="15"/>
              </w:rPr>
            </w:pPr>
            <w:r>
              <w:rPr>
                <w:w w:val="105"/>
                <w:sz w:val="15"/>
              </w:rPr>
              <w:t>Упражнение в выразительном чтении вслух и наизусть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сохранением интонационного рисунка произведения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Творческое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воссоздание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картин;</w:t>
            </w:r>
          </w:p>
        </w:tc>
        <w:tc>
          <w:tcPr>
            <w:tcW w:w="1080" w:type="dxa"/>
          </w:tcPr>
          <w:p w14:paraId="03F590B6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7EBD3C07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39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40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41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42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43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3CB4D54D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44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45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46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0067AF16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3F07AFE5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0E64A907" w14:textId="77777777" w:rsidTr="00813672">
        <w:trPr>
          <w:trHeight w:val="8918"/>
        </w:trPr>
        <w:tc>
          <w:tcPr>
            <w:tcW w:w="468" w:type="dxa"/>
          </w:tcPr>
          <w:p w14:paraId="24F3C740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1.6.</w:t>
            </w:r>
          </w:p>
        </w:tc>
        <w:tc>
          <w:tcPr>
            <w:tcW w:w="1657" w:type="dxa"/>
          </w:tcPr>
          <w:p w14:paraId="372F9AAC" w14:textId="77777777" w:rsidR="00E3438A" w:rsidRDefault="00E3438A" w:rsidP="00813672">
            <w:pPr>
              <w:pStyle w:val="TableParagraph"/>
              <w:spacing w:before="64" w:line="266" w:lineRule="auto"/>
              <w:ind w:left="76" w:right="53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Литературная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сказка</w:t>
            </w:r>
          </w:p>
        </w:tc>
        <w:tc>
          <w:tcPr>
            <w:tcW w:w="528" w:type="dxa"/>
          </w:tcPr>
          <w:p w14:paraId="384D89B5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14:paraId="11A8BAB3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110F259E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864" w:type="dxa"/>
          </w:tcPr>
          <w:p w14:paraId="0D22E7E8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  <w:p w14:paraId="0F276A07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4250" w:type="dxa"/>
          </w:tcPr>
          <w:p w14:paraId="761B519A" w14:textId="77777777" w:rsidR="00E3438A" w:rsidRDefault="00E3438A" w:rsidP="00813672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уточнение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расширение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веков дошли до нас народные сказки, первые авторы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1167097" w14:textId="77777777" w:rsidR="00E3438A" w:rsidRDefault="00E3438A" w:rsidP="00813672">
            <w:pPr>
              <w:pStyle w:val="TableParagraph"/>
              <w:spacing w:before="3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Слушание и чтение литературных сказок. </w:t>
            </w:r>
            <w:proofErr w:type="spellStart"/>
            <w:r>
              <w:rPr>
                <w:w w:val="105"/>
                <w:sz w:val="15"/>
              </w:rPr>
              <w:t>Например,М</w:t>
            </w:r>
            <w:proofErr w:type="spellEnd"/>
            <w:r>
              <w:rPr>
                <w:w w:val="105"/>
                <w:sz w:val="15"/>
              </w:rPr>
              <w:t>. Ю.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Лермонтов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</w:t>
            </w:r>
            <w:proofErr w:type="spellStart"/>
            <w:r>
              <w:rPr>
                <w:spacing w:val="-1"/>
                <w:w w:val="105"/>
                <w:sz w:val="15"/>
              </w:rPr>
              <w:t>Ашик-Кериб</w:t>
            </w:r>
            <w:proofErr w:type="spellEnd"/>
            <w:r>
              <w:rPr>
                <w:spacing w:val="-1"/>
                <w:w w:val="105"/>
                <w:sz w:val="15"/>
              </w:rPr>
              <w:t>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Ершов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«Конёк-Горбунок»,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 Ф. Одоевский «Городок в табакерке», С. Т.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Аксаков«Аленький</w:t>
            </w:r>
            <w:proofErr w:type="spellEnd"/>
            <w:r>
              <w:rPr>
                <w:w w:val="105"/>
                <w:sz w:val="15"/>
              </w:rPr>
              <w:t xml:space="preserve"> цветочек», Е. Л. Шварц «Сказка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потерянном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4EA1D36" w14:textId="77777777" w:rsidR="00E3438A" w:rsidRDefault="00E3438A" w:rsidP="00813672">
            <w:pPr>
              <w:pStyle w:val="TableParagraph"/>
              <w:spacing w:before="3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 (характеристика героя):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описания героя, определение взаимосвязи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контрасту, оценка поступков героев (две-три сказки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46F579D" w14:textId="77777777" w:rsidR="00E3438A" w:rsidRDefault="00E3438A" w:rsidP="00813672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E81084F" w14:textId="77777777" w:rsidR="00E3438A" w:rsidRDefault="00E3438A" w:rsidP="00813672">
            <w:pPr>
              <w:pStyle w:val="TableParagraph"/>
              <w:spacing w:before="2" w:line="266" w:lineRule="auto"/>
              <w:ind w:left="78" w:right="1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 сюжета рассказа: определение </w:t>
            </w:r>
            <w:r>
              <w:rPr>
                <w:w w:val="105"/>
                <w:sz w:val="15"/>
              </w:rPr>
              <w:t>последовательности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 формулирование вопросов (в том числе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проблемных) по основным событиям сюжета,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восстановление нарушенной последовательности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в тексте заданного эпизода, составление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цитатного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728BC94" w14:textId="77777777" w:rsidR="00E3438A" w:rsidRDefault="00E3438A" w:rsidP="00813672">
            <w:pPr>
              <w:pStyle w:val="TableParagraph"/>
              <w:spacing w:before="4" w:line="266" w:lineRule="auto"/>
              <w:ind w:left="78" w:right="1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0D7599A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(устно)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09528A2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Знакомство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Бажова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«Серебряное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копытце»,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544B7D4" w14:textId="77777777" w:rsidR="00E3438A" w:rsidRDefault="00E3438A" w:rsidP="00813672">
            <w:pPr>
              <w:pStyle w:val="TableParagraph"/>
              <w:spacing w:before="1" w:line="266" w:lineRule="auto"/>
              <w:ind w:left="78" w:right="106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упражнение в нахождении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 лексики, устойчивых выражений, выделение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 слов, использованных в прямом и переносном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значении, нахождение образных слов и выражений, поиск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устаревших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84D05D9" w14:textId="77777777" w:rsidR="00E3438A" w:rsidRDefault="00E3438A" w:rsidP="00813672">
            <w:pPr>
              <w:pStyle w:val="TableParagraph"/>
              <w:spacing w:before="4" w:line="266" w:lineRule="auto"/>
              <w:ind w:left="78" w:right="3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Дифференцированная работа: </w:t>
            </w:r>
            <w:r>
              <w:rPr>
                <w:w w:val="105"/>
                <w:sz w:val="15"/>
              </w:rPr>
              <w:t>драматизация отрывков из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Ершова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«Конёк-Горбунок»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DE63AC2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Проверочная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раздела: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 начитанности и сформированности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специальных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читательских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4691805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Проверка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ECB2EE3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Выбор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рекомендательного </w:t>
            </w:r>
            <w:r>
              <w:rPr>
                <w:w w:val="105"/>
                <w:sz w:val="15"/>
              </w:rPr>
              <w:t>списка, написание аннотации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прочитанному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14:paraId="63D2A7B5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2378C484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47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48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49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50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51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6B17B5CC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52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53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54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07A635A5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46B519DB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1FFFE775" w14:textId="77777777" w:rsidTr="00813672">
        <w:trPr>
          <w:trHeight w:val="5712"/>
        </w:trPr>
        <w:tc>
          <w:tcPr>
            <w:tcW w:w="468" w:type="dxa"/>
          </w:tcPr>
          <w:p w14:paraId="2CADB5C2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1.7.</w:t>
            </w:r>
          </w:p>
        </w:tc>
        <w:tc>
          <w:tcPr>
            <w:tcW w:w="1657" w:type="dxa"/>
          </w:tcPr>
          <w:p w14:paraId="1F22AD18" w14:textId="77777777" w:rsidR="00E3438A" w:rsidRDefault="00E3438A" w:rsidP="00813672">
            <w:pPr>
              <w:pStyle w:val="TableParagraph"/>
              <w:spacing w:before="64" w:line="266" w:lineRule="auto"/>
              <w:ind w:left="76" w:right="113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Картины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 поэтов 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писателей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ХIХ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  <w:tc>
          <w:tcPr>
            <w:tcW w:w="528" w:type="dxa"/>
          </w:tcPr>
          <w:p w14:paraId="10572E7D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14:paraId="7B9F30CC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51FF593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4" w:type="dxa"/>
          </w:tcPr>
          <w:p w14:paraId="561CDECB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  <w:p w14:paraId="2C9BFC25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15.12.2022</w:t>
            </w:r>
          </w:p>
        </w:tc>
        <w:tc>
          <w:tcPr>
            <w:tcW w:w="4250" w:type="dxa"/>
          </w:tcPr>
          <w:p w14:paraId="7724EE94" w14:textId="77777777" w:rsidR="00E3438A" w:rsidRDefault="00E3438A" w:rsidP="00813672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передачи чувств автора, лирические и эпические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EE1AD7B" w14:textId="77777777" w:rsidR="00E3438A" w:rsidRDefault="00E3438A" w:rsidP="00813672">
            <w:pPr>
              <w:pStyle w:val="TableParagraph"/>
              <w:spacing w:before="2" w:line="266" w:lineRule="auto"/>
              <w:ind w:left="78" w:right="140"/>
              <w:rPr>
                <w:sz w:val="15"/>
              </w:rPr>
            </w:pPr>
            <w:r>
              <w:rPr>
                <w:w w:val="105"/>
                <w:sz w:val="15"/>
              </w:rPr>
              <w:t>Слушание лирических произведений,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эмоционального состояния при восприятии описанных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природы,ответ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создаёт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произведение?Почему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?». На примере стихотворений </w:t>
            </w:r>
            <w:r>
              <w:rPr>
                <w:w w:val="105"/>
                <w:sz w:val="15"/>
              </w:rPr>
              <w:t>Ф.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Тютчева «</w:t>
            </w:r>
            <w:proofErr w:type="spellStart"/>
            <w:r>
              <w:rPr>
                <w:w w:val="105"/>
                <w:sz w:val="15"/>
              </w:rPr>
              <w:t>Ещёземли</w:t>
            </w:r>
            <w:proofErr w:type="spellEnd"/>
            <w:r>
              <w:rPr>
                <w:w w:val="105"/>
                <w:sz w:val="15"/>
              </w:rPr>
              <w:t xml:space="preserve"> печален вид…», «Как неожиданно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ярко…», А. А. </w:t>
            </w:r>
            <w:proofErr w:type="spellStart"/>
            <w:r>
              <w:rPr>
                <w:w w:val="105"/>
                <w:sz w:val="15"/>
              </w:rPr>
              <w:t>Фета«Весенний</w:t>
            </w:r>
            <w:proofErr w:type="spellEnd"/>
            <w:r>
              <w:rPr>
                <w:w w:val="105"/>
                <w:sz w:val="15"/>
              </w:rPr>
              <w:t xml:space="preserve"> дождь», «Бабочка», В. 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Жуковского «</w:t>
            </w:r>
            <w:proofErr w:type="spellStart"/>
            <w:r>
              <w:rPr>
                <w:w w:val="105"/>
                <w:sz w:val="15"/>
              </w:rPr>
              <w:t>Ночь»,«Песня</w:t>
            </w:r>
            <w:proofErr w:type="spellEnd"/>
            <w:r>
              <w:rPr>
                <w:w w:val="105"/>
                <w:sz w:val="15"/>
              </w:rPr>
              <w:t>», Е. А. Баратынского «Весна,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весна! Как воздух </w:t>
            </w:r>
            <w:proofErr w:type="spellStart"/>
            <w:r>
              <w:rPr>
                <w:w w:val="105"/>
                <w:sz w:val="15"/>
              </w:rPr>
              <w:t>чист!»,«Где</w:t>
            </w:r>
            <w:proofErr w:type="spellEnd"/>
            <w:r>
              <w:rPr>
                <w:w w:val="105"/>
                <w:sz w:val="15"/>
              </w:rPr>
              <w:t xml:space="preserve"> сладкий шёпот…» (не менее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2C9427F" w14:textId="77777777" w:rsidR="00E3438A" w:rsidRDefault="00E3438A" w:rsidP="00813672">
            <w:pPr>
              <w:pStyle w:val="TableParagraph"/>
              <w:spacing w:before="6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упражнение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нахождениисравнений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и эпитетов, </w:t>
            </w:r>
            <w:r>
              <w:rPr>
                <w:w w:val="105"/>
                <w:sz w:val="15"/>
              </w:rPr>
              <w:t>олицетворений, метафор,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выделениев</w:t>
            </w:r>
            <w:proofErr w:type="spellEnd"/>
            <w:r>
              <w:rPr>
                <w:w w:val="105"/>
                <w:sz w:val="15"/>
              </w:rPr>
              <w:t xml:space="preserve"> тексте слов, использованных в прямом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переносном значении, наблюдение за рифмой и ритмом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стихотворения, нахождение образных слов и выражений,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незнакомогослова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звукописи,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видастроф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E08AA73" w14:textId="77777777" w:rsidR="00E3438A" w:rsidRDefault="00E3438A" w:rsidP="00813672">
            <w:pPr>
              <w:pStyle w:val="TableParagraph"/>
              <w:spacing w:before="5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сравнение лирических произведений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теме,созданию</w:t>
            </w:r>
            <w:proofErr w:type="spellEnd"/>
            <w:r>
              <w:rPr>
                <w:w w:val="105"/>
                <w:sz w:val="15"/>
              </w:rPr>
              <w:t xml:space="preserve"> настроения; подбор синонимов к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словам,анализ</w:t>
            </w:r>
            <w:proofErr w:type="spellEnd"/>
            <w:r>
              <w:rPr>
                <w:w w:val="105"/>
                <w:sz w:val="15"/>
              </w:rPr>
              <w:t xml:space="preserve"> поэтических выражений и обоснование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 с сохранением интонационного рисунка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(конкурс чтецов стихотворений);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Рассматривание репродукций картин и подбор к ним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D7FCCFA" w14:textId="77777777" w:rsidR="00E3438A" w:rsidRDefault="00E3438A" w:rsidP="00813672">
            <w:pPr>
              <w:pStyle w:val="TableParagraph"/>
              <w:spacing w:before="5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воссоздание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описанныхв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картин;</w:t>
            </w:r>
          </w:p>
        </w:tc>
        <w:tc>
          <w:tcPr>
            <w:tcW w:w="1080" w:type="dxa"/>
          </w:tcPr>
          <w:p w14:paraId="6AE76C6F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4B37C174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55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56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57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58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59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350564F8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60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61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62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2AFF522A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375F30F2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6D283339" w14:textId="77777777" w:rsidTr="00813672">
        <w:trPr>
          <w:trHeight w:val="7057"/>
        </w:trPr>
        <w:tc>
          <w:tcPr>
            <w:tcW w:w="468" w:type="dxa"/>
          </w:tcPr>
          <w:p w14:paraId="59E58BA7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1.8.</w:t>
            </w:r>
          </w:p>
        </w:tc>
        <w:tc>
          <w:tcPr>
            <w:tcW w:w="1657" w:type="dxa"/>
          </w:tcPr>
          <w:p w14:paraId="562B7A68" w14:textId="77777777" w:rsidR="00E3438A" w:rsidRDefault="00E3438A" w:rsidP="00813672">
            <w:pPr>
              <w:pStyle w:val="TableParagraph"/>
              <w:spacing w:before="64" w:line="266" w:lineRule="auto"/>
              <w:ind w:left="76" w:right="34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Творчество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Толстого</w:t>
            </w:r>
          </w:p>
        </w:tc>
        <w:tc>
          <w:tcPr>
            <w:tcW w:w="528" w:type="dxa"/>
          </w:tcPr>
          <w:p w14:paraId="5D03C178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14:paraId="742202B0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7CE21EE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4" w:type="dxa"/>
          </w:tcPr>
          <w:p w14:paraId="19F89B61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  <w:p w14:paraId="716D8BA3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28.12.2022</w:t>
            </w:r>
          </w:p>
        </w:tc>
        <w:tc>
          <w:tcPr>
            <w:tcW w:w="4250" w:type="dxa"/>
          </w:tcPr>
          <w:p w14:paraId="1292DD49" w14:textId="77777777" w:rsidR="00E3438A" w:rsidRDefault="00E3438A" w:rsidP="00813672">
            <w:pPr>
              <w:pStyle w:val="TableParagraph"/>
              <w:spacing w:before="64" w:line="266" w:lineRule="auto"/>
              <w:ind w:left="78" w:right="1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«Вспомни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назови»: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отрывков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 произведений Л. Н. Толстого, определение жанра,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 и ответ на вопрос «К каким жанрам относятся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эти </w:t>
            </w:r>
            <w:proofErr w:type="spellStart"/>
            <w:r>
              <w:rPr>
                <w:w w:val="105"/>
                <w:sz w:val="15"/>
              </w:rPr>
              <w:t>тексты?Почему</w:t>
            </w:r>
            <w:proofErr w:type="spellEnd"/>
            <w:r>
              <w:rPr>
                <w:w w:val="105"/>
                <w:sz w:val="15"/>
              </w:rPr>
              <w:t>?», аргументация своего мнения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Разговор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эпосе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 рассказа), знакомство с повестью как эпическим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жанром, в основе которого лежит повествование о каком-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либо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73FF0BE" w14:textId="77777777" w:rsidR="00E3438A" w:rsidRDefault="00E3438A" w:rsidP="00813672">
            <w:pPr>
              <w:pStyle w:val="TableParagraph"/>
              <w:spacing w:before="5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Слушание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Толстого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«Детство»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(отрывки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повести),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«Мужик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водяной»,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«Русак»,</w:t>
            </w:r>
          </w:p>
          <w:p w14:paraId="5B037DD7" w14:textId="77777777" w:rsidR="00E3438A" w:rsidRDefault="00E3438A" w:rsidP="00813672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«Черепаха»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FFF92A0" w14:textId="77777777" w:rsidR="00E3438A" w:rsidRDefault="00E3438A" w:rsidP="00813672">
            <w:pPr>
              <w:pStyle w:val="TableParagraph"/>
              <w:spacing w:before="19" w:line="266" w:lineRule="auto"/>
              <w:ind w:left="78" w:right="91"/>
              <w:rPr>
                <w:sz w:val="15"/>
              </w:rPr>
            </w:pPr>
            <w:r>
              <w:rPr>
                <w:w w:val="105"/>
                <w:sz w:val="15"/>
              </w:rPr>
              <w:t>Обсуждение темы и главной мысли произведений,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определение признаков жанра (автобиографическая </w:t>
            </w:r>
            <w:r>
              <w:rPr>
                <w:w w:val="105"/>
                <w:sz w:val="15"/>
              </w:rPr>
              <w:t>повесть,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рассказ, басня), характеристика героев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трёх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AA8BEB7" w14:textId="77777777" w:rsidR="00E3438A" w:rsidRDefault="00E3438A" w:rsidP="00813672">
            <w:pPr>
              <w:pStyle w:val="TableParagraph"/>
              <w:spacing w:before="3" w:line="266" w:lineRule="auto"/>
              <w:ind w:left="78" w:right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 сюжета рассказа: </w:t>
            </w:r>
            <w:r>
              <w:rPr>
                <w:w w:val="105"/>
                <w:sz w:val="15"/>
              </w:rPr>
              <w:t>определение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 восстановление нарушенной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 нахождение в тексте заданного эпизода,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цитатного плана текста с выделением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  <w:p w14:paraId="36A97455" w14:textId="77777777" w:rsidR="00E3438A" w:rsidRDefault="00E3438A" w:rsidP="00813672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с композицией произведения: определение завязки,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кульминации, развязки </w:t>
            </w:r>
            <w:r>
              <w:rPr>
                <w:w w:val="105"/>
                <w:sz w:val="15"/>
              </w:rPr>
              <w:t>Пересказ содержания произведения,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 разные типы речи (повествование, описание,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рассуждение)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учётом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специфики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художественного,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познавательного и учебного текстов Работа в парах: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 рассказов (художественный и научно-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познавательный), тема, главная мысль, события,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герои:«Черепаха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«Русак»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DE0B27A" w14:textId="77777777" w:rsidR="00E3438A" w:rsidRDefault="00E3438A" w:rsidP="00813672">
            <w:pPr>
              <w:pStyle w:val="TableParagraph"/>
              <w:spacing w:before="5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схемой: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«чтение»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представленнойв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схематическом виде, обобщение 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Толстого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02BC4BE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Проверочная работа по итогам изученного раздела: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 начитанности и сформированности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читательских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14:paraId="3A277F5F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184E2AE4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63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64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65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66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67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09D03C55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68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69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70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14A731A5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3A41F8F5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60BA81DE" w14:textId="77777777" w:rsidTr="00813672">
        <w:trPr>
          <w:trHeight w:val="6012"/>
        </w:trPr>
        <w:tc>
          <w:tcPr>
            <w:tcW w:w="468" w:type="dxa"/>
          </w:tcPr>
          <w:p w14:paraId="0FF8B489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1.9.</w:t>
            </w:r>
          </w:p>
        </w:tc>
        <w:tc>
          <w:tcPr>
            <w:tcW w:w="1657" w:type="dxa"/>
          </w:tcPr>
          <w:p w14:paraId="5332A3F7" w14:textId="77777777" w:rsidR="00E3438A" w:rsidRDefault="00E3438A" w:rsidP="00813672">
            <w:pPr>
              <w:pStyle w:val="TableParagraph"/>
              <w:spacing w:before="64" w:line="266" w:lineRule="auto"/>
              <w:ind w:left="76" w:right="113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Картины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 поэтов 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писателей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XX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  <w:tc>
          <w:tcPr>
            <w:tcW w:w="528" w:type="dxa"/>
          </w:tcPr>
          <w:p w14:paraId="58C91D69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367A2774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7484C9C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64" w:type="dxa"/>
          </w:tcPr>
          <w:p w14:paraId="7BAFAA60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10.01.2023</w:t>
            </w:r>
          </w:p>
          <w:p w14:paraId="1D281D70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18.01.2023</w:t>
            </w:r>
          </w:p>
        </w:tc>
        <w:tc>
          <w:tcPr>
            <w:tcW w:w="4250" w:type="dxa"/>
          </w:tcPr>
          <w:p w14:paraId="26FE0F35" w14:textId="77777777" w:rsidR="00E3438A" w:rsidRDefault="00E3438A" w:rsidP="00813672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передачи чувств автора, лирические и эпические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B9A1C99" w14:textId="77777777" w:rsidR="00E3438A" w:rsidRDefault="00E3438A" w:rsidP="00813672">
            <w:pPr>
              <w:pStyle w:val="TableParagraph"/>
              <w:spacing w:before="2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Слушание лирических произведений,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эмоционального состояния при восприятии описанных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создаёт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произведение?Почему</w:t>
            </w:r>
            <w:proofErr w:type="spellEnd"/>
            <w:r>
              <w:rPr>
                <w:w w:val="105"/>
                <w:sz w:val="15"/>
              </w:rPr>
              <w:t>?». На примере стихотворений И 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Бунина «Гаснет вечер, даль синеет…», «Ещё и холоден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сыр…»,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Блока«Рождество</w:t>
            </w:r>
            <w:proofErr w:type="spellEnd"/>
            <w:r>
              <w:rPr>
                <w:spacing w:val="-1"/>
                <w:w w:val="105"/>
                <w:sz w:val="15"/>
              </w:rPr>
              <w:t>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Бальмонта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зиме»,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М. И. </w:t>
            </w:r>
            <w:proofErr w:type="spellStart"/>
            <w:r>
              <w:rPr>
                <w:w w:val="105"/>
                <w:sz w:val="15"/>
              </w:rPr>
              <w:t>Цветаевой«Наши</w:t>
            </w:r>
            <w:proofErr w:type="spellEnd"/>
            <w:r>
              <w:rPr>
                <w:w w:val="105"/>
                <w:sz w:val="15"/>
              </w:rPr>
              <w:t xml:space="preserve"> царства», «Бежит тропинка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бугорка», С. </w:t>
            </w:r>
            <w:r>
              <w:rPr>
                <w:w w:val="105"/>
                <w:sz w:val="15"/>
              </w:rPr>
              <w:t xml:space="preserve">А. </w:t>
            </w:r>
            <w:proofErr w:type="spellStart"/>
            <w:r>
              <w:rPr>
                <w:w w:val="105"/>
                <w:sz w:val="15"/>
              </w:rPr>
              <w:t>Есенина«Бабушкины</w:t>
            </w:r>
            <w:proofErr w:type="spellEnd"/>
            <w:r>
              <w:rPr>
                <w:w w:val="105"/>
                <w:sz w:val="15"/>
              </w:rPr>
              <w:t xml:space="preserve"> сказки», «Лебёдушка»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2480A33" w14:textId="77777777" w:rsidR="00E3438A" w:rsidRDefault="00E3438A" w:rsidP="00813672">
            <w:pPr>
              <w:pStyle w:val="TableParagraph"/>
              <w:spacing w:before="6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упражнение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нахождениисравнений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и эпитетов, </w:t>
            </w:r>
            <w:r>
              <w:rPr>
                <w:w w:val="105"/>
                <w:sz w:val="15"/>
              </w:rPr>
              <w:t>олицетворений, метафор,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выделениев</w:t>
            </w:r>
            <w:proofErr w:type="spellEnd"/>
            <w:r>
              <w:rPr>
                <w:w w:val="105"/>
                <w:sz w:val="15"/>
              </w:rPr>
              <w:t xml:space="preserve"> тексте слов, использованных в прямом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переносном значении, наблюдение за рифмой и ритмом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стихотворения, нахождение образных слов и выражений,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незнакомогослова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звукописи,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видастроф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0BC20AC" w14:textId="77777777" w:rsidR="00E3438A" w:rsidRDefault="00E3438A" w:rsidP="00813672">
            <w:pPr>
              <w:pStyle w:val="TableParagraph"/>
              <w:spacing w:before="5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сравнение лирических произведений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теме,созданию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настроения,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словам,анализ</w:t>
            </w:r>
            <w:proofErr w:type="spellEnd"/>
            <w:r>
              <w:rPr>
                <w:w w:val="105"/>
                <w:sz w:val="15"/>
              </w:rPr>
              <w:t xml:space="preserve"> поэтических выражений и обоснование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выбораавтора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14:paraId="4C3E074D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сохранением интонационного рисунка произведения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(конкурс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чтецовстихотворений</w:t>
            </w:r>
            <w:proofErr w:type="spellEnd"/>
            <w:r>
              <w:rPr>
                <w:w w:val="105"/>
                <w:sz w:val="15"/>
              </w:rPr>
              <w:t>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2AB043F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Рассматривание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репродукций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5CE99B5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воссоздание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описанныхв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14:paraId="11EBB722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1ADD6001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71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72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73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74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75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39B8D93C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76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77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78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0372A898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6E1519C2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55382134" w14:textId="77777777" w:rsidTr="00813672">
        <w:trPr>
          <w:trHeight w:val="6900"/>
        </w:trPr>
        <w:tc>
          <w:tcPr>
            <w:tcW w:w="468" w:type="dxa"/>
          </w:tcPr>
          <w:p w14:paraId="3A8A07D6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1.10.</w:t>
            </w:r>
          </w:p>
        </w:tc>
        <w:tc>
          <w:tcPr>
            <w:tcW w:w="1657" w:type="dxa"/>
          </w:tcPr>
          <w:p w14:paraId="5C5B66FF" w14:textId="77777777" w:rsidR="00E3438A" w:rsidRDefault="00E3438A" w:rsidP="00813672">
            <w:pPr>
              <w:pStyle w:val="TableParagraph"/>
              <w:spacing w:before="64" w:line="266" w:lineRule="auto"/>
              <w:ind w:left="76" w:right="1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 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животных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</w:t>
            </w:r>
          </w:p>
        </w:tc>
        <w:tc>
          <w:tcPr>
            <w:tcW w:w="528" w:type="dxa"/>
          </w:tcPr>
          <w:p w14:paraId="398B1EB4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14:paraId="29259F9B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2368CA56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64" w:type="dxa"/>
          </w:tcPr>
          <w:p w14:paraId="06271498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19.01.2023</w:t>
            </w:r>
          </w:p>
          <w:p w14:paraId="244DCC69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08.02.2023</w:t>
            </w:r>
          </w:p>
        </w:tc>
        <w:tc>
          <w:tcPr>
            <w:tcW w:w="4250" w:type="dxa"/>
          </w:tcPr>
          <w:p w14:paraId="57A78CAB" w14:textId="77777777" w:rsidR="00E3438A" w:rsidRDefault="00E3438A" w:rsidP="00813672">
            <w:pPr>
              <w:pStyle w:val="TableParagraph"/>
              <w:spacing w:before="64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Разговор перед чтением: взаимоотношения человека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животных, обсуждение цели чтения, выбор формы чтения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(вслух или про себя (молча), удержание учебной задачи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ответ на </w:t>
            </w:r>
            <w:proofErr w:type="spellStart"/>
            <w:r>
              <w:rPr>
                <w:w w:val="105"/>
                <w:sz w:val="15"/>
              </w:rPr>
              <w:t>вопрос«На</w:t>
            </w:r>
            <w:proofErr w:type="spellEnd"/>
            <w:r>
              <w:rPr>
                <w:w w:val="105"/>
                <w:sz w:val="15"/>
              </w:rPr>
              <w:t xml:space="preserve"> какой вопрос хочу получить ответ?»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 вслух и про себя (молча) произведений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животных:В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Астафьев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Стрижонок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Скрип»,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Капалуха</w:t>
            </w:r>
            <w:proofErr w:type="spellEnd"/>
            <w:r>
              <w:rPr>
                <w:w w:val="105"/>
                <w:sz w:val="15"/>
              </w:rPr>
              <w:t>»,</w:t>
            </w:r>
          </w:p>
          <w:p w14:paraId="51CC629F" w14:textId="77777777" w:rsidR="00E3438A" w:rsidRDefault="00E3438A" w:rsidP="00813672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«Весенний остров», А. И. Куприн «Скворцы», К. Г.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Паустовский «Какие бывают дожди» (не менее двух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</w:p>
          <w:p w14:paraId="28F05A2F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мысли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7C0908C" w14:textId="77777777" w:rsidR="00E3438A" w:rsidRDefault="00E3438A" w:rsidP="00813672">
            <w:pPr>
              <w:pStyle w:val="TableParagraph"/>
              <w:spacing w:before="1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составление портретной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 персонажей с приведением примеров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 их чувств, сравнение героев по их внешнему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 и поступкам, установление взаимосвязи между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1760BAD" w14:textId="77777777" w:rsidR="00E3438A" w:rsidRDefault="00E3438A" w:rsidP="00813672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проблемных)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8AAA3E5" w14:textId="77777777" w:rsidR="00E3438A" w:rsidRDefault="00E3438A" w:rsidP="00813672">
            <w:pPr>
              <w:pStyle w:val="TableParagraph"/>
              <w:spacing w:before="2" w:line="266" w:lineRule="auto"/>
              <w:ind w:left="78" w:right="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 сюжета рассказа: </w:t>
            </w:r>
            <w:r>
              <w:rPr>
                <w:w w:val="105"/>
                <w:sz w:val="15"/>
              </w:rPr>
              <w:t>определение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 восстановление нарушенной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 нахождение в тексте заданного эпизода,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вопросного плана текста с выделением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55E5CEF" w14:textId="77777777" w:rsidR="00E3438A" w:rsidRDefault="00E3438A" w:rsidP="00813672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завязки,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кульминации,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развязки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0202760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Пересказ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C934C98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(тема,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мысль,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9EE17F9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Проверочная работа по итогам изученного раздела: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 начитанности и сформированности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читательских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14:paraId="0E1A5A24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2400D0C6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79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80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81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82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83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4E561086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84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85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86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56C4C14A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655EA241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3E3D2AAC" w14:textId="77777777" w:rsidTr="00813672">
        <w:trPr>
          <w:trHeight w:val="8942"/>
        </w:trPr>
        <w:tc>
          <w:tcPr>
            <w:tcW w:w="468" w:type="dxa"/>
          </w:tcPr>
          <w:p w14:paraId="7A8373B2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1.11.</w:t>
            </w:r>
          </w:p>
        </w:tc>
        <w:tc>
          <w:tcPr>
            <w:tcW w:w="1657" w:type="dxa"/>
          </w:tcPr>
          <w:p w14:paraId="1FFA7CEF" w14:textId="77777777" w:rsidR="00E3438A" w:rsidRDefault="00E3438A" w:rsidP="00813672">
            <w:pPr>
              <w:pStyle w:val="TableParagraph"/>
              <w:spacing w:before="64" w:line="266" w:lineRule="auto"/>
              <w:ind w:left="76" w:right="42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Произведения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детях</w:t>
            </w:r>
          </w:p>
        </w:tc>
        <w:tc>
          <w:tcPr>
            <w:tcW w:w="528" w:type="dxa"/>
          </w:tcPr>
          <w:p w14:paraId="6797ADAB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14:paraId="40EE78F3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17A2D779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864" w:type="dxa"/>
          </w:tcPr>
          <w:p w14:paraId="5D310496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09.02.2023</w:t>
            </w:r>
          </w:p>
          <w:p w14:paraId="3C89E135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02.03.2023</w:t>
            </w:r>
          </w:p>
        </w:tc>
        <w:tc>
          <w:tcPr>
            <w:tcW w:w="4250" w:type="dxa"/>
          </w:tcPr>
          <w:p w14:paraId="10918B9E" w14:textId="77777777" w:rsidR="00E3438A" w:rsidRDefault="00E3438A" w:rsidP="00813672">
            <w:pPr>
              <w:pStyle w:val="TableParagraph"/>
              <w:spacing w:before="64" w:line="266" w:lineRule="auto"/>
              <w:ind w:left="78" w:right="33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Разговор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(молча),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удерживание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произведение?»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AA5EC50" w14:textId="77777777" w:rsidR="00E3438A" w:rsidRDefault="00E3438A" w:rsidP="00813672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 вслух и про себя (молча) произведений о 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детейв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Чехов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«Мальчики»,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Гарин-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Михайловский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«Детство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Тёмы»,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Житков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ловил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человечков», К. Г. Паустовский «Корзина с еловыми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шишками»(не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трёх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авторов)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A679095" w14:textId="77777777" w:rsidR="00E3438A" w:rsidRDefault="00E3438A" w:rsidP="00813672">
            <w:pPr>
              <w:pStyle w:val="TableParagraph"/>
              <w:spacing w:before="3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составление портретной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 персонажей с приведением примеров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 их чувств, сравнение героев по их внешнему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 и поступкам, установление взаимосвязи между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поступками, чувствами героев, определение авторского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2225D99" w14:textId="77777777" w:rsidR="00E3438A" w:rsidRDefault="00E3438A" w:rsidP="00813672">
            <w:pPr>
              <w:pStyle w:val="TableParagraph"/>
              <w:spacing w:before="5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проблемных)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B6D9CA3" w14:textId="77777777" w:rsidR="00E3438A" w:rsidRDefault="00E3438A" w:rsidP="00813672">
            <w:pPr>
              <w:pStyle w:val="TableParagraph"/>
              <w:spacing w:before="1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Анализ сюжета рассказа: определение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 формулирование вопросов по основным событиям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 восстановление нарушенной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 нахождение в тексте заданного эпизода,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вопросного плана текста с выделением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 эпизодов, смысловых частей,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завязки,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кульминации,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развязки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(композиция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 парах: составление цитатного плана, оценка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71EDBD3" w14:textId="77777777" w:rsidR="00E3438A" w:rsidRDefault="00E3438A" w:rsidP="00813672">
            <w:pPr>
              <w:pStyle w:val="TableParagraph"/>
              <w:spacing w:before="6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соблюдением орфоэпических и интонационных норм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5E419D9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Пересказ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третьего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AC07EC3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5CBCC17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Проверочная работа по итогам изученного раздела: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 начитанности и сформированности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читательских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661729D" w14:textId="77777777" w:rsidR="00E3438A" w:rsidRDefault="00E3438A" w:rsidP="00813672">
            <w:pPr>
              <w:pStyle w:val="TableParagraph"/>
              <w:spacing w:before="3" w:line="266" w:lineRule="auto"/>
              <w:ind w:left="78" w:right="35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группе: выбор книги по теме «О детях»,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представление самостоятельно прочитанного </w:t>
            </w:r>
            <w:r>
              <w:rPr>
                <w:w w:val="105"/>
                <w:sz w:val="15"/>
              </w:rPr>
              <w:t>произведения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 книги с использованием аппарата издания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(обложка, оглавление, аннотация, предисловие,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сноски,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примечания)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376A5DC" w14:textId="77777777" w:rsidR="00E3438A" w:rsidRDefault="00E3438A" w:rsidP="00813672">
            <w:pPr>
              <w:pStyle w:val="TableParagraph"/>
              <w:spacing w:before="3" w:line="266" w:lineRule="auto"/>
              <w:ind w:left="78" w:right="1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рассказа-рассуждения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детях;</w:t>
            </w:r>
          </w:p>
        </w:tc>
        <w:tc>
          <w:tcPr>
            <w:tcW w:w="1080" w:type="dxa"/>
          </w:tcPr>
          <w:p w14:paraId="59C5C4EF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1320E0C4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87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88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89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90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91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6F5B6DCE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92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93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94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2190774B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4B9AEBB0" w14:textId="77777777" w:rsidR="00E3438A" w:rsidRPr="00E3438A" w:rsidRDefault="00E3438A" w:rsidP="00E3438A">
      <w:pPr>
        <w:rPr>
          <w:sz w:val="15"/>
          <w:lang w:val="ru-RU"/>
        </w:rPr>
        <w:sectPr w:rsidR="00E3438A" w:rsidRPr="00E3438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514639C5" w14:textId="77777777" w:rsidTr="00813672">
        <w:trPr>
          <w:trHeight w:val="4559"/>
        </w:trPr>
        <w:tc>
          <w:tcPr>
            <w:tcW w:w="468" w:type="dxa"/>
          </w:tcPr>
          <w:p w14:paraId="1150ABA9" w14:textId="77777777" w:rsidR="00E3438A" w:rsidRDefault="00E3438A" w:rsidP="00813672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1.12.</w:t>
            </w:r>
          </w:p>
        </w:tc>
        <w:tc>
          <w:tcPr>
            <w:tcW w:w="1657" w:type="dxa"/>
          </w:tcPr>
          <w:p w14:paraId="5ED63B60" w14:textId="77777777" w:rsidR="00E3438A" w:rsidRDefault="00E3438A" w:rsidP="00813672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Пьеса</w:t>
            </w:r>
          </w:p>
        </w:tc>
        <w:tc>
          <w:tcPr>
            <w:tcW w:w="528" w:type="dxa"/>
          </w:tcPr>
          <w:p w14:paraId="5BB0A891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233FA296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5B4D1B26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14:paraId="381765A9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06.03.2023</w:t>
            </w:r>
          </w:p>
          <w:p w14:paraId="74A3CA99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4250" w:type="dxa"/>
          </w:tcPr>
          <w:p w14:paraId="4AA0575A" w14:textId="77777777" w:rsidR="00E3438A" w:rsidRDefault="00E3438A" w:rsidP="00813672">
            <w:pPr>
              <w:pStyle w:val="TableParagraph"/>
              <w:spacing w:before="64" w:line="266" w:lineRule="auto"/>
              <w:ind w:left="78" w:right="488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(молча)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Маршак«Двенадцать</w:t>
            </w:r>
            <w:proofErr w:type="spellEnd"/>
            <w:r>
              <w:rPr>
                <w:w w:val="105"/>
                <w:sz w:val="15"/>
              </w:rPr>
              <w:t xml:space="preserve"> месяцев», Е. Л. Шварц «Красная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Шапочка»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(одна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443F6A2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Ориентировка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ремарка,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реплика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E595DA6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анализ действующих лиц,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проблемы: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является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действующим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лицом,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ответ </w:t>
            </w:r>
            <w:proofErr w:type="spellStart"/>
            <w:r>
              <w:rPr>
                <w:w w:val="105"/>
                <w:sz w:val="15"/>
              </w:rPr>
              <w:t>навопрос</w:t>
            </w:r>
            <w:proofErr w:type="spellEnd"/>
            <w:r>
              <w:rPr>
                <w:w w:val="105"/>
                <w:sz w:val="15"/>
              </w:rPr>
              <w:t xml:space="preserve"> «Почему в тексте приводятся авторские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замечания(ремарки),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каково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назначение?»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56A7702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анализ и обсуждение драматического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(пьесы)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(сказки)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 и различий, диалог как текст пьесы, возможность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постановки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театральной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сцене;</w:t>
            </w:r>
          </w:p>
          <w:p w14:paraId="60644910" w14:textId="77777777" w:rsidR="00E3438A" w:rsidRDefault="00E3438A" w:rsidP="00813672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253D3A4" w14:textId="77777777" w:rsidR="00E3438A" w:rsidRDefault="00E3438A" w:rsidP="00813672">
            <w:pPr>
              <w:pStyle w:val="TableParagraph"/>
              <w:spacing w:before="19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 (совместная деятельность): готовим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спектакль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ролей,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подготовка ответов на вопросы «С какой интонацией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говорят герои?», «Какая мимика и какие жесты нужны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сцене?»,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инсценированию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Экскурсия в театр (при наличии условий) и просмотр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детскогоспектакля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4EAF279" w14:textId="77777777" w:rsidR="00E3438A" w:rsidRDefault="00E3438A" w:rsidP="00813672">
            <w:pPr>
              <w:pStyle w:val="TableParagraph"/>
              <w:spacing w:before="5" w:line="266" w:lineRule="auto"/>
              <w:ind w:left="78" w:right="6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Дифференцированная работа: создание </w:t>
            </w:r>
            <w:r>
              <w:rPr>
                <w:w w:val="105"/>
                <w:sz w:val="15"/>
              </w:rPr>
              <w:t>(рисование)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афишиспектакля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14:paraId="2464F922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50B64A6B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95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96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97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98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99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7C51C621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100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01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02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682AE954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  <w:tr w:rsidR="00E3438A" w:rsidRPr="00680736" w14:paraId="4E572F03" w14:textId="77777777" w:rsidTr="00813672">
        <w:trPr>
          <w:trHeight w:val="4559"/>
        </w:trPr>
        <w:tc>
          <w:tcPr>
            <w:tcW w:w="468" w:type="dxa"/>
          </w:tcPr>
          <w:p w14:paraId="0E2316E2" w14:textId="77777777" w:rsidR="00E3438A" w:rsidRDefault="00E3438A" w:rsidP="00813672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1.13.</w:t>
            </w:r>
          </w:p>
        </w:tc>
        <w:tc>
          <w:tcPr>
            <w:tcW w:w="1657" w:type="dxa"/>
          </w:tcPr>
          <w:p w14:paraId="7331872F" w14:textId="77777777" w:rsidR="00E3438A" w:rsidRDefault="00E3438A" w:rsidP="00813672">
            <w:pPr>
              <w:pStyle w:val="TableParagraph"/>
              <w:spacing w:before="64" w:line="266" w:lineRule="auto"/>
              <w:ind w:left="76" w:right="30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Юмористические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</w:p>
        </w:tc>
        <w:tc>
          <w:tcPr>
            <w:tcW w:w="528" w:type="dxa"/>
          </w:tcPr>
          <w:p w14:paraId="4E1C00EC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235C387A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23EF5286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14:paraId="2F3DACFB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14.03.2023</w:t>
            </w:r>
          </w:p>
          <w:p w14:paraId="6C21EBE7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22.03.2023</w:t>
            </w:r>
          </w:p>
        </w:tc>
        <w:tc>
          <w:tcPr>
            <w:tcW w:w="4250" w:type="dxa"/>
          </w:tcPr>
          <w:p w14:paraId="6C63EB23" w14:textId="77777777" w:rsidR="00E3438A" w:rsidRDefault="00E3438A" w:rsidP="00813672">
            <w:pPr>
              <w:pStyle w:val="TableParagraph"/>
              <w:spacing w:before="64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Разговор перед чтением: обсуждение проблемного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вопроса«Какой</w:t>
            </w:r>
            <w:proofErr w:type="spellEnd"/>
            <w:r>
              <w:rPr>
                <w:w w:val="105"/>
                <w:sz w:val="15"/>
              </w:rPr>
              <w:t xml:space="preserve"> текст является юмористическим?»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Слушание и чтение художественных произведений,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оценкаэмоционального</w:t>
            </w:r>
            <w:proofErr w:type="spellEnd"/>
            <w:r>
              <w:rPr>
                <w:w w:val="105"/>
                <w:sz w:val="15"/>
              </w:rPr>
              <w:t xml:space="preserve"> состояния при восприятии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юмористическогопроизведения</w:t>
            </w:r>
            <w:proofErr w:type="spellEnd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вызывает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сюжетрассказа</w:t>
            </w:r>
            <w:proofErr w:type="spellEnd"/>
            <w:r>
              <w:rPr>
                <w:w w:val="105"/>
                <w:sz w:val="15"/>
              </w:rPr>
              <w:t>?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Почему?»;</w:t>
            </w:r>
          </w:p>
          <w:p w14:paraId="50407F0C" w14:textId="77777777" w:rsidR="00E3438A" w:rsidRDefault="00E3438A" w:rsidP="00813672">
            <w:pPr>
              <w:pStyle w:val="TableParagraph"/>
              <w:spacing w:before="4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Рассказы В. Ю. Драгунского «</w:t>
            </w:r>
            <w:proofErr w:type="spellStart"/>
            <w:r>
              <w:rPr>
                <w:w w:val="105"/>
                <w:sz w:val="15"/>
              </w:rPr>
              <w:t>Главныереки</w:t>
            </w:r>
            <w:proofErr w:type="spellEnd"/>
            <w:r>
              <w:rPr>
                <w:w w:val="105"/>
                <w:sz w:val="15"/>
              </w:rPr>
              <w:t>», В.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Голявкина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«Никакой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горчицы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ел»,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Зощенко</w:t>
            </w:r>
          </w:p>
          <w:p w14:paraId="5556C766" w14:textId="77777777" w:rsidR="00E3438A" w:rsidRDefault="00E3438A" w:rsidP="00813672">
            <w:pPr>
              <w:pStyle w:val="TableParagraph"/>
              <w:spacing w:before="1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«Ёлка»,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врать»,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«Метро»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D2C7E4D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произведения: составление портретной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 персонажей с приведением примеров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EF63F8B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отражающей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комичность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7F07CCE" w14:textId="77777777" w:rsidR="00E3438A" w:rsidRDefault="00E3438A" w:rsidP="00813672">
            <w:pPr>
              <w:pStyle w:val="TableParagraph"/>
              <w:spacing w:before="2" w:line="266" w:lineRule="auto"/>
              <w:ind w:left="78" w:right="19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Дифференцированная работа: придумывание </w:t>
            </w:r>
            <w:r>
              <w:rPr>
                <w:w w:val="105"/>
                <w:sz w:val="15"/>
              </w:rPr>
              <w:t>продолжения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FF0C55A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Проверочная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раздела: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 начитанности и сформированности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специальных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читательских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2CFD15A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Проверка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14:paraId="299F6AB9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63CE0CF4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103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04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05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06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07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72D3CCFF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108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09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10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426C431B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01B35585" w14:textId="77777777" w:rsidR="00E3438A" w:rsidRPr="004E472B" w:rsidRDefault="00E3438A" w:rsidP="00E3438A">
      <w:pPr>
        <w:rPr>
          <w:sz w:val="15"/>
          <w:lang w:val="ru-RU"/>
        </w:rPr>
        <w:sectPr w:rsidR="00E3438A" w:rsidRPr="004E472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574E84AE" w14:textId="77777777" w:rsidTr="00813672">
        <w:trPr>
          <w:trHeight w:val="7249"/>
        </w:trPr>
        <w:tc>
          <w:tcPr>
            <w:tcW w:w="468" w:type="dxa"/>
          </w:tcPr>
          <w:p w14:paraId="57E4711C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1.14.</w:t>
            </w:r>
          </w:p>
        </w:tc>
        <w:tc>
          <w:tcPr>
            <w:tcW w:w="1657" w:type="dxa"/>
          </w:tcPr>
          <w:p w14:paraId="71D415F0" w14:textId="77777777" w:rsidR="00E3438A" w:rsidRDefault="00E3438A" w:rsidP="00813672">
            <w:pPr>
              <w:pStyle w:val="TableParagraph"/>
              <w:spacing w:before="64" w:line="266" w:lineRule="auto"/>
              <w:ind w:left="76" w:right="71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</w:p>
        </w:tc>
        <w:tc>
          <w:tcPr>
            <w:tcW w:w="528" w:type="dxa"/>
          </w:tcPr>
          <w:p w14:paraId="705A9610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14:paraId="5E3BEA02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3B8D34DB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4" w:type="dxa"/>
          </w:tcPr>
          <w:p w14:paraId="33317F24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23.03.2023</w:t>
            </w:r>
          </w:p>
          <w:p w14:paraId="0CE749CB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12.04.2023</w:t>
            </w:r>
          </w:p>
        </w:tc>
        <w:tc>
          <w:tcPr>
            <w:tcW w:w="4250" w:type="dxa"/>
          </w:tcPr>
          <w:p w14:paraId="2006AFB0" w14:textId="77777777" w:rsidR="00E3438A" w:rsidRDefault="00E3438A" w:rsidP="00813672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Разговор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 «На какой вопрос хочу получить ответ, читая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произведение?»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B8EBC98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Чтение литературных сказок зарубежных писателей (по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братья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Гримм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«Белоснежка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гномов»,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Перро «Спящая красавица», Х.-К. Андерсен «Дикие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лебеди»,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«Русалочка»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DE5DBE6" w14:textId="77777777" w:rsidR="00E3438A" w:rsidRDefault="00E3438A" w:rsidP="00813672">
            <w:pPr>
              <w:pStyle w:val="TableParagraph"/>
              <w:spacing w:before="3" w:line="266" w:lineRule="auto"/>
              <w:ind w:left="78" w:right="60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 (характеристика героя):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описания героя, определение взаимосвязи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контрасту,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631E7BD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39407C3" w14:textId="77777777" w:rsidR="00E3438A" w:rsidRDefault="00E3438A" w:rsidP="00813672">
            <w:pPr>
              <w:pStyle w:val="TableParagraph"/>
              <w:spacing w:before="2" w:line="266" w:lineRule="auto"/>
              <w:ind w:left="78" w:right="90"/>
              <w:rPr>
                <w:sz w:val="15"/>
              </w:rPr>
            </w:pPr>
            <w:r>
              <w:rPr>
                <w:w w:val="105"/>
                <w:sz w:val="15"/>
              </w:rPr>
              <w:t>Анализ сюжета сказки: определение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 восстановление нарушенной последовательности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 нахождение в тексте заданного эпизода,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цитатного плана текста с выделением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0FAB655" w14:textId="77777777" w:rsidR="00E3438A" w:rsidRDefault="00E3438A" w:rsidP="00813672">
            <w:pPr>
              <w:pStyle w:val="TableParagraph"/>
              <w:spacing w:before="4" w:line="266" w:lineRule="auto"/>
              <w:ind w:left="78" w:right="1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D31A355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(устно)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453E685" w14:textId="77777777" w:rsidR="00E3438A" w:rsidRDefault="00E3438A" w:rsidP="00813672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приключенческой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Дж.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Свифт</w:t>
            </w:r>
          </w:p>
          <w:p w14:paraId="41BF52DC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«Путешествие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Гулливера»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(отрывки),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Твен</w:t>
            </w:r>
          </w:p>
          <w:p w14:paraId="63DA93E4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«Приключения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Сойера»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(отрывки)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3688717" w14:textId="77777777" w:rsidR="00E3438A" w:rsidRDefault="00E3438A" w:rsidP="00813672">
            <w:pPr>
              <w:pStyle w:val="TableParagraph"/>
              <w:spacing w:before="19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 произведения (характеристика героя):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описания героя, определение взаимосвязи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поступками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контрасту,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C136175" w14:textId="77777777" w:rsidR="00E3438A" w:rsidRDefault="00E3438A" w:rsidP="00813672">
            <w:pPr>
              <w:pStyle w:val="TableParagraph"/>
              <w:spacing w:before="3" w:line="266" w:lineRule="auto"/>
              <w:ind w:left="78" w:right="167"/>
              <w:rPr>
                <w:sz w:val="15"/>
              </w:rPr>
            </w:pPr>
            <w:r>
              <w:rPr>
                <w:w w:val="105"/>
                <w:sz w:val="15"/>
              </w:rPr>
              <w:t>Поиск дополнительной справочной информации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зарубежных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писателях: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Дж.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Свифт,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Твен,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Кэрролл,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 своего сообщения в классе, составление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 книг зарубежных сказок, книг о животных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 книги для самостоятельного чтения с учётом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рекомендательного списка, написание аннотации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произведению;</w:t>
            </w:r>
          </w:p>
        </w:tc>
        <w:tc>
          <w:tcPr>
            <w:tcW w:w="1080" w:type="dxa"/>
          </w:tcPr>
          <w:p w14:paraId="3E8EB91E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0460983B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111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12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13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14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15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08BCCB3B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116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17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18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4DCD47F6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</w:tbl>
    <w:p w14:paraId="7A44D8A8" w14:textId="77777777" w:rsidR="00E3438A" w:rsidRPr="004E472B" w:rsidRDefault="00E3438A" w:rsidP="00E3438A">
      <w:pPr>
        <w:rPr>
          <w:sz w:val="15"/>
          <w:lang w:val="ru-RU"/>
        </w:rPr>
        <w:sectPr w:rsidR="00E3438A" w:rsidRPr="004E472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57"/>
        <w:gridCol w:w="528"/>
        <w:gridCol w:w="1104"/>
        <w:gridCol w:w="1140"/>
        <w:gridCol w:w="864"/>
        <w:gridCol w:w="4250"/>
        <w:gridCol w:w="1080"/>
        <w:gridCol w:w="4406"/>
      </w:tblGrid>
      <w:tr w:rsidR="00E3438A" w:rsidRPr="00680736" w14:paraId="6B2A1A20" w14:textId="77777777" w:rsidTr="00813672">
        <w:trPr>
          <w:trHeight w:val="4751"/>
        </w:trPr>
        <w:tc>
          <w:tcPr>
            <w:tcW w:w="468" w:type="dxa"/>
          </w:tcPr>
          <w:p w14:paraId="3E388FE1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1.15.</w:t>
            </w:r>
          </w:p>
        </w:tc>
        <w:tc>
          <w:tcPr>
            <w:tcW w:w="1657" w:type="dxa"/>
          </w:tcPr>
          <w:p w14:paraId="1AF4857B" w14:textId="77777777" w:rsidR="00E3438A" w:rsidRDefault="00E3438A" w:rsidP="00813672">
            <w:pPr>
              <w:pStyle w:val="TableParagraph"/>
              <w:spacing w:before="64" w:line="266" w:lineRule="auto"/>
              <w:ind w:left="76" w:right="11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Библиографическая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 (работа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детской книгой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справочной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литературой</w:t>
            </w:r>
          </w:p>
        </w:tc>
        <w:tc>
          <w:tcPr>
            <w:tcW w:w="528" w:type="dxa"/>
          </w:tcPr>
          <w:p w14:paraId="31B171E3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14:paraId="7F6ADFC3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421734ED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64" w:type="dxa"/>
          </w:tcPr>
          <w:p w14:paraId="0F562FF5" w14:textId="77777777" w:rsidR="00E3438A" w:rsidRDefault="00E3438A" w:rsidP="00813672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  <w:p w14:paraId="787A84E5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25.04.2023</w:t>
            </w:r>
          </w:p>
        </w:tc>
        <w:tc>
          <w:tcPr>
            <w:tcW w:w="4250" w:type="dxa"/>
          </w:tcPr>
          <w:p w14:paraId="0F493C8E" w14:textId="77777777" w:rsidR="00E3438A" w:rsidRDefault="00E3438A" w:rsidP="00813672">
            <w:pPr>
              <w:pStyle w:val="TableParagraph"/>
              <w:spacing w:before="64" w:line="266" w:lineRule="auto"/>
              <w:ind w:left="78" w:right="198"/>
              <w:rPr>
                <w:sz w:val="15"/>
              </w:rPr>
            </w:pPr>
            <w:r>
              <w:rPr>
                <w:w w:val="105"/>
                <w:sz w:val="15"/>
              </w:rPr>
              <w:t>Экскурсия в школьную или ближайшую детскую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библиотеку: тема экскурсии «Зачем нужны книги»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очерков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«Книга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ваш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учитель»,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Бороздина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«Первый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космосе»,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</w:p>
          <w:p w14:paraId="07A4D4B4" w14:textId="77777777" w:rsidR="00E3438A" w:rsidRDefault="00E3438A" w:rsidP="00813672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Соколова-Микитова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«Родина»,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«Картины-сказки»</w:t>
            </w:r>
          </w:p>
          <w:p w14:paraId="5980AAF2" w14:textId="77777777" w:rsidR="00E3438A" w:rsidRDefault="00E3438A" w:rsidP="00813672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14:paraId="382AF08A" w14:textId="77777777" w:rsidR="00E3438A" w:rsidRDefault="00E3438A" w:rsidP="00813672">
            <w:pPr>
              <w:pStyle w:val="TableParagraph"/>
              <w:spacing w:before="19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«чтение»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схематическом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заполнение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25AA3D0" w14:textId="77777777" w:rsidR="00E3438A" w:rsidRDefault="00E3438A" w:rsidP="00813672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Проверочная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раздела: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 начитанности и сформированности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специальных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читательских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A4B5FEB" w14:textId="77777777" w:rsidR="00E3438A" w:rsidRDefault="00E3438A" w:rsidP="00813672">
            <w:pPr>
              <w:pStyle w:val="TableParagraph"/>
              <w:spacing w:before="2" w:line="266" w:lineRule="auto"/>
              <w:ind w:left="78" w:right="180"/>
              <w:rPr>
                <w:sz w:val="15"/>
              </w:rPr>
            </w:pPr>
            <w:r>
              <w:rPr>
                <w:w w:val="105"/>
                <w:sz w:val="15"/>
              </w:rPr>
              <w:t>Проверка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8AB8FCA" w14:textId="77777777" w:rsidR="00E3438A" w:rsidRDefault="00E3438A" w:rsidP="00813672">
            <w:pPr>
              <w:pStyle w:val="TableParagraph"/>
              <w:spacing w:before="2" w:line="266" w:lineRule="auto"/>
              <w:ind w:left="78" w:right="151"/>
              <w:rPr>
                <w:sz w:val="15"/>
              </w:rPr>
            </w:pPr>
            <w:r>
              <w:rPr>
                <w:w w:val="105"/>
                <w:sz w:val="15"/>
              </w:rPr>
              <w:t>Упражнения в выразительном чтении стихотворных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прозаических произведений с соблюдением </w:t>
            </w:r>
            <w:r>
              <w:rPr>
                <w:w w:val="105"/>
                <w:sz w:val="15"/>
              </w:rPr>
              <w:t>орфоэпических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78B814EB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Поиск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справочной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различными периодическими изданиями: газетами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журналами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детей;</w:t>
            </w:r>
          </w:p>
          <w:p w14:paraId="490761B9" w14:textId="77777777" w:rsidR="00E3438A" w:rsidRDefault="00E3438A" w:rsidP="00813672">
            <w:pPr>
              <w:pStyle w:val="TableParagraph"/>
              <w:spacing w:before="2" w:line="266" w:lineRule="auto"/>
              <w:ind w:left="78" w:right="98"/>
              <w:rPr>
                <w:sz w:val="15"/>
              </w:rPr>
            </w:pPr>
            <w:r>
              <w:rPr>
                <w:w w:val="105"/>
                <w:sz w:val="15"/>
              </w:rPr>
              <w:t>Составление аннотации (письменно) на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произведение Коллективная работа: подготовка </w:t>
            </w:r>
            <w:r>
              <w:rPr>
                <w:w w:val="105"/>
                <w:sz w:val="15"/>
              </w:rPr>
              <w:t>творческого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темы«Русские</w:t>
            </w:r>
            <w:proofErr w:type="spell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произведения»,</w:t>
            </w:r>
          </w:p>
          <w:p w14:paraId="3B3CD4D8" w14:textId="77777777" w:rsidR="00E3438A" w:rsidRDefault="00E3438A" w:rsidP="00813672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«Сказки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литературные»,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«Картины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поэтов»,«Моя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080" w:type="dxa"/>
          </w:tcPr>
          <w:p w14:paraId="27BE25C2" w14:textId="77777777" w:rsidR="00E3438A" w:rsidRDefault="00E3438A" w:rsidP="00813672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406" w:type="dxa"/>
          </w:tcPr>
          <w:p w14:paraId="44BB3B4C" w14:textId="77777777" w:rsidR="00E3438A" w:rsidRDefault="00680736" w:rsidP="00813672">
            <w:pPr>
              <w:pStyle w:val="TableParagraph"/>
              <w:spacing w:before="64" w:line="266" w:lineRule="auto"/>
              <w:ind w:left="79" w:right="2060"/>
              <w:rPr>
                <w:sz w:val="15"/>
              </w:rPr>
            </w:pPr>
            <w:hyperlink r:id="rId119">
              <w:r w:rsidR="00E3438A">
                <w:rPr>
                  <w:w w:val="105"/>
                  <w:sz w:val="15"/>
                </w:rPr>
                <w:t>http://nsc.1september.ru/urok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20">
              <w:r w:rsidR="00E3438A">
                <w:rPr>
                  <w:spacing w:val="-1"/>
                  <w:w w:val="105"/>
                  <w:sz w:val="15"/>
                </w:rPr>
                <w:t>http://nsportal.ru/nachalnaya-shkola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21">
              <w:r w:rsidR="00E3438A">
                <w:rPr>
                  <w:w w:val="105"/>
                  <w:sz w:val="15"/>
                </w:rPr>
                <w:t>http://festival.1september.ru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22">
              <w:r w:rsidR="00E3438A">
                <w:rPr>
                  <w:w w:val="105"/>
                  <w:sz w:val="15"/>
                </w:rPr>
                <w:t>http://nachalka.com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23">
              <w:r w:rsidR="00E3438A">
                <w:rPr>
                  <w:w w:val="105"/>
                  <w:sz w:val="15"/>
                </w:rPr>
                <w:t>http://rusedu.net</w:t>
              </w:r>
            </w:hyperlink>
          </w:p>
          <w:p w14:paraId="5DDEB8CF" w14:textId="77777777" w:rsidR="00E3438A" w:rsidRDefault="00680736" w:rsidP="00813672">
            <w:pPr>
              <w:pStyle w:val="TableParagraph"/>
              <w:spacing w:before="4" w:line="266" w:lineRule="auto"/>
              <w:ind w:left="79" w:right="2025"/>
              <w:rPr>
                <w:sz w:val="15"/>
              </w:rPr>
            </w:pPr>
            <w:hyperlink r:id="rId124">
              <w:r w:rsidR="00E3438A">
                <w:rPr>
                  <w:w w:val="105"/>
                  <w:sz w:val="15"/>
                </w:rPr>
                <w:t>http://pedsovet.su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hyperlink r:id="rId125">
              <w:r w:rsidR="00E3438A">
                <w:rPr>
                  <w:spacing w:val="-1"/>
                  <w:w w:val="105"/>
                  <w:sz w:val="15"/>
                </w:rPr>
                <w:t>http://www.nachalka.com/biblioteka</w:t>
              </w:r>
            </w:hyperlink>
            <w:r w:rsidR="00E3438A">
              <w:rPr>
                <w:spacing w:val="-37"/>
                <w:w w:val="105"/>
                <w:sz w:val="15"/>
              </w:rPr>
              <w:t xml:space="preserve"> </w:t>
            </w:r>
            <w:hyperlink r:id="rId126">
              <w:r w:rsidR="00E3438A">
                <w:rPr>
                  <w:w w:val="105"/>
                  <w:sz w:val="15"/>
                </w:rPr>
                <w:t>http://www.uroki.net</w:t>
              </w:r>
            </w:hyperlink>
            <w:r w:rsidR="00E3438A">
              <w:rPr>
                <w:spacing w:val="1"/>
                <w:w w:val="105"/>
                <w:sz w:val="15"/>
              </w:rPr>
              <w:t xml:space="preserve"> </w:t>
            </w:r>
            <w:r w:rsidR="00E3438A">
              <w:rPr>
                <w:w w:val="105"/>
                <w:sz w:val="15"/>
              </w:rPr>
              <w:t>https://uchi.ru/teachers/lk</w:t>
            </w:r>
          </w:p>
          <w:p w14:paraId="4464D41C" w14:textId="77777777" w:rsidR="00E3438A" w:rsidRDefault="00E3438A" w:rsidP="0081367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https://education.yandex.ru/lab/classes/603681/library/mathematics/</w:t>
            </w:r>
          </w:p>
        </w:tc>
      </w:tr>
      <w:tr w:rsidR="00E3438A" w14:paraId="411492DA" w14:textId="77777777" w:rsidTr="00813672">
        <w:trPr>
          <w:trHeight w:val="333"/>
        </w:trPr>
        <w:tc>
          <w:tcPr>
            <w:tcW w:w="2125" w:type="dxa"/>
            <w:gridSpan w:val="2"/>
          </w:tcPr>
          <w:p w14:paraId="4939234D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14:paraId="300C2D8C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2844" w:type="dxa"/>
            <w:gridSpan w:val="6"/>
          </w:tcPr>
          <w:p w14:paraId="5E3C0EE7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</w:tr>
      <w:tr w:rsidR="00E3438A" w14:paraId="29526A91" w14:textId="77777777" w:rsidTr="00813672">
        <w:trPr>
          <w:trHeight w:val="525"/>
        </w:trPr>
        <w:tc>
          <w:tcPr>
            <w:tcW w:w="2125" w:type="dxa"/>
            <w:gridSpan w:val="2"/>
          </w:tcPr>
          <w:p w14:paraId="4D52945B" w14:textId="77777777" w:rsidR="00E3438A" w:rsidRDefault="00E3438A" w:rsidP="00813672">
            <w:pPr>
              <w:pStyle w:val="TableParagraph"/>
              <w:spacing w:before="64" w:line="266" w:lineRule="auto"/>
              <w:ind w:left="76" w:right="212"/>
              <w:rPr>
                <w:sz w:val="15"/>
              </w:rPr>
            </w:pPr>
            <w:r>
              <w:rPr>
                <w:w w:val="105"/>
                <w:sz w:val="15"/>
              </w:rPr>
              <w:t>ОБЩЕЕ 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741234C2" w14:textId="77777777" w:rsidR="00E3438A" w:rsidRDefault="00E3438A" w:rsidP="0081367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136</w:t>
            </w:r>
          </w:p>
        </w:tc>
        <w:tc>
          <w:tcPr>
            <w:tcW w:w="1104" w:type="dxa"/>
          </w:tcPr>
          <w:p w14:paraId="797EDE2D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40" w:type="dxa"/>
          </w:tcPr>
          <w:p w14:paraId="131E4D2D" w14:textId="77777777" w:rsidR="00E3438A" w:rsidRDefault="00E3438A" w:rsidP="00813672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114</w:t>
            </w:r>
          </w:p>
        </w:tc>
        <w:tc>
          <w:tcPr>
            <w:tcW w:w="10600" w:type="dxa"/>
            <w:gridSpan w:val="4"/>
          </w:tcPr>
          <w:p w14:paraId="0C836F53" w14:textId="77777777" w:rsidR="00E3438A" w:rsidRDefault="00E3438A" w:rsidP="00813672">
            <w:pPr>
              <w:pStyle w:val="TableParagraph"/>
              <w:rPr>
                <w:sz w:val="14"/>
              </w:rPr>
            </w:pPr>
          </w:p>
        </w:tc>
      </w:tr>
    </w:tbl>
    <w:p w14:paraId="59CF04FB" w14:textId="77777777" w:rsidR="005F3439" w:rsidRDefault="005F3439">
      <w:pPr>
        <w:sectPr w:rsidR="005F3439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88E8E86" w14:textId="77777777" w:rsidR="005F3439" w:rsidRDefault="005F3439">
      <w:pPr>
        <w:autoSpaceDE w:val="0"/>
        <w:autoSpaceDN w:val="0"/>
        <w:spacing w:after="78" w:line="220" w:lineRule="exact"/>
      </w:pPr>
    </w:p>
    <w:p w14:paraId="6FFE9453" w14:textId="77777777" w:rsidR="005F3439" w:rsidRPr="00182978" w:rsidRDefault="002D7DF6">
      <w:pPr>
        <w:autoSpaceDE w:val="0"/>
        <w:autoSpaceDN w:val="0"/>
        <w:spacing w:after="0" w:line="230" w:lineRule="auto"/>
        <w:rPr>
          <w:lang w:val="ru-RU"/>
        </w:rPr>
      </w:pPr>
      <w:r w:rsidRPr="0018297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148D38B4" w14:textId="77777777" w:rsidR="00182978" w:rsidRDefault="002D7DF6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8297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</w:p>
    <w:p w14:paraId="08C5114F" w14:textId="77777777" w:rsidR="00182978" w:rsidRPr="00182978" w:rsidRDefault="00182978" w:rsidP="00182978">
      <w:pPr>
        <w:pStyle w:val="af"/>
        <w:spacing w:before="157" w:line="292" w:lineRule="auto"/>
        <w:ind w:left="106" w:right="489"/>
        <w:rPr>
          <w:lang w:val="ru-RU"/>
        </w:rPr>
      </w:pPr>
      <w:r w:rsidRPr="00182978">
        <w:rPr>
          <w:lang w:val="ru-RU"/>
        </w:rPr>
        <w:t>Климанова Л.Ф., Горецкий В.Г., Голованова М.В. и другие, Литературное чтение (в 2 частях).</w:t>
      </w:r>
      <w:r w:rsidRPr="00182978">
        <w:rPr>
          <w:spacing w:val="-58"/>
          <w:lang w:val="ru-RU"/>
        </w:rPr>
        <w:t xml:space="preserve"> </w:t>
      </w:r>
      <w:r w:rsidRPr="00182978">
        <w:rPr>
          <w:lang w:val="ru-RU"/>
        </w:rPr>
        <w:t>Учебник.</w:t>
      </w:r>
      <w:r w:rsidRPr="00182978">
        <w:rPr>
          <w:spacing w:val="-1"/>
          <w:lang w:val="ru-RU"/>
        </w:rPr>
        <w:t xml:space="preserve"> </w:t>
      </w:r>
      <w:r w:rsidRPr="00182978">
        <w:rPr>
          <w:lang w:val="ru-RU"/>
        </w:rPr>
        <w:t>4</w:t>
      </w:r>
      <w:r w:rsidRPr="00182978">
        <w:rPr>
          <w:spacing w:val="-1"/>
          <w:lang w:val="ru-RU"/>
        </w:rPr>
        <w:t xml:space="preserve"> </w:t>
      </w:r>
      <w:r w:rsidRPr="00182978">
        <w:rPr>
          <w:lang w:val="ru-RU"/>
        </w:rPr>
        <w:t>класс.</w:t>
      </w:r>
      <w:r w:rsidRPr="00182978">
        <w:rPr>
          <w:spacing w:val="-1"/>
          <w:lang w:val="ru-RU"/>
        </w:rPr>
        <w:t xml:space="preserve"> </w:t>
      </w:r>
      <w:r w:rsidRPr="00182978">
        <w:rPr>
          <w:lang w:val="ru-RU"/>
        </w:rPr>
        <w:t>Акционерное</w:t>
      </w:r>
      <w:r w:rsidRPr="00182978">
        <w:rPr>
          <w:spacing w:val="-1"/>
          <w:lang w:val="ru-RU"/>
        </w:rPr>
        <w:t xml:space="preserve"> </w:t>
      </w:r>
      <w:r w:rsidRPr="00182978">
        <w:rPr>
          <w:lang w:val="ru-RU"/>
        </w:rPr>
        <w:t>общество</w:t>
      </w:r>
      <w:r w:rsidRPr="00182978">
        <w:rPr>
          <w:spacing w:val="-1"/>
          <w:lang w:val="ru-RU"/>
        </w:rPr>
        <w:t xml:space="preserve"> </w:t>
      </w:r>
      <w:r w:rsidRPr="00182978">
        <w:rPr>
          <w:lang w:val="ru-RU"/>
        </w:rPr>
        <w:t>«Издательство</w:t>
      </w:r>
      <w:r w:rsidRPr="00182978">
        <w:rPr>
          <w:spacing w:val="-1"/>
          <w:lang w:val="ru-RU"/>
        </w:rPr>
        <w:t xml:space="preserve"> </w:t>
      </w:r>
      <w:r w:rsidRPr="00182978">
        <w:rPr>
          <w:lang w:val="ru-RU"/>
        </w:rPr>
        <w:t>«Просвещение»;</w:t>
      </w:r>
    </w:p>
    <w:p w14:paraId="0B35B4DB" w14:textId="77777777" w:rsidR="00182978" w:rsidRDefault="002D7DF6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82978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182978">
        <w:rPr>
          <w:lang w:val="ru-RU"/>
        </w:rPr>
        <w:br/>
      </w:r>
      <w:r w:rsidRPr="0018297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</w:p>
    <w:p w14:paraId="2667EF08" w14:textId="77777777" w:rsidR="00182978" w:rsidRPr="00182978" w:rsidRDefault="00182978" w:rsidP="00182978">
      <w:pPr>
        <w:pStyle w:val="af"/>
        <w:spacing w:before="156"/>
        <w:ind w:left="106"/>
        <w:rPr>
          <w:lang w:val="ru-RU"/>
        </w:rPr>
      </w:pPr>
      <w:r w:rsidRPr="00182978">
        <w:rPr>
          <w:lang w:val="ru-RU"/>
        </w:rPr>
        <w:t>Методическое</w:t>
      </w:r>
      <w:r w:rsidRPr="00182978">
        <w:rPr>
          <w:spacing w:val="-5"/>
          <w:lang w:val="ru-RU"/>
        </w:rPr>
        <w:t xml:space="preserve"> </w:t>
      </w:r>
      <w:r w:rsidRPr="00182978">
        <w:rPr>
          <w:lang w:val="ru-RU"/>
        </w:rPr>
        <w:t>пособие</w:t>
      </w:r>
    </w:p>
    <w:p w14:paraId="7C49C598" w14:textId="77777777" w:rsidR="005F3439" w:rsidRDefault="002D7DF6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82978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352E4132" w14:textId="77777777" w:rsidR="00182978" w:rsidRPr="00182978" w:rsidRDefault="00680736" w:rsidP="00182978">
      <w:pPr>
        <w:pStyle w:val="af"/>
        <w:spacing w:before="156" w:line="292" w:lineRule="auto"/>
        <w:ind w:left="106" w:right="6713"/>
        <w:rPr>
          <w:lang w:val="ru-RU"/>
        </w:rPr>
      </w:pPr>
      <w:hyperlink r:id="rId127">
        <w:r w:rsidR="00182978">
          <w:t>http</w:t>
        </w:r>
        <w:r w:rsidR="00182978" w:rsidRPr="00182978">
          <w:rPr>
            <w:lang w:val="ru-RU"/>
          </w:rPr>
          <w:t>://</w:t>
        </w:r>
        <w:r w:rsidR="00182978">
          <w:t>nsc</w:t>
        </w:r>
        <w:r w:rsidR="00182978" w:rsidRPr="00182978">
          <w:rPr>
            <w:lang w:val="ru-RU"/>
          </w:rPr>
          <w:t>.1</w:t>
        </w:r>
        <w:r w:rsidR="00182978">
          <w:t>september</w:t>
        </w:r>
        <w:r w:rsidR="00182978" w:rsidRPr="00182978">
          <w:rPr>
            <w:lang w:val="ru-RU"/>
          </w:rPr>
          <w:t>.</w:t>
        </w:r>
        <w:r w:rsidR="00182978">
          <w:t>ru</w:t>
        </w:r>
        <w:r w:rsidR="00182978" w:rsidRPr="00182978">
          <w:rPr>
            <w:lang w:val="ru-RU"/>
          </w:rPr>
          <w:t>/</w:t>
        </w:r>
        <w:r w:rsidR="00182978">
          <w:t>urok</w:t>
        </w:r>
      </w:hyperlink>
      <w:r w:rsidR="00182978" w:rsidRPr="00182978">
        <w:rPr>
          <w:spacing w:val="1"/>
          <w:lang w:val="ru-RU"/>
        </w:rPr>
        <w:t xml:space="preserve"> </w:t>
      </w:r>
      <w:hyperlink r:id="rId128">
        <w:r w:rsidR="00182978">
          <w:rPr>
            <w:spacing w:val="-1"/>
          </w:rPr>
          <w:t>http</w:t>
        </w:r>
        <w:r w:rsidR="00182978" w:rsidRPr="00182978">
          <w:rPr>
            <w:spacing w:val="-1"/>
            <w:lang w:val="ru-RU"/>
          </w:rPr>
          <w:t>://</w:t>
        </w:r>
        <w:r w:rsidR="00182978">
          <w:rPr>
            <w:spacing w:val="-1"/>
          </w:rPr>
          <w:t>nsportal</w:t>
        </w:r>
        <w:r w:rsidR="00182978" w:rsidRPr="00182978">
          <w:rPr>
            <w:spacing w:val="-1"/>
            <w:lang w:val="ru-RU"/>
          </w:rPr>
          <w:t>.</w:t>
        </w:r>
        <w:r w:rsidR="00182978">
          <w:rPr>
            <w:spacing w:val="-1"/>
          </w:rPr>
          <w:t>ru</w:t>
        </w:r>
        <w:r w:rsidR="00182978" w:rsidRPr="00182978">
          <w:rPr>
            <w:spacing w:val="-1"/>
            <w:lang w:val="ru-RU"/>
          </w:rPr>
          <w:t>/</w:t>
        </w:r>
        <w:r w:rsidR="00182978">
          <w:rPr>
            <w:spacing w:val="-1"/>
          </w:rPr>
          <w:t>nachalnaya</w:t>
        </w:r>
        <w:r w:rsidR="00182978" w:rsidRPr="00182978">
          <w:rPr>
            <w:spacing w:val="-1"/>
            <w:lang w:val="ru-RU"/>
          </w:rPr>
          <w:t>-</w:t>
        </w:r>
        <w:r w:rsidR="00182978">
          <w:rPr>
            <w:spacing w:val="-1"/>
          </w:rPr>
          <w:t>shkola</w:t>
        </w:r>
      </w:hyperlink>
      <w:r w:rsidR="00182978" w:rsidRPr="00182978">
        <w:rPr>
          <w:spacing w:val="-57"/>
          <w:lang w:val="ru-RU"/>
        </w:rPr>
        <w:t xml:space="preserve"> </w:t>
      </w:r>
      <w:hyperlink r:id="rId129">
        <w:r w:rsidR="00182978">
          <w:t>http</w:t>
        </w:r>
        <w:r w:rsidR="00182978" w:rsidRPr="00182978">
          <w:rPr>
            <w:lang w:val="ru-RU"/>
          </w:rPr>
          <w:t>://</w:t>
        </w:r>
        <w:r w:rsidR="00182978">
          <w:t>festival</w:t>
        </w:r>
        <w:r w:rsidR="00182978" w:rsidRPr="00182978">
          <w:rPr>
            <w:lang w:val="ru-RU"/>
          </w:rPr>
          <w:t>.1</w:t>
        </w:r>
        <w:r w:rsidR="00182978">
          <w:t>september</w:t>
        </w:r>
        <w:r w:rsidR="00182978" w:rsidRPr="00182978">
          <w:rPr>
            <w:lang w:val="ru-RU"/>
          </w:rPr>
          <w:t>.</w:t>
        </w:r>
        <w:r w:rsidR="00182978">
          <w:t>ru</w:t>
        </w:r>
      </w:hyperlink>
      <w:r w:rsidR="00182978" w:rsidRPr="00182978">
        <w:rPr>
          <w:spacing w:val="1"/>
          <w:lang w:val="ru-RU"/>
        </w:rPr>
        <w:t xml:space="preserve"> </w:t>
      </w:r>
      <w:hyperlink r:id="rId130">
        <w:r w:rsidR="00182978">
          <w:t>http</w:t>
        </w:r>
        <w:r w:rsidR="00182978" w:rsidRPr="00182978">
          <w:rPr>
            <w:lang w:val="ru-RU"/>
          </w:rPr>
          <w:t>://</w:t>
        </w:r>
        <w:r w:rsidR="00182978">
          <w:t>nachalka</w:t>
        </w:r>
        <w:r w:rsidR="00182978" w:rsidRPr="00182978">
          <w:rPr>
            <w:lang w:val="ru-RU"/>
          </w:rPr>
          <w:t>.</w:t>
        </w:r>
        <w:r w:rsidR="00182978">
          <w:t>com</w:t>
        </w:r>
      </w:hyperlink>
      <w:r w:rsidR="00182978" w:rsidRPr="00182978">
        <w:rPr>
          <w:spacing w:val="1"/>
          <w:lang w:val="ru-RU"/>
        </w:rPr>
        <w:t xml:space="preserve"> </w:t>
      </w:r>
      <w:hyperlink r:id="rId131">
        <w:r w:rsidR="00182978">
          <w:t>http</w:t>
        </w:r>
        <w:r w:rsidR="00182978" w:rsidRPr="00182978">
          <w:rPr>
            <w:lang w:val="ru-RU"/>
          </w:rPr>
          <w:t>://</w:t>
        </w:r>
        <w:proofErr w:type="spellStart"/>
        <w:r w:rsidR="00182978">
          <w:t>rusedu</w:t>
        </w:r>
        <w:proofErr w:type="spellEnd"/>
        <w:r w:rsidR="00182978" w:rsidRPr="00182978">
          <w:rPr>
            <w:lang w:val="ru-RU"/>
          </w:rPr>
          <w:t>.</w:t>
        </w:r>
        <w:r w:rsidR="00182978">
          <w:t>net</w:t>
        </w:r>
      </w:hyperlink>
    </w:p>
    <w:p w14:paraId="4A87E112" w14:textId="77777777" w:rsidR="00182978" w:rsidRPr="00182978" w:rsidRDefault="00680736" w:rsidP="00182978">
      <w:pPr>
        <w:pStyle w:val="af"/>
        <w:spacing w:line="292" w:lineRule="auto"/>
        <w:ind w:left="106" w:right="5734"/>
        <w:rPr>
          <w:lang w:val="ru-RU"/>
        </w:rPr>
      </w:pPr>
      <w:hyperlink r:id="rId132">
        <w:r w:rsidR="00182978">
          <w:t>http</w:t>
        </w:r>
        <w:r w:rsidR="00182978" w:rsidRPr="00182978">
          <w:rPr>
            <w:lang w:val="ru-RU"/>
          </w:rPr>
          <w:t>://</w:t>
        </w:r>
        <w:r w:rsidR="00182978">
          <w:t>pedsovet</w:t>
        </w:r>
        <w:r w:rsidR="00182978" w:rsidRPr="00182978">
          <w:rPr>
            <w:lang w:val="ru-RU"/>
          </w:rPr>
          <w:t>.</w:t>
        </w:r>
        <w:r w:rsidR="00182978">
          <w:t>su</w:t>
        </w:r>
      </w:hyperlink>
      <w:r w:rsidR="00182978" w:rsidRPr="00182978">
        <w:rPr>
          <w:spacing w:val="1"/>
          <w:lang w:val="ru-RU"/>
        </w:rPr>
        <w:t xml:space="preserve"> </w:t>
      </w:r>
      <w:hyperlink r:id="rId133">
        <w:r w:rsidR="00182978">
          <w:rPr>
            <w:spacing w:val="-1"/>
          </w:rPr>
          <w:t>http</w:t>
        </w:r>
        <w:r w:rsidR="00182978" w:rsidRPr="00182978">
          <w:rPr>
            <w:spacing w:val="-1"/>
            <w:lang w:val="ru-RU"/>
          </w:rPr>
          <w:t>://</w:t>
        </w:r>
        <w:r w:rsidR="00182978">
          <w:rPr>
            <w:spacing w:val="-1"/>
          </w:rPr>
          <w:t>www</w:t>
        </w:r>
        <w:r w:rsidR="00182978" w:rsidRPr="00182978">
          <w:rPr>
            <w:spacing w:val="-1"/>
            <w:lang w:val="ru-RU"/>
          </w:rPr>
          <w:t>.</w:t>
        </w:r>
        <w:r w:rsidR="00182978">
          <w:rPr>
            <w:spacing w:val="-1"/>
          </w:rPr>
          <w:t>nachalka</w:t>
        </w:r>
        <w:r w:rsidR="00182978" w:rsidRPr="00182978">
          <w:rPr>
            <w:spacing w:val="-1"/>
            <w:lang w:val="ru-RU"/>
          </w:rPr>
          <w:t>.</w:t>
        </w:r>
        <w:r w:rsidR="00182978">
          <w:rPr>
            <w:spacing w:val="-1"/>
          </w:rPr>
          <w:t>com</w:t>
        </w:r>
        <w:r w:rsidR="00182978" w:rsidRPr="00182978">
          <w:rPr>
            <w:spacing w:val="-1"/>
            <w:lang w:val="ru-RU"/>
          </w:rPr>
          <w:t>/</w:t>
        </w:r>
        <w:r w:rsidR="00182978">
          <w:rPr>
            <w:spacing w:val="-1"/>
          </w:rPr>
          <w:t>biblioteka</w:t>
        </w:r>
      </w:hyperlink>
      <w:r w:rsidR="00182978" w:rsidRPr="00182978">
        <w:rPr>
          <w:spacing w:val="-57"/>
          <w:lang w:val="ru-RU"/>
        </w:rPr>
        <w:t xml:space="preserve"> </w:t>
      </w:r>
      <w:hyperlink r:id="rId134">
        <w:r w:rsidR="00182978">
          <w:t>http</w:t>
        </w:r>
        <w:r w:rsidR="00182978" w:rsidRPr="00182978">
          <w:rPr>
            <w:lang w:val="ru-RU"/>
          </w:rPr>
          <w:t>://</w:t>
        </w:r>
        <w:r w:rsidR="00182978">
          <w:t>www</w:t>
        </w:r>
        <w:r w:rsidR="00182978" w:rsidRPr="00182978">
          <w:rPr>
            <w:lang w:val="ru-RU"/>
          </w:rPr>
          <w:t>.</w:t>
        </w:r>
        <w:r w:rsidR="00182978">
          <w:t>uroki</w:t>
        </w:r>
        <w:r w:rsidR="00182978" w:rsidRPr="00182978">
          <w:rPr>
            <w:lang w:val="ru-RU"/>
          </w:rPr>
          <w:t>.</w:t>
        </w:r>
        <w:r w:rsidR="00182978">
          <w:t>net</w:t>
        </w:r>
      </w:hyperlink>
      <w:r w:rsidR="00182978" w:rsidRPr="00182978">
        <w:rPr>
          <w:spacing w:val="1"/>
          <w:lang w:val="ru-RU"/>
        </w:rPr>
        <w:t xml:space="preserve"> </w:t>
      </w:r>
      <w:r w:rsidR="00182978">
        <w:t>https</w:t>
      </w:r>
      <w:r w:rsidR="00182978" w:rsidRPr="00182978">
        <w:rPr>
          <w:lang w:val="ru-RU"/>
        </w:rPr>
        <w:t>://</w:t>
      </w:r>
      <w:proofErr w:type="spellStart"/>
      <w:r w:rsidR="00182978">
        <w:t>uchi</w:t>
      </w:r>
      <w:proofErr w:type="spellEnd"/>
      <w:r w:rsidR="00182978" w:rsidRPr="00182978">
        <w:rPr>
          <w:lang w:val="ru-RU"/>
        </w:rPr>
        <w:t>.</w:t>
      </w:r>
      <w:proofErr w:type="spellStart"/>
      <w:r w:rsidR="00182978">
        <w:t>ru</w:t>
      </w:r>
      <w:proofErr w:type="spellEnd"/>
      <w:r w:rsidR="00182978" w:rsidRPr="00182978">
        <w:rPr>
          <w:lang w:val="ru-RU"/>
        </w:rPr>
        <w:t>/</w:t>
      </w:r>
      <w:r w:rsidR="00182978">
        <w:t>teachers</w:t>
      </w:r>
      <w:r w:rsidR="00182978" w:rsidRPr="00182978">
        <w:rPr>
          <w:lang w:val="ru-RU"/>
        </w:rPr>
        <w:t>/</w:t>
      </w:r>
      <w:proofErr w:type="spellStart"/>
      <w:r w:rsidR="00182978">
        <w:t>lk</w:t>
      </w:r>
      <w:proofErr w:type="spellEnd"/>
    </w:p>
    <w:p w14:paraId="59D25B6F" w14:textId="77777777" w:rsidR="00182978" w:rsidRPr="00182978" w:rsidRDefault="00182978" w:rsidP="00182978">
      <w:pPr>
        <w:pStyle w:val="af"/>
        <w:spacing w:line="274" w:lineRule="exact"/>
        <w:ind w:left="106"/>
        <w:rPr>
          <w:lang w:val="ru-RU"/>
        </w:rPr>
      </w:pPr>
      <w:r>
        <w:t>https</w:t>
      </w:r>
      <w:r w:rsidRPr="00182978">
        <w:rPr>
          <w:lang w:val="ru-RU"/>
        </w:rPr>
        <w:t>://</w:t>
      </w:r>
      <w:r>
        <w:t>education</w:t>
      </w:r>
      <w:r w:rsidRPr="00182978">
        <w:rPr>
          <w:lang w:val="ru-RU"/>
        </w:rPr>
        <w:t>.</w:t>
      </w:r>
      <w:proofErr w:type="spellStart"/>
      <w:r>
        <w:t>yandex</w:t>
      </w:r>
      <w:proofErr w:type="spellEnd"/>
      <w:r w:rsidRPr="00182978">
        <w:rPr>
          <w:lang w:val="ru-RU"/>
        </w:rPr>
        <w:t>.</w:t>
      </w:r>
      <w:proofErr w:type="spellStart"/>
      <w:r>
        <w:t>ru</w:t>
      </w:r>
      <w:proofErr w:type="spellEnd"/>
      <w:r w:rsidRPr="00182978">
        <w:rPr>
          <w:lang w:val="ru-RU"/>
        </w:rPr>
        <w:t>/</w:t>
      </w:r>
      <w:r>
        <w:t>lab</w:t>
      </w:r>
      <w:r w:rsidRPr="00182978">
        <w:rPr>
          <w:lang w:val="ru-RU"/>
        </w:rPr>
        <w:t>/</w:t>
      </w:r>
      <w:r>
        <w:t>classes</w:t>
      </w:r>
      <w:r w:rsidRPr="00182978">
        <w:rPr>
          <w:lang w:val="ru-RU"/>
        </w:rPr>
        <w:t>/603681/</w:t>
      </w:r>
      <w:r>
        <w:t>library</w:t>
      </w:r>
      <w:r w:rsidRPr="00182978">
        <w:rPr>
          <w:lang w:val="ru-RU"/>
        </w:rPr>
        <w:t>/</w:t>
      </w:r>
      <w:r>
        <w:t>mathematics</w:t>
      </w:r>
      <w:r w:rsidRPr="00182978">
        <w:rPr>
          <w:lang w:val="ru-RU"/>
        </w:rPr>
        <w:t>/</w:t>
      </w:r>
    </w:p>
    <w:p w14:paraId="760AA0BD" w14:textId="77777777" w:rsidR="00182978" w:rsidRPr="00182978" w:rsidRDefault="00182978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</w:p>
    <w:p w14:paraId="10C576B0" w14:textId="77777777" w:rsidR="005F3439" w:rsidRPr="00182978" w:rsidRDefault="005F3439">
      <w:pPr>
        <w:rPr>
          <w:lang w:val="ru-RU"/>
        </w:rPr>
        <w:sectPr w:rsidR="005F3439" w:rsidRPr="0018297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266F384" w14:textId="77777777" w:rsidR="005F3439" w:rsidRPr="00182978" w:rsidRDefault="005F3439">
      <w:pPr>
        <w:autoSpaceDE w:val="0"/>
        <w:autoSpaceDN w:val="0"/>
        <w:spacing w:after="78" w:line="220" w:lineRule="exact"/>
        <w:rPr>
          <w:lang w:val="ru-RU"/>
        </w:rPr>
      </w:pPr>
    </w:p>
    <w:p w14:paraId="4298BD8F" w14:textId="77777777" w:rsidR="005F3439" w:rsidRPr="00182978" w:rsidRDefault="002D7DF6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18297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182978">
        <w:rPr>
          <w:lang w:val="ru-RU"/>
        </w:rPr>
        <w:br/>
      </w:r>
      <w:proofErr w:type="spellStart"/>
      <w:r w:rsidRPr="00182978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18297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ЛАБОРАТОРНЫХ, ПРАКТИЧЕСКИХ РАБОТ, ДЕМОНСТРАЦИЙ</w:t>
      </w:r>
    </w:p>
    <w:p w14:paraId="78ACF00A" w14:textId="77777777" w:rsidR="005F3439" w:rsidRPr="00182978" w:rsidRDefault="005F3439">
      <w:pPr>
        <w:rPr>
          <w:lang w:val="ru-RU"/>
        </w:rPr>
        <w:sectPr w:rsidR="005F3439" w:rsidRPr="0018297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D819F5A" w14:textId="77777777" w:rsidR="002D7DF6" w:rsidRPr="00182978" w:rsidRDefault="002D7DF6">
      <w:pPr>
        <w:rPr>
          <w:lang w:val="ru-RU"/>
        </w:rPr>
      </w:pPr>
    </w:p>
    <w:sectPr w:rsidR="002D7DF6" w:rsidRPr="00182978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BA6498B"/>
    <w:multiLevelType w:val="hybridMultilevel"/>
    <w:tmpl w:val="5AE80E82"/>
    <w:lvl w:ilvl="0" w:tplc="1290749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A0A7F4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E958632A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9E3E1B62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F3F6EDA2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02C0ECDE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901A9CEE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FCD625FC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BFE676BC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82978"/>
    <w:rsid w:val="0029639D"/>
    <w:rsid w:val="002D7DF6"/>
    <w:rsid w:val="00320039"/>
    <w:rsid w:val="00326F90"/>
    <w:rsid w:val="004E472B"/>
    <w:rsid w:val="005F3439"/>
    <w:rsid w:val="00680736"/>
    <w:rsid w:val="00AA1D8D"/>
    <w:rsid w:val="00B47730"/>
    <w:rsid w:val="00CB0664"/>
    <w:rsid w:val="00E3438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A279D2"/>
  <w14:defaultImageDpi w14:val="300"/>
  <w15:docId w15:val="{EBD2F869-0289-42E4-8F42-578629D4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E3438A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E343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nachalka.com/biblioteka" TargetMode="External"/><Relationship Id="rId21" Type="http://schemas.openxmlformats.org/officeDocument/2006/relationships/hyperlink" Target="http://www.nachalka.com/biblioteka" TargetMode="External"/><Relationship Id="rId42" Type="http://schemas.openxmlformats.org/officeDocument/2006/relationships/hyperlink" Target="http://nachalka.com/" TargetMode="External"/><Relationship Id="rId63" Type="http://schemas.openxmlformats.org/officeDocument/2006/relationships/hyperlink" Target="http://nsc.1september.ru/urok" TargetMode="External"/><Relationship Id="rId84" Type="http://schemas.openxmlformats.org/officeDocument/2006/relationships/hyperlink" Target="http://pedsovet.su/" TargetMode="External"/><Relationship Id="rId16" Type="http://schemas.openxmlformats.org/officeDocument/2006/relationships/hyperlink" Target="http://nsportal.ru/nachalnaya-shkola" TargetMode="External"/><Relationship Id="rId107" Type="http://schemas.openxmlformats.org/officeDocument/2006/relationships/hyperlink" Target="http://rusedu.net/" TargetMode="External"/><Relationship Id="rId11" Type="http://schemas.openxmlformats.org/officeDocument/2006/relationships/hyperlink" Target="http://rusedu.net/" TargetMode="External"/><Relationship Id="rId32" Type="http://schemas.openxmlformats.org/officeDocument/2006/relationships/hyperlink" Target="http://nsportal.ru/nachalnaya-shkola" TargetMode="External"/><Relationship Id="rId37" Type="http://schemas.openxmlformats.org/officeDocument/2006/relationships/hyperlink" Target="http://www.nachalka.com/biblioteka" TargetMode="External"/><Relationship Id="rId53" Type="http://schemas.openxmlformats.org/officeDocument/2006/relationships/hyperlink" Target="http://www.nachalka.com/biblioteka" TargetMode="External"/><Relationship Id="rId58" Type="http://schemas.openxmlformats.org/officeDocument/2006/relationships/hyperlink" Target="http://nachalka.com/" TargetMode="External"/><Relationship Id="rId74" Type="http://schemas.openxmlformats.org/officeDocument/2006/relationships/hyperlink" Target="http://nachalka.com/" TargetMode="External"/><Relationship Id="rId79" Type="http://schemas.openxmlformats.org/officeDocument/2006/relationships/hyperlink" Target="http://nsc.1september.ru/urok" TargetMode="External"/><Relationship Id="rId102" Type="http://schemas.openxmlformats.org/officeDocument/2006/relationships/hyperlink" Target="http://www.uroki.net/" TargetMode="External"/><Relationship Id="rId123" Type="http://schemas.openxmlformats.org/officeDocument/2006/relationships/hyperlink" Target="http://rusedu.net/" TargetMode="External"/><Relationship Id="rId128" Type="http://schemas.openxmlformats.org/officeDocument/2006/relationships/hyperlink" Target="http://nsportal.ru/nachalnaya-shkol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nachalka.com/" TargetMode="External"/><Relationship Id="rId95" Type="http://schemas.openxmlformats.org/officeDocument/2006/relationships/hyperlink" Target="http://nsc.1september.ru/urok" TargetMode="External"/><Relationship Id="rId22" Type="http://schemas.openxmlformats.org/officeDocument/2006/relationships/hyperlink" Target="http://www.uroki.net/" TargetMode="External"/><Relationship Id="rId27" Type="http://schemas.openxmlformats.org/officeDocument/2006/relationships/hyperlink" Target="http://rusedu.net/" TargetMode="External"/><Relationship Id="rId43" Type="http://schemas.openxmlformats.org/officeDocument/2006/relationships/hyperlink" Target="http://rusedu.net/" TargetMode="External"/><Relationship Id="rId48" Type="http://schemas.openxmlformats.org/officeDocument/2006/relationships/hyperlink" Target="http://nsportal.ru/nachalnaya-shkola" TargetMode="External"/><Relationship Id="rId64" Type="http://schemas.openxmlformats.org/officeDocument/2006/relationships/hyperlink" Target="http://nsportal.ru/nachalnaya-shkola" TargetMode="External"/><Relationship Id="rId69" Type="http://schemas.openxmlformats.org/officeDocument/2006/relationships/hyperlink" Target="http://www.nachalka.com/biblioteka" TargetMode="External"/><Relationship Id="rId113" Type="http://schemas.openxmlformats.org/officeDocument/2006/relationships/hyperlink" Target="http://festival.1september.ru/" TargetMode="External"/><Relationship Id="rId118" Type="http://schemas.openxmlformats.org/officeDocument/2006/relationships/hyperlink" Target="http://www.uroki.net/" TargetMode="External"/><Relationship Id="rId134" Type="http://schemas.openxmlformats.org/officeDocument/2006/relationships/hyperlink" Target="http://www.uroki.net/" TargetMode="External"/><Relationship Id="rId80" Type="http://schemas.openxmlformats.org/officeDocument/2006/relationships/hyperlink" Target="http://nsportal.ru/nachalnaya-shkola" TargetMode="External"/><Relationship Id="rId85" Type="http://schemas.openxmlformats.org/officeDocument/2006/relationships/hyperlink" Target="http://www.nachalka.com/biblioteka" TargetMode="External"/><Relationship Id="rId12" Type="http://schemas.openxmlformats.org/officeDocument/2006/relationships/hyperlink" Target="http://pedsovet.su/" TargetMode="External"/><Relationship Id="rId17" Type="http://schemas.openxmlformats.org/officeDocument/2006/relationships/hyperlink" Target="http://festival.1september.ru/" TargetMode="External"/><Relationship Id="rId33" Type="http://schemas.openxmlformats.org/officeDocument/2006/relationships/hyperlink" Target="http://festival.1september.ru/" TargetMode="External"/><Relationship Id="rId38" Type="http://schemas.openxmlformats.org/officeDocument/2006/relationships/hyperlink" Target="http://www.uroki.net/" TargetMode="External"/><Relationship Id="rId59" Type="http://schemas.openxmlformats.org/officeDocument/2006/relationships/hyperlink" Target="http://rusedu.net/" TargetMode="External"/><Relationship Id="rId103" Type="http://schemas.openxmlformats.org/officeDocument/2006/relationships/hyperlink" Target="http://nsc.1september.ru/urok" TargetMode="External"/><Relationship Id="rId108" Type="http://schemas.openxmlformats.org/officeDocument/2006/relationships/hyperlink" Target="http://pedsovet.su/" TargetMode="External"/><Relationship Id="rId124" Type="http://schemas.openxmlformats.org/officeDocument/2006/relationships/hyperlink" Target="http://pedsovet.su/" TargetMode="External"/><Relationship Id="rId129" Type="http://schemas.openxmlformats.org/officeDocument/2006/relationships/hyperlink" Target="http://festival.1september.ru/" TargetMode="External"/><Relationship Id="rId54" Type="http://schemas.openxmlformats.org/officeDocument/2006/relationships/hyperlink" Target="http://www.uroki.net/" TargetMode="External"/><Relationship Id="rId70" Type="http://schemas.openxmlformats.org/officeDocument/2006/relationships/hyperlink" Target="http://www.uroki.net/" TargetMode="External"/><Relationship Id="rId75" Type="http://schemas.openxmlformats.org/officeDocument/2006/relationships/hyperlink" Target="http://rusedu.net/" TargetMode="External"/><Relationship Id="rId91" Type="http://schemas.openxmlformats.org/officeDocument/2006/relationships/hyperlink" Target="http://rusedu.net/" TargetMode="External"/><Relationship Id="rId96" Type="http://schemas.openxmlformats.org/officeDocument/2006/relationships/hyperlink" Target="http://nsportal.ru/nachalnaya-shkol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://nsc.1september.ru/urok" TargetMode="External"/><Relationship Id="rId28" Type="http://schemas.openxmlformats.org/officeDocument/2006/relationships/hyperlink" Target="http://pedsovet.su/" TargetMode="External"/><Relationship Id="rId49" Type="http://schemas.openxmlformats.org/officeDocument/2006/relationships/hyperlink" Target="http://festival.1september.ru/" TargetMode="External"/><Relationship Id="rId114" Type="http://schemas.openxmlformats.org/officeDocument/2006/relationships/hyperlink" Target="http://nachalka.com/" TargetMode="External"/><Relationship Id="rId119" Type="http://schemas.openxmlformats.org/officeDocument/2006/relationships/hyperlink" Target="http://nsc.1september.ru/urok" TargetMode="External"/><Relationship Id="rId44" Type="http://schemas.openxmlformats.org/officeDocument/2006/relationships/hyperlink" Target="http://pedsovet.su/" TargetMode="External"/><Relationship Id="rId60" Type="http://schemas.openxmlformats.org/officeDocument/2006/relationships/hyperlink" Target="http://pedsovet.su/" TargetMode="External"/><Relationship Id="rId65" Type="http://schemas.openxmlformats.org/officeDocument/2006/relationships/hyperlink" Target="http://festival.1september.ru/" TargetMode="External"/><Relationship Id="rId81" Type="http://schemas.openxmlformats.org/officeDocument/2006/relationships/hyperlink" Target="http://festival.1september.ru/" TargetMode="External"/><Relationship Id="rId86" Type="http://schemas.openxmlformats.org/officeDocument/2006/relationships/hyperlink" Target="http://www.uroki.net/" TargetMode="External"/><Relationship Id="rId130" Type="http://schemas.openxmlformats.org/officeDocument/2006/relationships/hyperlink" Target="http://nachalka.com/" TargetMode="External"/><Relationship Id="rId135" Type="http://schemas.openxmlformats.org/officeDocument/2006/relationships/fontTable" Target="fontTable.xml"/><Relationship Id="rId13" Type="http://schemas.openxmlformats.org/officeDocument/2006/relationships/hyperlink" Target="http://www.nachalka.com/biblioteka" TargetMode="External"/><Relationship Id="rId18" Type="http://schemas.openxmlformats.org/officeDocument/2006/relationships/hyperlink" Target="http://nachalka.com/" TargetMode="External"/><Relationship Id="rId39" Type="http://schemas.openxmlformats.org/officeDocument/2006/relationships/hyperlink" Target="http://nsc.1september.ru/urok" TargetMode="External"/><Relationship Id="rId109" Type="http://schemas.openxmlformats.org/officeDocument/2006/relationships/hyperlink" Target="http://www.nachalka.com/biblioteka" TargetMode="External"/><Relationship Id="rId34" Type="http://schemas.openxmlformats.org/officeDocument/2006/relationships/hyperlink" Target="http://nachalka.com/" TargetMode="External"/><Relationship Id="rId50" Type="http://schemas.openxmlformats.org/officeDocument/2006/relationships/hyperlink" Target="http://nachalka.com/" TargetMode="External"/><Relationship Id="rId55" Type="http://schemas.openxmlformats.org/officeDocument/2006/relationships/hyperlink" Target="http://nsc.1september.ru/urok" TargetMode="External"/><Relationship Id="rId76" Type="http://schemas.openxmlformats.org/officeDocument/2006/relationships/hyperlink" Target="http://pedsovet.su/" TargetMode="External"/><Relationship Id="rId97" Type="http://schemas.openxmlformats.org/officeDocument/2006/relationships/hyperlink" Target="http://festival.1september.ru/" TargetMode="External"/><Relationship Id="rId104" Type="http://schemas.openxmlformats.org/officeDocument/2006/relationships/hyperlink" Target="http://nsportal.ru/nachalnaya-shkola" TargetMode="External"/><Relationship Id="rId120" Type="http://schemas.openxmlformats.org/officeDocument/2006/relationships/hyperlink" Target="http://nsportal.ru/nachalnaya-shkola" TargetMode="External"/><Relationship Id="rId125" Type="http://schemas.openxmlformats.org/officeDocument/2006/relationships/hyperlink" Target="http://www.nachalka.com/biblioteka" TargetMode="External"/><Relationship Id="rId7" Type="http://schemas.openxmlformats.org/officeDocument/2006/relationships/hyperlink" Target="http://nsc.1september.ru/urok" TargetMode="External"/><Relationship Id="rId71" Type="http://schemas.openxmlformats.org/officeDocument/2006/relationships/hyperlink" Target="http://nsc.1september.ru/urok" TargetMode="External"/><Relationship Id="rId92" Type="http://schemas.openxmlformats.org/officeDocument/2006/relationships/hyperlink" Target="http://pedsovet.s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nachalka.com/biblioteka" TargetMode="External"/><Relationship Id="rId24" Type="http://schemas.openxmlformats.org/officeDocument/2006/relationships/hyperlink" Target="http://nsportal.ru/nachalnaya-shkola" TargetMode="External"/><Relationship Id="rId40" Type="http://schemas.openxmlformats.org/officeDocument/2006/relationships/hyperlink" Target="http://nsportal.ru/nachalnaya-shkola" TargetMode="External"/><Relationship Id="rId45" Type="http://schemas.openxmlformats.org/officeDocument/2006/relationships/hyperlink" Target="http://www.nachalka.com/biblioteka" TargetMode="External"/><Relationship Id="rId66" Type="http://schemas.openxmlformats.org/officeDocument/2006/relationships/hyperlink" Target="http://nachalka.com/" TargetMode="External"/><Relationship Id="rId87" Type="http://schemas.openxmlformats.org/officeDocument/2006/relationships/hyperlink" Target="http://nsc.1september.ru/urok" TargetMode="External"/><Relationship Id="rId110" Type="http://schemas.openxmlformats.org/officeDocument/2006/relationships/hyperlink" Target="http://www.uroki.net/" TargetMode="External"/><Relationship Id="rId115" Type="http://schemas.openxmlformats.org/officeDocument/2006/relationships/hyperlink" Target="http://rusedu.net/" TargetMode="External"/><Relationship Id="rId131" Type="http://schemas.openxmlformats.org/officeDocument/2006/relationships/hyperlink" Target="http://rusedu.net/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://www.nachalka.com/biblioteka" TargetMode="External"/><Relationship Id="rId82" Type="http://schemas.openxmlformats.org/officeDocument/2006/relationships/hyperlink" Target="http://nachalka.com/" TargetMode="External"/><Relationship Id="rId19" Type="http://schemas.openxmlformats.org/officeDocument/2006/relationships/hyperlink" Target="http://rusedu.net/" TargetMode="External"/><Relationship Id="rId14" Type="http://schemas.openxmlformats.org/officeDocument/2006/relationships/hyperlink" Target="http://www.uroki.net/" TargetMode="External"/><Relationship Id="rId30" Type="http://schemas.openxmlformats.org/officeDocument/2006/relationships/hyperlink" Target="http://www.uroki.net/" TargetMode="External"/><Relationship Id="rId35" Type="http://schemas.openxmlformats.org/officeDocument/2006/relationships/hyperlink" Target="http://rusedu.net/" TargetMode="External"/><Relationship Id="rId56" Type="http://schemas.openxmlformats.org/officeDocument/2006/relationships/hyperlink" Target="http://nsportal.ru/nachalnaya-shkola" TargetMode="External"/><Relationship Id="rId77" Type="http://schemas.openxmlformats.org/officeDocument/2006/relationships/hyperlink" Target="http://www.nachalka.com/biblioteka" TargetMode="External"/><Relationship Id="rId100" Type="http://schemas.openxmlformats.org/officeDocument/2006/relationships/hyperlink" Target="http://pedsovet.su/" TargetMode="External"/><Relationship Id="rId105" Type="http://schemas.openxmlformats.org/officeDocument/2006/relationships/hyperlink" Target="http://festival.1september.ru/" TargetMode="External"/><Relationship Id="rId126" Type="http://schemas.openxmlformats.org/officeDocument/2006/relationships/hyperlink" Target="http://www.uroki.net/" TargetMode="External"/><Relationship Id="rId8" Type="http://schemas.openxmlformats.org/officeDocument/2006/relationships/hyperlink" Target="http://nsportal.ru/nachalnaya-shkola" TargetMode="External"/><Relationship Id="rId51" Type="http://schemas.openxmlformats.org/officeDocument/2006/relationships/hyperlink" Target="http://rusedu.net/" TargetMode="External"/><Relationship Id="rId72" Type="http://schemas.openxmlformats.org/officeDocument/2006/relationships/hyperlink" Target="http://nsportal.ru/nachalnaya-shkola" TargetMode="External"/><Relationship Id="rId93" Type="http://schemas.openxmlformats.org/officeDocument/2006/relationships/hyperlink" Target="http://www.nachalka.com/biblioteka" TargetMode="External"/><Relationship Id="rId98" Type="http://schemas.openxmlformats.org/officeDocument/2006/relationships/hyperlink" Target="http://nachalka.com/" TargetMode="External"/><Relationship Id="rId121" Type="http://schemas.openxmlformats.org/officeDocument/2006/relationships/hyperlink" Target="http://festival.1september.ru/" TargetMode="External"/><Relationship Id="rId3" Type="http://schemas.openxmlformats.org/officeDocument/2006/relationships/styles" Target="styles.xml"/><Relationship Id="rId25" Type="http://schemas.openxmlformats.org/officeDocument/2006/relationships/hyperlink" Target="http://festival.1september.ru/" TargetMode="External"/><Relationship Id="rId46" Type="http://schemas.openxmlformats.org/officeDocument/2006/relationships/hyperlink" Target="http://www.uroki.net/" TargetMode="External"/><Relationship Id="rId67" Type="http://schemas.openxmlformats.org/officeDocument/2006/relationships/hyperlink" Target="http://rusedu.net/" TargetMode="External"/><Relationship Id="rId116" Type="http://schemas.openxmlformats.org/officeDocument/2006/relationships/hyperlink" Target="http://pedsovet.su/" TargetMode="External"/><Relationship Id="rId20" Type="http://schemas.openxmlformats.org/officeDocument/2006/relationships/hyperlink" Target="http://pedsovet.su/" TargetMode="External"/><Relationship Id="rId41" Type="http://schemas.openxmlformats.org/officeDocument/2006/relationships/hyperlink" Target="http://festival.1september.ru/" TargetMode="External"/><Relationship Id="rId62" Type="http://schemas.openxmlformats.org/officeDocument/2006/relationships/hyperlink" Target="http://www.uroki.net/" TargetMode="External"/><Relationship Id="rId83" Type="http://schemas.openxmlformats.org/officeDocument/2006/relationships/hyperlink" Target="http://rusedu.net/" TargetMode="External"/><Relationship Id="rId88" Type="http://schemas.openxmlformats.org/officeDocument/2006/relationships/hyperlink" Target="http://nsportal.ru/nachalnaya-shkola" TargetMode="External"/><Relationship Id="rId111" Type="http://schemas.openxmlformats.org/officeDocument/2006/relationships/hyperlink" Target="http://nsc.1september.ru/urok" TargetMode="External"/><Relationship Id="rId132" Type="http://schemas.openxmlformats.org/officeDocument/2006/relationships/hyperlink" Target="http://pedsovet.su/" TargetMode="External"/><Relationship Id="rId15" Type="http://schemas.openxmlformats.org/officeDocument/2006/relationships/hyperlink" Target="http://nsc.1september.ru/urok" TargetMode="External"/><Relationship Id="rId36" Type="http://schemas.openxmlformats.org/officeDocument/2006/relationships/hyperlink" Target="http://pedsovet.su/" TargetMode="External"/><Relationship Id="rId57" Type="http://schemas.openxmlformats.org/officeDocument/2006/relationships/hyperlink" Target="http://festival.1september.ru/" TargetMode="External"/><Relationship Id="rId106" Type="http://schemas.openxmlformats.org/officeDocument/2006/relationships/hyperlink" Target="http://nachalka.com/" TargetMode="External"/><Relationship Id="rId127" Type="http://schemas.openxmlformats.org/officeDocument/2006/relationships/hyperlink" Target="http://nsc.1september.ru/urok" TargetMode="External"/><Relationship Id="rId10" Type="http://schemas.openxmlformats.org/officeDocument/2006/relationships/hyperlink" Target="http://nachalka.com/" TargetMode="External"/><Relationship Id="rId31" Type="http://schemas.openxmlformats.org/officeDocument/2006/relationships/hyperlink" Target="http://nsc.1september.ru/urok" TargetMode="External"/><Relationship Id="rId52" Type="http://schemas.openxmlformats.org/officeDocument/2006/relationships/hyperlink" Target="http://pedsovet.su/" TargetMode="External"/><Relationship Id="rId73" Type="http://schemas.openxmlformats.org/officeDocument/2006/relationships/hyperlink" Target="http://festival.1september.ru/" TargetMode="External"/><Relationship Id="rId78" Type="http://schemas.openxmlformats.org/officeDocument/2006/relationships/hyperlink" Target="http://www.uroki.net/" TargetMode="External"/><Relationship Id="rId94" Type="http://schemas.openxmlformats.org/officeDocument/2006/relationships/hyperlink" Target="http://www.uroki.net/" TargetMode="External"/><Relationship Id="rId99" Type="http://schemas.openxmlformats.org/officeDocument/2006/relationships/hyperlink" Target="http://rusedu.net/" TargetMode="External"/><Relationship Id="rId101" Type="http://schemas.openxmlformats.org/officeDocument/2006/relationships/hyperlink" Target="http://www.nachalka.com/biblioteka" TargetMode="External"/><Relationship Id="rId122" Type="http://schemas.openxmlformats.org/officeDocument/2006/relationships/hyperlink" Target="http://nachalk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" TargetMode="External"/><Relationship Id="rId26" Type="http://schemas.openxmlformats.org/officeDocument/2006/relationships/hyperlink" Target="http://nachalka.com/" TargetMode="External"/><Relationship Id="rId47" Type="http://schemas.openxmlformats.org/officeDocument/2006/relationships/hyperlink" Target="http://nsc.1september.ru/urok" TargetMode="External"/><Relationship Id="rId68" Type="http://schemas.openxmlformats.org/officeDocument/2006/relationships/hyperlink" Target="http://pedsovet.su/" TargetMode="External"/><Relationship Id="rId89" Type="http://schemas.openxmlformats.org/officeDocument/2006/relationships/hyperlink" Target="http://festival.1september.ru/" TargetMode="External"/><Relationship Id="rId112" Type="http://schemas.openxmlformats.org/officeDocument/2006/relationships/hyperlink" Target="http://nsportal.ru/nachalnaya-shkola" TargetMode="External"/><Relationship Id="rId133" Type="http://schemas.openxmlformats.org/officeDocument/2006/relationships/hyperlink" Target="http://www.nachalka.com/bibliote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13B263-764D-4460-82F7-627CD762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9835</Words>
  <Characters>56065</Characters>
  <Application>Microsoft Office Word</Application>
  <DocSecurity>0</DocSecurity>
  <Lines>467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65769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6</cp:revision>
  <dcterms:created xsi:type="dcterms:W3CDTF">2013-12-23T23:15:00Z</dcterms:created>
  <dcterms:modified xsi:type="dcterms:W3CDTF">2022-06-28T00:55:00Z</dcterms:modified>
  <cp:category/>
</cp:coreProperties>
</file>