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67405" w14:textId="63E753A8" w:rsidR="00EE0CD5" w:rsidRDefault="00192186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030661" wp14:editId="3C87FB93">
            <wp:simplePos x="0" y="0"/>
            <wp:positionH relativeFrom="column">
              <wp:posOffset>293370</wp:posOffset>
            </wp:positionH>
            <wp:positionV relativeFrom="paragraph">
              <wp:posOffset>191770</wp:posOffset>
            </wp:positionV>
            <wp:extent cx="6334125" cy="922591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A101CE" w14:textId="77777777" w:rsidR="0056793B" w:rsidRPr="00192186" w:rsidRDefault="0056793B" w:rsidP="0056793B">
      <w:pPr>
        <w:autoSpaceDE w:val="0"/>
        <w:autoSpaceDN w:val="0"/>
        <w:spacing w:after="258" w:line="220" w:lineRule="exact"/>
        <w:rPr>
          <w:lang w:val="ru-RU"/>
        </w:rPr>
      </w:pPr>
    </w:p>
    <w:p w14:paraId="0FCF23EA" w14:textId="77777777" w:rsidR="00F9360F" w:rsidRDefault="00F9360F" w:rsidP="0056793B">
      <w:pPr>
        <w:autoSpaceDE w:val="0"/>
        <w:autoSpaceDN w:val="0"/>
        <w:spacing w:after="0" w:line="230" w:lineRule="auto"/>
        <w:ind w:right="3642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8A186F3" w14:textId="77777777" w:rsidR="00F9360F" w:rsidRDefault="00F9360F" w:rsidP="0056793B">
      <w:pPr>
        <w:autoSpaceDE w:val="0"/>
        <w:autoSpaceDN w:val="0"/>
        <w:spacing w:after="0" w:line="230" w:lineRule="auto"/>
        <w:ind w:right="3642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7D8D2F0D" w14:textId="77777777" w:rsidR="00EE0CD5" w:rsidRPr="00192186" w:rsidRDefault="00EE0CD5">
      <w:pPr>
        <w:autoSpaceDE w:val="0"/>
        <w:autoSpaceDN w:val="0"/>
        <w:spacing w:after="78" w:line="220" w:lineRule="exact"/>
        <w:rPr>
          <w:lang w:val="ru-RU"/>
        </w:rPr>
      </w:pPr>
    </w:p>
    <w:p w14:paraId="2C52FE35" w14:textId="77777777" w:rsidR="00EE0CD5" w:rsidRPr="00192186" w:rsidRDefault="00707556">
      <w:pPr>
        <w:autoSpaceDE w:val="0"/>
        <w:autoSpaceDN w:val="0"/>
        <w:spacing w:after="0" w:line="230" w:lineRule="auto"/>
        <w:rPr>
          <w:lang w:val="ru-RU"/>
        </w:rPr>
      </w:pPr>
      <w:r w:rsidRPr="00192186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06EF1418" w14:textId="77777777" w:rsidR="00EE0CD5" w:rsidRPr="0056793B" w:rsidRDefault="00707556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1CE29238" w14:textId="77777777" w:rsidR="00EE0CD5" w:rsidRPr="0056793B" w:rsidRDefault="00707556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3B103C58" w14:textId="77777777" w:rsidR="00EE0CD5" w:rsidRPr="0056793B" w:rsidRDefault="0070755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 содержательные линии для обязательного изучения в 4 классе начальной школы.</w:t>
      </w:r>
    </w:p>
    <w:p w14:paraId="78E7D92D" w14:textId="77777777" w:rsidR="00EE0CD5" w:rsidRPr="0056793B" w:rsidRDefault="00707556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в 4 классе завершается перечнем универсальных учебных действий —познавательных, коммуникативных и регулятивных, которые возможно формировать средствами учебного  предмета  «Окружающий  мир» с   учётом   возрастных   особенностей   младших школьников.</w:t>
      </w:r>
    </w:p>
    <w:p w14:paraId="7183920C" w14:textId="77777777" w:rsidR="00EE0CD5" w:rsidRPr="0056793B" w:rsidRDefault="00707556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четвертый год обучения в начальной школе. </w:t>
      </w: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В тематическом планировании описывается программное содержание по всем разделам содержания обучения 4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14:paraId="5F86DC8E" w14:textId="77777777" w:rsidR="00EE0CD5" w:rsidRPr="0056793B" w:rsidRDefault="00707556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«Окружающий мир» на уровне 4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 стандарта.</w:t>
      </w:r>
    </w:p>
    <w:p w14:paraId="53C819B6" w14:textId="77777777" w:rsidR="00EE0CD5" w:rsidRPr="0056793B" w:rsidRDefault="00707556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14:paraId="3E8F4B0F" w14:textId="77777777" w:rsidR="00EE0CD5" w:rsidRPr="0056793B" w:rsidRDefault="00707556">
      <w:pPr>
        <w:autoSpaceDE w:val="0"/>
        <w:autoSpaceDN w:val="0"/>
        <w:spacing w:before="178" w:after="0" w:line="278" w:lineRule="auto"/>
        <w:ind w:left="420"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14:paraId="1A3F6687" w14:textId="77777777" w:rsidR="00EE0CD5" w:rsidRPr="0056793B" w:rsidRDefault="00707556">
      <w:pPr>
        <w:autoSpaceDE w:val="0"/>
        <w:autoSpaceDN w:val="0"/>
        <w:spacing w:before="190" w:after="0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14:paraId="0D4D07FC" w14:textId="77777777" w:rsidR="00EE0CD5" w:rsidRPr="0056793B" w:rsidRDefault="00707556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14:paraId="5F381833" w14:textId="77777777" w:rsidR="00EE0CD5" w:rsidRPr="0056793B" w:rsidRDefault="00707556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</w:t>
      </w:r>
    </w:p>
    <w:p w14:paraId="06054B93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98" w:right="650" w:bottom="39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4310139" w14:textId="77777777" w:rsidR="00EE0CD5" w:rsidRPr="0056793B" w:rsidRDefault="00EE0CD5">
      <w:pPr>
        <w:autoSpaceDE w:val="0"/>
        <w:autoSpaceDN w:val="0"/>
        <w:spacing w:after="66" w:line="220" w:lineRule="exact"/>
        <w:rPr>
          <w:lang w:val="ru-RU"/>
        </w:rPr>
      </w:pPr>
    </w:p>
    <w:p w14:paraId="3708B1BD" w14:textId="77777777" w:rsidR="00EE0CD5" w:rsidRPr="0056793B" w:rsidRDefault="00707556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культуры общения, гуманного отношения к людям,  уважительного  отношения  к их взглядам, мнению и индивидуальности.</w:t>
      </w:r>
    </w:p>
    <w:p w14:paraId="639764D1" w14:textId="77777777" w:rsidR="00EE0CD5" w:rsidRPr="0056793B" w:rsidRDefault="00707556">
      <w:pPr>
        <w:autoSpaceDE w:val="0"/>
        <w:autoSpaceDN w:val="0"/>
        <w:spacing w:before="178" w:after="0" w:line="286" w:lineRule="auto"/>
        <w:ind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</w:t>
      </w:r>
      <w:proofErr w:type="spellStart"/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природа»,«Человек</w:t>
      </w:r>
      <w:proofErr w:type="spellEnd"/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</w:t>
      </w:r>
      <w:proofErr w:type="spellStart"/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курса«Окружающий</w:t>
      </w:r>
      <w:proofErr w:type="spellEnd"/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 мир» осуществлён на основе следующих ведущих идей:</w:t>
      </w:r>
    </w:p>
    <w:p w14:paraId="420398DE" w14:textId="77777777" w:rsidR="00EE0CD5" w:rsidRPr="0056793B" w:rsidRDefault="00707556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14:paraId="1F0C488E" w14:textId="77777777" w:rsidR="00EE0CD5" w:rsidRPr="0056793B" w:rsidRDefault="00707556">
      <w:pPr>
        <w:autoSpaceDE w:val="0"/>
        <w:autoSpaceDN w:val="0"/>
        <w:spacing w:before="192" w:after="0" w:line="271" w:lineRule="auto"/>
        <w:ind w:left="420" w:right="43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общечеловеческих ценностей взаимодействия в системах «Человек и </w:t>
      </w:r>
      <w:proofErr w:type="spellStart"/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природа»,«Человек</w:t>
      </w:r>
      <w:proofErr w:type="spellEnd"/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общество», «Человек и другие люди», «Человек и его самость», «Человек и познание».</w:t>
      </w:r>
    </w:p>
    <w:p w14:paraId="35482323" w14:textId="77777777" w:rsidR="00EE0CD5" w:rsidRPr="0056793B" w:rsidRDefault="00707556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 4 классе, составляет 68 часов (два часа в неделю).</w:t>
      </w:r>
    </w:p>
    <w:p w14:paraId="2B78CE5B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86" w:right="790" w:bottom="1440" w:left="666" w:header="720" w:footer="720" w:gutter="0"/>
          <w:cols w:space="720" w:equalWidth="0">
            <w:col w:w="10444" w:space="0"/>
          </w:cols>
          <w:docGrid w:linePitch="360"/>
        </w:sectPr>
      </w:pPr>
    </w:p>
    <w:p w14:paraId="54914E53" w14:textId="77777777" w:rsidR="00EE0CD5" w:rsidRPr="0056793B" w:rsidRDefault="00EE0CD5">
      <w:pPr>
        <w:autoSpaceDE w:val="0"/>
        <w:autoSpaceDN w:val="0"/>
        <w:spacing w:after="78" w:line="220" w:lineRule="exact"/>
        <w:rPr>
          <w:lang w:val="ru-RU"/>
        </w:rPr>
      </w:pPr>
    </w:p>
    <w:p w14:paraId="6576BB1D" w14:textId="77777777" w:rsidR="00EE0CD5" w:rsidRPr="0056793B" w:rsidRDefault="00707556">
      <w:pPr>
        <w:autoSpaceDE w:val="0"/>
        <w:autoSpaceDN w:val="0"/>
        <w:spacing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16F53622" w14:textId="77777777" w:rsidR="00EE0CD5" w:rsidRPr="0056793B" w:rsidRDefault="00707556">
      <w:pPr>
        <w:tabs>
          <w:tab w:val="left" w:pos="180"/>
        </w:tabs>
        <w:autoSpaceDE w:val="0"/>
        <w:autoSpaceDN w:val="0"/>
        <w:spacing w:before="346" w:after="0" w:line="281" w:lineRule="auto"/>
        <w:ind w:right="1008"/>
        <w:rPr>
          <w:lang w:val="ru-RU"/>
        </w:rPr>
      </w:pP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56793B">
        <w:rPr>
          <w:lang w:val="ru-RU"/>
        </w:rPr>
        <w:br/>
      </w: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Конституция — Основной закон Российской Федерации. Права и обязанности гражданина Российской Федерации. Президент Российской Федерации — глава государства. Политико-административная карта России. Общая характеристика родного края, важнейшие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достопримечательности, знаменитые соотечественники.</w:t>
      </w:r>
    </w:p>
    <w:p w14:paraId="582A6DB9" w14:textId="77777777" w:rsidR="00EE0CD5" w:rsidRPr="0056793B" w:rsidRDefault="0070755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6EC034F6" w14:textId="77777777" w:rsidR="00EE0CD5" w:rsidRPr="0056793B" w:rsidRDefault="00707556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5EBCAAA4" w14:textId="77777777" w:rsidR="00EE0CD5" w:rsidRPr="0056793B" w:rsidRDefault="00707556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История Отечества «Лента времени» и историческая карта. 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06EB375D" w14:textId="77777777" w:rsidR="00EE0CD5" w:rsidRPr="0056793B" w:rsidRDefault="00707556">
      <w:pPr>
        <w:tabs>
          <w:tab w:val="left" w:pos="180"/>
        </w:tabs>
        <w:autoSpaceDE w:val="0"/>
        <w:autoSpaceDN w:val="0"/>
        <w:spacing w:before="70" w:after="0" w:line="262" w:lineRule="auto"/>
        <w:ind w:right="1728"/>
        <w:rPr>
          <w:lang w:val="ru-RU"/>
        </w:rPr>
      </w:pP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08B79FD7" w14:textId="77777777" w:rsidR="00EE0CD5" w:rsidRPr="0056793B" w:rsidRDefault="00707556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56793B">
        <w:rPr>
          <w:lang w:val="ru-RU"/>
        </w:rPr>
        <w:br/>
      </w: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Методы познания окружающей природы: наблюдения, сравнения, измерения, опыты по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исследованию природных объектов и явлений. Солнце —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 и ночи. Обращение Земли вокруг Солнца и смена времён года. Формы земной поверхности: равнины, горы, холмы, овраги (общее представление, условное обозначение равнин и гор на карте). Равнины и горы России.</w:t>
      </w:r>
    </w:p>
    <w:p w14:paraId="077B9F4D" w14:textId="77777777" w:rsidR="00EE0CD5" w:rsidRPr="0056793B" w:rsidRDefault="00707556">
      <w:pPr>
        <w:autoSpaceDE w:val="0"/>
        <w:autoSpaceDN w:val="0"/>
        <w:spacing w:before="72" w:after="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Особенности поверхности родного края (краткая характеристика на основе наблюдений). 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2C9AF62F" w14:textId="77777777" w:rsidR="00EE0CD5" w:rsidRPr="0056793B" w:rsidRDefault="0070755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Наиболее значимые природные объекты списка Всемирного наследия в России и за рубежом (2—3 объекта).</w:t>
      </w:r>
    </w:p>
    <w:p w14:paraId="4FE33F2B" w14:textId="77777777" w:rsidR="00EE0CD5" w:rsidRPr="0056793B" w:rsidRDefault="0070755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5BFB2325" w14:textId="77777777" w:rsidR="00EE0CD5" w:rsidRPr="0056793B" w:rsidRDefault="00707556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 Правила нравственного поведения в природе. Международная Красная книга (отдельные примеры).</w:t>
      </w:r>
    </w:p>
    <w:p w14:paraId="4C802A11" w14:textId="77777777" w:rsidR="00EE0CD5" w:rsidRPr="0056793B" w:rsidRDefault="00707556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жизни: профилактика вредных привычек. Безопасность в городе (планирование</w:t>
      </w:r>
    </w:p>
    <w:p w14:paraId="6BDAB008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FA0054A" w14:textId="77777777" w:rsidR="00EE0CD5" w:rsidRPr="0056793B" w:rsidRDefault="00EE0CD5">
      <w:pPr>
        <w:autoSpaceDE w:val="0"/>
        <w:autoSpaceDN w:val="0"/>
        <w:spacing w:after="66" w:line="220" w:lineRule="exact"/>
        <w:rPr>
          <w:lang w:val="ru-RU"/>
        </w:rPr>
      </w:pPr>
    </w:p>
    <w:p w14:paraId="78F7AE63" w14:textId="77777777" w:rsidR="00EE0CD5" w:rsidRPr="0056793B" w:rsidRDefault="00707556">
      <w:pPr>
        <w:autoSpaceDE w:val="0"/>
        <w:autoSpaceDN w:val="0"/>
        <w:spacing w:after="0" w:line="271" w:lineRule="auto"/>
        <w:ind w:right="43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велосипедиста.</w:t>
      </w:r>
    </w:p>
    <w:p w14:paraId="50EA093F" w14:textId="77777777" w:rsidR="00EE0CD5" w:rsidRPr="0056793B" w:rsidRDefault="00707556">
      <w:pPr>
        <w:autoSpaceDE w:val="0"/>
        <w:autoSpaceDN w:val="0"/>
        <w:spacing w:before="70" w:after="0" w:line="271" w:lineRule="auto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Безопасность в Интернете (поиск достоверной информации, опознавание государственных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образовательных ресурсов и детских развлекательных порталов) в условиях контролируемого доступа в Интернет.</w:t>
      </w:r>
    </w:p>
    <w:p w14:paraId="3D718456" w14:textId="77777777" w:rsidR="00EE0CD5" w:rsidRPr="0056793B" w:rsidRDefault="00707556">
      <w:pPr>
        <w:autoSpaceDE w:val="0"/>
        <w:autoSpaceDN w:val="0"/>
        <w:spacing w:before="190" w:after="0" w:line="262" w:lineRule="auto"/>
        <w:ind w:left="180" w:right="504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14:paraId="46EEB7E6" w14:textId="77777777" w:rsidR="00EE0CD5" w:rsidRPr="0056793B" w:rsidRDefault="00707556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последовательность этапов возрастного развития человека; </w:t>
      </w:r>
    </w:p>
    <w:p w14:paraId="4F11D888" w14:textId="77777777" w:rsidR="00EE0CD5" w:rsidRPr="0056793B" w:rsidRDefault="00707556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в учебных и игровых ситуациях правила безопасного поведения в среде обитания; </w:t>
      </w:r>
    </w:p>
    <w:p w14:paraId="7AACBB69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моделировать схемы природных объектов (строение почвы; движение реки, форма поверхности); </w:t>
      </w:r>
    </w:p>
    <w:p w14:paraId="4F9E9B76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объекты природы с принадлежностью к определённой природной зоне; </w:t>
      </w:r>
    </w:p>
    <w:p w14:paraId="12BEE280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природные объекты по принадлежности к природной зоне; </w:t>
      </w:r>
    </w:p>
    <w:p w14:paraId="4003F9CE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определять разрыв между реальным и желательным состоянием объекта (ситуации) на основе предложенных учителем  вопросов.</w:t>
      </w:r>
    </w:p>
    <w:p w14:paraId="73931B3D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6D88F755" w14:textId="77777777" w:rsidR="00EE0CD5" w:rsidRPr="0056793B" w:rsidRDefault="00707556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ресурсов школы; </w:t>
      </w:r>
    </w:p>
    <w:p w14:paraId="3A85619A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для уточнения и расширения своих знаний об окружающем мире словари, справочники, энциклопедии, в том числе и Интернет (в условиях контролируемого выхода); </w:t>
      </w:r>
    </w:p>
    <w:p w14:paraId="29FE362D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на основе дополнительной информации делать сообщения (доклады) на предложенную тему, подготавливать презентацию, включая в неё иллюстрации, таблицы, диаграммы.</w:t>
      </w:r>
    </w:p>
    <w:p w14:paraId="18711F09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Коммуникативные универсальные учебные действия:</w:t>
      </w:r>
    </w:p>
    <w:p w14:paraId="46C06912" w14:textId="77777777" w:rsidR="00EE0CD5" w:rsidRPr="0056793B" w:rsidRDefault="00707556">
      <w:pPr>
        <w:autoSpaceDE w:val="0"/>
        <w:autoSpaceDN w:val="0"/>
        <w:spacing w:before="178" w:after="0" w:line="274" w:lineRule="auto"/>
        <w:ind w:left="420" w:right="115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понятиях: организм, возраст, система органов; культура, долг, соотечественник, берестяная грамота, первопечатник, иконопись,  объект  Всемирного природного и культурного наследия; </w:t>
      </w:r>
    </w:p>
    <w:p w14:paraId="5E8BB858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312BFBE2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текст-рассуждение:  объяснять  вред  для  здоровья и самочувствия организма вредных привычек; </w:t>
      </w:r>
    </w:p>
    <w:p w14:paraId="7F6AE6DD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ситуации проявления нравственных качеств — отзывчивости, доброты, справедливости и др.; </w:t>
      </w:r>
    </w:p>
    <w:p w14:paraId="43279D5A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61CC6347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небольшие тексты «Права и обязанности гражданина РФ»; </w:t>
      </w:r>
    </w:p>
    <w:p w14:paraId="790995F9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создавать небольшие тексты о знаменательных страницах истории нашей страны (в рамках изученного).</w:t>
      </w:r>
    </w:p>
    <w:p w14:paraId="7FCB62F8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86" w:right="672" w:bottom="338" w:left="666" w:header="720" w:footer="720" w:gutter="0"/>
          <w:cols w:space="720" w:equalWidth="0">
            <w:col w:w="10562" w:space="0"/>
          </w:cols>
          <w:docGrid w:linePitch="360"/>
        </w:sectPr>
      </w:pPr>
    </w:p>
    <w:p w14:paraId="38A0CB7D" w14:textId="77777777" w:rsidR="00EE0CD5" w:rsidRPr="0056793B" w:rsidRDefault="00EE0CD5">
      <w:pPr>
        <w:autoSpaceDE w:val="0"/>
        <w:autoSpaceDN w:val="0"/>
        <w:spacing w:after="78" w:line="220" w:lineRule="exact"/>
        <w:rPr>
          <w:lang w:val="ru-RU"/>
        </w:rPr>
      </w:pPr>
    </w:p>
    <w:p w14:paraId="0BAB5CF2" w14:textId="77777777" w:rsidR="00EE0CD5" w:rsidRPr="0056793B" w:rsidRDefault="00707556">
      <w:pPr>
        <w:autoSpaceDE w:val="0"/>
        <w:autoSpaceDN w:val="0"/>
        <w:spacing w:after="0" w:line="341" w:lineRule="auto"/>
        <w:ind w:left="240" w:right="144" w:hanging="240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планировать алгоритм решения учебной задачи; предвидеть трудности и возможные ошибки;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контролировать процесс и результат выполнения задания, корректировать учебные действия при необходимости;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адекватно принимать оценку своей работы; планировать работу над ошибками;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и чужих работах, устанавливать их причины.</w:t>
      </w:r>
    </w:p>
    <w:p w14:paraId="48195DEB" w14:textId="77777777" w:rsidR="00EE0CD5" w:rsidRPr="0056793B" w:rsidRDefault="00707556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 при выполнении разных ролей — руководитель, подчинённый, напарник, член большого коллектива;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ответственно относиться к своим обязанностям в процессе совместной деятельности, объективно оценивать свой вклад в общее дело;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</w:t>
      </w:r>
    </w:p>
    <w:p w14:paraId="1034EE72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98" w:right="754" w:bottom="1440" w:left="846" w:header="720" w:footer="720" w:gutter="0"/>
          <w:cols w:space="720" w:equalWidth="0">
            <w:col w:w="10300" w:space="0"/>
          </w:cols>
          <w:docGrid w:linePitch="360"/>
        </w:sectPr>
      </w:pPr>
    </w:p>
    <w:p w14:paraId="59AC385F" w14:textId="77777777" w:rsidR="00EE0CD5" w:rsidRPr="0056793B" w:rsidRDefault="00EE0CD5">
      <w:pPr>
        <w:autoSpaceDE w:val="0"/>
        <w:autoSpaceDN w:val="0"/>
        <w:spacing w:after="78" w:line="220" w:lineRule="exact"/>
        <w:rPr>
          <w:lang w:val="ru-RU"/>
        </w:rPr>
      </w:pPr>
    </w:p>
    <w:p w14:paraId="3EFB6DC0" w14:textId="77777777" w:rsidR="00EE0CD5" w:rsidRPr="0056793B" w:rsidRDefault="00707556">
      <w:pPr>
        <w:autoSpaceDE w:val="0"/>
        <w:autoSpaceDN w:val="0"/>
        <w:spacing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4EAE4567" w14:textId="77777777" w:rsidR="00EE0CD5" w:rsidRPr="0056793B" w:rsidRDefault="00707556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56793B">
        <w:rPr>
          <w:lang w:val="ru-RU"/>
        </w:rPr>
        <w:tab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"Окружающий мир"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0EA9546A" w14:textId="77777777" w:rsidR="00EE0CD5" w:rsidRPr="0056793B" w:rsidRDefault="00707556">
      <w:pPr>
        <w:autoSpaceDE w:val="0"/>
        <w:autoSpaceDN w:val="0"/>
        <w:spacing w:before="226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111831BD" w14:textId="77777777" w:rsidR="00EE0CD5" w:rsidRPr="0056793B" w:rsidRDefault="00707556">
      <w:pPr>
        <w:autoSpaceDE w:val="0"/>
        <w:autoSpaceDN w:val="0"/>
        <w:spacing w:before="346" w:after="0"/>
        <w:ind w:right="720" w:firstLine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6838E138" w14:textId="77777777" w:rsidR="00EE0CD5" w:rsidRPr="0056793B" w:rsidRDefault="00707556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14:paraId="69251F12" w14:textId="77777777" w:rsidR="00EE0CD5" w:rsidRPr="0056793B" w:rsidRDefault="00707556">
      <w:pPr>
        <w:autoSpaceDE w:val="0"/>
        <w:autoSpaceDN w:val="0"/>
        <w:spacing w:before="180" w:after="0" w:line="262" w:lineRule="auto"/>
        <w:ind w:left="420" w:right="7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 w14:paraId="5025EDCC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5A209967" w14:textId="77777777" w:rsidR="00EE0CD5" w:rsidRPr="0056793B" w:rsidRDefault="00707556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14:paraId="2FA9ECA5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14:paraId="24E842D2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14:paraId="7D5833B3" w14:textId="77777777" w:rsidR="00EE0CD5" w:rsidRPr="0056793B" w:rsidRDefault="00707556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14:paraId="3BC449D2" w14:textId="77777777" w:rsidR="00EE0CD5" w:rsidRPr="0056793B" w:rsidRDefault="00707556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7450D76D" w14:textId="77777777" w:rsidR="00EE0CD5" w:rsidRPr="0056793B" w:rsidRDefault="00707556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5C655E24" w14:textId="77777777" w:rsidR="00EE0CD5" w:rsidRPr="0056793B" w:rsidRDefault="00707556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14:paraId="37D97A7F" w14:textId="77777777" w:rsidR="00EE0CD5" w:rsidRPr="0056793B" w:rsidRDefault="00707556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2D3D37CC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14:paraId="209268E6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2BCF0697" w14:textId="77777777" w:rsidR="00EE0CD5" w:rsidRPr="0056793B" w:rsidRDefault="00707556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 формационной); </w:t>
      </w:r>
    </w:p>
    <w:p w14:paraId="403C89D3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14:paraId="6D803B9E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98" w:right="648" w:bottom="390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6B7BFFAD" w14:textId="77777777" w:rsidR="00EE0CD5" w:rsidRPr="0056793B" w:rsidRDefault="00EE0CD5">
      <w:pPr>
        <w:autoSpaceDE w:val="0"/>
        <w:autoSpaceDN w:val="0"/>
        <w:spacing w:after="78" w:line="220" w:lineRule="exact"/>
        <w:rPr>
          <w:lang w:val="ru-RU"/>
        </w:rPr>
      </w:pPr>
    </w:p>
    <w:p w14:paraId="0F0C839D" w14:textId="77777777" w:rsidR="00EE0CD5" w:rsidRPr="0056793B" w:rsidRDefault="0070755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14:paraId="6E21E9EF" w14:textId="77777777" w:rsidR="00EE0CD5" w:rsidRPr="0056793B" w:rsidRDefault="00707556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2618761A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13779C17" w14:textId="77777777" w:rsidR="00EE0CD5" w:rsidRPr="0056793B" w:rsidRDefault="00707556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6EABCD42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4FEE51F0" w14:textId="77777777" w:rsidR="00EE0CD5" w:rsidRPr="0056793B" w:rsidRDefault="00707556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первоначальные представления о научной картине мира; </w:t>
      </w:r>
    </w:p>
    <w:p w14:paraId="04CA52DC" w14:textId="77777777" w:rsidR="00EE0CD5" w:rsidRPr="0056793B" w:rsidRDefault="00707556">
      <w:pPr>
        <w:autoSpaceDE w:val="0"/>
        <w:autoSpaceDN w:val="0"/>
        <w:spacing w:before="192" w:after="0" w:line="271" w:lineRule="auto"/>
        <w:ind w:left="42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14:paraId="60D98043" w14:textId="77777777" w:rsidR="00EE0CD5" w:rsidRPr="0056793B" w:rsidRDefault="00707556">
      <w:pPr>
        <w:autoSpaceDE w:val="0"/>
        <w:autoSpaceDN w:val="0"/>
        <w:spacing w:before="286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131A68FA" w14:textId="77777777" w:rsidR="00EE0CD5" w:rsidRPr="0056793B" w:rsidRDefault="00707556">
      <w:pPr>
        <w:autoSpaceDE w:val="0"/>
        <w:autoSpaceDN w:val="0"/>
        <w:spacing w:before="346" w:after="0" w:line="262" w:lineRule="auto"/>
        <w:ind w:left="180" w:right="4752"/>
        <w:rPr>
          <w:lang w:val="ru-RU"/>
        </w:rPr>
      </w:pPr>
      <w:proofErr w:type="spellStart"/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Познавательныеуниверсальные</w:t>
      </w:r>
      <w:proofErr w:type="spellEnd"/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учебные действия: </w:t>
      </w: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773A021A" w14:textId="77777777" w:rsidR="00EE0CD5" w:rsidRPr="0056793B" w:rsidRDefault="00707556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076FA3FF" w14:textId="77777777" w:rsidR="00EE0CD5" w:rsidRPr="0056793B" w:rsidRDefault="00707556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 w14:paraId="60F32D8D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14:paraId="6C2751BD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14:paraId="3B779F7E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14:paraId="772E8AE6" w14:textId="77777777" w:rsidR="00EE0CD5" w:rsidRPr="0056793B" w:rsidRDefault="00707556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14:paraId="4F93897F" w14:textId="77777777" w:rsidR="00EE0CD5" w:rsidRPr="0056793B" w:rsidRDefault="00707556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</w:t>
      </w:r>
    </w:p>
    <w:p w14:paraId="6A0EB55C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51507DA9" w14:textId="77777777" w:rsidR="00EE0CD5" w:rsidRPr="0056793B" w:rsidRDefault="00707556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14:paraId="17F1A42C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14:paraId="2C33F56A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605ABDA5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</w:p>
    <w:p w14:paraId="142A507D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65E9451" w14:textId="77777777" w:rsidR="00EE0CD5" w:rsidRPr="0056793B" w:rsidRDefault="00EE0CD5">
      <w:pPr>
        <w:autoSpaceDE w:val="0"/>
        <w:autoSpaceDN w:val="0"/>
        <w:spacing w:after="66" w:line="220" w:lineRule="exact"/>
        <w:rPr>
          <w:lang w:val="ru-RU"/>
        </w:rPr>
      </w:pPr>
    </w:p>
    <w:p w14:paraId="656CB726" w14:textId="77777777" w:rsidR="00EE0CD5" w:rsidRPr="0056793B" w:rsidRDefault="00707556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последствия; коллективный труд и его результаты и др. ); </w:t>
      </w:r>
    </w:p>
    <w:p w14:paraId="16BB10D6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 </w:t>
      </w:r>
    </w:p>
    <w:p w14:paraId="2181A807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0617D68F" w14:textId="77777777" w:rsidR="00EE0CD5" w:rsidRPr="0056793B" w:rsidRDefault="00707556">
      <w:pPr>
        <w:autoSpaceDE w:val="0"/>
        <w:autoSpaceDN w:val="0"/>
        <w:spacing w:before="178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5B8EE066" w14:textId="77777777" w:rsidR="00EE0CD5" w:rsidRPr="0056793B" w:rsidRDefault="00707556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14:paraId="13438897" w14:textId="77777777" w:rsidR="00EE0CD5" w:rsidRPr="0056793B" w:rsidRDefault="00707556">
      <w:pPr>
        <w:autoSpaceDE w:val="0"/>
        <w:autoSpaceDN w:val="0"/>
        <w:spacing w:before="192" w:after="0" w:line="262" w:lineRule="auto"/>
        <w:ind w:left="240" w:right="100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14:paraId="20DBD309" w14:textId="77777777" w:rsidR="00EE0CD5" w:rsidRPr="0056793B" w:rsidRDefault="00707556">
      <w:pPr>
        <w:autoSpaceDE w:val="0"/>
        <w:autoSpaceDN w:val="0"/>
        <w:spacing w:before="192" w:after="0" w:line="262" w:lineRule="auto"/>
        <w:ind w:left="240" w:right="43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2C3BD35E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14:paraId="0E28817D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14:paraId="42FC3EB3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14:paraId="61FE2BE5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14:paraId="6EE6EC58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2C05EB59" w14:textId="77777777" w:rsidR="00EE0CD5" w:rsidRPr="0056793B" w:rsidRDefault="00707556">
      <w:pPr>
        <w:autoSpaceDE w:val="0"/>
        <w:autoSpaceDN w:val="0"/>
        <w:spacing w:before="178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14:paraId="7A228713" w14:textId="77777777" w:rsidR="00EE0CD5" w:rsidRPr="0056793B" w:rsidRDefault="00707556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14:paraId="19A4EAA0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66C9C660" w14:textId="77777777" w:rsidR="00EE0CD5" w:rsidRPr="0056793B" w:rsidRDefault="00707556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14:paraId="65CC514D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6A57DD8C" w14:textId="77777777" w:rsidR="00EE0CD5" w:rsidRPr="0056793B" w:rsidRDefault="0070755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14:paraId="47DB3740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3FE36199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11241223" w14:textId="77777777" w:rsidR="00EE0CD5" w:rsidRPr="0056793B" w:rsidRDefault="00707556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с возможной презентацией (текст, рисунки, фото, плакаты и др. ) к тексту выступления.</w:t>
      </w:r>
    </w:p>
    <w:p w14:paraId="2FD87D3E" w14:textId="77777777" w:rsidR="00EE0CD5" w:rsidRPr="0056793B" w:rsidRDefault="00707556">
      <w:pPr>
        <w:autoSpaceDE w:val="0"/>
        <w:autoSpaceDN w:val="0"/>
        <w:spacing w:before="178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 универсальные учебные действия:</w:t>
      </w:r>
    </w:p>
    <w:p w14:paraId="1F4973AA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86" w:right="790" w:bottom="384" w:left="846" w:header="720" w:footer="720" w:gutter="0"/>
          <w:cols w:space="720" w:equalWidth="0">
            <w:col w:w="10264" w:space="0"/>
          </w:cols>
          <w:docGrid w:linePitch="360"/>
        </w:sectPr>
      </w:pPr>
    </w:p>
    <w:p w14:paraId="5FE706D0" w14:textId="77777777" w:rsidR="00EE0CD5" w:rsidRPr="0056793B" w:rsidRDefault="00EE0CD5">
      <w:pPr>
        <w:autoSpaceDE w:val="0"/>
        <w:autoSpaceDN w:val="0"/>
        <w:spacing w:after="78" w:line="220" w:lineRule="exact"/>
        <w:rPr>
          <w:lang w:val="ru-RU"/>
        </w:rPr>
      </w:pPr>
    </w:p>
    <w:p w14:paraId="3CFD5365" w14:textId="77777777" w:rsidR="00EE0CD5" w:rsidRPr="0056793B" w:rsidRDefault="0070755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5D7530DE" w14:textId="77777777" w:rsidR="00EE0CD5" w:rsidRPr="0056793B" w:rsidRDefault="00707556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самостоятельно или с небольшой помощью учителя действия по решению учебной задачи; </w:t>
      </w:r>
    </w:p>
    <w:p w14:paraId="73E0930E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14:paraId="09767B32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2160F16D" w14:textId="77777777" w:rsidR="00EE0CD5" w:rsidRPr="0056793B" w:rsidRDefault="00707556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14:paraId="1F1AA849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 большой помощью учителя); </w:t>
      </w:r>
    </w:p>
    <w:p w14:paraId="5CB6A926" w14:textId="77777777" w:rsidR="00EE0CD5" w:rsidRPr="0056793B" w:rsidRDefault="00707556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6683EC39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6E0A233E" w14:textId="77777777" w:rsidR="00EE0CD5" w:rsidRPr="0056793B" w:rsidRDefault="00707556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14:paraId="15F6E7E1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корректировать их.</w:t>
      </w:r>
    </w:p>
    <w:p w14:paraId="3C2A5B03" w14:textId="77777777" w:rsidR="00EE0CD5" w:rsidRPr="0056793B" w:rsidRDefault="0070755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3FF24560" w14:textId="77777777" w:rsidR="00EE0CD5" w:rsidRPr="0056793B" w:rsidRDefault="00707556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4C5C520F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0CC4EFA8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14:paraId="7A2AAA36" w14:textId="77777777" w:rsidR="00EE0CD5" w:rsidRPr="0056793B" w:rsidRDefault="00707556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14:paraId="51D0E3EF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работы.</w:t>
      </w:r>
    </w:p>
    <w:p w14:paraId="55C52DA7" w14:textId="77777777" w:rsidR="00EE0CD5" w:rsidRPr="0056793B" w:rsidRDefault="00707556">
      <w:pPr>
        <w:autoSpaceDE w:val="0"/>
        <w:autoSpaceDN w:val="0"/>
        <w:spacing w:before="288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087533BE" w14:textId="77777777" w:rsidR="00EE0CD5" w:rsidRPr="0056793B" w:rsidRDefault="00707556">
      <w:pPr>
        <w:autoSpaceDE w:val="0"/>
        <w:autoSpaceDN w:val="0"/>
        <w:spacing w:before="348" w:after="0" w:line="230" w:lineRule="auto"/>
        <w:ind w:left="18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 классе </w:t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14:paraId="134EABDC" w14:textId="77777777" w:rsidR="00EE0CD5" w:rsidRPr="0056793B" w:rsidRDefault="00707556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социуме; </w:t>
      </w:r>
    </w:p>
    <w:p w14:paraId="4C23D45D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14:paraId="1596CB87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показывать на исторической карте места изученных исторических событий; </w:t>
      </w:r>
    </w:p>
    <w:p w14:paraId="550AC86B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место изученных событий на «ленте времени»; </w:t>
      </w:r>
    </w:p>
    <w:p w14:paraId="19B78A90" w14:textId="77777777" w:rsidR="00EE0CD5" w:rsidRPr="0056793B" w:rsidRDefault="0070755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основные права и обязанности гражданина Российской Федерации; </w:t>
      </w:r>
    </w:p>
    <w:p w14:paraId="314B7A0D" w14:textId="77777777" w:rsidR="00EE0CD5" w:rsidRPr="0056793B" w:rsidRDefault="0070755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изученные исторические события и исторических деятелей с веками и периодами истории России; </w:t>
      </w:r>
    </w:p>
    <w:p w14:paraId="3795FFFE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08A80C1" w14:textId="77777777" w:rsidR="00EE0CD5" w:rsidRPr="0056793B" w:rsidRDefault="00EE0CD5">
      <w:pPr>
        <w:autoSpaceDE w:val="0"/>
        <w:autoSpaceDN w:val="0"/>
        <w:spacing w:after="132" w:line="220" w:lineRule="exact"/>
        <w:rPr>
          <w:lang w:val="ru-RU"/>
        </w:rPr>
      </w:pPr>
    </w:p>
    <w:p w14:paraId="2C7A188C" w14:textId="77777777" w:rsidR="00EE0CD5" w:rsidRPr="0056793B" w:rsidRDefault="00707556">
      <w:pPr>
        <w:autoSpaceDE w:val="0"/>
        <w:autoSpaceDN w:val="0"/>
        <w:spacing w:after="0" w:line="271" w:lineRule="auto"/>
        <w:ind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</w:t>
      </w:r>
      <w:r w:rsidRPr="0056793B">
        <w:rPr>
          <w:lang w:val="ru-RU"/>
        </w:rPr>
        <w:br/>
      </w: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достопримечательностях столицы России и родного края; </w:t>
      </w:r>
    </w:p>
    <w:p w14:paraId="630C81AF" w14:textId="77777777" w:rsidR="00EE0CD5" w:rsidRPr="0056793B" w:rsidRDefault="00707556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71D7F3B5" w14:textId="77777777" w:rsidR="00EE0CD5" w:rsidRPr="0056793B" w:rsidRDefault="00707556">
      <w:pPr>
        <w:autoSpaceDE w:val="0"/>
        <w:autoSpaceDN w:val="0"/>
        <w:spacing w:before="190" w:after="0"/>
        <w:ind w:right="7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04AD5E7E" w14:textId="77777777" w:rsidR="00EE0CD5" w:rsidRPr="0056793B" w:rsidRDefault="00707556">
      <w:pPr>
        <w:autoSpaceDE w:val="0"/>
        <w:autoSpaceDN w:val="0"/>
        <w:spacing w:before="192" w:after="0" w:line="262" w:lineRule="auto"/>
        <w:ind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0A0EC571" w14:textId="77777777" w:rsidR="00EE0CD5" w:rsidRPr="0056793B" w:rsidRDefault="00707556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73B94655" w14:textId="77777777" w:rsidR="00EE0CD5" w:rsidRPr="0056793B" w:rsidRDefault="00707556">
      <w:pPr>
        <w:autoSpaceDE w:val="0"/>
        <w:autoSpaceDN w:val="0"/>
        <w:spacing w:before="190" w:after="0" w:line="262" w:lineRule="auto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живой и неживой природы на основе их внешних признаков и известных характерных свойств; </w:t>
      </w:r>
    </w:p>
    <w:p w14:paraId="25CC1342" w14:textId="77777777" w:rsidR="00EE0CD5" w:rsidRPr="0056793B" w:rsidRDefault="00707556">
      <w:pPr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210B7F81" w14:textId="77777777" w:rsidR="00EE0CD5" w:rsidRPr="0056793B" w:rsidRDefault="00707556">
      <w:pPr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называть наиболее значимые природные объекты Всемирного наследия в России и за рубежом (в пределах изученного);</w:t>
      </w:r>
    </w:p>
    <w:p w14:paraId="51273800" w14:textId="77777777" w:rsidR="00EE0CD5" w:rsidRPr="0056793B" w:rsidRDefault="00707556">
      <w:pPr>
        <w:autoSpaceDE w:val="0"/>
        <w:autoSpaceDN w:val="0"/>
        <w:spacing w:before="190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экологические проблемы и определять пути их решения; </w:t>
      </w:r>
    </w:p>
    <w:p w14:paraId="689C446B" w14:textId="77777777" w:rsidR="00EE0CD5" w:rsidRPr="0056793B" w:rsidRDefault="00707556">
      <w:pPr>
        <w:autoSpaceDE w:val="0"/>
        <w:autoSpaceDN w:val="0"/>
        <w:spacing w:before="190" w:after="0" w:line="262" w:lineRule="auto"/>
        <w:ind w:right="1008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по заданному плану собственные развёрнутые высказывания о природе и обществе; </w:t>
      </w:r>
    </w:p>
    <w:p w14:paraId="4DF9B6B4" w14:textId="77777777" w:rsidR="00EE0CD5" w:rsidRPr="0056793B" w:rsidRDefault="00707556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информации для поиска и извлечения информации, ответов на вопросы; </w:t>
      </w:r>
    </w:p>
    <w:p w14:paraId="7FE2FE90" w14:textId="77777777" w:rsidR="00EE0CD5" w:rsidRPr="0056793B" w:rsidRDefault="00707556">
      <w:pPr>
        <w:autoSpaceDE w:val="0"/>
        <w:autoSpaceDN w:val="0"/>
        <w:spacing w:before="190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нравственного поведения на природе; </w:t>
      </w:r>
    </w:p>
    <w:p w14:paraId="424CDF16" w14:textId="77777777" w:rsidR="00EE0CD5" w:rsidRPr="0056793B" w:rsidRDefault="00707556">
      <w:pPr>
        <w:autoSpaceDE w:val="0"/>
        <w:autoSpaceDN w:val="0"/>
        <w:spacing w:before="192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возможные последствия вредных привычек для здоровья и жизни человека; </w:t>
      </w:r>
    </w:p>
    <w:p w14:paraId="1A1723BD" w14:textId="77777777" w:rsidR="00EE0CD5" w:rsidRPr="0056793B" w:rsidRDefault="00707556">
      <w:pPr>
        <w:autoSpaceDE w:val="0"/>
        <w:autoSpaceDN w:val="0"/>
        <w:spacing w:before="192" w:after="0" w:line="271" w:lineRule="auto"/>
        <w:ind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04C2CDD9" w14:textId="77777777" w:rsidR="00EE0CD5" w:rsidRPr="0056793B" w:rsidRDefault="00707556">
      <w:pPr>
        <w:autoSpaceDE w:val="0"/>
        <w:autoSpaceDN w:val="0"/>
        <w:spacing w:before="190" w:after="0" w:line="230" w:lineRule="auto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при езде на велосипеде, самокате; </w:t>
      </w:r>
    </w:p>
    <w:p w14:paraId="405FBC8C" w14:textId="77777777" w:rsidR="00EE0CD5" w:rsidRPr="0056793B" w:rsidRDefault="00707556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56793B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безопасный  поиск  образовательных  ресурсов и достоверной информации в Интернете.</w:t>
      </w:r>
    </w:p>
    <w:p w14:paraId="33D121F9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352" w:right="808" w:bottom="1440" w:left="1086" w:header="720" w:footer="720" w:gutter="0"/>
          <w:cols w:space="720" w:equalWidth="0">
            <w:col w:w="10006" w:space="0"/>
          </w:cols>
          <w:docGrid w:linePitch="360"/>
        </w:sectPr>
      </w:pPr>
    </w:p>
    <w:p w14:paraId="7911227F" w14:textId="77777777" w:rsidR="00EE0CD5" w:rsidRPr="0056793B" w:rsidRDefault="00EE0CD5">
      <w:pPr>
        <w:autoSpaceDE w:val="0"/>
        <w:autoSpaceDN w:val="0"/>
        <w:spacing w:after="64" w:line="220" w:lineRule="exact"/>
        <w:rPr>
          <w:lang w:val="ru-RU"/>
        </w:rPr>
      </w:pPr>
    </w:p>
    <w:p w14:paraId="2165688F" w14:textId="77777777" w:rsidR="00EE0CD5" w:rsidRDefault="00707556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778"/>
        <w:gridCol w:w="528"/>
        <w:gridCol w:w="1104"/>
        <w:gridCol w:w="1140"/>
        <w:gridCol w:w="804"/>
        <w:gridCol w:w="4214"/>
        <w:gridCol w:w="1080"/>
        <w:gridCol w:w="1380"/>
      </w:tblGrid>
      <w:tr w:rsidR="0056793B" w14:paraId="1D8A4A19" w14:textId="77777777" w:rsidTr="00261A23">
        <w:trPr>
          <w:trHeight w:val="333"/>
        </w:trPr>
        <w:tc>
          <w:tcPr>
            <w:tcW w:w="468" w:type="dxa"/>
            <w:vMerge w:val="restart"/>
          </w:tcPr>
          <w:p w14:paraId="4A690AB1" w14:textId="77777777" w:rsidR="0056793B" w:rsidRDefault="0056793B" w:rsidP="00261A23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778" w:type="dxa"/>
            <w:vMerge w:val="restart"/>
          </w:tcPr>
          <w:p w14:paraId="3ACC12D9" w14:textId="77777777" w:rsidR="0056793B" w:rsidRDefault="0056793B" w:rsidP="00261A2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41FBF3E9" w14:textId="77777777" w:rsidR="0056793B" w:rsidRDefault="0056793B" w:rsidP="00261A23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14:paraId="79C90CC1" w14:textId="77777777" w:rsidR="0056793B" w:rsidRDefault="0056793B" w:rsidP="00261A23">
            <w:pPr>
              <w:pStyle w:val="TableParagraph"/>
              <w:spacing w:before="74" w:line="266" w:lineRule="auto"/>
              <w:ind w:left="79" w:right="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214" w:type="dxa"/>
            <w:vMerge w:val="restart"/>
          </w:tcPr>
          <w:p w14:paraId="30FB4385" w14:textId="77777777" w:rsidR="0056793B" w:rsidRDefault="0056793B" w:rsidP="00261A23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14:paraId="325A2573" w14:textId="77777777" w:rsidR="0056793B" w:rsidRDefault="0056793B" w:rsidP="00261A23">
            <w:pPr>
              <w:pStyle w:val="TableParagraph"/>
              <w:spacing w:before="74" w:line="266" w:lineRule="auto"/>
              <w:ind w:left="80" w:right="29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14:paraId="475B8857" w14:textId="77777777" w:rsidR="0056793B" w:rsidRDefault="0056793B" w:rsidP="00261A23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56793B" w14:paraId="480D307C" w14:textId="77777777" w:rsidTr="00261A23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14:paraId="5D49686A" w14:textId="77777777" w:rsidR="0056793B" w:rsidRDefault="0056793B" w:rsidP="00261A23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  <w:vMerge/>
            <w:tcBorders>
              <w:top w:val="nil"/>
            </w:tcBorders>
          </w:tcPr>
          <w:p w14:paraId="64378159" w14:textId="77777777" w:rsidR="0056793B" w:rsidRDefault="0056793B" w:rsidP="00261A23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406A212D" w14:textId="77777777" w:rsidR="0056793B" w:rsidRDefault="0056793B" w:rsidP="00261A23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4287A020" w14:textId="77777777" w:rsidR="0056793B" w:rsidRDefault="0056793B" w:rsidP="00261A23">
            <w:pPr>
              <w:pStyle w:val="TableParagraph"/>
              <w:spacing w:before="74" w:line="266" w:lineRule="auto"/>
              <w:ind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6816D13A" w14:textId="77777777" w:rsidR="0056793B" w:rsidRDefault="0056793B" w:rsidP="00261A23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14:paraId="4E658399" w14:textId="77777777" w:rsidR="0056793B" w:rsidRDefault="0056793B" w:rsidP="00261A23">
            <w:pPr>
              <w:rPr>
                <w:sz w:val="2"/>
                <w:szCs w:val="2"/>
              </w:rPr>
            </w:pPr>
          </w:p>
        </w:tc>
        <w:tc>
          <w:tcPr>
            <w:tcW w:w="4214" w:type="dxa"/>
            <w:vMerge/>
            <w:tcBorders>
              <w:top w:val="nil"/>
            </w:tcBorders>
          </w:tcPr>
          <w:p w14:paraId="27766325" w14:textId="77777777" w:rsidR="0056793B" w:rsidRDefault="0056793B" w:rsidP="00261A2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14:paraId="03C63EC3" w14:textId="77777777" w:rsidR="0056793B" w:rsidRDefault="0056793B" w:rsidP="00261A23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67627AC8" w14:textId="77777777" w:rsidR="0056793B" w:rsidRDefault="0056793B" w:rsidP="00261A23">
            <w:pPr>
              <w:rPr>
                <w:sz w:val="2"/>
                <w:szCs w:val="2"/>
              </w:rPr>
            </w:pPr>
          </w:p>
        </w:tc>
      </w:tr>
      <w:tr w:rsidR="0056793B" w14:paraId="3DDB2618" w14:textId="77777777" w:rsidTr="00261A23">
        <w:trPr>
          <w:trHeight w:val="333"/>
        </w:trPr>
        <w:tc>
          <w:tcPr>
            <w:tcW w:w="15496" w:type="dxa"/>
            <w:gridSpan w:val="9"/>
          </w:tcPr>
          <w:p w14:paraId="3D09D91E" w14:textId="77777777" w:rsidR="0056793B" w:rsidRDefault="0056793B" w:rsidP="00261A2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общество.</w:t>
            </w:r>
          </w:p>
        </w:tc>
      </w:tr>
      <w:tr w:rsidR="0056793B" w14:paraId="1CD3C04F" w14:textId="77777777" w:rsidTr="00261A23">
        <w:trPr>
          <w:trHeight w:val="1101"/>
        </w:trPr>
        <w:tc>
          <w:tcPr>
            <w:tcW w:w="468" w:type="dxa"/>
          </w:tcPr>
          <w:p w14:paraId="1B514A87" w14:textId="77777777" w:rsidR="0056793B" w:rsidRDefault="0056793B" w:rsidP="00261A2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778" w:type="dxa"/>
          </w:tcPr>
          <w:p w14:paraId="18A4CE6C" w14:textId="77777777" w:rsidR="0056793B" w:rsidRDefault="0056793B" w:rsidP="00261A2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Государственное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устройство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РФ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(общее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представление).</w:t>
            </w:r>
          </w:p>
        </w:tc>
        <w:tc>
          <w:tcPr>
            <w:tcW w:w="528" w:type="dxa"/>
          </w:tcPr>
          <w:p w14:paraId="058FD39D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79B5E15C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1937085" w14:textId="77777777" w:rsidR="0056793B" w:rsidRDefault="0056793B" w:rsidP="00261A2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20507FF3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4B495AC1" w14:textId="77777777" w:rsidR="0056793B" w:rsidRDefault="0056793B" w:rsidP="00261A23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 с политико-административной картой РФ: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местонахождения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краёв,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крупнейших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России.;</w:t>
            </w:r>
          </w:p>
          <w:p w14:paraId="582B70E8" w14:textId="77777777" w:rsidR="0056793B" w:rsidRDefault="0056793B" w:rsidP="00261A23">
            <w:pPr>
              <w:pStyle w:val="TableParagraph"/>
              <w:spacing w:before="2" w:line="266" w:lineRule="auto"/>
              <w:ind w:left="79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учителя.;</w:t>
            </w:r>
          </w:p>
        </w:tc>
        <w:tc>
          <w:tcPr>
            <w:tcW w:w="1080" w:type="dxa"/>
          </w:tcPr>
          <w:p w14:paraId="15976979" w14:textId="77777777" w:rsidR="0056793B" w:rsidRDefault="0056793B" w:rsidP="00261A23">
            <w:pPr>
              <w:pStyle w:val="TableParagraph"/>
              <w:spacing w:before="7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6CB5FDBA" w14:textId="77777777" w:rsidR="0056793B" w:rsidRDefault="0056793B" w:rsidP="00261A23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0DE0A4EE" w14:textId="77777777" w:rsidTr="00261A23">
        <w:trPr>
          <w:trHeight w:val="909"/>
        </w:trPr>
        <w:tc>
          <w:tcPr>
            <w:tcW w:w="468" w:type="dxa"/>
          </w:tcPr>
          <w:p w14:paraId="0285545F" w14:textId="77777777" w:rsidR="0056793B" w:rsidRDefault="0056793B" w:rsidP="00261A2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778" w:type="dxa"/>
          </w:tcPr>
          <w:p w14:paraId="5002606E" w14:textId="77777777" w:rsidR="0056793B" w:rsidRDefault="0056793B" w:rsidP="00261A23">
            <w:pPr>
              <w:pStyle w:val="TableParagraph"/>
              <w:spacing w:before="74" w:line="266" w:lineRule="auto"/>
              <w:ind w:left="76" w:right="65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Конституция </w:t>
            </w:r>
            <w:r>
              <w:rPr>
                <w:b/>
                <w:w w:val="105"/>
                <w:sz w:val="15"/>
              </w:rPr>
              <w:t>— основной закон Российской Федерации.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обязанности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гражданина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РФ.</w:t>
            </w:r>
          </w:p>
        </w:tc>
        <w:tc>
          <w:tcPr>
            <w:tcW w:w="528" w:type="dxa"/>
          </w:tcPr>
          <w:p w14:paraId="063A4458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045C8910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D02DAEA" w14:textId="77777777" w:rsidR="0056793B" w:rsidRDefault="0056793B" w:rsidP="00261A2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21953460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740719F8" w14:textId="77777777" w:rsidR="0056793B" w:rsidRDefault="0056793B" w:rsidP="00261A23">
            <w:pPr>
              <w:pStyle w:val="TableParagraph"/>
              <w:spacing w:before="74" w:line="266" w:lineRule="auto"/>
              <w:ind w:left="79" w:right="194"/>
              <w:rPr>
                <w:sz w:val="15"/>
              </w:rPr>
            </w:pPr>
            <w:r>
              <w:rPr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Конституции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 и обсуждение текстов учебника, объяснения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учителя.;</w:t>
            </w:r>
          </w:p>
        </w:tc>
        <w:tc>
          <w:tcPr>
            <w:tcW w:w="1080" w:type="dxa"/>
          </w:tcPr>
          <w:p w14:paraId="4F7C29CB" w14:textId="77777777" w:rsidR="0056793B" w:rsidRDefault="0056793B" w:rsidP="00261A23">
            <w:pPr>
              <w:pStyle w:val="TableParagraph"/>
              <w:spacing w:before="7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695C1D65" w14:textId="77777777" w:rsidR="0056793B" w:rsidRDefault="0056793B" w:rsidP="00261A23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5644D531" w14:textId="77777777" w:rsidTr="00261A23">
        <w:trPr>
          <w:trHeight w:val="909"/>
        </w:trPr>
        <w:tc>
          <w:tcPr>
            <w:tcW w:w="468" w:type="dxa"/>
          </w:tcPr>
          <w:p w14:paraId="7E23EDE3" w14:textId="77777777" w:rsidR="0056793B" w:rsidRDefault="0056793B" w:rsidP="00261A2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4778" w:type="dxa"/>
          </w:tcPr>
          <w:p w14:paraId="436A1CD8" w14:textId="77777777" w:rsidR="0056793B" w:rsidRDefault="0056793B" w:rsidP="00261A23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Президент РФ — глава государства. Политико-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административная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Города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России.</w:t>
            </w:r>
          </w:p>
        </w:tc>
        <w:tc>
          <w:tcPr>
            <w:tcW w:w="528" w:type="dxa"/>
          </w:tcPr>
          <w:p w14:paraId="58E15C37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589B8A56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216F5B5" w14:textId="77777777" w:rsidR="0056793B" w:rsidRDefault="0056793B" w:rsidP="00261A2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25DD133F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2D382058" w14:textId="77777777" w:rsidR="0056793B" w:rsidRDefault="0056793B" w:rsidP="00261A23">
            <w:pPr>
              <w:pStyle w:val="TableParagraph"/>
              <w:spacing w:before="74" w:line="266" w:lineRule="auto"/>
              <w:ind w:left="79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учителя.;</w:t>
            </w:r>
          </w:p>
        </w:tc>
        <w:tc>
          <w:tcPr>
            <w:tcW w:w="1080" w:type="dxa"/>
          </w:tcPr>
          <w:p w14:paraId="5D3D9C3F" w14:textId="77777777" w:rsidR="0056793B" w:rsidRDefault="0056793B" w:rsidP="00261A23">
            <w:pPr>
              <w:pStyle w:val="TableParagraph"/>
              <w:spacing w:before="7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1F9FF348" w14:textId="77777777" w:rsidR="0056793B" w:rsidRDefault="0056793B" w:rsidP="00261A23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56793B" w14:paraId="38EFE816" w14:textId="77777777" w:rsidTr="00261A23">
        <w:trPr>
          <w:trHeight w:val="1101"/>
        </w:trPr>
        <w:tc>
          <w:tcPr>
            <w:tcW w:w="468" w:type="dxa"/>
          </w:tcPr>
          <w:p w14:paraId="29B38FF2" w14:textId="77777777" w:rsidR="0056793B" w:rsidRDefault="0056793B" w:rsidP="00261A2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4778" w:type="dxa"/>
          </w:tcPr>
          <w:p w14:paraId="68A5F3E7" w14:textId="77777777" w:rsidR="0056793B" w:rsidRDefault="0056793B" w:rsidP="00261A23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Общая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характеристика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главный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важнейшие достопримечательности, знаменитые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соотечественники.</w:t>
            </w:r>
          </w:p>
        </w:tc>
        <w:tc>
          <w:tcPr>
            <w:tcW w:w="528" w:type="dxa"/>
          </w:tcPr>
          <w:p w14:paraId="418ADF93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07AFF182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3D0B94F" w14:textId="77777777" w:rsidR="0056793B" w:rsidRDefault="0056793B" w:rsidP="00261A2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04" w:type="dxa"/>
          </w:tcPr>
          <w:p w14:paraId="7961BE33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35CA94B4" w14:textId="77777777" w:rsidR="0056793B" w:rsidRDefault="0056793B" w:rsidP="00261A23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 с политико-административной картой РФ: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местонахождения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краёв,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крупнейших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России.;</w:t>
            </w:r>
          </w:p>
          <w:p w14:paraId="37B77FB4" w14:textId="77777777" w:rsidR="0056793B" w:rsidRDefault="0056793B" w:rsidP="00261A23">
            <w:pPr>
              <w:pStyle w:val="TableParagraph"/>
              <w:spacing w:before="2" w:line="266" w:lineRule="auto"/>
              <w:ind w:left="79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учителя.;</w:t>
            </w:r>
          </w:p>
        </w:tc>
        <w:tc>
          <w:tcPr>
            <w:tcW w:w="1080" w:type="dxa"/>
          </w:tcPr>
          <w:p w14:paraId="15AAECB7" w14:textId="77777777" w:rsidR="0056793B" w:rsidRDefault="0056793B" w:rsidP="00261A23">
            <w:pPr>
              <w:pStyle w:val="TableParagraph"/>
              <w:spacing w:before="7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5947F787" w14:textId="77777777" w:rsidR="0056793B" w:rsidRDefault="0056793B" w:rsidP="00261A23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56793B" w14:paraId="4F97EE70" w14:textId="77777777" w:rsidTr="00261A23">
        <w:trPr>
          <w:trHeight w:val="909"/>
        </w:trPr>
        <w:tc>
          <w:tcPr>
            <w:tcW w:w="468" w:type="dxa"/>
          </w:tcPr>
          <w:p w14:paraId="66A75900" w14:textId="77777777" w:rsidR="0056793B" w:rsidRDefault="0056793B" w:rsidP="00261A2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4778" w:type="dxa"/>
          </w:tcPr>
          <w:p w14:paraId="3D0E3A01" w14:textId="77777777" w:rsidR="0056793B" w:rsidRDefault="0056793B" w:rsidP="00261A23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Государственные праздники в жизни российского общества: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Новый год, День защитника Отечества, Международный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женский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день,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День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весны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труда,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День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Победы,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День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День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единства,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День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Конституции.</w:t>
            </w:r>
          </w:p>
        </w:tc>
        <w:tc>
          <w:tcPr>
            <w:tcW w:w="528" w:type="dxa"/>
          </w:tcPr>
          <w:p w14:paraId="65D40C81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12F0B065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6ABCC03" w14:textId="77777777" w:rsidR="0056793B" w:rsidRDefault="0056793B" w:rsidP="00261A2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77BE6734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5E8A271B" w14:textId="77777777" w:rsidR="0056793B" w:rsidRDefault="0056793B" w:rsidP="00261A23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«Государственные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России».;</w:t>
            </w:r>
          </w:p>
          <w:p w14:paraId="750B2254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«Рассказ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любом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региона».;</w:t>
            </w:r>
          </w:p>
        </w:tc>
        <w:tc>
          <w:tcPr>
            <w:tcW w:w="1080" w:type="dxa"/>
          </w:tcPr>
          <w:p w14:paraId="4730E375" w14:textId="77777777" w:rsidR="0056793B" w:rsidRDefault="0056793B" w:rsidP="00261A23">
            <w:pPr>
              <w:pStyle w:val="TableParagraph"/>
              <w:spacing w:before="7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3992CB8F" w14:textId="77777777" w:rsidR="0056793B" w:rsidRDefault="0056793B" w:rsidP="00261A23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17B2B070" w14:textId="77777777" w:rsidTr="00261A23">
        <w:trPr>
          <w:trHeight w:val="993"/>
        </w:trPr>
        <w:tc>
          <w:tcPr>
            <w:tcW w:w="468" w:type="dxa"/>
          </w:tcPr>
          <w:p w14:paraId="12A30F17" w14:textId="77777777" w:rsidR="0056793B" w:rsidRDefault="0056793B" w:rsidP="00261A2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4778" w:type="dxa"/>
          </w:tcPr>
          <w:p w14:paraId="14869503" w14:textId="77777777" w:rsidR="0056793B" w:rsidRDefault="0056793B" w:rsidP="00261A23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Праздники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памятные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даты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своего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региона.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Характеристика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отдельных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исторических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событий,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связанных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ним.</w:t>
            </w:r>
          </w:p>
        </w:tc>
        <w:tc>
          <w:tcPr>
            <w:tcW w:w="528" w:type="dxa"/>
          </w:tcPr>
          <w:p w14:paraId="0A0F5BA6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0A3BB4B1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F8FA56C" w14:textId="77777777" w:rsidR="0056793B" w:rsidRDefault="0056793B" w:rsidP="00261A2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34C9DFC6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3F9A89F8" w14:textId="77777777" w:rsidR="0056793B" w:rsidRDefault="0056793B" w:rsidP="00261A23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«Государственные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России».;</w:t>
            </w:r>
          </w:p>
          <w:p w14:paraId="26ABBD2C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«Рассказ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любом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региона».;</w:t>
            </w:r>
          </w:p>
        </w:tc>
        <w:tc>
          <w:tcPr>
            <w:tcW w:w="1080" w:type="dxa"/>
          </w:tcPr>
          <w:p w14:paraId="2584FECD" w14:textId="77777777" w:rsidR="0056793B" w:rsidRDefault="0056793B" w:rsidP="00261A23">
            <w:pPr>
              <w:pStyle w:val="TableParagraph"/>
              <w:spacing w:before="7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7A2FD2B0" w14:textId="77777777" w:rsidR="0056793B" w:rsidRDefault="0056793B" w:rsidP="00261A23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493ADE36" w14:textId="77777777" w:rsidTr="00261A23">
        <w:trPr>
          <w:trHeight w:val="1101"/>
        </w:trPr>
        <w:tc>
          <w:tcPr>
            <w:tcW w:w="468" w:type="dxa"/>
          </w:tcPr>
          <w:p w14:paraId="3D276DF6" w14:textId="77777777" w:rsidR="0056793B" w:rsidRDefault="0056793B" w:rsidP="00261A2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4778" w:type="dxa"/>
          </w:tcPr>
          <w:p w14:paraId="2CB255D4" w14:textId="77777777" w:rsidR="0056793B" w:rsidRDefault="0056793B" w:rsidP="00261A2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История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Отечества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«Лента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времени»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карта.</w:t>
            </w:r>
          </w:p>
        </w:tc>
        <w:tc>
          <w:tcPr>
            <w:tcW w:w="528" w:type="dxa"/>
          </w:tcPr>
          <w:p w14:paraId="5093693A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4238AD49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35CB3D9" w14:textId="77777777" w:rsidR="0056793B" w:rsidRDefault="0056793B" w:rsidP="00261A2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04" w:type="dxa"/>
          </w:tcPr>
          <w:p w14:paraId="666C35A4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6052BC0D" w14:textId="77777777" w:rsidR="0056793B" w:rsidRDefault="0056793B" w:rsidP="00261A23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«ленте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времени» времени (века), в котором происходили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события».;</w:t>
            </w:r>
          </w:p>
          <w:p w14:paraId="61053901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важнейших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России.;</w:t>
            </w:r>
          </w:p>
        </w:tc>
        <w:tc>
          <w:tcPr>
            <w:tcW w:w="1080" w:type="dxa"/>
          </w:tcPr>
          <w:p w14:paraId="2068C5FD" w14:textId="77777777" w:rsidR="0056793B" w:rsidRDefault="0056793B" w:rsidP="00261A23">
            <w:pPr>
              <w:pStyle w:val="TableParagraph"/>
              <w:spacing w:before="7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6E804097" w14:textId="77777777" w:rsidR="0056793B" w:rsidRDefault="0056793B" w:rsidP="00261A23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2EF529F0" w14:textId="77777777" w:rsidTr="00261A23">
        <w:trPr>
          <w:trHeight w:val="1677"/>
        </w:trPr>
        <w:tc>
          <w:tcPr>
            <w:tcW w:w="468" w:type="dxa"/>
          </w:tcPr>
          <w:p w14:paraId="726B931C" w14:textId="77777777" w:rsidR="0056793B" w:rsidRDefault="0056793B" w:rsidP="00261A2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4778" w:type="dxa"/>
          </w:tcPr>
          <w:p w14:paraId="23F77CAE" w14:textId="77777777" w:rsidR="0056793B" w:rsidRDefault="0056793B" w:rsidP="00261A23">
            <w:pPr>
              <w:pStyle w:val="TableParagraph"/>
              <w:spacing w:before="74" w:line="266" w:lineRule="auto"/>
              <w:ind w:left="76" w:right="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Наиболее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важные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яркие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события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общественной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 страны в разные исторические периоды: государство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Русь, Московское государство, Российская империя, СССР,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Российская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Федерация.</w:t>
            </w:r>
          </w:p>
        </w:tc>
        <w:tc>
          <w:tcPr>
            <w:tcW w:w="528" w:type="dxa"/>
          </w:tcPr>
          <w:p w14:paraId="6876DB14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32BF6D20" w14:textId="77777777" w:rsidR="0056793B" w:rsidRDefault="0056793B" w:rsidP="00261A2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4CA3CD0" w14:textId="77777777" w:rsidR="0056793B" w:rsidRDefault="0056793B" w:rsidP="00261A2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04" w:type="dxa"/>
          </w:tcPr>
          <w:p w14:paraId="0D8BEFC0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4C7959B6" w14:textId="77777777" w:rsidR="0056793B" w:rsidRDefault="0056793B" w:rsidP="00261A23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«ленте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времени» времени (века), в котором происходили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события».;</w:t>
            </w:r>
          </w:p>
          <w:p w14:paraId="66738776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Руси.;</w:t>
            </w:r>
          </w:p>
          <w:p w14:paraId="7920ACBB" w14:textId="77777777" w:rsidR="0056793B" w:rsidRDefault="0056793B" w:rsidP="00261A23">
            <w:pPr>
              <w:pStyle w:val="TableParagraph"/>
              <w:spacing w:before="2" w:line="266" w:lineRule="auto"/>
              <w:ind w:left="79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Просмотр видеофрагментов, иллюстраций, </w:t>
            </w:r>
            <w:r>
              <w:rPr>
                <w:w w:val="105"/>
                <w:sz w:val="15"/>
              </w:rPr>
              <w:t>чтение текстов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учебников (по выбору) на тему «Объекты Всемирного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наследия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рубежом».;</w:t>
            </w:r>
          </w:p>
        </w:tc>
        <w:tc>
          <w:tcPr>
            <w:tcW w:w="1080" w:type="dxa"/>
          </w:tcPr>
          <w:p w14:paraId="758F6D3A" w14:textId="77777777" w:rsidR="0056793B" w:rsidRDefault="0056793B" w:rsidP="00261A23">
            <w:pPr>
              <w:pStyle w:val="TableParagraph"/>
              <w:spacing w:before="74"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1A5E4E79" w14:textId="77777777" w:rsidR="0056793B" w:rsidRDefault="0056793B" w:rsidP="00261A23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</w:tbl>
    <w:p w14:paraId="0E569596" w14:textId="77777777" w:rsidR="0056793B" w:rsidRDefault="0056793B" w:rsidP="0056793B">
      <w:pPr>
        <w:rPr>
          <w:sz w:val="15"/>
        </w:rPr>
        <w:sectPr w:rsidR="0056793B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778"/>
        <w:gridCol w:w="528"/>
        <w:gridCol w:w="1104"/>
        <w:gridCol w:w="1140"/>
        <w:gridCol w:w="804"/>
        <w:gridCol w:w="4214"/>
        <w:gridCol w:w="1080"/>
        <w:gridCol w:w="1380"/>
      </w:tblGrid>
      <w:tr w:rsidR="0056793B" w14:paraId="68944D2F" w14:textId="77777777" w:rsidTr="00261A23">
        <w:trPr>
          <w:trHeight w:val="2638"/>
        </w:trPr>
        <w:tc>
          <w:tcPr>
            <w:tcW w:w="468" w:type="dxa"/>
          </w:tcPr>
          <w:p w14:paraId="2AB55437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1.9.</w:t>
            </w:r>
          </w:p>
        </w:tc>
        <w:tc>
          <w:tcPr>
            <w:tcW w:w="4778" w:type="dxa"/>
          </w:tcPr>
          <w:p w14:paraId="096C88B7" w14:textId="77777777" w:rsidR="0056793B" w:rsidRDefault="0056793B" w:rsidP="00261A23">
            <w:pPr>
              <w:pStyle w:val="TableParagraph"/>
              <w:spacing w:line="266" w:lineRule="auto"/>
              <w:ind w:left="76" w:right="3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Картины быта, труда; духовно-нравственные </w:t>
            </w:r>
            <w:r>
              <w:rPr>
                <w:b/>
                <w:w w:val="105"/>
                <w:sz w:val="15"/>
              </w:rPr>
              <w:t>и культурные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исторические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времена.</w:t>
            </w:r>
          </w:p>
        </w:tc>
        <w:tc>
          <w:tcPr>
            <w:tcW w:w="528" w:type="dxa"/>
          </w:tcPr>
          <w:p w14:paraId="23C599F1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6EAF74A3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C1A72FF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4" w:type="dxa"/>
          </w:tcPr>
          <w:p w14:paraId="7DBA7C1F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7638A925" w14:textId="77777777" w:rsidR="0056793B" w:rsidRDefault="0056793B" w:rsidP="00261A23">
            <w:pPr>
              <w:pStyle w:val="TableParagraph"/>
              <w:spacing w:line="266" w:lineRule="auto"/>
              <w:ind w:left="79" w:right="4"/>
              <w:rPr>
                <w:sz w:val="15"/>
              </w:rPr>
            </w:pPr>
            <w:r>
              <w:rPr>
                <w:w w:val="105"/>
                <w:sz w:val="15"/>
              </w:rPr>
              <w:t>Экскурсия в художественный музей, просмотр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видеофрагментов, иллюстраций и других материалов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«Искусство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Руси»,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«Ремёсла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Руси»,</w:t>
            </w:r>
          </w:p>
          <w:p w14:paraId="76BDE241" w14:textId="77777777" w:rsidR="0056793B" w:rsidRDefault="0056793B" w:rsidP="00261A23">
            <w:pPr>
              <w:pStyle w:val="TableParagraph"/>
              <w:spacing w:before="2" w:line="266" w:lineRule="auto"/>
              <w:ind w:left="79" w:right="14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«Образование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XIX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«Московское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государство»,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«Искусство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ХIХ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«Искусство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века»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выбору).;</w:t>
            </w:r>
          </w:p>
          <w:p w14:paraId="6D9DD484" w14:textId="77777777" w:rsidR="0056793B" w:rsidRDefault="0056793B" w:rsidP="00261A23">
            <w:pPr>
              <w:pStyle w:val="TableParagraph"/>
              <w:spacing w:before="2" w:line="266" w:lineRule="auto"/>
              <w:ind w:left="79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Просмотр видеофрагментов, иллюстраций, </w:t>
            </w:r>
            <w:r>
              <w:rPr>
                <w:w w:val="105"/>
                <w:sz w:val="15"/>
              </w:rPr>
              <w:t>чтение текстов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учебников (по выбору) на тему «Объекты Всемирного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наследия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рубежом».;</w:t>
            </w:r>
          </w:p>
          <w:p w14:paraId="5AEEC45D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 учителя о памятниках Всемирного наследия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Московский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Кремль,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Новгорода, Кижи, в мире — Великая Китайская стена,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Колизей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Акрополь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Греции).;</w:t>
            </w:r>
          </w:p>
        </w:tc>
        <w:tc>
          <w:tcPr>
            <w:tcW w:w="1080" w:type="dxa"/>
          </w:tcPr>
          <w:p w14:paraId="14EFF9BB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554C3B85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56793B" w14:paraId="51EC4918" w14:textId="77777777" w:rsidTr="00261A23">
        <w:trPr>
          <w:trHeight w:val="909"/>
        </w:trPr>
        <w:tc>
          <w:tcPr>
            <w:tcW w:w="468" w:type="dxa"/>
          </w:tcPr>
          <w:p w14:paraId="1C61E52F" w14:textId="77777777" w:rsidR="0056793B" w:rsidRDefault="0056793B" w:rsidP="00261A2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4778" w:type="dxa"/>
          </w:tcPr>
          <w:p w14:paraId="72A1FF22" w14:textId="77777777" w:rsidR="0056793B" w:rsidRDefault="0056793B" w:rsidP="00261A23">
            <w:pPr>
              <w:pStyle w:val="TableParagraph"/>
              <w:spacing w:line="266" w:lineRule="auto"/>
              <w:ind w:left="76" w:right="65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Выдающиеся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эпох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носители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базовых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национальных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ценностей.</w:t>
            </w:r>
          </w:p>
        </w:tc>
        <w:tc>
          <w:tcPr>
            <w:tcW w:w="528" w:type="dxa"/>
          </w:tcPr>
          <w:p w14:paraId="4BC5AAFF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793DC4FC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1BAFB45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04" w:type="dxa"/>
          </w:tcPr>
          <w:p w14:paraId="0D466C7F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61BD033A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долг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защиты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Отечества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 примере Отечественной войны 1812 г., Великой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(1941—1945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гг.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)».;</w:t>
            </w:r>
          </w:p>
        </w:tc>
        <w:tc>
          <w:tcPr>
            <w:tcW w:w="1080" w:type="dxa"/>
          </w:tcPr>
          <w:p w14:paraId="2B319FAA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29C6FD33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5C8F20D5" w14:textId="77777777" w:rsidTr="00261A23">
        <w:trPr>
          <w:trHeight w:val="909"/>
        </w:trPr>
        <w:tc>
          <w:tcPr>
            <w:tcW w:w="468" w:type="dxa"/>
          </w:tcPr>
          <w:p w14:paraId="70BD0711" w14:textId="77777777" w:rsidR="0056793B" w:rsidRDefault="0056793B" w:rsidP="00261A2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1.11.</w:t>
            </w:r>
          </w:p>
        </w:tc>
        <w:tc>
          <w:tcPr>
            <w:tcW w:w="4778" w:type="dxa"/>
          </w:tcPr>
          <w:p w14:paraId="1EC4FFDA" w14:textId="77777777" w:rsidR="0056793B" w:rsidRDefault="0056793B" w:rsidP="00261A2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Наиболее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значимые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объекты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списка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Всемирного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культурного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наследия в России и </w:t>
            </w:r>
            <w:proofErr w:type="spellStart"/>
            <w:r>
              <w:rPr>
                <w:b/>
                <w:w w:val="105"/>
                <w:sz w:val="15"/>
              </w:rPr>
              <w:t>зарубежом</w:t>
            </w:r>
            <w:proofErr w:type="spellEnd"/>
            <w:r>
              <w:rPr>
                <w:b/>
                <w:w w:val="105"/>
                <w:sz w:val="15"/>
              </w:rPr>
              <w:t xml:space="preserve"> (3—4 объекта). Охрана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памятников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культуры.</w:t>
            </w:r>
          </w:p>
        </w:tc>
        <w:tc>
          <w:tcPr>
            <w:tcW w:w="528" w:type="dxa"/>
          </w:tcPr>
          <w:p w14:paraId="06981E99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14DA833D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DE982B8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2248923B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551E9C8D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 учителя о памятниках Всемирного наследия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Московский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Кремль,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Новгорода, Кижи, в мире — Великая Китайская стена,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Колизей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Акрополь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Греции).;</w:t>
            </w:r>
          </w:p>
        </w:tc>
        <w:tc>
          <w:tcPr>
            <w:tcW w:w="1080" w:type="dxa"/>
          </w:tcPr>
          <w:p w14:paraId="1268B321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55ACADA9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613BEBCC" w14:textId="77777777" w:rsidTr="00261A23">
        <w:trPr>
          <w:trHeight w:val="1113"/>
        </w:trPr>
        <w:tc>
          <w:tcPr>
            <w:tcW w:w="468" w:type="dxa"/>
          </w:tcPr>
          <w:p w14:paraId="79EB6F8E" w14:textId="77777777" w:rsidR="0056793B" w:rsidRDefault="0056793B" w:rsidP="00261A23">
            <w:pPr>
              <w:pStyle w:val="TableParagraph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1.12</w:t>
            </w:r>
          </w:p>
        </w:tc>
        <w:tc>
          <w:tcPr>
            <w:tcW w:w="4778" w:type="dxa"/>
          </w:tcPr>
          <w:p w14:paraId="5823952B" w14:textId="77777777" w:rsidR="0056793B" w:rsidRDefault="0056793B" w:rsidP="00261A23">
            <w:pPr>
              <w:pStyle w:val="TableParagraph"/>
              <w:spacing w:before="52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Посильное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участие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охране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памятников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истории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своего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края.</w:t>
            </w:r>
          </w:p>
        </w:tc>
        <w:tc>
          <w:tcPr>
            <w:tcW w:w="528" w:type="dxa"/>
          </w:tcPr>
          <w:p w14:paraId="681E72C1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32531AC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4EF9256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25CDDB04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6557DFF9" w14:textId="77777777" w:rsidR="0056793B" w:rsidRDefault="0056793B" w:rsidP="00261A23">
            <w:pPr>
              <w:pStyle w:val="TableParagraph"/>
              <w:spacing w:line="266" w:lineRule="auto"/>
              <w:ind w:left="79" w:right="194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охраняются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культуры»;</w:t>
            </w:r>
          </w:p>
          <w:p w14:paraId="77384425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докладов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учащихся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культурного </w:t>
            </w:r>
            <w:r>
              <w:rPr>
                <w:w w:val="105"/>
                <w:sz w:val="15"/>
              </w:rPr>
              <w:t>наследия России (дифференцированное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задание);</w:t>
            </w:r>
          </w:p>
        </w:tc>
        <w:tc>
          <w:tcPr>
            <w:tcW w:w="1080" w:type="dxa"/>
          </w:tcPr>
          <w:p w14:paraId="449B46D6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13F96247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11323510" w14:textId="77777777" w:rsidTr="00261A23">
        <w:trPr>
          <w:trHeight w:val="909"/>
        </w:trPr>
        <w:tc>
          <w:tcPr>
            <w:tcW w:w="468" w:type="dxa"/>
          </w:tcPr>
          <w:p w14:paraId="52D1DF2E" w14:textId="77777777" w:rsidR="0056793B" w:rsidRDefault="0056793B" w:rsidP="00261A2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1.13.</w:t>
            </w:r>
          </w:p>
        </w:tc>
        <w:tc>
          <w:tcPr>
            <w:tcW w:w="4778" w:type="dxa"/>
          </w:tcPr>
          <w:p w14:paraId="586BBB08" w14:textId="77777777" w:rsidR="0056793B" w:rsidRDefault="0056793B" w:rsidP="00261A23">
            <w:pPr>
              <w:pStyle w:val="TableParagraph"/>
              <w:spacing w:line="266" w:lineRule="auto"/>
              <w:ind w:left="76" w:right="3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нравственного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поведения,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разные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исторические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времена.</w:t>
            </w:r>
          </w:p>
        </w:tc>
        <w:tc>
          <w:tcPr>
            <w:tcW w:w="528" w:type="dxa"/>
          </w:tcPr>
          <w:p w14:paraId="37F2FB26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F99A117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3C5E9B7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1AA3DCC9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1B59D38D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Руси.;</w:t>
            </w:r>
          </w:p>
        </w:tc>
        <w:tc>
          <w:tcPr>
            <w:tcW w:w="1080" w:type="dxa"/>
          </w:tcPr>
          <w:p w14:paraId="60159B77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37FA1CDE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44CACE37" w14:textId="77777777" w:rsidTr="00261A23">
        <w:trPr>
          <w:trHeight w:val="333"/>
        </w:trPr>
        <w:tc>
          <w:tcPr>
            <w:tcW w:w="5246" w:type="dxa"/>
            <w:gridSpan w:val="2"/>
          </w:tcPr>
          <w:p w14:paraId="4E2A5412" w14:textId="77777777" w:rsidR="0056793B" w:rsidRDefault="0056793B" w:rsidP="00261A2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48E8054A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9722" w:type="dxa"/>
            <w:gridSpan w:val="6"/>
          </w:tcPr>
          <w:p w14:paraId="081FBE0E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6793B" w14:paraId="04043248" w14:textId="77777777" w:rsidTr="00261A23">
        <w:trPr>
          <w:trHeight w:val="333"/>
        </w:trPr>
        <w:tc>
          <w:tcPr>
            <w:tcW w:w="15496" w:type="dxa"/>
            <w:gridSpan w:val="9"/>
          </w:tcPr>
          <w:p w14:paraId="3355F77D" w14:textId="77777777" w:rsidR="0056793B" w:rsidRDefault="0056793B" w:rsidP="00261A2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природа.</w:t>
            </w:r>
          </w:p>
        </w:tc>
      </w:tr>
      <w:tr w:rsidR="0056793B" w14:paraId="3F2E4B76" w14:textId="77777777" w:rsidTr="00261A23">
        <w:trPr>
          <w:trHeight w:val="909"/>
        </w:trPr>
        <w:tc>
          <w:tcPr>
            <w:tcW w:w="468" w:type="dxa"/>
          </w:tcPr>
          <w:p w14:paraId="3009ACA7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4778" w:type="dxa"/>
          </w:tcPr>
          <w:p w14:paraId="7E315ADB" w14:textId="77777777" w:rsidR="0056793B" w:rsidRDefault="0056793B" w:rsidP="00261A23">
            <w:pPr>
              <w:pStyle w:val="TableParagraph"/>
              <w:spacing w:before="52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Солнце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ближайшая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нам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звезда,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источник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тепла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всего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живого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Земле.</w:t>
            </w:r>
          </w:p>
        </w:tc>
        <w:tc>
          <w:tcPr>
            <w:tcW w:w="528" w:type="dxa"/>
          </w:tcPr>
          <w:p w14:paraId="46777BBE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0D30F59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C00B5AD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7246A0DC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1A96113C" w14:textId="77777777" w:rsidR="0056793B" w:rsidRDefault="0056793B" w:rsidP="00261A23">
            <w:pPr>
              <w:pStyle w:val="TableParagraph"/>
              <w:spacing w:line="266" w:lineRule="auto"/>
              <w:ind w:left="79" w:right="2425"/>
              <w:rPr>
                <w:sz w:val="15"/>
              </w:rPr>
            </w:pPr>
            <w:r>
              <w:rPr>
                <w:w w:val="105"/>
                <w:sz w:val="15"/>
              </w:rPr>
              <w:t>Что такое Солнце.;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Солнцем;</w:t>
            </w:r>
          </w:p>
        </w:tc>
        <w:tc>
          <w:tcPr>
            <w:tcW w:w="1080" w:type="dxa"/>
          </w:tcPr>
          <w:p w14:paraId="0A1FE146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0411EFEF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555A8E26" w14:textId="77777777" w:rsidTr="00261A23">
        <w:trPr>
          <w:trHeight w:val="909"/>
        </w:trPr>
        <w:tc>
          <w:tcPr>
            <w:tcW w:w="468" w:type="dxa"/>
          </w:tcPr>
          <w:p w14:paraId="6E11CB13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778" w:type="dxa"/>
          </w:tcPr>
          <w:p w14:paraId="3BA8969B" w14:textId="77777777" w:rsidR="0056793B" w:rsidRDefault="0056793B" w:rsidP="00261A23">
            <w:pPr>
              <w:pStyle w:val="TableParagraph"/>
              <w:spacing w:before="54" w:line="249" w:lineRule="auto"/>
              <w:ind w:left="76"/>
              <w:rPr>
                <w:b/>
                <w:sz w:val="15"/>
              </w:rPr>
            </w:pPr>
            <w:r>
              <w:rPr>
                <w:b/>
                <w:position w:val="1"/>
                <w:sz w:val="15"/>
              </w:rPr>
              <w:t>Характеристика</w:t>
            </w:r>
            <w:r>
              <w:rPr>
                <w:b/>
                <w:spacing w:val="1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планет</w:t>
            </w:r>
            <w:r>
              <w:rPr>
                <w:b/>
                <w:spacing w:val="1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Солнечной</w:t>
            </w:r>
            <w:r>
              <w:rPr>
                <w:b/>
                <w:spacing w:val="1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системы</w:t>
            </w:r>
            <w:r>
              <w:rPr>
                <w:b/>
                <w:sz w:val="15"/>
              </w:rPr>
              <w:t xml:space="preserve">. </w:t>
            </w:r>
            <w:r>
              <w:rPr>
                <w:b/>
                <w:position w:val="1"/>
                <w:sz w:val="15"/>
              </w:rPr>
              <w:t>Естественные</w:t>
            </w:r>
            <w:r>
              <w:rPr>
                <w:b/>
                <w:spacing w:val="1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спутники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планет.</w:t>
            </w:r>
          </w:p>
        </w:tc>
        <w:tc>
          <w:tcPr>
            <w:tcW w:w="528" w:type="dxa"/>
          </w:tcPr>
          <w:p w14:paraId="4DA69824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0B278322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5DE71F7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41C6D690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0422373F" w14:textId="77777777" w:rsidR="0056793B" w:rsidRDefault="0056793B" w:rsidP="00261A23">
            <w:pPr>
              <w:pStyle w:val="TableParagraph"/>
              <w:spacing w:line="266" w:lineRule="auto"/>
              <w:ind w:left="79" w:right="762"/>
              <w:rPr>
                <w:sz w:val="15"/>
              </w:rPr>
            </w:pPr>
            <w:r>
              <w:rPr>
                <w:w w:val="105"/>
                <w:sz w:val="15"/>
              </w:rPr>
              <w:t>Рассказ о планетах Солнечной системы;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Земли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космическом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пространстве;</w:t>
            </w:r>
          </w:p>
          <w:p w14:paraId="2FAE12B3" w14:textId="77777777" w:rsidR="0056793B" w:rsidRDefault="0056793B" w:rsidP="00261A2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080" w:type="dxa"/>
          </w:tcPr>
          <w:p w14:paraId="44103A50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3D99EE5F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7CE2DE3F" w14:textId="77777777" w:rsidTr="00261A23">
        <w:trPr>
          <w:trHeight w:val="909"/>
        </w:trPr>
        <w:tc>
          <w:tcPr>
            <w:tcW w:w="468" w:type="dxa"/>
          </w:tcPr>
          <w:p w14:paraId="0E0C2744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4778" w:type="dxa"/>
          </w:tcPr>
          <w:p w14:paraId="034B1EEB" w14:textId="77777777" w:rsidR="0056793B" w:rsidRDefault="0056793B" w:rsidP="00261A2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Смена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дня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ночи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Земле.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Вращение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Земли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как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причина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смены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ночи.</w:t>
            </w:r>
          </w:p>
        </w:tc>
        <w:tc>
          <w:tcPr>
            <w:tcW w:w="528" w:type="dxa"/>
          </w:tcPr>
          <w:p w14:paraId="73EDCE39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50D4B09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A045915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43DA590A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2A96A961" w14:textId="77777777" w:rsidR="0056793B" w:rsidRDefault="0056793B" w:rsidP="00261A2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Смена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ночи;</w:t>
            </w:r>
          </w:p>
        </w:tc>
        <w:tc>
          <w:tcPr>
            <w:tcW w:w="1080" w:type="dxa"/>
          </w:tcPr>
          <w:p w14:paraId="70ECB26C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4385BE50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</w:tbl>
    <w:p w14:paraId="26751944" w14:textId="77777777" w:rsidR="0056793B" w:rsidRDefault="0056793B" w:rsidP="0056793B">
      <w:pPr>
        <w:rPr>
          <w:sz w:val="15"/>
        </w:rPr>
        <w:sectPr w:rsidR="0056793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778"/>
        <w:gridCol w:w="528"/>
        <w:gridCol w:w="1104"/>
        <w:gridCol w:w="1140"/>
        <w:gridCol w:w="804"/>
        <w:gridCol w:w="4214"/>
        <w:gridCol w:w="1080"/>
        <w:gridCol w:w="1380"/>
      </w:tblGrid>
      <w:tr w:rsidR="0056793B" w14:paraId="7BD0BE9B" w14:textId="77777777" w:rsidTr="00261A23">
        <w:trPr>
          <w:trHeight w:val="909"/>
        </w:trPr>
        <w:tc>
          <w:tcPr>
            <w:tcW w:w="468" w:type="dxa"/>
          </w:tcPr>
          <w:p w14:paraId="7556FB46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2.4.</w:t>
            </w:r>
          </w:p>
        </w:tc>
        <w:tc>
          <w:tcPr>
            <w:tcW w:w="4778" w:type="dxa"/>
          </w:tcPr>
          <w:p w14:paraId="24F2A7C3" w14:textId="77777777" w:rsidR="0056793B" w:rsidRDefault="0056793B" w:rsidP="00261A23">
            <w:pPr>
              <w:pStyle w:val="TableParagraph"/>
              <w:spacing w:before="52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Обращение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вокруг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Солнца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смена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времён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года.</w:t>
            </w:r>
          </w:p>
        </w:tc>
        <w:tc>
          <w:tcPr>
            <w:tcW w:w="528" w:type="dxa"/>
          </w:tcPr>
          <w:p w14:paraId="0C1ABD15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8D48EEA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D7BA15E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5AEA5E73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6C3650AB" w14:textId="77777777" w:rsidR="0056793B" w:rsidRDefault="0056793B" w:rsidP="00261A2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года;</w:t>
            </w:r>
          </w:p>
        </w:tc>
        <w:tc>
          <w:tcPr>
            <w:tcW w:w="1080" w:type="dxa"/>
          </w:tcPr>
          <w:p w14:paraId="7AC1A9BA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72993D47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2424DDD5" w14:textId="77777777" w:rsidTr="00261A23">
        <w:trPr>
          <w:trHeight w:val="909"/>
        </w:trPr>
        <w:tc>
          <w:tcPr>
            <w:tcW w:w="468" w:type="dxa"/>
          </w:tcPr>
          <w:p w14:paraId="122D3D38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4778" w:type="dxa"/>
          </w:tcPr>
          <w:p w14:paraId="6C923906" w14:textId="77777777" w:rsidR="0056793B" w:rsidRDefault="0056793B" w:rsidP="00261A23">
            <w:pPr>
              <w:pStyle w:val="TableParagraph"/>
              <w:spacing w:before="52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Формы земной поверхности: равнины, горы, холмы, овраги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(общее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условное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обозначение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равнин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карте).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Равнины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горы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России.</w:t>
            </w:r>
          </w:p>
        </w:tc>
        <w:tc>
          <w:tcPr>
            <w:tcW w:w="528" w:type="dxa"/>
          </w:tcPr>
          <w:p w14:paraId="40A29769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38977747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5C7BA5B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7A450D8C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4625A18E" w14:textId="77777777" w:rsidR="0056793B" w:rsidRDefault="0056793B" w:rsidP="00261A23">
            <w:pPr>
              <w:pStyle w:val="TableParagraph"/>
              <w:spacing w:line="266" w:lineRule="auto"/>
              <w:ind w:left="79" w:right="7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поверхности.;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горах;</w:t>
            </w:r>
          </w:p>
        </w:tc>
        <w:tc>
          <w:tcPr>
            <w:tcW w:w="1080" w:type="dxa"/>
          </w:tcPr>
          <w:p w14:paraId="2CB39B6E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015E9272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4E4A3326" w14:textId="77777777" w:rsidTr="00261A23">
        <w:trPr>
          <w:trHeight w:val="909"/>
        </w:trPr>
        <w:tc>
          <w:tcPr>
            <w:tcW w:w="468" w:type="dxa"/>
          </w:tcPr>
          <w:p w14:paraId="355EF39F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4778" w:type="dxa"/>
          </w:tcPr>
          <w:p w14:paraId="16B4E56E" w14:textId="77777777" w:rsidR="0056793B" w:rsidRDefault="0056793B" w:rsidP="00261A23">
            <w:pPr>
              <w:pStyle w:val="TableParagraph"/>
              <w:spacing w:line="266" w:lineRule="auto"/>
              <w:ind w:left="76" w:right="65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Особенности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поверхности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(краткая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характеристика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наблюдений).</w:t>
            </w:r>
          </w:p>
        </w:tc>
        <w:tc>
          <w:tcPr>
            <w:tcW w:w="528" w:type="dxa"/>
          </w:tcPr>
          <w:p w14:paraId="34D273CF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8B188EF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DDEE18D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A7F9A35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5C4B9305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Оренбургской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области;</w:t>
            </w:r>
          </w:p>
        </w:tc>
        <w:tc>
          <w:tcPr>
            <w:tcW w:w="1080" w:type="dxa"/>
          </w:tcPr>
          <w:p w14:paraId="5A540C01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655D7B25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3CEC468C" w14:textId="77777777" w:rsidTr="00261A23">
        <w:trPr>
          <w:trHeight w:val="909"/>
        </w:trPr>
        <w:tc>
          <w:tcPr>
            <w:tcW w:w="468" w:type="dxa"/>
          </w:tcPr>
          <w:p w14:paraId="0F992A8D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4778" w:type="dxa"/>
          </w:tcPr>
          <w:p w14:paraId="02020C5D" w14:textId="77777777" w:rsidR="0056793B" w:rsidRDefault="0056793B" w:rsidP="00261A2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Водоёмы,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разнообразие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(океан,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море,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озеро,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пруд);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водный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поток.</w:t>
            </w:r>
          </w:p>
        </w:tc>
        <w:tc>
          <w:tcPr>
            <w:tcW w:w="528" w:type="dxa"/>
          </w:tcPr>
          <w:p w14:paraId="23A0F48C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70D27181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459601E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03C93B4A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59F437EF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водоёмы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деятельности».;</w:t>
            </w:r>
          </w:p>
        </w:tc>
        <w:tc>
          <w:tcPr>
            <w:tcW w:w="1080" w:type="dxa"/>
          </w:tcPr>
          <w:p w14:paraId="0912B28E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2D58A630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30C09178" w14:textId="77777777" w:rsidTr="00261A23">
        <w:trPr>
          <w:trHeight w:val="909"/>
        </w:trPr>
        <w:tc>
          <w:tcPr>
            <w:tcW w:w="468" w:type="dxa"/>
          </w:tcPr>
          <w:p w14:paraId="4F5B2ACC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4778" w:type="dxa"/>
          </w:tcPr>
          <w:p w14:paraId="7785A7F3" w14:textId="77777777" w:rsidR="0056793B" w:rsidRDefault="0056793B" w:rsidP="00261A2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Крупнейшие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озёра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моря,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омывающие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берега,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океаны.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3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человеком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водоёмов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рек.</w:t>
            </w:r>
          </w:p>
        </w:tc>
        <w:tc>
          <w:tcPr>
            <w:tcW w:w="528" w:type="dxa"/>
          </w:tcPr>
          <w:p w14:paraId="5D891F4B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0827090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72528DD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479D9D7F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04AFEA9B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водоёмы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деятельности».;</w:t>
            </w:r>
          </w:p>
        </w:tc>
        <w:tc>
          <w:tcPr>
            <w:tcW w:w="1080" w:type="dxa"/>
          </w:tcPr>
          <w:p w14:paraId="6BC7EB23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6F948BB5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3906AD96" w14:textId="77777777" w:rsidTr="00261A23">
        <w:trPr>
          <w:trHeight w:val="909"/>
        </w:trPr>
        <w:tc>
          <w:tcPr>
            <w:tcW w:w="468" w:type="dxa"/>
          </w:tcPr>
          <w:p w14:paraId="66998607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4778" w:type="dxa"/>
          </w:tcPr>
          <w:p w14:paraId="2AB7A7CA" w14:textId="77777777" w:rsidR="0056793B" w:rsidRDefault="0056793B" w:rsidP="00261A23">
            <w:pPr>
              <w:pStyle w:val="TableParagraph"/>
              <w:spacing w:line="266" w:lineRule="auto"/>
              <w:ind w:left="76" w:right="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Водоёмы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названия,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краткая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характеристика.</w:t>
            </w:r>
          </w:p>
        </w:tc>
        <w:tc>
          <w:tcPr>
            <w:tcW w:w="528" w:type="dxa"/>
          </w:tcPr>
          <w:p w14:paraId="62ACC3C7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8DF8981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2AAD608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7EE1C546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3659FC80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водоёмы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деятельности».;</w:t>
            </w:r>
          </w:p>
        </w:tc>
        <w:tc>
          <w:tcPr>
            <w:tcW w:w="1080" w:type="dxa"/>
          </w:tcPr>
          <w:p w14:paraId="35388DE5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55A86A66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4B04F011" w14:textId="77777777" w:rsidTr="00261A23">
        <w:trPr>
          <w:trHeight w:val="909"/>
        </w:trPr>
        <w:tc>
          <w:tcPr>
            <w:tcW w:w="468" w:type="dxa"/>
          </w:tcPr>
          <w:p w14:paraId="503E27DC" w14:textId="77777777" w:rsidR="0056793B" w:rsidRDefault="0056793B" w:rsidP="00261A2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4778" w:type="dxa"/>
          </w:tcPr>
          <w:p w14:paraId="7B8C10FD" w14:textId="77777777" w:rsidR="0056793B" w:rsidRDefault="0056793B" w:rsidP="00261A2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Наиболее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значимые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природные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объекты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списка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Всемирного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наследия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зарубежом</w:t>
            </w:r>
            <w:proofErr w:type="spellEnd"/>
            <w:r>
              <w:rPr>
                <w:b/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14:paraId="4774B398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31AA775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0971A29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FD34487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36F8BA46" w14:textId="77777777" w:rsidR="0056793B" w:rsidRDefault="0056793B" w:rsidP="00261A23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</w:p>
          <w:p w14:paraId="7F0ED0FD" w14:textId="77777777" w:rsidR="0056793B" w:rsidRDefault="0056793B" w:rsidP="00261A2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«Объекты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Всемирного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наследия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мире».;</w:t>
            </w:r>
          </w:p>
        </w:tc>
        <w:tc>
          <w:tcPr>
            <w:tcW w:w="1080" w:type="dxa"/>
          </w:tcPr>
          <w:p w14:paraId="767477A3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6D1EA09F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6E54884C" w14:textId="77777777" w:rsidTr="00261A23">
        <w:trPr>
          <w:trHeight w:val="909"/>
        </w:trPr>
        <w:tc>
          <w:tcPr>
            <w:tcW w:w="468" w:type="dxa"/>
          </w:tcPr>
          <w:p w14:paraId="177AA334" w14:textId="77777777" w:rsidR="0056793B" w:rsidRDefault="0056793B" w:rsidP="00261A2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4778" w:type="dxa"/>
          </w:tcPr>
          <w:p w14:paraId="56D3D25D" w14:textId="77777777" w:rsidR="0056793B" w:rsidRDefault="0056793B" w:rsidP="00261A2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Охрана природных богатств: воды, воздуха, полезных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ископаемых,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растительного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животного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Международная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Красная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книга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(3—4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примера).</w:t>
            </w:r>
          </w:p>
        </w:tc>
        <w:tc>
          <w:tcPr>
            <w:tcW w:w="528" w:type="dxa"/>
          </w:tcPr>
          <w:p w14:paraId="173A16C6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A886D5E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ED874E8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6109C63D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4F0709D2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«Правила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природе».;</w:t>
            </w:r>
          </w:p>
        </w:tc>
        <w:tc>
          <w:tcPr>
            <w:tcW w:w="1080" w:type="dxa"/>
          </w:tcPr>
          <w:p w14:paraId="5C109A33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03F8795D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79AF71C9" w14:textId="77777777" w:rsidTr="00261A23">
        <w:trPr>
          <w:trHeight w:val="909"/>
        </w:trPr>
        <w:tc>
          <w:tcPr>
            <w:tcW w:w="468" w:type="dxa"/>
          </w:tcPr>
          <w:p w14:paraId="3BFDCF8F" w14:textId="77777777" w:rsidR="0056793B" w:rsidRDefault="0056793B" w:rsidP="00261A23">
            <w:pPr>
              <w:pStyle w:val="TableParagraph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2.12</w:t>
            </w:r>
          </w:p>
        </w:tc>
        <w:tc>
          <w:tcPr>
            <w:tcW w:w="4778" w:type="dxa"/>
          </w:tcPr>
          <w:p w14:paraId="131075D9" w14:textId="77777777" w:rsidR="0056793B" w:rsidRDefault="0056793B" w:rsidP="00261A2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нравственного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</w:p>
        </w:tc>
        <w:tc>
          <w:tcPr>
            <w:tcW w:w="528" w:type="dxa"/>
          </w:tcPr>
          <w:p w14:paraId="7985B196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8FACAB2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83EC43C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4AFB2D21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20FF2415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«Правила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природе».;</w:t>
            </w:r>
          </w:p>
        </w:tc>
        <w:tc>
          <w:tcPr>
            <w:tcW w:w="1080" w:type="dxa"/>
          </w:tcPr>
          <w:p w14:paraId="7717EBFA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6BC4D86B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</w:tbl>
    <w:p w14:paraId="5AAD2208" w14:textId="77777777" w:rsidR="0056793B" w:rsidRDefault="0056793B" w:rsidP="0056793B">
      <w:pPr>
        <w:rPr>
          <w:sz w:val="15"/>
        </w:rPr>
        <w:sectPr w:rsidR="0056793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778"/>
        <w:gridCol w:w="528"/>
        <w:gridCol w:w="1104"/>
        <w:gridCol w:w="1140"/>
        <w:gridCol w:w="804"/>
        <w:gridCol w:w="4214"/>
        <w:gridCol w:w="1080"/>
        <w:gridCol w:w="1380"/>
      </w:tblGrid>
      <w:tr w:rsidR="0056793B" w14:paraId="39B72A23" w14:textId="77777777" w:rsidTr="00261A23">
        <w:trPr>
          <w:trHeight w:val="2830"/>
        </w:trPr>
        <w:tc>
          <w:tcPr>
            <w:tcW w:w="468" w:type="dxa"/>
          </w:tcPr>
          <w:p w14:paraId="3EFF6A0B" w14:textId="77777777" w:rsidR="0056793B" w:rsidRDefault="0056793B" w:rsidP="00261A23">
            <w:pPr>
              <w:pStyle w:val="TableParagraph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2.13</w:t>
            </w:r>
          </w:p>
        </w:tc>
        <w:tc>
          <w:tcPr>
            <w:tcW w:w="4778" w:type="dxa"/>
          </w:tcPr>
          <w:p w14:paraId="6793F95E" w14:textId="77777777" w:rsidR="0056793B" w:rsidRDefault="0056793B" w:rsidP="00261A2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Природные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зоны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</w:t>
            </w:r>
          </w:p>
          <w:p w14:paraId="32D26F07" w14:textId="77777777" w:rsidR="0056793B" w:rsidRDefault="0056793B" w:rsidP="00261A23">
            <w:pPr>
              <w:pStyle w:val="TableParagraph"/>
              <w:spacing w:before="10" w:line="259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основных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природных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зонах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России: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климат,</w:t>
            </w:r>
            <w:r>
              <w:rPr>
                <w:b/>
                <w:spacing w:val="-9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растительный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и</w:t>
            </w:r>
            <w:r>
              <w:rPr>
                <w:b/>
                <w:spacing w:val="-3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животный мир, особенности труда и быта людей, охрана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природы.</w:t>
            </w:r>
          </w:p>
        </w:tc>
        <w:tc>
          <w:tcPr>
            <w:tcW w:w="528" w:type="dxa"/>
          </w:tcPr>
          <w:p w14:paraId="4DFA3E40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14:paraId="14330DDF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05A7D7B7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04" w:type="dxa"/>
          </w:tcPr>
          <w:p w14:paraId="130B47B2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32CA44B1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«Почему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меняются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зоны?»;</w:t>
            </w:r>
          </w:p>
          <w:p w14:paraId="14BA09A7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Коллективное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смены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 зон является разная освещённость Солнцем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Земли.;</w:t>
            </w:r>
          </w:p>
          <w:p w14:paraId="40110CDB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69270872" w14:textId="77777777" w:rsidR="0056793B" w:rsidRDefault="0056793B" w:rsidP="00261A23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 зонах и возникших вследствие этого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проблемах.;</w:t>
            </w:r>
          </w:p>
          <w:p w14:paraId="197BE3EB" w14:textId="77777777" w:rsidR="0056793B" w:rsidRDefault="0056793B" w:rsidP="00261A23">
            <w:pPr>
              <w:pStyle w:val="TableParagraph"/>
              <w:spacing w:before="2" w:line="266" w:lineRule="auto"/>
              <w:ind w:left="79" w:right="72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создание описания одной из природных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 по самостоятельно составленному плану (с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дополнительной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Интернета);</w:t>
            </w:r>
          </w:p>
        </w:tc>
        <w:tc>
          <w:tcPr>
            <w:tcW w:w="1080" w:type="dxa"/>
          </w:tcPr>
          <w:p w14:paraId="40E3746E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70F6736E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3E0124F0" w14:textId="77777777" w:rsidTr="00261A23">
        <w:trPr>
          <w:trHeight w:val="1870"/>
        </w:trPr>
        <w:tc>
          <w:tcPr>
            <w:tcW w:w="468" w:type="dxa"/>
          </w:tcPr>
          <w:p w14:paraId="42D85F33" w14:textId="77777777" w:rsidR="0056793B" w:rsidRDefault="0056793B" w:rsidP="00261A2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2.14.</w:t>
            </w:r>
          </w:p>
        </w:tc>
        <w:tc>
          <w:tcPr>
            <w:tcW w:w="4778" w:type="dxa"/>
          </w:tcPr>
          <w:p w14:paraId="01C9033E" w14:textId="77777777" w:rsidR="0056793B" w:rsidRDefault="0056793B" w:rsidP="00261A2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Связи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зоне.</w:t>
            </w:r>
          </w:p>
        </w:tc>
        <w:tc>
          <w:tcPr>
            <w:tcW w:w="528" w:type="dxa"/>
          </w:tcPr>
          <w:p w14:paraId="178E2197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42AB5CF3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43199E82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48E2BEF6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3DC4C620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«Экологические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зоне».;</w:t>
            </w:r>
          </w:p>
          <w:p w14:paraId="40F17C89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 зонах и возникших вследствие этого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проблемах.;</w:t>
            </w:r>
          </w:p>
          <w:p w14:paraId="0B43757B" w14:textId="77777777" w:rsidR="0056793B" w:rsidRDefault="0056793B" w:rsidP="00261A23">
            <w:pPr>
              <w:pStyle w:val="TableParagraph"/>
              <w:spacing w:before="2" w:line="266" w:lineRule="auto"/>
              <w:ind w:left="79" w:right="72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создание описания одной из природных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 по самостоятельно составленному плану (с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дополнительной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Интернета);</w:t>
            </w:r>
          </w:p>
        </w:tc>
        <w:tc>
          <w:tcPr>
            <w:tcW w:w="1080" w:type="dxa"/>
          </w:tcPr>
          <w:p w14:paraId="35FE9DC4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03F736E2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28B93C21" w14:textId="77777777" w:rsidTr="00261A23">
        <w:trPr>
          <w:trHeight w:val="333"/>
        </w:trPr>
        <w:tc>
          <w:tcPr>
            <w:tcW w:w="5246" w:type="dxa"/>
            <w:gridSpan w:val="2"/>
          </w:tcPr>
          <w:p w14:paraId="4CF2E4CD" w14:textId="77777777" w:rsidR="0056793B" w:rsidRDefault="0056793B" w:rsidP="00261A2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1D406F9B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9722" w:type="dxa"/>
            <w:gridSpan w:val="6"/>
          </w:tcPr>
          <w:p w14:paraId="4C064CB3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6793B" w14:paraId="12FA57C5" w14:textId="77777777" w:rsidTr="00261A23">
        <w:trPr>
          <w:trHeight w:val="333"/>
        </w:trPr>
        <w:tc>
          <w:tcPr>
            <w:tcW w:w="15496" w:type="dxa"/>
            <w:gridSpan w:val="9"/>
          </w:tcPr>
          <w:p w14:paraId="6544944E" w14:textId="77777777" w:rsidR="0056793B" w:rsidRDefault="0056793B" w:rsidP="00261A2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жизни.</w:t>
            </w:r>
          </w:p>
        </w:tc>
      </w:tr>
      <w:tr w:rsidR="0056793B" w14:paraId="543E3DDE" w14:textId="77777777" w:rsidTr="00261A23">
        <w:trPr>
          <w:trHeight w:val="909"/>
        </w:trPr>
        <w:tc>
          <w:tcPr>
            <w:tcW w:w="468" w:type="dxa"/>
          </w:tcPr>
          <w:p w14:paraId="2905D578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4778" w:type="dxa"/>
          </w:tcPr>
          <w:p w14:paraId="5FDB1936" w14:textId="77777777" w:rsidR="0056793B" w:rsidRDefault="0056793B" w:rsidP="00261A23">
            <w:pPr>
              <w:pStyle w:val="TableParagraph"/>
              <w:spacing w:before="52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Здоровый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жизни: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профилактика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вредных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привычек.</w:t>
            </w:r>
          </w:p>
        </w:tc>
        <w:tc>
          <w:tcPr>
            <w:tcW w:w="528" w:type="dxa"/>
          </w:tcPr>
          <w:p w14:paraId="7363046E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38ADEBAB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336D4C5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698D2E47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68355A25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«Послушаем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жизни».;</w:t>
            </w:r>
          </w:p>
          <w:p w14:paraId="61D0340D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может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искать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Интернете».;</w:t>
            </w:r>
          </w:p>
        </w:tc>
        <w:tc>
          <w:tcPr>
            <w:tcW w:w="1080" w:type="dxa"/>
          </w:tcPr>
          <w:p w14:paraId="0B69C52C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73BDD26B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56793B" w14:paraId="0F85E1D5" w14:textId="77777777" w:rsidTr="00261A23">
        <w:trPr>
          <w:trHeight w:val="1101"/>
        </w:trPr>
        <w:tc>
          <w:tcPr>
            <w:tcW w:w="468" w:type="dxa"/>
          </w:tcPr>
          <w:p w14:paraId="72D8562C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4778" w:type="dxa"/>
          </w:tcPr>
          <w:p w14:paraId="706EBEBB" w14:textId="77777777" w:rsidR="0056793B" w:rsidRDefault="0056793B" w:rsidP="00261A2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Безопасность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городе.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Планирование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маршрутов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учётом транспортной инфраструктуры города; правила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велосипедиста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(дорожные</w:t>
            </w:r>
          </w:p>
          <w:p w14:paraId="639809BD" w14:textId="77777777" w:rsidR="0056793B" w:rsidRDefault="0056793B" w:rsidP="00261A23">
            <w:pPr>
              <w:pStyle w:val="TableParagraph"/>
              <w:spacing w:before="0" w:line="249" w:lineRule="auto"/>
              <w:ind w:left="76" w:right="88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знаки, </w:t>
            </w:r>
            <w:r>
              <w:rPr>
                <w:b/>
                <w:spacing w:val="-1"/>
                <w:w w:val="105"/>
                <w:sz w:val="14"/>
              </w:rPr>
              <w:t xml:space="preserve">дорожная разметка, сигналы </w:t>
            </w:r>
            <w:r>
              <w:rPr>
                <w:b/>
                <w:spacing w:val="-1"/>
                <w:w w:val="105"/>
                <w:position w:val="1"/>
                <w:sz w:val="15"/>
              </w:rPr>
              <w:t xml:space="preserve">и средства </w:t>
            </w:r>
            <w:r>
              <w:rPr>
                <w:b/>
                <w:w w:val="105"/>
                <w:position w:val="1"/>
                <w:sz w:val="15"/>
              </w:rPr>
              <w:t>защиты</w:t>
            </w:r>
            <w:r>
              <w:rPr>
                <w:b/>
                <w:spacing w:val="-38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велосипедиста).</w:t>
            </w:r>
          </w:p>
        </w:tc>
        <w:tc>
          <w:tcPr>
            <w:tcW w:w="528" w:type="dxa"/>
          </w:tcPr>
          <w:p w14:paraId="5ABA7099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3D7E8EB9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B3633B0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2969B0AB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56AB5FC5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составление текста по теме, «Какие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можно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встретить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улице,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отдыха,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местах».;</w:t>
            </w:r>
          </w:p>
        </w:tc>
        <w:tc>
          <w:tcPr>
            <w:tcW w:w="1080" w:type="dxa"/>
          </w:tcPr>
          <w:p w14:paraId="0785E5A2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36C71BE5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1EEC0E32" w14:textId="77777777" w:rsidTr="00261A23">
        <w:trPr>
          <w:trHeight w:val="909"/>
        </w:trPr>
        <w:tc>
          <w:tcPr>
            <w:tcW w:w="468" w:type="dxa"/>
          </w:tcPr>
          <w:p w14:paraId="1E35605A" w14:textId="77777777" w:rsidR="0056793B" w:rsidRDefault="0056793B" w:rsidP="00261A23">
            <w:pPr>
              <w:pStyle w:val="TableParagraph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4778" w:type="dxa"/>
          </w:tcPr>
          <w:p w14:paraId="00BE2A7A" w14:textId="77777777" w:rsidR="0056793B" w:rsidRDefault="0056793B" w:rsidP="00261A23">
            <w:pPr>
              <w:pStyle w:val="TableParagraph"/>
              <w:spacing w:before="52" w:line="268" w:lineRule="auto"/>
              <w:ind w:left="76" w:right="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Безопасность в Интернете (поиск достоверной информации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position w:val="1"/>
                <w:sz w:val="15"/>
              </w:rPr>
              <w:t>опознание</w:t>
            </w:r>
            <w:r>
              <w:rPr>
                <w:b/>
                <w:spacing w:val="-8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position w:val="1"/>
                <w:sz w:val="15"/>
              </w:rPr>
              <w:t>государственных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position w:val="1"/>
                <w:sz w:val="15"/>
              </w:rPr>
              <w:t>образовательных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ресурсов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детских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развлекательных порталов) в условиях контролируемого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Интернет.</w:t>
            </w:r>
          </w:p>
        </w:tc>
        <w:tc>
          <w:tcPr>
            <w:tcW w:w="528" w:type="dxa"/>
          </w:tcPr>
          <w:p w14:paraId="1A702C44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5C5EEB0B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06BEF22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07C1BD54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214" w:type="dxa"/>
          </w:tcPr>
          <w:p w14:paraId="2E88E80E" w14:textId="77777777" w:rsidR="0056793B" w:rsidRDefault="0056793B" w:rsidP="00261A2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может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произойти,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если…»,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групп.;</w:t>
            </w:r>
          </w:p>
          <w:p w14:paraId="553B1ED3" w14:textId="77777777" w:rsidR="0056793B" w:rsidRDefault="0056793B" w:rsidP="00261A2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может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искать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Интернете».;</w:t>
            </w:r>
          </w:p>
        </w:tc>
        <w:tc>
          <w:tcPr>
            <w:tcW w:w="1080" w:type="dxa"/>
          </w:tcPr>
          <w:p w14:paraId="581A7844" w14:textId="77777777" w:rsidR="0056793B" w:rsidRDefault="0056793B" w:rsidP="00261A23">
            <w:pPr>
              <w:pStyle w:val="TableParagraph"/>
              <w:spacing w:line="266" w:lineRule="auto"/>
              <w:ind w:left="80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0A84ACF6" w14:textId="77777777" w:rsidR="0056793B" w:rsidRDefault="0056793B" w:rsidP="00261A23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56793B" w14:paraId="1684D7D6" w14:textId="77777777" w:rsidTr="00261A23">
        <w:trPr>
          <w:trHeight w:val="333"/>
        </w:trPr>
        <w:tc>
          <w:tcPr>
            <w:tcW w:w="5246" w:type="dxa"/>
            <w:gridSpan w:val="2"/>
          </w:tcPr>
          <w:p w14:paraId="60E949D0" w14:textId="77777777" w:rsidR="0056793B" w:rsidRDefault="0056793B" w:rsidP="00261A2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70C18C7F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9722" w:type="dxa"/>
            <w:gridSpan w:val="6"/>
          </w:tcPr>
          <w:p w14:paraId="4C37DF78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6793B" w14:paraId="6E36FAD4" w14:textId="77777777" w:rsidTr="00261A23">
        <w:trPr>
          <w:trHeight w:val="333"/>
        </w:trPr>
        <w:tc>
          <w:tcPr>
            <w:tcW w:w="5246" w:type="dxa"/>
            <w:gridSpan w:val="2"/>
          </w:tcPr>
          <w:p w14:paraId="0158ED09" w14:textId="77777777" w:rsidR="0056793B" w:rsidRDefault="0056793B" w:rsidP="00261A2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14:paraId="4B8A1FE7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9722" w:type="dxa"/>
            <w:gridSpan w:val="6"/>
          </w:tcPr>
          <w:p w14:paraId="0CF6AC27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6793B" w14:paraId="69E65450" w14:textId="77777777" w:rsidTr="00261A23">
        <w:trPr>
          <w:trHeight w:val="333"/>
        </w:trPr>
        <w:tc>
          <w:tcPr>
            <w:tcW w:w="5246" w:type="dxa"/>
            <w:gridSpan w:val="2"/>
          </w:tcPr>
          <w:p w14:paraId="4E418CBA" w14:textId="77777777" w:rsidR="0056793B" w:rsidRDefault="0056793B" w:rsidP="00261A23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43C0A332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14:paraId="50419705" w14:textId="77777777" w:rsidR="0056793B" w:rsidRDefault="0056793B" w:rsidP="00261A23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14:paraId="7F4B7D32" w14:textId="77777777" w:rsidR="0056793B" w:rsidRDefault="0056793B" w:rsidP="00261A2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7478" w:type="dxa"/>
            <w:gridSpan w:val="4"/>
          </w:tcPr>
          <w:p w14:paraId="0E0ED3F7" w14:textId="77777777" w:rsidR="0056793B" w:rsidRDefault="0056793B" w:rsidP="00261A2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443D79FF" w14:textId="77777777" w:rsidR="00EE0CD5" w:rsidRDefault="00EE0CD5">
      <w:pPr>
        <w:autoSpaceDE w:val="0"/>
        <w:autoSpaceDN w:val="0"/>
        <w:spacing w:after="0" w:line="14" w:lineRule="exact"/>
      </w:pPr>
    </w:p>
    <w:p w14:paraId="057E0BEC" w14:textId="77777777" w:rsidR="00EE0CD5" w:rsidRDefault="00EE0CD5">
      <w:pPr>
        <w:sectPr w:rsidR="00EE0CD5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139040D" w14:textId="77777777" w:rsidR="00EE0CD5" w:rsidRDefault="00EE0CD5">
      <w:pPr>
        <w:autoSpaceDE w:val="0"/>
        <w:autoSpaceDN w:val="0"/>
        <w:spacing w:after="78" w:line="220" w:lineRule="exact"/>
      </w:pPr>
    </w:p>
    <w:p w14:paraId="635D55B1" w14:textId="77777777" w:rsidR="00EE0CD5" w:rsidRDefault="0070755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0EAD4185" w14:textId="77777777" w:rsidR="0032083C" w:rsidRDefault="00707556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</w:p>
    <w:p w14:paraId="27B7331B" w14:textId="77777777" w:rsidR="0032083C" w:rsidRPr="0032083C" w:rsidRDefault="0032083C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color w:val="000000"/>
          <w:sz w:val="24"/>
          <w:lang w:val="ru-RU"/>
        </w:rPr>
      </w:pPr>
      <w:r w:rsidRPr="0032083C">
        <w:rPr>
          <w:rFonts w:ascii="Times New Roman" w:eastAsia="Times New Roman" w:hAnsi="Times New Roman"/>
          <w:color w:val="000000"/>
          <w:sz w:val="24"/>
          <w:lang w:val="ru-RU"/>
        </w:rPr>
        <w:t>А.А. Плешаков, Е.А. Крючкова, Окружающий мир (в 2 частях). Учебник. 4  класс.</w:t>
      </w:r>
    </w:p>
    <w:p w14:paraId="3A305798" w14:textId="77777777" w:rsidR="0032083C" w:rsidRDefault="0032083C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32083C">
        <w:rPr>
          <w:rFonts w:ascii="Times New Roman" w:eastAsia="Times New Roman" w:hAnsi="Times New Roman"/>
          <w:color w:val="000000"/>
          <w:sz w:val="24"/>
          <w:lang w:val="ru-RU"/>
        </w:rPr>
        <w:t>А.А. Плешаков, Е.А. Крючкова, Окружающий мир (в 2 частях).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Рабочая тетрадь. 4 класс</w:t>
      </w:r>
      <w:r w:rsidR="00707556" w:rsidRPr="0032083C">
        <w:rPr>
          <w:lang w:val="ru-RU"/>
        </w:rPr>
        <w:br/>
      </w:r>
      <w:r w:rsidR="00707556" w:rsidRPr="0056793B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="00707556" w:rsidRPr="0056793B">
        <w:rPr>
          <w:lang w:val="ru-RU"/>
        </w:rPr>
        <w:br/>
      </w:r>
      <w:r w:rsidR="00707556"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</w:p>
    <w:p w14:paraId="6B9D3251" w14:textId="77777777" w:rsidR="0032083C" w:rsidRPr="0032083C" w:rsidRDefault="0032083C" w:rsidP="0032083C">
      <w:pPr>
        <w:pStyle w:val="af"/>
        <w:spacing w:before="156" w:line="292" w:lineRule="auto"/>
        <w:ind w:left="106" w:right="7807"/>
        <w:rPr>
          <w:lang w:val="ru-RU"/>
        </w:rPr>
      </w:pPr>
      <w:r w:rsidRPr="0032083C">
        <w:rPr>
          <w:lang w:val="ru-RU"/>
        </w:rPr>
        <w:t>Учебник</w:t>
      </w:r>
      <w:r w:rsidRPr="0032083C">
        <w:rPr>
          <w:spacing w:val="1"/>
          <w:lang w:val="ru-RU"/>
        </w:rPr>
        <w:t xml:space="preserve"> </w:t>
      </w:r>
      <w:r w:rsidRPr="0032083C">
        <w:rPr>
          <w:lang w:val="ru-RU"/>
        </w:rPr>
        <w:t>Методическое</w:t>
      </w:r>
      <w:r w:rsidRPr="0032083C">
        <w:rPr>
          <w:spacing w:val="-9"/>
          <w:lang w:val="ru-RU"/>
        </w:rPr>
        <w:t xml:space="preserve"> </w:t>
      </w:r>
      <w:r w:rsidRPr="0032083C">
        <w:rPr>
          <w:lang w:val="ru-RU"/>
        </w:rPr>
        <w:t>пособие</w:t>
      </w:r>
    </w:p>
    <w:p w14:paraId="08A02DF0" w14:textId="77777777" w:rsidR="0032083C" w:rsidRPr="0032083C" w:rsidRDefault="0032083C" w:rsidP="0032083C">
      <w:pPr>
        <w:pStyle w:val="af"/>
        <w:spacing w:line="275" w:lineRule="exact"/>
        <w:ind w:left="106"/>
        <w:rPr>
          <w:lang w:val="ru-RU"/>
        </w:rPr>
      </w:pPr>
      <w:r w:rsidRPr="0032083C">
        <w:rPr>
          <w:lang w:val="ru-RU"/>
        </w:rPr>
        <w:t>Окружающий</w:t>
      </w:r>
      <w:r w:rsidRPr="0032083C">
        <w:rPr>
          <w:spacing w:val="-4"/>
          <w:lang w:val="ru-RU"/>
        </w:rPr>
        <w:t xml:space="preserve"> </w:t>
      </w:r>
      <w:r w:rsidRPr="0032083C">
        <w:rPr>
          <w:lang w:val="ru-RU"/>
        </w:rPr>
        <w:t>мир:</w:t>
      </w:r>
      <w:r w:rsidRPr="0032083C">
        <w:rPr>
          <w:spacing w:val="-5"/>
          <w:lang w:val="ru-RU"/>
        </w:rPr>
        <w:t xml:space="preserve"> </w:t>
      </w:r>
      <w:r w:rsidRPr="0032083C">
        <w:rPr>
          <w:lang w:val="ru-RU"/>
        </w:rPr>
        <w:t>электронное</w:t>
      </w:r>
      <w:r w:rsidRPr="0032083C">
        <w:rPr>
          <w:spacing w:val="-4"/>
          <w:lang w:val="ru-RU"/>
        </w:rPr>
        <w:t xml:space="preserve"> </w:t>
      </w:r>
      <w:r w:rsidRPr="0032083C">
        <w:rPr>
          <w:lang w:val="ru-RU"/>
        </w:rPr>
        <w:t>приложение</w:t>
      </w:r>
      <w:r w:rsidRPr="0032083C">
        <w:rPr>
          <w:spacing w:val="-3"/>
          <w:lang w:val="ru-RU"/>
        </w:rPr>
        <w:t xml:space="preserve"> </w:t>
      </w:r>
      <w:r w:rsidRPr="0032083C">
        <w:rPr>
          <w:lang w:val="ru-RU"/>
        </w:rPr>
        <w:t>к</w:t>
      </w:r>
      <w:r w:rsidRPr="0032083C">
        <w:rPr>
          <w:spacing w:val="-5"/>
          <w:lang w:val="ru-RU"/>
        </w:rPr>
        <w:t xml:space="preserve"> </w:t>
      </w:r>
      <w:r w:rsidRPr="0032083C">
        <w:rPr>
          <w:lang w:val="ru-RU"/>
        </w:rPr>
        <w:t>учебнику</w:t>
      </w:r>
      <w:r w:rsidRPr="0032083C">
        <w:rPr>
          <w:spacing w:val="-4"/>
          <w:lang w:val="ru-RU"/>
        </w:rPr>
        <w:t xml:space="preserve"> </w:t>
      </w:r>
      <w:proofErr w:type="spellStart"/>
      <w:r w:rsidRPr="0032083C">
        <w:rPr>
          <w:lang w:val="ru-RU"/>
        </w:rPr>
        <w:t>А.А.Плешакова</w:t>
      </w:r>
      <w:proofErr w:type="spellEnd"/>
      <w:r w:rsidRPr="0032083C">
        <w:rPr>
          <w:spacing w:val="-4"/>
          <w:lang w:val="ru-RU"/>
        </w:rPr>
        <w:t xml:space="preserve"> </w:t>
      </w:r>
      <w:r w:rsidRPr="0032083C">
        <w:rPr>
          <w:lang w:val="ru-RU"/>
        </w:rPr>
        <w:t>(</w:t>
      </w:r>
      <w:r>
        <w:t>CD</w:t>
      </w:r>
      <w:r w:rsidRPr="0032083C">
        <w:rPr>
          <w:lang w:val="ru-RU"/>
        </w:rPr>
        <w:t>).</w:t>
      </w:r>
    </w:p>
    <w:p w14:paraId="040F01DE" w14:textId="77777777" w:rsidR="00EE0CD5" w:rsidRPr="0056793B" w:rsidRDefault="00707556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4EC76588" w14:textId="77777777" w:rsidR="0032083C" w:rsidRDefault="0032083C" w:rsidP="0032083C">
      <w:pPr>
        <w:pStyle w:val="af"/>
        <w:spacing w:before="156" w:line="292" w:lineRule="auto"/>
        <w:ind w:left="106" w:right="7020"/>
        <w:rPr>
          <w:spacing w:val="-57"/>
          <w:lang w:val="ru-RU"/>
        </w:rPr>
      </w:pPr>
      <w:r>
        <w:t>https</w:t>
      </w:r>
      <w:r w:rsidRPr="0032083C">
        <w:rPr>
          <w:lang w:val="ru-RU"/>
        </w:rPr>
        <w:t>://</w:t>
      </w:r>
      <w:proofErr w:type="spellStart"/>
      <w:r>
        <w:t>nsportal</w:t>
      </w:r>
      <w:proofErr w:type="spellEnd"/>
      <w:r w:rsidRPr="0032083C">
        <w:rPr>
          <w:lang w:val="ru-RU"/>
        </w:rPr>
        <w:t>.</w:t>
      </w:r>
      <w:proofErr w:type="spellStart"/>
      <w:r>
        <w:t>ru</w:t>
      </w:r>
      <w:proofErr w:type="spellEnd"/>
      <w:r w:rsidRPr="0032083C">
        <w:rPr>
          <w:lang w:val="ru-RU"/>
        </w:rPr>
        <w:t>/</w:t>
      </w:r>
      <w:r w:rsidRPr="0032083C">
        <w:rPr>
          <w:spacing w:val="-57"/>
          <w:lang w:val="ru-RU"/>
        </w:rPr>
        <w:t xml:space="preserve"> </w:t>
      </w:r>
    </w:p>
    <w:p w14:paraId="528F01F9" w14:textId="77777777" w:rsidR="0032083C" w:rsidRPr="0032083C" w:rsidRDefault="0032083C" w:rsidP="0032083C">
      <w:pPr>
        <w:pStyle w:val="af"/>
        <w:spacing w:before="156" w:line="292" w:lineRule="auto"/>
        <w:ind w:left="106" w:right="7020"/>
        <w:rPr>
          <w:lang w:val="ru-RU"/>
        </w:rPr>
      </w:pPr>
      <w:r>
        <w:t>https</w:t>
      </w:r>
      <w:r w:rsidRPr="0032083C">
        <w:rPr>
          <w:lang w:val="ru-RU"/>
        </w:rPr>
        <w:t>://</w:t>
      </w:r>
      <w:proofErr w:type="spellStart"/>
      <w:r>
        <w:t>uchi</w:t>
      </w:r>
      <w:proofErr w:type="spellEnd"/>
      <w:r w:rsidRPr="0032083C">
        <w:rPr>
          <w:lang w:val="ru-RU"/>
        </w:rPr>
        <w:t>.</w:t>
      </w:r>
      <w:proofErr w:type="spellStart"/>
      <w:r>
        <w:t>ru</w:t>
      </w:r>
      <w:proofErr w:type="spellEnd"/>
      <w:r w:rsidRPr="0032083C">
        <w:rPr>
          <w:lang w:val="ru-RU"/>
        </w:rPr>
        <w:t>/</w:t>
      </w:r>
      <w:r w:rsidRPr="0032083C">
        <w:rPr>
          <w:spacing w:val="1"/>
          <w:lang w:val="ru-RU"/>
        </w:rPr>
        <w:t xml:space="preserve"> </w:t>
      </w:r>
      <w:r>
        <w:rPr>
          <w:spacing w:val="-1"/>
        </w:rPr>
        <w:t>https</w:t>
      </w:r>
      <w:r w:rsidRPr="0032083C">
        <w:rPr>
          <w:spacing w:val="-1"/>
          <w:lang w:val="ru-RU"/>
        </w:rPr>
        <w:t>://</w:t>
      </w:r>
      <w:proofErr w:type="spellStart"/>
      <w:r>
        <w:rPr>
          <w:spacing w:val="-1"/>
        </w:rPr>
        <w:t>infourok</w:t>
      </w:r>
      <w:proofErr w:type="spellEnd"/>
      <w:r w:rsidRPr="0032083C">
        <w:rPr>
          <w:spacing w:val="-1"/>
          <w:lang w:val="ru-RU"/>
        </w:rPr>
        <w:t>.</w:t>
      </w:r>
      <w:proofErr w:type="spellStart"/>
      <w:r>
        <w:rPr>
          <w:spacing w:val="-1"/>
        </w:rPr>
        <w:t>ru</w:t>
      </w:r>
      <w:proofErr w:type="spellEnd"/>
      <w:r w:rsidRPr="0032083C">
        <w:rPr>
          <w:spacing w:val="-1"/>
          <w:lang w:val="ru-RU"/>
        </w:rPr>
        <w:t>/</w:t>
      </w:r>
    </w:p>
    <w:p w14:paraId="534B990E" w14:textId="77777777" w:rsidR="0032083C" w:rsidRPr="0056793B" w:rsidRDefault="0032083C">
      <w:pPr>
        <w:rPr>
          <w:lang w:val="ru-RU"/>
        </w:rPr>
        <w:sectPr w:rsidR="0032083C" w:rsidRPr="0056793B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63B81A2" w14:textId="77777777" w:rsidR="00EE0CD5" w:rsidRPr="0056793B" w:rsidRDefault="00EE0CD5">
      <w:pPr>
        <w:autoSpaceDE w:val="0"/>
        <w:autoSpaceDN w:val="0"/>
        <w:spacing w:after="78" w:line="220" w:lineRule="exact"/>
        <w:rPr>
          <w:lang w:val="ru-RU"/>
        </w:rPr>
      </w:pPr>
    </w:p>
    <w:p w14:paraId="03E8EBA3" w14:textId="77777777" w:rsidR="00EE0CD5" w:rsidRPr="0056793B" w:rsidRDefault="00707556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56793B">
        <w:rPr>
          <w:lang w:val="ru-RU"/>
        </w:rPr>
        <w:br/>
      </w:r>
      <w:proofErr w:type="spellStart"/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56793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ЛАБОРАТОРНЫХ, ПРАКТИЧЕСКИХ РАБОТ, ДЕМОНСТРАЦИЙ</w:t>
      </w:r>
    </w:p>
    <w:p w14:paraId="19A48025" w14:textId="77777777" w:rsidR="00EE0CD5" w:rsidRPr="0056793B" w:rsidRDefault="00EE0CD5">
      <w:pPr>
        <w:rPr>
          <w:lang w:val="ru-RU"/>
        </w:rPr>
        <w:sectPr w:rsidR="00EE0CD5" w:rsidRPr="0056793B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6D4BA32" w14:textId="77777777" w:rsidR="00707556" w:rsidRPr="0056793B" w:rsidRDefault="00707556">
      <w:pPr>
        <w:rPr>
          <w:lang w:val="ru-RU"/>
        </w:rPr>
      </w:pPr>
    </w:p>
    <w:sectPr w:rsidR="00707556" w:rsidRPr="0056793B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7CE5314"/>
    <w:multiLevelType w:val="hybridMultilevel"/>
    <w:tmpl w:val="E6D07332"/>
    <w:lvl w:ilvl="0" w:tplc="CEF62C74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258E39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F4A05EC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8D2073B6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696E0B7C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D116C78E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23E6B0AE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7EEA5AB8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B28AC3E8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2AC50FC4"/>
    <w:multiLevelType w:val="hybridMultilevel"/>
    <w:tmpl w:val="1F266F2C"/>
    <w:lvl w:ilvl="0" w:tplc="4616229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102C1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0E728E90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9DAC40B8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2F8EE20E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5A0E25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447E011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1A1C0258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46AEE9E2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562879F2"/>
    <w:multiLevelType w:val="hybridMultilevel"/>
    <w:tmpl w:val="1C9E5EAC"/>
    <w:lvl w:ilvl="0" w:tplc="7834CEB6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65A3C5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DB8117C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109A3626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B51C6468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4B86D278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CD9C6E7E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415E050A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CFCEA632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92186"/>
    <w:rsid w:val="0029639D"/>
    <w:rsid w:val="0032083C"/>
    <w:rsid w:val="00326F90"/>
    <w:rsid w:val="0056793B"/>
    <w:rsid w:val="00707556"/>
    <w:rsid w:val="00AA1D8D"/>
    <w:rsid w:val="00B47730"/>
    <w:rsid w:val="00CB0664"/>
    <w:rsid w:val="00E30947"/>
    <w:rsid w:val="00EE0CD5"/>
    <w:rsid w:val="00F9360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D2E345"/>
  <w14:defaultImageDpi w14:val="300"/>
  <w15:docId w15:val="{E5D1EAB2-0FBA-45DE-BBC5-BFFF7AB2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56793B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56793B"/>
    <w:pPr>
      <w:widowControl w:val="0"/>
      <w:autoSpaceDE w:val="0"/>
      <w:autoSpaceDN w:val="0"/>
      <w:spacing w:before="64" w:after="0" w:line="240" w:lineRule="auto"/>
      <w:ind w:left="77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BA4981-C2DA-4AAD-AEE9-D31623A4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5145</Words>
  <Characters>29331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34408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6</cp:revision>
  <dcterms:created xsi:type="dcterms:W3CDTF">2013-12-23T23:15:00Z</dcterms:created>
  <dcterms:modified xsi:type="dcterms:W3CDTF">2022-06-28T00:57:00Z</dcterms:modified>
  <cp:category/>
</cp:coreProperties>
</file>