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90A0" w14:textId="5920BCA8" w:rsidR="00A45E47" w:rsidRDefault="00022BB4">
      <w:pPr>
        <w:autoSpaceDE w:val="0"/>
        <w:autoSpaceDN w:val="0"/>
        <w:spacing w:after="78" w:line="220" w:lineRule="exact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E3BCFA2" wp14:editId="50E572E9">
            <wp:simplePos x="0" y="0"/>
            <wp:positionH relativeFrom="column">
              <wp:posOffset>207645</wp:posOffset>
            </wp:positionH>
            <wp:positionV relativeFrom="paragraph">
              <wp:posOffset>191770</wp:posOffset>
            </wp:positionV>
            <wp:extent cx="6324600" cy="92259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22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E9D29D2" w14:textId="5DCFBFC4" w:rsidR="00A45E47" w:rsidRDefault="00A45E47">
      <w:pPr>
        <w:autoSpaceDE w:val="0"/>
        <w:autoSpaceDN w:val="0"/>
        <w:spacing w:after="78" w:line="220" w:lineRule="exact"/>
        <w:rPr>
          <w:lang w:val="ru-RU"/>
        </w:rPr>
      </w:pPr>
    </w:p>
    <w:p w14:paraId="05FCBB24" w14:textId="4BA40DFF" w:rsidR="00022BB4" w:rsidRDefault="00022BB4">
      <w:pPr>
        <w:autoSpaceDE w:val="0"/>
        <w:autoSpaceDN w:val="0"/>
        <w:spacing w:after="78" w:line="220" w:lineRule="exact"/>
        <w:rPr>
          <w:lang w:val="ru-RU"/>
        </w:rPr>
      </w:pPr>
    </w:p>
    <w:p w14:paraId="6FB9D922" w14:textId="47CBE3F7" w:rsidR="00022BB4" w:rsidRDefault="00022BB4">
      <w:pPr>
        <w:autoSpaceDE w:val="0"/>
        <w:autoSpaceDN w:val="0"/>
        <w:spacing w:after="78" w:line="220" w:lineRule="exact"/>
        <w:rPr>
          <w:lang w:val="ru-RU"/>
        </w:rPr>
      </w:pPr>
    </w:p>
    <w:p w14:paraId="73F542E2" w14:textId="77777777" w:rsidR="00022BB4" w:rsidRPr="00D975B5" w:rsidRDefault="00022BB4">
      <w:pPr>
        <w:autoSpaceDE w:val="0"/>
        <w:autoSpaceDN w:val="0"/>
        <w:spacing w:after="78" w:line="220" w:lineRule="exact"/>
        <w:rPr>
          <w:lang w:val="ru-RU"/>
        </w:rPr>
      </w:pPr>
    </w:p>
    <w:p w14:paraId="1E5A5EEB" w14:textId="77777777" w:rsidR="00A45E47" w:rsidRPr="00D975B5" w:rsidRDefault="0045394B">
      <w:pPr>
        <w:autoSpaceDE w:val="0"/>
        <w:autoSpaceDN w:val="0"/>
        <w:spacing w:after="0" w:line="230" w:lineRule="auto"/>
        <w:rPr>
          <w:lang w:val="ru-RU"/>
        </w:rPr>
      </w:pP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14:paraId="0BF81A24" w14:textId="77777777" w:rsidR="00A45E47" w:rsidRPr="00D975B5" w:rsidRDefault="0045394B">
      <w:pPr>
        <w:autoSpaceDE w:val="0"/>
        <w:autoSpaceDN w:val="0"/>
        <w:spacing w:before="346" w:after="0" w:line="271" w:lineRule="auto"/>
        <w:ind w:right="432"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«Технология»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14:paraId="480F9678" w14:textId="77777777" w:rsidR="00A45E47" w:rsidRPr="00D975B5" w:rsidRDefault="0045394B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14:paraId="190C46B3" w14:textId="77777777" w:rsidR="00A45E47" w:rsidRPr="00D975B5" w:rsidRDefault="0045394B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раскрывается через модули. Приведён перечень универсальных учебных действий — познавательных, коммуникативных и регулятивных, формирование которых может быть достигнуто средствами учебного предмета «Технология» с учётом возрастных особенностей обучающихся начальных классов. В познавательных универсальных учебных действиях выделен специальный раздел «Работа с информацией». С учётом того, что выполнение правил совместной деятельности строится на интеграции регулятивных УУД (определённые волевые усилия,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саморегуляция, самоконтроль, проявление терпения и доброжелательности при налаживании отношений) и коммуникативных УУД (способность вербальными средствами устанавливать взаимоотношения), их перечень дан в специальном разделе — «Совместная деятельность».</w:t>
      </w:r>
    </w:p>
    <w:p w14:paraId="0700F0FC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Планируемые результаты включают личностные, метапредметные результаты за период обучения, а также предметные достижения младшего школьника за каждый год обучения в начальной школе.</w:t>
      </w:r>
    </w:p>
    <w:p w14:paraId="4A29B09D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190" w:after="0" w:line="281" w:lineRule="auto"/>
        <w:ind w:right="864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«ТЕХНОЛОГИЯ»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(предмету) «Технология» и обеспечивает обозначенную в нём содержательную составляющую по данному учебному предмету.</w:t>
      </w:r>
    </w:p>
    <w:p w14:paraId="3C69524C" w14:textId="77777777" w:rsidR="00A45E47" w:rsidRPr="00D975B5" w:rsidRDefault="0045394B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требованиями времени и инновационными установками отечественного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образования, обозначенными во ФГОС НОО, данная программа обеспечивает реализацию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обновлённой концептуальной идеи учебного предмета «Технология». Её особенность состоит в формировании у обучающихся социально ценных качеств, креативности и общей культуры личности. Новые социально-экономические условия требуют включения каждого учебного предмета в данный процесс, а уроки технологии обладают большими специфическими резервами для решения данной задачи, особенно на уровне начального образования. В частности, курс технологии обладает возможностями в укреплении фундамента для развития умственной деятельности обучающихся начальных классов.</w:t>
      </w:r>
    </w:p>
    <w:p w14:paraId="2F871097" w14:textId="77777777" w:rsidR="00A45E47" w:rsidRPr="00D975B5" w:rsidRDefault="0045394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В курсе технологии осуществляется реализация широкого спектра межпредметных связей.</w:t>
      </w:r>
    </w:p>
    <w:p w14:paraId="6B9448AB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Математика </w:t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— 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числами.</w:t>
      </w:r>
    </w:p>
    <w:p w14:paraId="32B4C3D4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Изобразительное искусство — использование средств художественной выразительности, законов и правил декоративно-прикладного искусства и дизайна.</w:t>
      </w:r>
    </w:p>
    <w:p w14:paraId="5BC971A8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>Окружающий мир</w:t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 — 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традиции. </w:t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>Родной язык</w:t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 —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деятельности.</w:t>
      </w:r>
    </w:p>
    <w:p w14:paraId="5A1A2B79" w14:textId="77777777" w:rsidR="00A45E47" w:rsidRPr="00D975B5" w:rsidRDefault="0045394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>Литературное чтени</w:t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е — работа с текстами для создания образа, реализуемого в изделии.</w:t>
      </w:r>
    </w:p>
    <w:p w14:paraId="39029AF2" w14:textId="77777777" w:rsidR="00A45E47" w:rsidRPr="00D975B5" w:rsidRDefault="0045394B">
      <w:pPr>
        <w:autoSpaceDE w:val="0"/>
        <w:autoSpaceDN w:val="0"/>
        <w:spacing w:before="70" w:after="0" w:line="262" w:lineRule="auto"/>
        <w:ind w:right="720"/>
        <w:jc w:val="center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Важнейшая особенность уроков технологии в начальной школе — предметно-практическая деятельность как необходимая составляющая целостного процесса интеллектуального, а также</w:t>
      </w:r>
    </w:p>
    <w:p w14:paraId="33FF1586" w14:textId="77777777" w:rsidR="00A45E47" w:rsidRPr="00D975B5" w:rsidRDefault="00A45E47">
      <w:pPr>
        <w:rPr>
          <w:lang w:val="ru-RU"/>
        </w:rPr>
        <w:sectPr w:rsidR="00A45E47" w:rsidRPr="00D975B5">
          <w:pgSz w:w="11900" w:h="16840"/>
          <w:pgMar w:top="298" w:right="650" w:bottom="39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BE986D3" w14:textId="77777777" w:rsidR="00A45E47" w:rsidRPr="00D975B5" w:rsidRDefault="00A45E47">
      <w:pPr>
        <w:autoSpaceDE w:val="0"/>
        <w:autoSpaceDN w:val="0"/>
        <w:spacing w:after="66" w:line="220" w:lineRule="exact"/>
        <w:rPr>
          <w:lang w:val="ru-RU"/>
        </w:rPr>
      </w:pPr>
    </w:p>
    <w:p w14:paraId="28E641FE" w14:textId="77777777" w:rsidR="00A45E47" w:rsidRPr="00D975B5" w:rsidRDefault="0045394B">
      <w:pPr>
        <w:autoSpaceDE w:val="0"/>
        <w:autoSpaceDN w:val="0"/>
        <w:spacing w:after="0" w:line="230" w:lineRule="auto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духовного и нравственного развития обучающихся младшего школьного возраста.</w:t>
      </w:r>
    </w:p>
    <w:p w14:paraId="247E71FC" w14:textId="77777777" w:rsidR="00A45E47" w:rsidRPr="00D975B5" w:rsidRDefault="0045394B">
      <w:pPr>
        <w:autoSpaceDE w:val="0"/>
        <w:autoSpaceDN w:val="0"/>
        <w:spacing w:before="70" w:after="0"/>
        <w:ind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Продуктивная предметная деятельность на уроках технологии является основой формирования познавательных способностей школьников, стремления активно знакомиться с историей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материальной культуры и семейных традиций своего и других народов и уважительного отношения к ним.</w:t>
      </w:r>
    </w:p>
    <w:p w14:paraId="21E799AE" w14:textId="77777777" w:rsidR="00A45E47" w:rsidRPr="00D975B5" w:rsidRDefault="0045394B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Занятия продуктивной деятельностью закладывают основу для формирования у обучающихся социально-значимых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школьника.</w:t>
      </w:r>
    </w:p>
    <w:p w14:paraId="4CFF667A" w14:textId="77777777" w:rsidR="00A45E47" w:rsidRPr="00D975B5" w:rsidRDefault="0045394B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На уроках технологии ученики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</w:t>
      </w:r>
    </w:p>
    <w:p w14:paraId="7D0B2DFC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192" w:after="0" w:line="281" w:lineRule="auto"/>
        <w:ind w:right="144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«ТЕХНОЛОГИЯ»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Основной целью </w:t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предмета является успешная социализация обучающихся, формирование у них функциональной грамотности на базе освоения культурологических и конструкторско-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умений, представленных в содержании учебного предмета.</w:t>
      </w:r>
    </w:p>
    <w:p w14:paraId="30F00A51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Для реализации основной цели и концептуальной идеи данного предмета необходимо решение системы приоритетных задач: образовательных, развивающих и воспитательных.</w:t>
      </w:r>
    </w:p>
    <w:p w14:paraId="03C8A351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Образовательные задачи курса: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общих представлений о культуре и организации трудовой деятельности как важной части общей культуры человека;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формирование основ </w:t>
      </w:r>
      <w:proofErr w:type="spellStart"/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чертёжно</w:t>
      </w:r>
      <w:proofErr w:type="spellEnd"/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-графической грамотности, умения работать с простейшей технологической документацией (рисунок, чертёж, эскиз, схема);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умений.</w:t>
      </w:r>
    </w:p>
    <w:p w14:paraId="432DFE64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Развивающие задачи: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сенсомоторных процессов, психомоторной координации, глазомера через формирование практических умений;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расширение культурного кругозора, развитие способности творческого использования полученных знаний и умений в практической деятельности;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развитие гибкости и вариативности мышления, способностей к изобретательской деятельности.</w:t>
      </w:r>
    </w:p>
    <w:p w14:paraId="5685235C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Воспитательные задачи: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уважительного отношения к людям труда, к культурным традициям, понимания ценности предшествующих культур, отражённых в материальном мире;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становление экологического сознания, внимательного и вдумчивого отношения к окружающей</w:t>
      </w:r>
    </w:p>
    <w:p w14:paraId="4CAA62E1" w14:textId="77777777" w:rsidR="00A45E47" w:rsidRPr="00D975B5" w:rsidRDefault="00A45E47">
      <w:pPr>
        <w:rPr>
          <w:lang w:val="ru-RU"/>
        </w:rPr>
        <w:sectPr w:rsidR="00A45E47" w:rsidRPr="00D975B5">
          <w:pgSz w:w="11900" w:h="16840"/>
          <w:pgMar w:top="286" w:right="704" w:bottom="378" w:left="666" w:header="720" w:footer="720" w:gutter="0"/>
          <w:cols w:space="720" w:equalWidth="0">
            <w:col w:w="10530" w:space="0"/>
          </w:cols>
          <w:docGrid w:linePitch="360"/>
        </w:sectPr>
      </w:pPr>
    </w:p>
    <w:p w14:paraId="3FA01F24" w14:textId="77777777" w:rsidR="00A45E47" w:rsidRPr="00D975B5" w:rsidRDefault="00A45E47">
      <w:pPr>
        <w:autoSpaceDE w:val="0"/>
        <w:autoSpaceDN w:val="0"/>
        <w:spacing w:after="66" w:line="220" w:lineRule="exact"/>
        <w:rPr>
          <w:lang w:val="ru-RU"/>
        </w:rPr>
      </w:pPr>
    </w:p>
    <w:p w14:paraId="7CD773E7" w14:textId="77777777" w:rsidR="00A45E47" w:rsidRPr="00D975B5" w:rsidRDefault="0045394B">
      <w:pPr>
        <w:tabs>
          <w:tab w:val="left" w:pos="180"/>
        </w:tabs>
        <w:autoSpaceDE w:val="0"/>
        <w:autoSpaceDN w:val="0"/>
        <w:spacing w:after="0" w:line="271" w:lineRule="auto"/>
        <w:ind w:right="144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природе, осознание взаимосвязи рукотворного мира с миром природы;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14:paraId="70865E39" w14:textId="77777777" w:rsidR="00A45E47" w:rsidRPr="00D975B5" w:rsidRDefault="0045394B">
      <w:pPr>
        <w:autoSpaceDE w:val="0"/>
        <w:autoSpaceDN w:val="0"/>
        <w:spacing w:before="190" w:after="0" w:line="271" w:lineRule="auto"/>
        <w:ind w:firstLine="180"/>
        <w:rPr>
          <w:lang w:val="ru-RU"/>
        </w:rPr>
      </w:pP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МЕСТО УЧЕБНОГО ПРЕДМЕТА «ТЕХНОЛОГИЯ» В УЧЕБНОМ ПЛАНЕ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Согласно требованиям ФГОС общее число часов на изучение курса «Технология» в 4 классе — 34 часа (по 1 часу в неделю).</w:t>
      </w:r>
    </w:p>
    <w:p w14:paraId="6DD9B3E7" w14:textId="77777777" w:rsidR="00A45E47" w:rsidRPr="00D975B5" w:rsidRDefault="00A45E47">
      <w:pPr>
        <w:rPr>
          <w:lang w:val="ru-RU"/>
        </w:rPr>
        <w:sectPr w:rsidR="00A45E47" w:rsidRPr="00D975B5">
          <w:pgSz w:w="11900" w:h="16840"/>
          <w:pgMar w:top="286" w:right="1086" w:bottom="1440" w:left="666" w:header="720" w:footer="720" w:gutter="0"/>
          <w:cols w:space="720" w:equalWidth="0">
            <w:col w:w="10148" w:space="0"/>
          </w:cols>
          <w:docGrid w:linePitch="360"/>
        </w:sectPr>
      </w:pPr>
    </w:p>
    <w:p w14:paraId="53D7A738" w14:textId="77777777" w:rsidR="00A45E47" w:rsidRPr="00D975B5" w:rsidRDefault="00A45E47">
      <w:pPr>
        <w:autoSpaceDE w:val="0"/>
        <w:autoSpaceDN w:val="0"/>
        <w:spacing w:after="78" w:line="220" w:lineRule="exact"/>
        <w:rPr>
          <w:lang w:val="ru-RU"/>
        </w:rPr>
      </w:pPr>
    </w:p>
    <w:p w14:paraId="1336E464" w14:textId="77777777" w:rsidR="00A45E47" w:rsidRPr="00D975B5" w:rsidRDefault="0045394B">
      <w:pPr>
        <w:autoSpaceDE w:val="0"/>
        <w:autoSpaceDN w:val="0"/>
        <w:spacing w:after="0" w:line="230" w:lineRule="auto"/>
        <w:rPr>
          <w:lang w:val="ru-RU"/>
        </w:rPr>
      </w:pP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3BE48A06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346" w:after="0" w:line="281" w:lineRule="auto"/>
        <w:ind w:right="144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Технологии, профессии и производства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др.).</w:t>
      </w:r>
    </w:p>
    <w:p w14:paraId="498FDCC6" w14:textId="77777777" w:rsidR="00A45E47" w:rsidRPr="00D975B5" w:rsidRDefault="0045394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Профессии, связанные с опасностями (пожарные, космонавты, химики и др.).</w:t>
      </w:r>
    </w:p>
    <w:p w14:paraId="2F15748B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14:paraId="6524BF74" w14:textId="77777777" w:rsidR="00A45E47" w:rsidRPr="00D975B5" w:rsidRDefault="0045394B">
      <w:pPr>
        <w:autoSpaceDE w:val="0"/>
        <w:autoSpaceDN w:val="0"/>
        <w:spacing w:before="72" w:after="0" w:line="271" w:lineRule="auto"/>
        <w:ind w:right="864"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др.).</w:t>
      </w:r>
    </w:p>
    <w:p w14:paraId="4DD19F81" w14:textId="77777777" w:rsidR="00A45E47" w:rsidRPr="00D975B5" w:rsidRDefault="0045394B">
      <w:pPr>
        <w:autoSpaceDE w:val="0"/>
        <w:autoSpaceDN w:val="0"/>
        <w:spacing w:before="70" w:after="0" w:line="281" w:lineRule="auto"/>
        <w:ind w:right="720"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14:paraId="7DE0F3F2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190" w:after="0" w:line="271" w:lineRule="auto"/>
        <w:ind w:right="1008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Технологии ручной обработки материалов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Синтетические материалы — ткани, полимеры (пластик, поролон). Их свойства. Создание синтетических материалов с заданными свойствами.</w:t>
      </w:r>
    </w:p>
    <w:p w14:paraId="39FB942F" w14:textId="77777777" w:rsidR="00A45E47" w:rsidRPr="00D975B5" w:rsidRDefault="0045394B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дополнительными/изменёнными требованиями к изделию.</w:t>
      </w:r>
    </w:p>
    <w:p w14:paraId="03709FED" w14:textId="77777777" w:rsidR="00A45E47" w:rsidRPr="00D975B5" w:rsidRDefault="0045394B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14:paraId="12B3FA34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14:paraId="1D924BB9" w14:textId="77777777" w:rsidR="00A45E47" w:rsidRPr="00D975B5" w:rsidRDefault="0045394B">
      <w:pPr>
        <w:autoSpaceDE w:val="0"/>
        <w:autoSpaceDN w:val="0"/>
        <w:spacing w:before="70" w:after="0" w:line="283" w:lineRule="auto"/>
        <w:ind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др.), её назначение (соединение и отделка деталей) и/или строчки петлеобразного и крестообразного стежков (соединительные и отделочные). Подбор ручных строчек для сшивания и отделки изделий.</w:t>
      </w:r>
    </w:p>
    <w:p w14:paraId="106FBFD7" w14:textId="77777777" w:rsidR="00A45E47" w:rsidRPr="00D975B5" w:rsidRDefault="0045394B">
      <w:pPr>
        <w:autoSpaceDE w:val="0"/>
        <w:autoSpaceDN w:val="0"/>
        <w:spacing w:before="70" w:after="0" w:line="230" w:lineRule="auto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Простейший ремонт изделий.</w:t>
      </w:r>
    </w:p>
    <w:p w14:paraId="2A1F6776" w14:textId="77777777" w:rsidR="00A45E47" w:rsidRPr="00D975B5" w:rsidRDefault="0045394B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Технология обработки синтетических материалов. Пластик, поролон, полиэтилен. Общее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знакомство, сравнение свойств. Самостоятельное определение технологий их обработки в сравнении с освоенными материалами.</w:t>
      </w:r>
    </w:p>
    <w:p w14:paraId="11D0D0DE" w14:textId="77777777" w:rsidR="00A45E47" w:rsidRPr="00D975B5" w:rsidRDefault="0045394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Комбинированное использование разных материалов.</w:t>
      </w:r>
    </w:p>
    <w:p w14:paraId="12E99491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190" w:after="0" w:line="271" w:lineRule="auto"/>
        <w:ind w:right="1584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Конструирование и моделирование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Современные требования к техническим устройствам (экологичность, безопасность, эргономичность и др.).</w:t>
      </w:r>
    </w:p>
    <w:p w14:paraId="25F52FD5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Конструирование и моделирование изделий из различных материалов, в том числе </w:t>
      </w:r>
      <w:proofErr w:type="spellStart"/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наборов«Конструктор</w:t>
      </w:r>
      <w:proofErr w:type="spellEnd"/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» по проектному заданию или собственному замыслу. Поиск оптимальных и доступных</w:t>
      </w:r>
    </w:p>
    <w:p w14:paraId="4A38B7D9" w14:textId="77777777" w:rsidR="00A45E47" w:rsidRPr="00D975B5" w:rsidRDefault="00A45E47">
      <w:pPr>
        <w:rPr>
          <w:lang w:val="ru-RU"/>
        </w:rPr>
        <w:sectPr w:rsidR="00A45E47" w:rsidRPr="00D975B5">
          <w:pgSz w:w="11900" w:h="16840"/>
          <w:pgMar w:top="298" w:right="650" w:bottom="338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CF1E5E2" w14:textId="77777777" w:rsidR="00A45E47" w:rsidRPr="00D975B5" w:rsidRDefault="00A45E47">
      <w:pPr>
        <w:autoSpaceDE w:val="0"/>
        <w:autoSpaceDN w:val="0"/>
        <w:spacing w:after="66" w:line="220" w:lineRule="exact"/>
        <w:rPr>
          <w:lang w:val="ru-RU"/>
        </w:rPr>
      </w:pPr>
    </w:p>
    <w:p w14:paraId="670CF813" w14:textId="77777777" w:rsidR="00A45E47" w:rsidRPr="00D975B5" w:rsidRDefault="0045394B">
      <w:pPr>
        <w:autoSpaceDE w:val="0"/>
        <w:autoSpaceDN w:val="0"/>
        <w:spacing w:after="0" w:line="271" w:lineRule="auto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14:paraId="7795DD2C" w14:textId="77777777" w:rsidR="00A45E47" w:rsidRPr="00D975B5" w:rsidRDefault="0045394B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14:paraId="4B52CCE1" w14:textId="77777777" w:rsidR="00A45E47" w:rsidRPr="00D975B5" w:rsidRDefault="0045394B">
      <w:pPr>
        <w:autoSpaceDE w:val="0"/>
        <w:autoSpaceDN w:val="0"/>
        <w:spacing w:before="190" w:after="0" w:line="262" w:lineRule="auto"/>
        <w:ind w:left="180" w:right="1296"/>
        <w:rPr>
          <w:lang w:val="ru-RU"/>
        </w:rPr>
      </w:pP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4. Информационно-коммуникативные технологии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Работа с доступной информацией в Интернете и на цифровых носителях информации.</w:t>
      </w:r>
    </w:p>
    <w:p w14:paraId="428AC328" w14:textId="77777777" w:rsidR="00A45E47" w:rsidRPr="00D975B5" w:rsidRDefault="0045394B">
      <w:pPr>
        <w:autoSpaceDE w:val="0"/>
        <w:autoSpaceDN w:val="0"/>
        <w:spacing w:before="70" w:after="0" w:line="278" w:lineRule="auto"/>
        <w:ind w:firstLine="180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др. Создание презентаций в программе </w:t>
      </w:r>
      <w:r>
        <w:rPr>
          <w:rFonts w:ascii="Times New Roman" w:eastAsia="Times New Roman" w:hAnsi="Times New Roman"/>
          <w:color w:val="000000"/>
          <w:sz w:val="24"/>
        </w:rPr>
        <w:t>PowerPoint</w:t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другой.</w:t>
      </w:r>
    </w:p>
    <w:p w14:paraId="606DB331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190" w:after="0" w:line="288" w:lineRule="auto"/>
        <w:ind w:right="144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Познавательные УУД: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изученного);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конструкции предложенных образцов изделий;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конструировать и моделировать изделия из различных материалов по образцу, рисунку,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простейшему чертежу, эскизу, схеме с использованием общепринятых условных обозначений и по заданным условиям;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выстраивать последовательность практических действий и технологических операций; подбирать материал и инструменты; выполнять экономную разметку; сборку, отделку изделия;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простые задачи на преобразование конструкции;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работу в соответствии с инструкцией, устной или письменной;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результат работы с заданным алгоритмом, проверять изделия в действии, вносить необходимые дополнения и изменения;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изделия по самостоятельно предложенному существенному признаку (используемый материал, форма, размер, назначение, способ сборки);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анализа и синтеза, сравнения, классификации предметов/изделий с учётом указанных критериев;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устройство простых изделий по образцу, рисунку, выделять основные и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второстепенные составляющие конструкции.</w:t>
      </w:r>
    </w:p>
    <w:p w14:paraId="6B803A96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2" w:after="0" w:line="286" w:lineRule="auto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анализа информации производить выбор наиболее эффективных способов работы; </w:t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знаково-символические средства для решения задач в умственной или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материализованной форме, выполнять действия моделирования, работать с моделями;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дополнительной информации по тематике творческих и проектных работ; </w:t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рисунки из ресурса компьютера в оформлении изделий и др.;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14:paraId="315479E4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0" w:after="0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Коммуникативные УУД: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правила участия в диалоге: ставить вопросы, аргументировать и доказывать свою точку зрения, уважительно относиться к чужому мнению;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описывать факты из истории развития ремёсел на Руси и в России, высказывать своё отношение к</w:t>
      </w:r>
    </w:p>
    <w:p w14:paraId="10D4DACD" w14:textId="77777777" w:rsidR="00A45E47" w:rsidRPr="00D975B5" w:rsidRDefault="00A45E47">
      <w:pPr>
        <w:rPr>
          <w:lang w:val="ru-RU"/>
        </w:rPr>
        <w:sectPr w:rsidR="00A45E47" w:rsidRPr="00D975B5">
          <w:pgSz w:w="11900" w:h="16840"/>
          <w:pgMar w:top="286" w:right="752" w:bottom="318" w:left="666" w:header="720" w:footer="720" w:gutter="0"/>
          <w:cols w:space="720" w:equalWidth="0">
            <w:col w:w="10482" w:space="0"/>
          </w:cols>
          <w:docGrid w:linePitch="360"/>
        </w:sectPr>
      </w:pPr>
    </w:p>
    <w:p w14:paraId="50DA9C13" w14:textId="77777777" w:rsidR="00A45E47" w:rsidRPr="00D975B5" w:rsidRDefault="00A45E47">
      <w:pPr>
        <w:autoSpaceDE w:val="0"/>
        <w:autoSpaceDN w:val="0"/>
        <w:spacing w:after="66" w:line="220" w:lineRule="exact"/>
        <w:rPr>
          <w:lang w:val="ru-RU"/>
        </w:rPr>
      </w:pPr>
    </w:p>
    <w:p w14:paraId="6DA2682E" w14:textId="77777777" w:rsidR="00A45E47" w:rsidRPr="00D975B5" w:rsidRDefault="0045394B">
      <w:pPr>
        <w:tabs>
          <w:tab w:val="left" w:pos="180"/>
        </w:tabs>
        <w:autoSpaceDE w:val="0"/>
        <w:autoSpaceDN w:val="0"/>
        <w:spacing w:after="0" w:line="281" w:lineRule="auto"/>
        <w:ind w:right="432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предметам декоративно-прикладного искусства разных народов РФ;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тексты-рассуждения: раскрывать последовательность операций при работе с разными материалами;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осознавать культурно-исторический смысл и назначение праздников, их роль в жизни каждого человека; ориентироваться в традициях организации и оформления праздников.</w:t>
      </w:r>
    </w:p>
    <w:p w14:paraId="0A83A067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Регулятивные УУД: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принимать учебную задачу, самостоятельно определять цели учебно-познавательной деятельности;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практическую работу в соответствии с поставленной целью и выполнять её в соответствии с планом;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контроля/самоконтроля и оценки; процесса и результата деятельности, при необходимости вносить коррективы в выполняемые действия;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проявлять волевую саморегуляцию при выполнении задания.</w:t>
      </w:r>
    </w:p>
    <w:p w14:paraId="76AD5446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деятельность: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деятельности своих товарищей и результатам их работы; в доброжелательной форме комментировать и оценивать их достижения;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в процессе анализа и оценки совместной деятельности высказывать свои предложения и пожелания; выслушивать и принимать к сведению мнение одноклассников, их советы и пожелания; с уважением относиться к разной оценке своих достижений.</w:t>
      </w:r>
    </w:p>
    <w:p w14:paraId="7286FEDB" w14:textId="77777777" w:rsidR="00A45E47" w:rsidRPr="00D975B5" w:rsidRDefault="00A45E47">
      <w:pPr>
        <w:rPr>
          <w:lang w:val="ru-RU"/>
        </w:rPr>
        <w:sectPr w:rsidR="00A45E47" w:rsidRPr="00D975B5">
          <w:pgSz w:w="11900" w:h="16840"/>
          <w:pgMar w:top="286" w:right="706" w:bottom="1440" w:left="666" w:header="720" w:footer="720" w:gutter="0"/>
          <w:cols w:space="720" w:equalWidth="0">
            <w:col w:w="10528" w:space="0"/>
          </w:cols>
          <w:docGrid w:linePitch="360"/>
        </w:sectPr>
      </w:pPr>
    </w:p>
    <w:p w14:paraId="3FEC1A75" w14:textId="77777777" w:rsidR="00A45E47" w:rsidRPr="00D975B5" w:rsidRDefault="00A45E47">
      <w:pPr>
        <w:autoSpaceDE w:val="0"/>
        <w:autoSpaceDN w:val="0"/>
        <w:spacing w:after="78" w:line="220" w:lineRule="exact"/>
        <w:rPr>
          <w:lang w:val="ru-RU"/>
        </w:rPr>
      </w:pPr>
    </w:p>
    <w:p w14:paraId="5FBFE0EE" w14:textId="77777777" w:rsidR="00A45E47" w:rsidRPr="00D975B5" w:rsidRDefault="0045394B">
      <w:pPr>
        <w:autoSpaceDE w:val="0"/>
        <w:autoSpaceDN w:val="0"/>
        <w:spacing w:after="0" w:line="262" w:lineRule="auto"/>
        <w:ind w:right="432"/>
        <w:rPr>
          <w:lang w:val="ru-RU"/>
        </w:rPr>
      </w:pP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РЕЗУЛЬТАТЫ ОСВОЕНИЯ УЧЕБНОГО ПРЕДМЕТА «ТЕХНОЛОГИЯ»НА УРОВНЕ НАЧАЛЬНОГО ОБЩЕГО ОБРАЗОВАНИЯ </w:t>
      </w:r>
    </w:p>
    <w:p w14:paraId="5F24EFEA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346" w:after="0" w:line="290" w:lineRule="auto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ЛИЧНОСТНЫЕ РЕЗУЛЬТАТЫ ОБУЧАЮЩЕГОСЯ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«Технология» у обучающегося будут сформированы следующие личностные новообразования: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первоначальные представления о созидательном и нравственном значении труда в жизни человека и общества; уважительное отношение к труду и творчеству мастеров;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осознание роли человека и используемых им технологий в сохранении гармонического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сосуществования рукотворного мира с миром природы; ответственное отношение к сохранению окружающей среды;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понимание культурно-исторической ценности традиций, отражённых в предметном мире; чувство сопричастности к культуре своего народа, уважительное отношение к культурным традициям других народов;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способности к эстетической оценке окружающей предметной среды; эстетические чувства — эмоционально-положительное восприятие и понимание красоты форм и образов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природных объектов, образцов мировой и отечественной художественной культуры;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самореализации; мотивация к творческому труду, работе на результат; способность к различным видам практической преобразующей деятельности;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 </w:t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готовность вступать в сотрудничество с другими людьми с учётом этики общения; проявление толерантности и доброжелательности.</w:t>
      </w:r>
    </w:p>
    <w:p w14:paraId="2714BB9A" w14:textId="77777777" w:rsidR="00A45E47" w:rsidRPr="00D975B5" w:rsidRDefault="0045394B">
      <w:pPr>
        <w:autoSpaceDE w:val="0"/>
        <w:autoSpaceDN w:val="0"/>
        <w:spacing w:before="190" w:after="0" w:line="262" w:lineRule="auto"/>
        <w:ind w:left="180" w:right="432"/>
        <w:rPr>
          <w:lang w:val="ru-RU"/>
        </w:rPr>
      </w:pP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МЕТАПРЕДМЕТНЫЕ РЕЗУЛЬТАТЫ ОБУЧАЮЩЕГОСЯ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14:paraId="616DC362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190" w:after="0" w:line="288" w:lineRule="auto"/>
        <w:ind w:right="288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УУД: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анализ объектов и изделий с выделением существенных и несущественных признаков;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группы объектов/изделий, выделять в них общее и различия;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обобщения (технико-технологического и декоративно-художественного характера) по изучаемой тематике;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схемы, модели и простейшие чертежи в собственной практической творческой деятельности;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4AED6888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190" w:after="0" w:line="281" w:lineRule="auto"/>
        <w:ind w:right="432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Работа с информацией: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 </w:t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моделирования,</w:t>
      </w:r>
    </w:p>
    <w:p w14:paraId="10D012C2" w14:textId="77777777" w:rsidR="00A45E47" w:rsidRPr="00D975B5" w:rsidRDefault="00A45E47">
      <w:pPr>
        <w:rPr>
          <w:lang w:val="ru-RU"/>
        </w:rPr>
        <w:sectPr w:rsidR="00A45E47" w:rsidRPr="00D975B5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96C5ECA" w14:textId="77777777" w:rsidR="00A45E47" w:rsidRPr="00D975B5" w:rsidRDefault="00A45E47">
      <w:pPr>
        <w:autoSpaceDE w:val="0"/>
        <w:autoSpaceDN w:val="0"/>
        <w:spacing w:after="66" w:line="220" w:lineRule="exact"/>
        <w:rPr>
          <w:lang w:val="ru-RU"/>
        </w:rPr>
      </w:pPr>
    </w:p>
    <w:p w14:paraId="6D7D3BB4" w14:textId="77777777" w:rsidR="00A45E47" w:rsidRPr="00D975B5" w:rsidRDefault="0045394B">
      <w:pPr>
        <w:tabs>
          <w:tab w:val="left" w:pos="180"/>
        </w:tabs>
        <w:autoSpaceDE w:val="0"/>
        <w:autoSpaceDN w:val="0"/>
        <w:spacing w:after="0" w:line="281" w:lineRule="auto"/>
        <w:ind w:right="288"/>
        <w:rPr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моделями;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78685DCD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190" w:after="0" w:line="286" w:lineRule="auto"/>
        <w:ind w:right="144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УУД: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вступать в диалог, задавать собеседнику вопросы, использовать реплики-уточнения и дополнения; формулировать собственное мнение и идеи, аргументированно их излагать; выслушивать разные мнения, учитывать их в диалоге;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тексты-описания на основе наблюдений (рассматривания) изделий декоративно-прикладного искусства народов России;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объяснять последовательность совершаемых действий при создании изделия.</w:t>
      </w:r>
    </w:p>
    <w:p w14:paraId="56E37396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УУД: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рационально организовывать свою работу (подготовка рабочего места, поддержание и наведение порядка, уборка после работы);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правила безопасности труда при выполнении работы;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планировать работу, соотносить свои действия с поставленной целью;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проявлять волевую саморегуляцию при выполнении работы.</w:t>
      </w:r>
    </w:p>
    <w:p w14:paraId="6ED633E8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Совместная деятельность: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подчинённого; осуществлять продуктивное сотрудничество;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интерес к работе товарищей; в доброжелательной форме комментировать и оценивать их достижения, высказывать свои предложения и пожелания; оказывать при необходимости помощь; </w:t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14:paraId="2A923322" w14:textId="77777777" w:rsidR="00A45E47" w:rsidRPr="00D975B5" w:rsidRDefault="0045394B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 ОСВОЕНИЯ КУРСА «ТЕХНОЛОГИЯ»</w:t>
      </w:r>
    </w:p>
    <w:p w14:paraId="45C06FE6" w14:textId="77777777" w:rsidR="00A45E47" w:rsidRPr="00D975B5" w:rsidRDefault="0045394B">
      <w:pPr>
        <w:tabs>
          <w:tab w:val="left" w:pos="180"/>
        </w:tabs>
        <w:autoSpaceDE w:val="0"/>
        <w:autoSpaceDN w:val="0"/>
        <w:spacing w:before="190" w:after="0" w:line="286" w:lineRule="auto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>четвёртом</w:t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 классе обучающийся научится: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формировать общее представление о мире профессий, их социальном значении; о творчестве и творческих профессиях, о мировых достижениях в области техники и искусства (в рамках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изученного), о наиболее значимых окружающих производствах;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анализа задания самостоятельно организовывать рабочее место в зависимости от вида работы, осуществлять планирование трудового процесса;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замысел; при необходимости вносить коррективы в выполняемые действия;</w:t>
      </w:r>
    </w:p>
    <w:p w14:paraId="0291AE83" w14:textId="77777777" w:rsidR="00A45E47" w:rsidRPr="00D975B5" w:rsidRDefault="00A45E47">
      <w:pPr>
        <w:rPr>
          <w:lang w:val="ru-RU"/>
        </w:rPr>
        <w:sectPr w:rsidR="00A45E47" w:rsidRPr="00D975B5">
          <w:pgSz w:w="11900" w:h="16840"/>
          <w:pgMar w:top="286" w:right="668" w:bottom="308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29E096E8" w14:textId="77777777" w:rsidR="00A45E47" w:rsidRPr="00D975B5" w:rsidRDefault="00A45E47">
      <w:pPr>
        <w:autoSpaceDE w:val="0"/>
        <w:autoSpaceDN w:val="0"/>
        <w:spacing w:after="78" w:line="220" w:lineRule="exact"/>
        <w:rPr>
          <w:lang w:val="ru-RU"/>
        </w:rPr>
      </w:pPr>
    </w:p>
    <w:p w14:paraId="280A086B" w14:textId="77777777" w:rsidR="00A45E47" w:rsidRPr="00D975B5" w:rsidRDefault="0045394B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элементарные основы бытовой культуры, выполнять доступные действия по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самообслуживанию и доступные виды домашнего труда;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более сложные виды работ и приёмы обработки различных материалов (например, плетение, шитьё и вышивание, тиснение по фольге и пр.), комбинировать различные способы в зависимости и от поставленной задачи; оформлять изделия и соединять детали освоенными ручными </w:t>
      </w:r>
      <w:proofErr w:type="spellStart"/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строч</w:t>
      </w:r>
      <w:proofErr w:type="spellEnd"/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- </w:t>
      </w:r>
      <w:proofErr w:type="spellStart"/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ками</w:t>
      </w:r>
      <w:proofErr w:type="spellEnd"/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на основе усвоенных правил дизайна решать простейшие художественно-конструкторские задачи по созданию изделий с заданной функцией;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создавать небольшие тексты, презентации и печатные публикации с использованием изображений на экране компьютера; оформлять текст (выбор шрифта, размера, цвета шрифта, выравнивание абзаца);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работать с доступной информацией; работать в программах </w:t>
      </w:r>
      <w:r>
        <w:rPr>
          <w:rFonts w:ascii="Times New Roman" w:eastAsia="Times New Roman" w:hAnsi="Times New Roman"/>
          <w:color w:val="000000"/>
          <w:sz w:val="24"/>
        </w:rPr>
        <w:t>Word</w:t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</w:rPr>
        <w:t>Power</w:t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</w:rPr>
        <w:t>Point</w:t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 </w:t>
      </w:r>
      <w:r w:rsidRPr="00D975B5">
        <w:rPr>
          <w:lang w:val="ru-RU"/>
        </w:rPr>
        <w:br/>
      </w:r>
      <w:r w:rsidRPr="00D975B5">
        <w:rPr>
          <w:lang w:val="ru-RU"/>
        </w:rPr>
        <w:tab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сотрудничество в различных видах совместной деятельности; предлагать идеи для обсуждения, уважительно относиться к мнению товарищей, договариваться; участвовать в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>распределении ролей, координировать собственную работу в общем процессе.</w:t>
      </w:r>
    </w:p>
    <w:p w14:paraId="23F1BBF4" w14:textId="77777777" w:rsidR="00A45E47" w:rsidRPr="00D975B5" w:rsidRDefault="00A45E47">
      <w:pPr>
        <w:rPr>
          <w:lang w:val="ru-RU"/>
        </w:rPr>
        <w:sectPr w:rsidR="00A45E47" w:rsidRPr="00D975B5">
          <w:pgSz w:w="11900" w:h="16840"/>
          <w:pgMar w:top="298" w:right="782" w:bottom="1440" w:left="666" w:header="720" w:footer="720" w:gutter="0"/>
          <w:cols w:space="720" w:equalWidth="0">
            <w:col w:w="10452" w:space="0"/>
          </w:cols>
          <w:docGrid w:linePitch="360"/>
        </w:sectPr>
      </w:pPr>
    </w:p>
    <w:p w14:paraId="0BC43345" w14:textId="77777777" w:rsidR="00A45E47" w:rsidRPr="00D975B5" w:rsidRDefault="00A45E47">
      <w:pPr>
        <w:autoSpaceDE w:val="0"/>
        <w:autoSpaceDN w:val="0"/>
        <w:spacing w:after="64" w:line="220" w:lineRule="exact"/>
        <w:rPr>
          <w:lang w:val="ru-RU"/>
        </w:rPr>
      </w:pPr>
    </w:p>
    <w:p w14:paraId="00EF9751" w14:textId="77777777" w:rsidR="00A45E47" w:rsidRDefault="0045394B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70"/>
        <w:gridCol w:w="528"/>
        <w:gridCol w:w="1104"/>
        <w:gridCol w:w="1140"/>
        <w:gridCol w:w="804"/>
        <w:gridCol w:w="4478"/>
        <w:gridCol w:w="1116"/>
        <w:gridCol w:w="1788"/>
      </w:tblGrid>
      <w:tr w:rsidR="006247F6" w14:paraId="66D24705" w14:textId="77777777" w:rsidTr="0045394B">
        <w:trPr>
          <w:trHeight w:val="333"/>
        </w:trPr>
        <w:tc>
          <w:tcPr>
            <w:tcW w:w="468" w:type="dxa"/>
            <w:vMerge w:val="restart"/>
          </w:tcPr>
          <w:p w14:paraId="028CA937" w14:textId="77777777" w:rsidR="006247F6" w:rsidRDefault="006247F6" w:rsidP="0045394B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4070" w:type="dxa"/>
            <w:vMerge w:val="restart"/>
          </w:tcPr>
          <w:p w14:paraId="69444B97" w14:textId="77777777" w:rsidR="006247F6" w:rsidRDefault="006247F6" w:rsidP="0045394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14:paraId="7C14D66C" w14:textId="77777777" w:rsidR="006247F6" w:rsidRDefault="006247F6" w:rsidP="0045394B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14:paraId="4672FAC6" w14:textId="77777777" w:rsidR="006247F6" w:rsidRDefault="006247F6" w:rsidP="0045394B">
            <w:pPr>
              <w:pStyle w:val="TableParagraph"/>
              <w:spacing w:before="74" w:line="266" w:lineRule="auto"/>
              <w:ind w:left="78" w:right="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478" w:type="dxa"/>
            <w:vMerge w:val="restart"/>
          </w:tcPr>
          <w:p w14:paraId="440B5C6A" w14:textId="77777777" w:rsidR="006247F6" w:rsidRDefault="006247F6" w:rsidP="0045394B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14:paraId="02E52A39" w14:textId="77777777" w:rsidR="006247F6" w:rsidRDefault="006247F6" w:rsidP="0045394B">
            <w:pPr>
              <w:pStyle w:val="TableParagraph"/>
              <w:spacing w:before="74" w:line="266" w:lineRule="auto"/>
              <w:ind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788" w:type="dxa"/>
            <w:vMerge w:val="restart"/>
          </w:tcPr>
          <w:p w14:paraId="2C918CC6" w14:textId="77777777" w:rsidR="006247F6" w:rsidRDefault="006247F6" w:rsidP="0045394B">
            <w:pPr>
              <w:pStyle w:val="TableParagraph"/>
              <w:spacing w:before="74" w:line="266" w:lineRule="auto"/>
              <w:ind w:left="80" w:right="455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6247F6" w14:paraId="6D7F9532" w14:textId="77777777" w:rsidTr="0045394B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14:paraId="2BFB796A" w14:textId="77777777" w:rsidR="006247F6" w:rsidRDefault="006247F6" w:rsidP="0045394B">
            <w:pPr>
              <w:rPr>
                <w:sz w:val="2"/>
                <w:szCs w:val="2"/>
              </w:rPr>
            </w:pPr>
          </w:p>
        </w:tc>
        <w:tc>
          <w:tcPr>
            <w:tcW w:w="4070" w:type="dxa"/>
            <w:vMerge/>
            <w:tcBorders>
              <w:top w:val="nil"/>
            </w:tcBorders>
          </w:tcPr>
          <w:p w14:paraId="696D8EE1" w14:textId="77777777" w:rsidR="006247F6" w:rsidRDefault="006247F6" w:rsidP="0045394B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2B0F307F" w14:textId="77777777" w:rsidR="006247F6" w:rsidRDefault="006247F6" w:rsidP="0045394B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14:paraId="00C43B0D" w14:textId="77777777" w:rsidR="006247F6" w:rsidRDefault="006247F6" w:rsidP="0045394B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14:paraId="031A1D12" w14:textId="77777777" w:rsidR="006247F6" w:rsidRDefault="006247F6" w:rsidP="0045394B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14:paraId="1BD9E9A0" w14:textId="77777777" w:rsidR="006247F6" w:rsidRDefault="006247F6" w:rsidP="0045394B">
            <w:pPr>
              <w:rPr>
                <w:sz w:val="2"/>
                <w:szCs w:val="2"/>
              </w:rPr>
            </w:pPr>
          </w:p>
        </w:tc>
        <w:tc>
          <w:tcPr>
            <w:tcW w:w="4478" w:type="dxa"/>
            <w:vMerge/>
            <w:tcBorders>
              <w:top w:val="nil"/>
            </w:tcBorders>
          </w:tcPr>
          <w:p w14:paraId="11E452F0" w14:textId="77777777" w:rsidR="006247F6" w:rsidRDefault="006247F6" w:rsidP="0045394B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14:paraId="7F4E8807" w14:textId="77777777" w:rsidR="006247F6" w:rsidRDefault="006247F6" w:rsidP="0045394B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vMerge/>
            <w:tcBorders>
              <w:top w:val="nil"/>
            </w:tcBorders>
          </w:tcPr>
          <w:p w14:paraId="02C57E01" w14:textId="77777777" w:rsidR="006247F6" w:rsidRDefault="006247F6" w:rsidP="0045394B">
            <w:pPr>
              <w:rPr>
                <w:sz w:val="2"/>
                <w:szCs w:val="2"/>
              </w:rPr>
            </w:pPr>
          </w:p>
        </w:tc>
      </w:tr>
      <w:tr w:rsidR="006247F6" w:rsidRPr="00022BB4" w14:paraId="51652249" w14:textId="77777777" w:rsidTr="0045394B">
        <w:trPr>
          <w:trHeight w:val="333"/>
        </w:trPr>
        <w:tc>
          <w:tcPr>
            <w:tcW w:w="15496" w:type="dxa"/>
            <w:gridSpan w:val="9"/>
          </w:tcPr>
          <w:p w14:paraId="528B9F25" w14:textId="77777777" w:rsidR="006247F6" w:rsidRDefault="006247F6" w:rsidP="0045394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Модуль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1.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ТЕХНОЛОГИИ,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ПРОФЕССИИ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ПРОИЗВОДСТВА</w:t>
            </w:r>
          </w:p>
        </w:tc>
      </w:tr>
      <w:tr w:rsidR="006247F6" w14:paraId="5FB5BE98" w14:textId="77777777" w:rsidTr="0045394B">
        <w:trPr>
          <w:trHeight w:val="717"/>
        </w:trPr>
        <w:tc>
          <w:tcPr>
            <w:tcW w:w="468" w:type="dxa"/>
          </w:tcPr>
          <w:p w14:paraId="2FE12E2D" w14:textId="77777777" w:rsidR="006247F6" w:rsidRDefault="006247F6" w:rsidP="0045394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4070" w:type="dxa"/>
          </w:tcPr>
          <w:p w14:paraId="6CB53E26" w14:textId="77777777" w:rsidR="006247F6" w:rsidRDefault="006247F6" w:rsidP="0045394B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Профессии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  <w:tc>
          <w:tcPr>
            <w:tcW w:w="528" w:type="dxa"/>
          </w:tcPr>
          <w:p w14:paraId="001E34CA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1DBDBF6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A923727" w14:textId="77777777" w:rsidR="006247F6" w:rsidRDefault="006247F6" w:rsidP="0045394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265A794F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77EC90A1" w14:textId="77777777" w:rsidR="006247F6" w:rsidRDefault="006247F6" w:rsidP="0045394B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профессии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достижений науки в развитии технического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прогресса;</w:t>
            </w:r>
          </w:p>
        </w:tc>
        <w:tc>
          <w:tcPr>
            <w:tcW w:w="1116" w:type="dxa"/>
          </w:tcPr>
          <w:p w14:paraId="497574E3" w14:textId="77777777" w:rsidR="006247F6" w:rsidRDefault="006247F6" w:rsidP="0045394B">
            <w:pPr>
              <w:pStyle w:val="TableParagraph"/>
              <w:spacing w:before="74" w:line="266" w:lineRule="auto"/>
              <w:ind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88" w:type="dxa"/>
          </w:tcPr>
          <w:p w14:paraId="3A1200CE" w14:textId="77777777" w:rsidR="006247F6" w:rsidRDefault="006247F6" w:rsidP="0045394B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6247F6" w14:paraId="7552020A" w14:textId="77777777" w:rsidTr="0045394B">
        <w:trPr>
          <w:trHeight w:val="717"/>
        </w:trPr>
        <w:tc>
          <w:tcPr>
            <w:tcW w:w="468" w:type="dxa"/>
          </w:tcPr>
          <w:p w14:paraId="5A5DAC4D" w14:textId="77777777" w:rsidR="006247F6" w:rsidRDefault="006247F6" w:rsidP="0045394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4070" w:type="dxa"/>
          </w:tcPr>
          <w:p w14:paraId="56A7F311" w14:textId="77777777" w:rsidR="006247F6" w:rsidRDefault="006247F6" w:rsidP="0045394B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Использование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достижений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науки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технического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прогресса.</w:t>
            </w:r>
          </w:p>
        </w:tc>
        <w:tc>
          <w:tcPr>
            <w:tcW w:w="528" w:type="dxa"/>
          </w:tcPr>
          <w:p w14:paraId="0424BF00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10C02517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65B9EC6" w14:textId="77777777" w:rsidR="006247F6" w:rsidRDefault="006247F6" w:rsidP="0045394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73E6ED57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7D2C1385" w14:textId="77777777" w:rsidR="006247F6" w:rsidRDefault="006247F6" w:rsidP="0045394B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профессии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 достижений науки в развитии технического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прогресса;</w:t>
            </w:r>
          </w:p>
        </w:tc>
        <w:tc>
          <w:tcPr>
            <w:tcW w:w="1116" w:type="dxa"/>
          </w:tcPr>
          <w:p w14:paraId="1EF5CB55" w14:textId="77777777" w:rsidR="006247F6" w:rsidRDefault="006247F6" w:rsidP="0045394B">
            <w:pPr>
              <w:pStyle w:val="TableParagraph"/>
              <w:spacing w:before="74" w:line="266" w:lineRule="auto"/>
              <w:ind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88" w:type="dxa"/>
          </w:tcPr>
          <w:p w14:paraId="568632A7" w14:textId="77777777" w:rsidR="006247F6" w:rsidRDefault="006247F6" w:rsidP="0045394B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6247F6" w14:paraId="31895D22" w14:textId="77777777" w:rsidTr="0045394B">
        <w:trPr>
          <w:trHeight w:val="1293"/>
        </w:trPr>
        <w:tc>
          <w:tcPr>
            <w:tcW w:w="468" w:type="dxa"/>
          </w:tcPr>
          <w:p w14:paraId="66251D83" w14:textId="77777777" w:rsidR="006247F6" w:rsidRDefault="006247F6" w:rsidP="0045394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4070" w:type="dxa"/>
          </w:tcPr>
          <w:p w14:paraId="38EA0960" w14:textId="77777777" w:rsidR="006247F6" w:rsidRDefault="006247F6" w:rsidP="0045394B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Изобретение и использование синтетических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материалов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определёнными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заданными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различных отраслях и профессиях. Нефть как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универсальное сырьё. Материалы, получаемые из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нефти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(пластик,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стеклоткань,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пенопласт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14:paraId="0576791A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D108A07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E8BEF21" w14:textId="77777777" w:rsidR="006247F6" w:rsidRDefault="006247F6" w:rsidP="0045394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0961B4DC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046416BF" w14:textId="77777777" w:rsidR="006247F6" w:rsidRDefault="006247F6" w:rsidP="0045394B">
            <w:pPr>
              <w:pStyle w:val="TableParagraph"/>
              <w:spacing w:before="74" w:line="266" w:lineRule="auto"/>
              <w:ind w:right="4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Рассматривать возможности использования синтетических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 с определёнными заданными свойствами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отраслях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профессиях;</w:t>
            </w:r>
          </w:p>
          <w:p w14:paraId="0EC9410E" w14:textId="77777777" w:rsidR="006247F6" w:rsidRDefault="006247F6" w:rsidP="0045394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 использование нефти в производстве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универсального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сырья.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получаемые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нефти;</w:t>
            </w:r>
          </w:p>
        </w:tc>
        <w:tc>
          <w:tcPr>
            <w:tcW w:w="1116" w:type="dxa"/>
          </w:tcPr>
          <w:p w14:paraId="59D17B3E" w14:textId="77777777" w:rsidR="006247F6" w:rsidRDefault="006247F6" w:rsidP="0045394B">
            <w:pPr>
              <w:pStyle w:val="TableParagraph"/>
              <w:spacing w:before="74" w:line="266" w:lineRule="auto"/>
              <w:ind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88" w:type="dxa"/>
          </w:tcPr>
          <w:p w14:paraId="5471EC76" w14:textId="77777777" w:rsidR="006247F6" w:rsidRDefault="006247F6" w:rsidP="0045394B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6247F6" w14:paraId="5F134D00" w14:textId="77777777" w:rsidTr="0045394B">
        <w:trPr>
          <w:trHeight w:val="717"/>
        </w:trPr>
        <w:tc>
          <w:tcPr>
            <w:tcW w:w="468" w:type="dxa"/>
          </w:tcPr>
          <w:p w14:paraId="7DC6BB43" w14:textId="77777777" w:rsidR="006247F6" w:rsidRDefault="006247F6" w:rsidP="0045394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1.4.</w:t>
            </w:r>
          </w:p>
        </w:tc>
        <w:tc>
          <w:tcPr>
            <w:tcW w:w="4070" w:type="dxa"/>
          </w:tcPr>
          <w:p w14:paraId="4C0AF858" w14:textId="77777777" w:rsidR="006247F6" w:rsidRDefault="006247F6" w:rsidP="0045394B">
            <w:pPr>
              <w:pStyle w:val="TableParagraph"/>
              <w:spacing w:before="74" w:line="266" w:lineRule="auto"/>
              <w:ind w:left="76" w:right="43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Профессии, связанные с опасностями </w:t>
            </w:r>
            <w:r>
              <w:rPr>
                <w:b/>
                <w:w w:val="105"/>
                <w:sz w:val="15"/>
              </w:rPr>
              <w:t>(пожарные,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космонавты,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химики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14:paraId="5BE61D50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5FF5BA2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06B19F6" w14:textId="77777777" w:rsidR="006247F6" w:rsidRDefault="006247F6" w:rsidP="0045394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37CFD07A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3A7DB78E" w14:textId="77777777" w:rsidR="006247F6" w:rsidRDefault="006247F6" w:rsidP="0045394B">
            <w:pPr>
              <w:pStyle w:val="TableParagraph"/>
              <w:spacing w:before="74" w:line="266" w:lineRule="auto"/>
              <w:ind w:right="443"/>
              <w:rPr>
                <w:sz w:val="15"/>
              </w:rPr>
            </w:pPr>
            <w:r>
              <w:rPr>
                <w:w w:val="105"/>
                <w:sz w:val="15"/>
              </w:rPr>
              <w:t>Изучать важность подготовки, организации, уборки,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поддержания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порядка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людьми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профессий;</w:t>
            </w:r>
          </w:p>
        </w:tc>
        <w:tc>
          <w:tcPr>
            <w:tcW w:w="1116" w:type="dxa"/>
          </w:tcPr>
          <w:p w14:paraId="03F79742" w14:textId="77777777" w:rsidR="006247F6" w:rsidRDefault="006247F6" w:rsidP="0045394B">
            <w:pPr>
              <w:pStyle w:val="TableParagraph"/>
              <w:spacing w:before="74" w:line="266" w:lineRule="auto"/>
              <w:ind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88" w:type="dxa"/>
          </w:tcPr>
          <w:p w14:paraId="4C727C31" w14:textId="77777777" w:rsidR="006247F6" w:rsidRDefault="006247F6" w:rsidP="0045394B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6247F6" w14:paraId="726AF4C7" w14:textId="77777777" w:rsidTr="0045394B">
        <w:trPr>
          <w:trHeight w:val="909"/>
        </w:trPr>
        <w:tc>
          <w:tcPr>
            <w:tcW w:w="468" w:type="dxa"/>
          </w:tcPr>
          <w:p w14:paraId="027DD3BE" w14:textId="77777777" w:rsidR="006247F6" w:rsidRDefault="006247F6" w:rsidP="0045394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4070" w:type="dxa"/>
          </w:tcPr>
          <w:p w14:paraId="3030D23A" w14:textId="77777777" w:rsidR="006247F6" w:rsidRDefault="006247F6" w:rsidP="0045394B">
            <w:pPr>
              <w:pStyle w:val="TableParagraph"/>
              <w:spacing w:before="74" w:line="266" w:lineRule="auto"/>
              <w:ind w:left="76" w:right="14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Информационный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влияние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жизнь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деятельность людей. Влияние современных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технологий и преобразующей </w:t>
            </w:r>
            <w:r>
              <w:rPr>
                <w:b/>
                <w:w w:val="105"/>
                <w:sz w:val="15"/>
              </w:rPr>
              <w:t>деятельности человека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окружающую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среду,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способы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защиты</w:t>
            </w:r>
          </w:p>
        </w:tc>
        <w:tc>
          <w:tcPr>
            <w:tcW w:w="528" w:type="dxa"/>
          </w:tcPr>
          <w:p w14:paraId="5BFDC95F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32232B3D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A3E81F4" w14:textId="77777777" w:rsidR="006247F6" w:rsidRDefault="006247F6" w:rsidP="0045394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1B0C295C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3C9B7F58" w14:textId="77777777" w:rsidR="006247F6" w:rsidRDefault="006247F6" w:rsidP="0045394B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Изучать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влияние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современных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преобразующей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 человека на окружающую среду, способы её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защиты;</w:t>
            </w:r>
          </w:p>
        </w:tc>
        <w:tc>
          <w:tcPr>
            <w:tcW w:w="1116" w:type="dxa"/>
          </w:tcPr>
          <w:p w14:paraId="34713367" w14:textId="77777777" w:rsidR="006247F6" w:rsidRDefault="006247F6" w:rsidP="0045394B">
            <w:pPr>
              <w:pStyle w:val="TableParagraph"/>
              <w:spacing w:before="74" w:line="266" w:lineRule="auto"/>
              <w:ind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88" w:type="dxa"/>
          </w:tcPr>
          <w:p w14:paraId="75CDC77D" w14:textId="77777777" w:rsidR="006247F6" w:rsidRDefault="006247F6" w:rsidP="0045394B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6247F6" w14:paraId="57D04B3F" w14:textId="77777777" w:rsidTr="0045394B">
        <w:trPr>
          <w:trHeight w:val="1293"/>
        </w:trPr>
        <w:tc>
          <w:tcPr>
            <w:tcW w:w="468" w:type="dxa"/>
          </w:tcPr>
          <w:p w14:paraId="0C3D6591" w14:textId="77777777" w:rsidR="006247F6" w:rsidRDefault="006247F6" w:rsidP="0045394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4070" w:type="dxa"/>
          </w:tcPr>
          <w:p w14:paraId="2A6E151D" w14:textId="77777777" w:rsidR="006247F6" w:rsidRDefault="006247F6" w:rsidP="0045394B">
            <w:pPr>
              <w:pStyle w:val="TableParagraph"/>
              <w:spacing w:before="74" w:line="266" w:lineRule="auto"/>
              <w:ind w:left="76" w:right="39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Сохранение и развитие традиций прошлого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творчестве современных мастеров. Бережное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уважительное отношение людей к культурным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традициям. Изготовление изделий с учётом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традиционных правил и современных </w:t>
            </w:r>
            <w:r>
              <w:rPr>
                <w:b/>
                <w:w w:val="105"/>
                <w:sz w:val="15"/>
              </w:rPr>
              <w:t>технологий</w:t>
            </w:r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(лепка,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вязание,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шитьё,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вышивка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14:paraId="5C2CBE2B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3B886026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9DD5430" w14:textId="77777777" w:rsidR="006247F6" w:rsidRDefault="006247F6" w:rsidP="0045394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3AF3B318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322A6AB9" w14:textId="77777777" w:rsidR="006247F6" w:rsidRDefault="006247F6" w:rsidP="0045394B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ремёсел, обычаев и производств, связанных с изучаемыми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производствами;</w:t>
            </w:r>
          </w:p>
        </w:tc>
        <w:tc>
          <w:tcPr>
            <w:tcW w:w="1116" w:type="dxa"/>
          </w:tcPr>
          <w:p w14:paraId="204D0E3B" w14:textId="77777777" w:rsidR="006247F6" w:rsidRDefault="006247F6" w:rsidP="0045394B">
            <w:pPr>
              <w:pStyle w:val="TableParagraph"/>
              <w:spacing w:before="74" w:line="266" w:lineRule="auto"/>
              <w:ind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88" w:type="dxa"/>
          </w:tcPr>
          <w:p w14:paraId="4727AACD" w14:textId="77777777" w:rsidR="006247F6" w:rsidRDefault="006247F6" w:rsidP="0045394B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6247F6" w14:paraId="1CD3C10B" w14:textId="77777777" w:rsidTr="0045394B">
        <w:trPr>
          <w:trHeight w:val="909"/>
        </w:trPr>
        <w:tc>
          <w:tcPr>
            <w:tcW w:w="468" w:type="dxa"/>
          </w:tcPr>
          <w:p w14:paraId="6CE38261" w14:textId="77777777" w:rsidR="006247F6" w:rsidRDefault="006247F6" w:rsidP="0045394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4070" w:type="dxa"/>
          </w:tcPr>
          <w:p w14:paraId="6F0DC2EA" w14:textId="77777777" w:rsidR="006247F6" w:rsidRDefault="006247F6" w:rsidP="0045394B">
            <w:pPr>
              <w:pStyle w:val="TableParagraph"/>
              <w:spacing w:before="74" w:line="266" w:lineRule="auto"/>
              <w:ind w:left="76" w:right="19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Элементарная творческая и проектная </w:t>
            </w:r>
            <w:r>
              <w:rPr>
                <w:b/>
                <w:w w:val="105"/>
                <w:sz w:val="15"/>
              </w:rPr>
              <w:t>деятельность</w:t>
            </w:r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(реализация заданного или собственного замысла,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поиск оптимальных конструктивных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технологических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решений)</w:t>
            </w:r>
          </w:p>
        </w:tc>
        <w:tc>
          <w:tcPr>
            <w:tcW w:w="528" w:type="dxa"/>
          </w:tcPr>
          <w:p w14:paraId="7DFB78A0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334F8870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0D320356" w14:textId="77777777" w:rsidR="006247F6" w:rsidRDefault="006247F6" w:rsidP="0045394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52B6BB21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4735C65E" w14:textId="77777777" w:rsidR="006247F6" w:rsidRDefault="006247F6" w:rsidP="0045394B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Изучать современные производства и профессии, связанные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обработкой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материалов,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аналогичных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используемым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технологии;</w:t>
            </w:r>
          </w:p>
        </w:tc>
        <w:tc>
          <w:tcPr>
            <w:tcW w:w="1116" w:type="dxa"/>
          </w:tcPr>
          <w:p w14:paraId="7507D4C5" w14:textId="77777777" w:rsidR="006247F6" w:rsidRDefault="006247F6" w:rsidP="0045394B">
            <w:pPr>
              <w:pStyle w:val="TableParagraph"/>
              <w:spacing w:before="74" w:line="266" w:lineRule="auto"/>
              <w:ind w:right="141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487A747D" w14:textId="77777777" w:rsidR="006247F6" w:rsidRDefault="006247F6" w:rsidP="0045394B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6247F6" w:rsidRPr="00022BB4" w14:paraId="10CE16EE" w14:textId="77777777" w:rsidTr="0045394B">
        <w:trPr>
          <w:trHeight w:val="717"/>
        </w:trPr>
        <w:tc>
          <w:tcPr>
            <w:tcW w:w="468" w:type="dxa"/>
          </w:tcPr>
          <w:p w14:paraId="02A1907A" w14:textId="77777777" w:rsidR="006247F6" w:rsidRDefault="006247F6" w:rsidP="0045394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1.8.</w:t>
            </w:r>
          </w:p>
        </w:tc>
        <w:tc>
          <w:tcPr>
            <w:tcW w:w="4070" w:type="dxa"/>
          </w:tcPr>
          <w:p w14:paraId="0B3044C2" w14:textId="77777777" w:rsidR="006247F6" w:rsidRDefault="006247F6" w:rsidP="0045394B">
            <w:pPr>
              <w:pStyle w:val="TableParagraph"/>
              <w:spacing w:before="74" w:line="266" w:lineRule="auto"/>
              <w:ind w:left="76" w:righ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Коллективные, групповые и индивидуальные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проекты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основе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содержания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изучаемого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течение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учебного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года</w:t>
            </w:r>
          </w:p>
        </w:tc>
        <w:tc>
          <w:tcPr>
            <w:tcW w:w="528" w:type="dxa"/>
          </w:tcPr>
          <w:p w14:paraId="55CA6EF0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520EE151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FE6BFD0" w14:textId="77777777" w:rsidR="006247F6" w:rsidRDefault="006247F6" w:rsidP="0045394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72594ACD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66979C2C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16" w:type="dxa"/>
          </w:tcPr>
          <w:p w14:paraId="614F2E02" w14:textId="77777777" w:rsidR="006247F6" w:rsidRDefault="006247F6" w:rsidP="0045394B">
            <w:pPr>
              <w:pStyle w:val="TableParagraph"/>
              <w:spacing w:before="74" w:line="266" w:lineRule="auto"/>
              <w:ind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88" w:type="dxa"/>
          </w:tcPr>
          <w:p w14:paraId="35A4DD64" w14:textId="77777777" w:rsidR="006247F6" w:rsidRDefault="006247F6" w:rsidP="0045394B">
            <w:pPr>
              <w:pStyle w:val="TableParagraph"/>
              <w:spacing w:before="74" w:line="266" w:lineRule="auto"/>
              <w:ind w:left="80" w:right="4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https://nsportal.ru/</w:t>
            </w:r>
          </w:p>
        </w:tc>
      </w:tr>
      <w:tr w:rsidR="006247F6" w14:paraId="1E45A005" w14:textId="77777777" w:rsidTr="0045394B">
        <w:trPr>
          <w:trHeight w:val="717"/>
        </w:trPr>
        <w:tc>
          <w:tcPr>
            <w:tcW w:w="468" w:type="dxa"/>
          </w:tcPr>
          <w:p w14:paraId="4D525485" w14:textId="77777777" w:rsidR="006247F6" w:rsidRDefault="006247F6" w:rsidP="0045394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1.9.</w:t>
            </w:r>
          </w:p>
        </w:tc>
        <w:tc>
          <w:tcPr>
            <w:tcW w:w="4070" w:type="dxa"/>
          </w:tcPr>
          <w:p w14:paraId="6A8144A9" w14:textId="77777777" w:rsidR="006247F6" w:rsidRDefault="006247F6" w:rsidP="0045394B">
            <w:pPr>
              <w:pStyle w:val="TableParagraph"/>
              <w:spacing w:before="74" w:line="266" w:lineRule="auto"/>
              <w:ind w:left="76" w:right="326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Использование комбинированных техник </w:t>
            </w:r>
            <w:r>
              <w:rPr>
                <w:b/>
                <w:w w:val="105"/>
                <w:sz w:val="15"/>
              </w:rPr>
              <w:t>создания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конструкций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заданным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условиям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выполнении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учебных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проектов</w:t>
            </w:r>
          </w:p>
        </w:tc>
        <w:tc>
          <w:tcPr>
            <w:tcW w:w="528" w:type="dxa"/>
          </w:tcPr>
          <w:p w14:paraId="7C33F922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0E98336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95BA42E" w14:textId="77777777" w:rsidR="006247F6" w:rsidRDefault="006247F6" w:rsidP="0045394B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5BB65266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7C83FD26" w14:textId="77777777" w:rsidR="006247F6" w:rsidRDefault="006247F6" w:rsidP="0045394B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 использование нефти в производстве как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универсального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сырья.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получаемые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нефти;</w:t>
            </w:r>
          </w:p>
        </w:tc>
        <w:tc>
          <w:tcPr>
            <w:tcW w:w="1116" w:type="dxa"/>
          </w:tcPr>
          <w:p w14:paraId="6E93A2CC" w14:textId="77777777" w:rsidR="006247F6" w:rsidRDefault="006247F6" w:rsidP="0045394B">
            <w:pPr>
              <w:pStyle w:val="TableParagraph"/>
              <w:spacing w:before="74" w:line="266" w:lineRule="auto"/>
              <w:ind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88" w:type="dxa"/>
          </w:tcPr>
          <w:p w14:paraId="30D96006" w14:textId="77777777" w:rsidR="006247F6" w:rsidRDefault="006247F6" w:rsidP="0045394B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https://nsportal.ru/</w:t>
            </w:r>
          </w:p>
        </w:tc>
      </w:tr>
      <w:tr w:rsidR="006247F6" w14:paraId="55B0D5B9" w14:textId="77777777" w:rsidTr="0045394B">
        <w:trPr>
          <w:trHeight w:val="333"/>
        </w:trPr>
        <w:tc>
          <w:tcPr>
            <w:tcW w:w="4538" w:type="dxa"/>
            <w:gridSpan w:val="2"/>
          </w:tcPr>
          <w:p w14:paraId="7018B17C" w14:textId="77777777" w:rsidR="006247F6" w:rsidRDefault="006247F6" w:rsidP="0045394B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14:paraId="7E5DE1CC" w14:textId="77777777" w:rsidR="006247F6" w:rsidRDefault="006247F6" w:rsidP="0045394B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0430" w:type="dxa"/>
            <w:gridSpan w:val="6"/>
          </w:tcPr>
          <w:p w14:paraId="72AC43C5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14:paraId="7C040F77" w14:textId="77777777" w:rsidR="006247F6" w:rsidRDefault="006247F6" w:rsidP="006247F6">
      <w:pPr>
        <w:rPr>
          <w:sz w:val="14"/>
        </w:rPr>
        <w:sectPr w:rsidR="006247F6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70"/>
        <w:gridCol w:w="528"/>
        <w:gridCol w:w="1104"/>
        <w:gridCol w:w="1140"/>
        <w:gridCol w:w="804"/>
        <w:gridCol w:w="4478"/>
        <w:gridCol w:w="1116"/>
        <w:gridCol w:w="1788"/>
      </w:tblGrid>
      <w:tr w:rsidR="006247F6" w:rsidRPr="00022BB4" w14:paraId="19BB6A48" w14:textId="77777777" w:rsidTr="0045394B">
        <w:trPr>
          <w:trHeight w:val="333"/>
        </w:trPr>
        <w:tc>
          <w:tcPr>
            <w:tcW w:w="15496" w:type="dxa"/>
            <w:gridSpan w:val="9"/>
          </w:tcPr>
          <w:p w14:paraId="42D252B3" w14:textId="77777777" w:rsidR="006247F6" w:rsidRDefault="006247F6" w:rsidP="0045394B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lastRenderedPageBreak/>
              <w:t>Модуль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ТЕХНОЛОГИИ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РУЧНОЙ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ОБРАБОТКИ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</w:p>
        </w:tc>
      </w:tr>
      <w:tr w:rsidR="006247F6" w:rsidRPr="00022BB4" w14:paraId="280FC4FD" w14:textId="77777777" w:rsidTr="0045394B">
        <w:trPr>
          <w:trHeight w:val="1870"/>
        </w:trPr>
        <w:tc>
          <w:tcPr>
            <w:tcW w:w="468" w:type="dxa"/>
          </w:tcPr>
          <w:p w14:paraId="45E90A0C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4070" w:type="dxa"/>
          </w:tcPr>
          <w:p w14:paraId="1833498D" w14:textId="77777777" w:rsidR="006247F6" w:rsidRDefault="006247F6" w:rsidP="0045394B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Синтетические материалы — ткани, полимеры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(пластик, поролон). Их свойства. Создание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синтетических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материалов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заданными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свойствами</w:t>
            </w:r>
          </w:p>
        </w:tc>
        <w:tc>
          <w:tcPr>
            <w:tcW w:w="528" w:type="dxa"/>
          </w:tcPr>
          <w:p w14:paraId="02995BE0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506655F3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0FC2041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14:paraId="636E00FA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0E286CD6" w14:textId="77777777" w:rsidR="006247F6" w:rsidRDefault="006247F6" w:rsidP="0045394B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пластические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массы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изготовления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композиций (как для изготовления деталей, так и в качестве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соединительного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материала);</w:t>
            </w:r>
          </w:p>
          <w:p w14:paraId="3FE40FE7" w14:textId="77777777" w:rsidR="006247F6" w:rsidRDefault="006247F6" w:rsidP="0045394B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классификации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натуральных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волокон;</w:t>
            </w:r>
          </w:p>
          <w:p w14:paraId="2B42F9AB" w14:textId="77777777" w:rsidR="006247F6" w:rsidRDefault="006247F6" w:rsidP="0045394B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волокон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(последовательность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операций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прядения;</w:t>
            </w:r>
          </w:p>
          <w:p w14:paraId="4370EC6A" w14:textId="77777777" w:rsidR="006247F6" w:rsidRDefault="006247F6" w:rsidP="0045394B">
            <w:pPr>
              <w:pStyle w:val="TableParagraph"/>
              <w:spacing w:before="1" w:line="266" w:lineRule="auto"/>
              <w:ind w:right="368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ткачества;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отделки;</w:t>
            </w:r>
          </w:p>
          <w:p w14:paraId="5E2A696F" w14:textId="77777777" w:rsidR="006247F6" w:rsidRDefault="006247F6" w:rsidP="0045394B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свойствах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волокон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них);</w:t>
            </w:r>
          </w:p>
        </w:tc>
        <w:tc>
          <w:tcPr>
            <w:tcW w:w="1116" w:type="dxa"/>
          </w:tcPr>
          <w:p w14:paraId="1C1BB9BE" w14:textId="77777777" w:rsidR="006247F6" w:rsidRDefault="006247F6" w:rsidP="0045394B">
            <w:pPr>
              <w:pStyle w:val="TableParagraph"/>
              <w:spacing w:line="266" w:lineRule="auto"/>
              <w:ind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88" w:type="dxa"/>
          </w:tcPr>
          <w:p w14:paraId="6EB16F82" w14:textId="77777777" w:rsidR="006247F6" w:rsidRDefault="006247F6" w:rsidP="0045394B">
            <w:pPr>
              <w:pStyle w:val="TableParagraph"/>
              <w:spacing w:line="266" w:lineRule="auto"/>
              <w:ind w:left="80" w:right="4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https://nsportal.ru/</w:t>
            </w:r>
          </w:p>
        </w:tc>
      </w:tr>
      <w:tr w:rsidR="006247F6" w:rsidRPr="00022BB4" w14:paraId="49F63A3B" w14:textId="77777777" w:rsidTr="0045394B">
        <w:trPr>
          <w:trHeight w:val="1293"/>
        </w:trPr>
        <w:tc>
          <w:tcPr>
            <w:tcW w:w="468" w:type="dxa"/>
          </w:tcPr>
          <w:p w14:paraId="0004F402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4070" w:type="dxa"/>
          </w:tcPr>
          <w:p w14:paraId="591198E3" w14:textId="77777777" w:rsidR="006247F6" w:rsidRDefault="006247F6" w:rsidP="0045394B">
            <w:pPr>
              <w:pStyle w:val="TableParagraph"/>
              <w:spacing w:line="266" w:lineRule="auto"/>
              <w:ind w:left="76" w:right="14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Использование измерений, вычислений </w:t>
            </w:r>
            <w:r>
              <w:rPr>
                <w:b/>
                <w:w w:val="105"/>
                <w:sz w:val="15"/>
              </w:rPr>
              <w:t>и построений</w:t>
            </w:r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 решения практических задач. Внесение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дополнений и изменений в условные графические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изображения в соответствии с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дополнительными/изменёнными требованиями к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изделию</w:t>
            </w:r>
          </w:p>
        </w:tc>
        <w:tc>
          <w:tcPr>
            <w:tcW w:w="528" w:type="dxa"/>
          </w:tcPr>
          <w:p w14:paraId="13232418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462C7613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2BA8A13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14:paraId="394FC635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4473A7C9" w14:textId="77777777" w:rsidR="006247F6" w:rsidRDefault="006247F6" w:rsidP="0045394B">
            <w:pPr>
              <w:pStyle w:val="TableParagraph"/>
              <w:spacing w:line="266" w:lineRule="auto"/>
              <w:ind w:right="475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несложные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расчёты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ориентируясь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рисунок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чертёж;</w:t>
            </w:r>
          </w:p>
        </w:tc>
        <w:tc>
          <w:tcPr>
            <w:tcW w:w="1116" w:type="dxa"/>
          </w:tcPr>
          <w:p w14:paraId="23F89D44" w14:textId="77777777" w:rsidR="006247F6" w:rsidRDefault="006247F6" w:rsidP="0045394B">
            <w:pPr>
              <w:pStyle w:val="TableParagraph"/>
              <w:spacing w:line="266" w:lineRule="auto"/>
              <w:ind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88" w:type="dxa"/>
          </w:tcPr>
          <w:p w14:paraId="13B60BFA" w14:textId="77777777" w:rsidR="006247F6" w:rsidRDefault="006247F6" w:rsidP="0045394B">
            <w:pPr>
              <w:pStyle w:val="TableParagraph"/>
              <w:spacing w:line="266" w:lineRule="auto"/>
              <w:ind w:left="80" w:right="4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https://nsportal.ru/</w:t>
            </w:r>
          </w:p>
        </w:tc>
      </w:tr>
      <w:tr w:rsidR="006247F6" w:rsidRPr="00022BB4" w14:paraId="63371156" w14:textId="77777777" w:rsidTr="0045394B">
        <w:trPr>
          <w:trHeight w:val="2254"/>
        </w:trPr>
        <w:tc>
          <w:tcPr>
            <w:tcW w:w="468" w:type="dxa"/>
          </w:tcPr>
          <w:p w14:paraId="0624BD0F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4070" w:type="dxa"/>
          </w:tcPr>
          <w:p w14:paraId="4A7590D6" w14:textId="77777777" w:rsidR="006247F6" w:rsidRDefault="006247F6" w:rsidP="0045394B">
            <w:pPr>
              <w:pStyle w:val="TableParagraph"/>
              <w:spacing w:line="266" w:lineRule="auto"/>
              <w:ind w:left="76" w:right="48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Технология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обработки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картона.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Подбор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 в соответствии с замыслом,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особенностями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</w:t>
            </w:r>
          </w:p>
        </w:tc>
        <w:tc>
          <w:tcPr>
            <w:tcW w:w="528" w:type="dxa"/>
          </w:tcPr>
          <w:p w14:paraId="1B4237EA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5667BB23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4831138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14:paraId="13387394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77B6AD42" w14:textId="77777777" w:rsidR="006247F6" w:rsidRDefault="006247F6" w:rsidP="0045394B">
            <w:pPr>
              <w:pStyle w:val="TableParagraph"/>
              <w:spacing w:line="266" w:lineRule="auto"/>
              <w:ind w:right="47"/>
              <w:rPr>
                <w:sz w:val="15"/>
              </w:rPr>
            </w:pPr>
            <w:r>
              <w:rPr>
                <w:w w:val="105"/>
                <w:sz w:val="15"/>
              </w:rPr>
              <w:t>Самостоятельно организовывать свою деятельность: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картоном,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 и рационально размещать инструменты и материалы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соответствии с индивидуальными особенностями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обучающихся, в процессе выполнения изделия самостоятельно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контролировать и при необходимости восстанавливать порядок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месте;</w:t>
            </w:r>
          </w:p>
          <w:p w14:paraId="3621BB88" w14:textId="77777777" w:rsidR="006247F6" w:rsidRDefault="006247F6" w:rsidP="0045394B">
            <w:pPr>
              <w:pStyle w:val="TableParagraph"/>
              <w:spacing w:before="5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Осознанно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соблюдать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рационального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инструментов;</w:t>
            </w:r>
          </w:p>
          <w:p w14:paraId="4724224E" w14:textId="77777777" w:rsidR="006247F6" w:rsidRDefault="006247F6" w:rsidP="0045394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Обосновывать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изделия;</w:t>
            </w:r>
          </w:p>
        </w:tc>
        <w:tc>
          <w:tcPr>
            <w:tcW w:w="1116" w:type="dxa"/>
          </w:tcPr>
          <w:p w14:paraId="5044D244" w14:textId="77777777" w:rsidR="006247F6" w:rsidRDefault="006247F6" w:rsidP="0045394B">
            <w:pPr>
              <w:pStyle w:val="TableParagraph"/>
              <w:spacing w:line="266" w:lineRule="auto"/>
              <w:ind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88" w:type="dxa"/>
          </w:tcPr>
          <w:p w14:paraId="7B4362ED" w14:textId="77777777" w:rsidR="006247F6" w:rsidRDefault="006247F6" w:rsidP="0045394B">
            <w:pPr>
              <w:pStyle w:val="TableParagraph"/>
              <w:spacing w:line="266" w:lineRule="auto"/>
              <w:ind w:left="80" w:right="4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https://nsportal.ru/</w:t>
            </w:r>
          </w:p>
        </w:tc>
      </w:tr>
      <w:tr w:rsidR="006247F6" w:rsidRPr="00022BB4" w14:paraId="2EA68189" w14:textId="77777777" w:rsidTr="0045394B">
        <w:trPr>
          <w:trHeight w:val="525"/>
        </w:trPr>
        <w:tc>
          <w:tcPr>
            <w:tcW w:w="468" w:type="dxa"/>
          </w:tcPr>
          <w:p w14:paraId="52A0F82B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4070" w:type="dxa"/>
          </w:tcPr>
          <w:p w14:paraId="045D60FE" w14:textId="77777777" w:rsidR="006247F6" w:rsidRDefault="006247F6" w:rsidP="0045394B">
            <w:pPr>
              <w:pStyle w:val="TableParagraph"/>
              <w:spacing w:line="266" w:lineRule="auto"/>
              <w:ind w:left="76" w:right="65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Определение оптимальных способов </w:t>
            </w:r>
            <w:r>
              <w:rPr>
                <w:b/>
                <w:w w:val="105"/>
                <w:sz w:val="15"/>
              </w:rPr>
              <w:t>разметки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сборки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</w:t>
            </w:r>
          </w:p>
        </w:tc>
        <w:tc>
          <w:tcPr>
            <w:tcW w:w="528" w:type="dxa"/>
          </w:tcPr>
          <w:p w14:paraId="0D5E9BCF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018C1C22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7200636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14:paraId="229B38DC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37E11CE0" w14:textId="77777777" w:rsidR="006247F6" w:rsidRDefault="006247F6" w:rsidP="0045394B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Читать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графические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схемы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изготовления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схеме;</w:t>
            </w:r>
          </w:p>
        </w:tc>
        <w:tc>
          <w:tcPr>
            <w:tcW w:w="1116" w:type="dxa"/>
          </w:tcPr>
          <w:p w14:paraId="521D85C1" w14:textId="77777777" w:rsidR="006247F6" w:rsidRDefault="006247F6" w:rsidP="0045394B">
            <w:pPr>
              <w:pStyle w:val="TableParagraph"/>
              <w:spacing w:line="266" w:lineRule="auto"/>
              <w:ind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88" w:type="dxa"/>
          </w:tcPr>
          <w:p w14:paraId="51A128C9" w14:textId="77777777" w:rsidR="006247F6" w:rsidRDefault="006247F6" w:rsidP="0045394B">
            <w:pPr>
              <w:pStyle w:val="TableParagraph"/>
              <w:spacing w:line="266" w:lineRule="auto"/>
              <w:ind w:left="80" w:right="49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https://infourok.ru/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https://nsportal.ru/</w:t>
            </w:r>
          </w:p>
        </w:tc>
      </w:tr>
      <w:tr w:rsidR="006247F6" w:rsidRPr="00022BB4" w14:paraId="32AD1A21" w14:textId="77777777" w:rsidTr="0045394B">
        <w:trPr>
          <w:trHeight w:val="909"/>
        </w:trPr>
        <w:tc>
          <w:tcPr>
            <w:tcW w:w="468" w:type="dxa"/>
          </w:tcPr>
          <w:p w14:paraId="44C4286E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4070" w:type="dxa"/>
          </w:tcPr>
          <w:p w14:paraId="344FDEA0" w14:textId="77777777" w:rsidR="006247F6" w:rsidRDefault="006247F6" w:rsidP="0045394B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Выбор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способов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отделки.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Комбинирование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одном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изделии</w:t>
            </w:r>
          </w:p>
        </w:tc>
        <w:tc>
          <w:tcPr>
            <w:tcW w:w="528" w:type="dxa"/>
          </w:tcPr>
          <w:p w14:paraId="771C71B8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194398A1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1432AD5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14:paraId="18CF1F1F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5CE9B7C2" w14:textId="77777777" w:rsidR="006247F6" w:rsidRDefault="006247F6" w:rsidP="0045394B">
            <w:pPr>
              <w:pStyle w:val="TableParagraph"/>
              <w:spacing w:line="266" w:lineRule="auto"/>
              <w:ind w:right="2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Решать простейшие задачи рационализаторского </w:t>
            </w:r>
            <w:r>
              <w:rPr>
                <w:w w:val="105"/>
                <w:sz w:val="15"/>
              </w:rPr>
              <w:t>характера 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изменению конструкции </w:t>
            </w:r>
            <w:r>
              <w:rPr>
                <w:w w:val="105"/>
                <w:sz w:val="15"/>
              </w:rPr>
              <w:t>изделия: на достраивание, придание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новых свойств конструкции в связи с изменением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функционального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изделия;</w:t>
            </w:r>
          </w:p>
        </w:tc>
        <w:tc>
          <w:tcPr>
            <w:tcW w:w="1116" w:type="dxa"/>
          </w:tcPr>
          <w:p w14:paraId="0D3B82F8" w14:textId="77777777" w:rsidR="006247F6" w:rsidRDefault="006247F6" w:rsidP="0045394B">
            <w:pPr>
              <w:pStyle w:val="TableParagraph"/>
              <w:spacing w:line="266" w:lineRule="auto"/>
              <w:ind w:right="48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788" w:type="dxa"/>
          </w:tcPr>
          <w:p w14:paraId="3F1C1060" w14:textId="77777777" w:rsidR="006247F6" w:rsidRDefault="006247F6" w:rsidP="0045394B">
            <w:pPr>
              <w:pStyle w:val="TableParagraph"/>
              <w:spacing w:line="266" w:lineRule="auto"/>
              <w:ind w:left="80" w:right="276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https://nsportal.ru/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hyperlink r:id="rId7">
              <w:r>
                <w:rPr>
                  <w:spacing w:val="-1"/>
                  <w:w w:val="105"/>
                  <w:sz w:val="15"/>
                </w:rPr>
                <w:t>http://www.zavuch.ru/</w:t>
              </w:r>
            </w:hyperlink>
          </w:p>
        </w:tc>
      </w:tr>
      <w:tr w:rsidR="006247F6" w14:paraId="2F3E7312" w14:textId="77777777" w:rsidTr="0045394B">
        <w:trPr>
          <w:trHeight w:val="909"/>
        </w:trPr>
        <w:tc>
          <w:tcPr>
            <w:tcW w:w="468" w:type="dxa"/>
          </w:tcPr>
          <w:p w14:paraId="35D02301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4070" w:type="dxa"/>
          </w:tcPr>
          <w:p w14:paraId="0CDBADFD" w14:textId="77777777" w:rsidR="006247F6" w:rsidRDefault="006247F6" w:rsidP="0045394B">
            <w:pPr>
              <w:pStyle w:val="TableParagraph"/>
              <w:spacing w:line="266" w:lineRule="auto"/>
              <w:ind w:left="76" w:right="21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Совершенствование умений выполнять разные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способы разметки с помощью чертёжных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инструментов. Освоение доступных художественных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</w:t>
            </w:r>
          </w:p>
        </w:tc>
        <w:tc>
          <w:tcPr>
            <w:tcW w:w="528" w:type="dxa"/>
          </w:tcPr>
          <w:p w14:paraId="62AE8778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5C8FE826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7C9E6AE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14:paraId="37A351C4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0F849AA8" w14:textId="77777777" w:rsidR="006247F6" w:rsidRDefault="006247F6" w:rsidP="0045394B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Выстраивать простые чертежи/эскизы развёртки изделия.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разметку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простейший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чертёж,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внесение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дополнений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схему,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чертёж,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эскиз;</w:t>
            </w:r>
          </w:p>
        </w:tc>
        <w:tc>
          <w:tcPr>
            <w:tcW w:w="1116" w:type="dxa"/>
          </w:tcPr>
          <w:p w14:paraId="6D2DD953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12F72B22" w14:textId="77777777" w:rsidR="006247F6" w:rsidRDefault="006247F6" w:rsidP="0045394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https://pedportal.net/</w:t>
            </w:r>
          </w:p>
        </w:tc>
      </w:tr>
      <w:tr w:rsidR="006247F6" w14:paraId="1E39238A" w14:textId="77777777" w:rsidTr="0045394B">
        <w:trPr>
          <w:trHeight w:val="2062"/>
        </w:trPr>
        <w:tc>
          <w:tcPr>
            <w:tcW w:w="468" w:type="dxa"/>
          </w:tcPr>
          <w:p w14:paraId="09D14A77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4070" w:type="dxa"/>
          </w:tcPr>
          <w:p w14:paraId="3D22714D" w14:textId="77777777" w:rsidR="006247F6" w:rsidRDefault="006247F6" w:rsidP="0045394B">
            <w:pPr>
              <w:pStyle w:val="TableParagraph"/>
              <w:spacing w:line="266" w:lineRule="auto"/>
              <w:ind w:left="76" w:right="422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Технология обработки </w:t>
            </w:r>
            <w:r>
              <w:rPr>
                <w:b/>
                <w:w w:val="105"/>
                <w:sz w:val="15"/>
              </w:rPr>
              <w:t>текстильных материалов.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Обобщённое представление о видах тканей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(натуральные, искусственные, синтетические),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областей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использования</w:t>
            </w:r>
          </w:p>
        </w:tc>
        <w:tc>
          <w:tcPr>
            <w:tcW w:w="528" w:type="dxa"/>
          </w:tcPr>
          <w:p w14:paraId="6D61680B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4CE15C5D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CA14B0D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14:paraId="52C927CF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0A09143B" w14:textId="77777777" w:rsidR="006247F6" w:rsidRDefault="006247F6" w:rsidP="0045394B">
            <w:pPr>
              <w:pStyle w:val="TableParagraph"/>
              <w:spacing w:line="266" w:lineRule="auto"/>
              <w:ind w:right="47"/>
              <w:rPr>
                <w:sz w:val="15"/>
              </w:rPr>
            </w:pPr>
            <w:r>
              <w:rPr>
                <w:w w:val="105"/>
                <w:sz w:val="15"/>
              </w:rPr>
              <w:t>Различать натуральные (растительного и животного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происхождения) и химические (искусственные </w:t>
            </w:r>
            <w:r>
              <w:rPr>
                <w:w w:val="105"/>
                <w:sz w:val="15"/>
              </w:rPr>
              <w:t>и синтетические)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ткани, определять свойства синтетических тканей. Сравнивать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синтетических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тканей;</w:t>
            </w:r>
          </w:p>
          <w:p w14:paraId="1959E1B8" w14:textId="77777777" w:rsidR="006247F6" w:rsidRDefault="006247F6" w:rsidP="0045394B">
            <w:pPr>
              <w:pStyle w:val="TableParagraph"/>
              <w:spacing w:before="3" w:line="266" w:lineRule="auto"/>
              <w:ind w:right="1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Понимать возможности использования специфических </w:t>
            </w:r>
            <w:r>
              <w:rPr>
                <w:w w:val="105"/>
                <w:sz w:val="15"/>
              </w:rPr>
              <w:t>свойств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синтетических тканей </w:t>
            </w:r>
            <w:r>
              <w:rPr>
                <w:w w:val="105"/>
                <w:sz w:val="15"/>
              </w:rPr>
              <w:t>для изготовления специальной одежды;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 ткани различного происхождения (внешний вид,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толщина,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прозрачность,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гладкость,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намокаемость</w:t>
            </w:r>
            <w:proofErr w:type="spellEnd"/>
            <w:r>
              <w:rPr>
                <w:w w:val="105"/>
                <w:sz w:val="15"/>
              </w:rPr>
              <w:t>);</w:t>
            </w:r>
          </w:p>
          <w:p w14:paraId="283511DB" w14:textId="77777777" w:rsidR="006247F6" w:rsidRDefault="006247F6" w:rsidP="0045394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Определять и/или выбирать текстильные и волокнистые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материалы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выполнения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выбор;</w:t>
            </w:r>
          </w:p>
        </w:tc>
        <w:tc>
          <w:tcPr>
            <w:tcW w:w="1116" w:type="dxa"/>
          </w:tcPr>
          <w:p w14:paraId="16FAD960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3071F10C" w14:textId="77777777" w:rsidR="006247F6" w:rsidRDefault="00022BB4" w:rsidP="0045394B">
            <w:pPr>
              <w:pStyle w:val="TableParagraph"/>
              <w:ind w:left="80"/>
              <w:rPr>
                <w:sz w:val="15"/>
              </w:rPr>
            </w:pPr>
            <w:hyperlink r:id="rId8">
              <w:r w:rsidR="006247F6">
                <w:rPr>
                  <w:w w:val="105"/>
                  <w:sz w:val="15"/>
                </w:rPr>
                <w:t>http://uchitelya.com/</w:t>
              </w:r>
            </w:hyperlink>
          </w:p>
        </w:tc>
      </w:tr>
    </w:tbl>
    <w:p w14:paraId="1115383B" w14:textId="77777777" w:rsidR="006247F6" w:rsidRDefault="006247F6" w:rsidP="006247F6">
      <w:pPr>
        <w:rPr>
          <w:sz w:val="15"/>
        </w:rPr>
        <w:sectPr w:rsidR="006247F6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70"/>
        <w:gridCol w:w="528"/>
        <w:gridCol w:w="1104"/>
        <w:gridCol w:w="1140"/>
        <w:gridCol w:w="804"/>
        <w:gridCol w:w="4478"/>
        <w:gridCol w:w="1116"/>
        <w:gridCol w:w="1788"/>
      </w:tblGrid>
      <w:tr w:rsidR="006247F6" w14:paraId="1E29EC66" w14:textId="77777777" w:rsidTr="0045394B">
        <w:trPr>
          <w:trHeight w:val="909"/>
        </w:trPr>
        <w:tc>
          <w:tcPr>
            <w:tcW w:w="468" w:type="dxa"/>
          </w:tcPr>
          <w:p w14:paraId="761AF3C4" w14:textId="77777777" w:rsidR="006247F6" w:rsidRDefault="006247F6" w:rsidP="0045394B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2.8.</w:t>
            </w:r>
          </w:p>
        </w:tc>
        <w:tc>
          <w:tcPr>
            <w:tcW w:w="4070" w:type="dxa"/>
          </w:tcPr>
          <w:p w14:paraId="03069939" w14:textId="77777777" w:rsidR="006247F6" w:rsidRDefault="006247F6" w:rsidP="0045394B">
            <w:pPr>
              <w:pStyle w:val="TableParagraph"/>
              <w:spacing w:line="266" w:lineRule="auto"/>
              <w:ind w:left="76" w:right="6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Дизайн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одежды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зависимости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назначения,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моды,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времени. Подбор текстильных материалов 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соответствии с замыслом, особенностями </w:t>
            </w:r>
            <w:r>
              <w:rPr>
                <w:b/>
                <w:w w:val="105"/>
                <w:sz w:val="15"/>
              </w:rPr>
              <w:t>конструкции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</w:t>
            </w:r>
          </w:p>
        </w:tc>
        <w:tc>
          <w:tcPr>
            <w:tcW w:w="528" w:type="dxa"/>
          </w:tcPr>
          <w:p w14:paraId="2F30CC4A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7E1A0FA5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8D718D7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14:paraId="7EE0B928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0E2C378F" w14:textId="77777777" w:rsidR="006247F6" w:rsidRDefault="006247F6" w:rsidP="0045394B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времён;</w:t>
            </w:r>
          </w:p>
        </w:tc>
        <w:tc>
          <w:tcPr>
            <w:tcW w:w="1116" w:type="dxa"/>
          </w:tcPr>
          <w:p w14:paraId="515C1E86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560BCFA6" w14:textId="77777777" w:rsidR="006247F6" w:rsidRDefault="00022BB4" w:rsidP="0045394B">
            <w:pPr>
              <w:pStyle w:val="TableParagraph"/>
              <w:ind w:left="80"/>
              <w:rPr>
                <w:sz w:val="15"/>
              </w:rPr>
            </w:pPr>
            <w:hyperlink r:id="rId9">
              <w:r w:rsidR="006247F6">
                <w:rPr>
                  <w:w w:val="105"/>
                  <w:sz w:val="15"/>
                </w:rPr>
                <w:t>http://uchitelya.com/</w:t>
              </w:r>
            </w:hyperlink>
          </w:p>
        </w:tc>
      </w:tr>
      <w:tr w:rsidR="006247F6" w:rsidRPr="00022BB4" w14:paraId="5A63DB86" w14:textId="77777777" w:rsidTr="0045394B">
        <w:trPr>
          <w:trHeight w:val="717"/>
        </w:trPr>
        <w:tc>
          <w:tcPr>
            <w:tcW w:w="468" w:type="dxa"/>
          </w:tcPr>
          <w:p w14:paraId="495EB768" w14:textId="77777777" w:rsidR="006247F6" w:rsidRDefault="006247F6" w:rsidP="0045394B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2.9.</w:t>
            </w:r>
          </w:p>
        </w:tc>
        <w:tc>
          <w:tcPr>
            <w:tcW w:w="4070" w:type="dxa"/>
          </w:tcPr>
          <w:p w14:paraId="51AEED04" w14:textId="77777777" w:rsidR="006247F6" w:rsidRDefault="006247F6" w:rsidP="0045394B">
            <w:pPr>
              <w:pStyle w:val="TableParagraph"/>
              <w:spacing w:line="266" w:lineRule="auto"/>
              <w:ind w:left="76" w:right="29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Раскрой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деталей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готовым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лекалам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(выкройкам),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соб</w:t>
            </w:r>
            <w:proofErr w:type="spellEnd"/>
            <w:r>
              <w:rPr>
                <w:b/>
                <w:w w:val="105"/>
                <w:sz w:val="15"/>
              </w:rPr>
              <w:t>-</w:t>
            </w:r>
          </w:p>
          <w:p w14:paraId="3EC7A34C" w14:textId="77777777" w:rsidR="006247F6" w:rsidRDefault="006247F6" w:rsidP="0045394B">
            <w:pPr>
              <w:pStyle w:val="TableParagraph"/>
              <w:spacing w:before="2"/>
              <w:ind w:left="76"/>
              <w:rPr>
                <w:b/>
                <w:sz w:val="15"/>
              </w:rPr>
            </w:pPr>
            <w:proofErr w:type="spellStart"/>
            <w:r>
              <w:rPr>
                <w:b/>
                <w:spacing w:val="-1"/>
                <w:w w:val="105"/>
                <w:sz w:val="15"/>
              </w:rPr>
              <w:t>ственным</w:t>
            </w:r>
            <w:proofErr w:type="spellEnd"/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несложным</w:t>
            </w:r>
          </w:p>
        </w:tc>
        <w:tc>
          <w:tcPr>
            <w:tcW w:w="528" w:type="dxa"/>
          </w:tcPr>
          <w:p w14:paraId="0BD06338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547B0F31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002BF51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14:paraId="54724B36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3FBC26B7" w14:textId="77777777" w:rsidR="006247F6" w:rsidRDefault="006247F6" w:rsidP="0045394B">
            <w:pPr>
              <w:pStyle w:val="TableParagraph"/>
              <w:spacing w:line="266" w:lineRule="auto"/>
              <w:ind w:right="4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раскрой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готовым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собственным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лекалам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(выкройкам);</w:t>
            </w:r>
          </w:p>
        </w:tc>
        <w:tc>
          <w:tcPr>
            <w:tcW w:w="1116" w:type="dxa"/>
          </w:tcPr>
          <w:p w14:paraId="30261AFD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40E633F3" w14:textId="77777777" w:rsidR="006247F6" w:rsidRDefault="00022BB4" w:rsidP="0045394B">
            <w:pPr>
              <w:pStyle w:val="TableParagraph"/>
              <w:spacing w:line="266" w:lineRule="auto"/>
              <w:ind w:left="80" w:right="278"/>
              <w:rPr>
                <w:sz w:val="15"/>
              </w:rPr>
            </w:pPr>
            <w:hyperlink r:id="rId10">
              <w:r w:rsidR="006247F6">
                <w:rPr>
                  <w:w w:val="105"/>
                  <w:sz w:val="15"/>
                </w:rPr>
                <w:t>http://uchitelya.com/</w:t>
              </w:r>
            </w:hyperlink>
            <w:r w:rsidR="006247F6">
              <w:rPr>
                <w:spacing w:val="1"/>
                <w:w w:val="105"/>
                <w:sz w:val="15"/>
              </w:rPr>
              <w:t xml:space="preserve"> </w:t>
            </w:r>
            <w:hyperlink r:id="rId11">
              <w:r w:rsidR="006247F6">
                <w:rPr>
                  <w:spacing w:val="-1"/>
                  <w:w w:val="105"/>
                  <w:sz w:val="15"/>
                </w:rPr>
                <w:t>http://rusheek.ucoz.ru/</w:t>
              </w:r>
            </w:hyperlink>
          </w:p>
        </w:tc>
      </w:tr>
      <w:tr w:rsidR="006247F6" w14:paraId="38658812" w14:textId="77777777" w:rsidTr="0045394B">
        <w:trPr>
          <w:trHeight w:val="1485"/>
        </w:trPr>
        <w:tc>
          <w:tcPr>
            <w:tcW w:w="468" w:type="dxa"/>
          </w:tcPr>
          <w:p w14:paraId="43E9933F" w14:textId="77777777" w:rsidR="006247F6" w:rsidRDefault="006247F6" w:rsidP="0045394B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2.10.</w:t>
            </w:r>
          </w:p>
        </w:tc>
        <w:tc>
          <w:tcPr>
            <w:tcW w:w="4070" w:type="dxa"/>
          </w:tcPr>
          <w:p w14:paraId="72C2C37B" w14:textId="77777777" w:rsidR="006247F6" w:rsidRDefault="006247F6" w:rsidP="0045394B">
            <w:pPr>
              <w:pStyle w:val="TableParagraph"/>
              <w:spacing w:line="266" w:lineRule="auto"/>
              <w:ind w:left="76" w:right="19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Строчка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петельного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стежка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варианты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(«тамбур»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 др.), её назначение (соединение и отделка деталей)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и/или строчки петлеобразного и крестообразного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стежков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(соединительные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отделочные)</w:t>
            </w:r>
          </w:p>
        </w:tc>
        <w:tc>
          <w:tcPr>
            <w:tcW w:w="528" w:type="dxa"/>
          </w:tcPr>
          <w:p w14:paraId="34D23F98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00DE7214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0CB2428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14:paraId="3C3709E5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268362D8" w14:textId="77777777" w:rsidR="006247F6" w:rsidRDefault="006247F6" w:rsidP="0045394B">
            <w:pPr>
              <w:pStyle w:val="TableParagraph"/>
              <w:spacing w:line="266" w:lineRule="auto"/>
              <w:ind w:right="44"/>
              <w:rPr>
                <w:sz w:val="15"/>
              </w:rPr>
            </w:pPr>
            <w:r>
              <w:rPr>
                <w:w w:val="105"/>
                <w:sz w:val="15"/>
              </w:rPr>
              <w:t>Самостоятельно организовывать свою деятельность: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подготавливать рабочее место для работы с текстильными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материалами,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рационально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размещать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 материалы в соответствии </w:t>
            </w:r>
            <w:r>
              <w:rPr>
                <w:w w:val="105"/>
                <w:sz w:val="15"/>
              </w:rPr>
              <w:t>с индивидуальными особенностями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обучающихся, в процессе выполнения изделия самостоятельно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контролировать и при необходимости восстанавливать порядок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месте;</w:t>
            </w:r>
          </w:p>
        </w:tc>
        <w:tc>
          <w:tcPr>
            <w:tcW w:w="1116" w:type="dxa"/>
          </w:tcPr>
          <w:p w14:paraId="1973CB58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0A4C9E67" w14:textId="77777777" w:rsidR="006247F6" w:rsidRDefault="00022BB4" w:rsidP="0045394B">
            <w:pPr>
              <w:pStyle w:val="TableParagraph"/>
              <w:ind w:left="80"/>
              <w:rPr>
                <w:sz w:val="15"/>
              </w:rPr>
            </w:pPr>
            <w:hyperlink r:id="rId12">
              <w:r w:rsidR="006247F6">
                <w:rPr>
                  <w:w w:val="105"/>
                  <w:sz w:val="15"/>
                </w:rPr>
                <w:t>http://rusheek.ucoz.ru/</w:t>
              </w:r>
            </w:hyperlink>
          </w:p>
        </w:tc>
      </w:tr>
      <w:tr w:rsidR="006247F6" w14:paraId="029E90A2" w14:textId="77777777" w:rsidTr="0045394B">
        <w:trPr>
          <w:trHeight w:val="525"/>
        </w:trPr>
        <w:tc>
          <w:tcPr>
            <w:tcW w:w="468" w:type="dxa"/>
          </w:tcPr>
          <w:p w14:paraId="2A21EC4A" w14:textId="77777777" w:rsidR="006247F6" w:rsidRDefault="006247F6" w:rsidP="0045394B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2.11.</w:t>
            </w:r>
          </w:p>
        </w:tc>
        <w:tc>
          <w:tcPr>
            <w:tcW w:w="4070" w:type="dxa"/>
          </w:tcPr>
          <w:p w14:paraId="72728CE0" w14:textId="77777777" w:rsidR="006247F6" w:rsidRDefault="006247F6" w:rsidP="0045394B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Подбор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ручных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строчек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сшивания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отделки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Простейший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ремонт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</w:t>
            </w:r>
          </w:p>
        </w:tc>
        <w:tc>
          <w:tcPr>
            <w:tcW w:w="528" w:type="dxa"/>
          </w:tcPr>
          <w:p w14:paraId="2F935DD8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4383F3AC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827DCE9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14:paraId="6C529ECC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38A2F53E" w14:textId="77777777" w:rsidR="006247F6" w:rsidRDefault="006247F6" w:rsidP="0045394B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Подбирать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строчки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сшивания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изделий;</w:t>
            </w:r>
          </w:p>
        </w:tc>
        <w:tc>
          <w:tcPr>
            <w:tcW w:w="1116" w:type="dxa"/>
          </w:tcPr>
          <w:p w14:paraId="5EA70C2F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498B5DE9" w14:textId="77777777" w:rsidR="006247F6" w:rsidRDefault="00022BB4" w:rsidP="0045394B">
            <w:pPr>
              <w:pStyle w:val="TableParagraph"/>
              <w:ind w:left="80"/>
              <w:rPr>
                <w:sz w:val="15"/>
              </w:rPr>
            </w:pPr>
            <w:hyperlink r:id="rId13">
              <w:r w:rsidR="006247F6">
                <w:rPr>
                  <w:w w:val="105"/>
                  <w:sz w:val="15"/>
                </w:rPr>
                <w:t>http://rusheek.ucoz.ru/</w:t>
              </w:r>
            </w:hyperlink>
          </w:p>
        </w:tc>
      </w:tr>
      <w:tr w:rsidR="006247F6" w14:paraId="52026983" w14:textId="77777777" w:rsidTr="0045394B">
        <w:trPr>
          <w:trHeight w:val="3406"/>
        </w:trPr>
        <w:tc>
          <w:tcPr>
            <w:tcW w:w="468" w:type="dxa"/>
          </w:tcPr>
          <w:p w14:paraId="181F5A4A" w14:textId="77777777" w:rsidR="006247F6" w:rsidRDefault="006247F6" w:rsidP="0045394B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2.12.</w:t>
            </w:r>
          </w:p>
        </w:tc>
        <w:tc>
          <w:tcPr>
            <w:tcW w:w="4070" w:type="dxa"/>
          </w:tcPr>
          <w:p w14:paraId="05D78EA6" w14:textId="77777777" w:rsidR="006247F6" w:rsidRDefault="006247F6" w:rsidP="0045394B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Технология обработки синтетических материалов.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Пластик, поролон, полиэтилен. Общее знакомство,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сравнение свойств.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Самостоятельное определение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обработки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сравнении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освоенными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материалами.</w:t>
            </w:r>
          </w:p>
          <w:p w14:paraId="39881E8B" w14:textId="77777777" w:rsidR="006247F6" w:rsidRDefault="006247F6" w:rsidP="0045394B">
            <w:pPr>
              <w:pStyle w:val="TableParagraph"/>
              <w:spacing w:before="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Комбинированное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использование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</w:p>
        </w:tc>
        <w:tc>
          <w:tcPr>
            <w:tcW w:w="528" w:type="dxa"/>
          </w:tcPr>
          <w:p w14:paraId="360882BA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14:paraId="7F8BF74D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79B4E18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04" w:type="dxa"/>
          </w:tcPr>
          <w:p w14:paraId="5C0FB1C7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61240EEF" w14:textId="77777777" w:rsidR="006247F6" w:rsidRDefault="006247F6" w:rsidP="0045394B">
            <w:pPr>
              <w:pStyle w:val="TableParagraph"/>
              <w:spacing w:line="266" w:lineRule="auto"/>
              <w:ind w:right="51"/>
              <w:rPr>
                <w:sz w:val="15"/>
              </w:rPr>
            </w:pPr>
            <w:r>
              <w:rPr>
                <w:w w:val="105"/>
                <w:sz w:val="15"/>
              </w:rPr>
              <w:t>Самостоятельно организовывать свою деятельность: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подготавливать рабочее место для работы с материалом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 учителя (например, пластик, поролон, пенопласт,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соломка или пластиковые трубочки и др.), правильно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рационально размещать инструменты и материалы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соответствии с индивидуальными особенностями </w:t>
            </w:r>
            <w:r>
              <w:rPr>
                <w:w w:val="105"/>
                <w:sz w:val="15"/>
              </w:rPr>
              <w:t>обучающихся,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в процессе выполнения изделия самостоятельно </w:t>
            </w:r>
            <w:r>
              <w:rPr>
                <w:w w:val="105"/>
                <w:sz w:val="15"/>
              </w:rPr>
              <w:t>контролировать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при необходимости восстанавливать порядок на рабочем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месте;</w:t>
            </w:r>
          </w:p>
          <w:p w14:paraId="3F5DD964" w14:textId="77777777" w:rsidR="006247F6" w:rsidRDefault="006247F6" w:rsidP="0045394B">
            <w:pPr>
              <w:pStyle w:val="TableParagraph"/>
              <w:spacing w:before="6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Осознанно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соблюдать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рационального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инструментов;</w:t>
            </w:r>
          </w:p>
          <w:p w14:paraId="0E69A0C1" w14:textId="77777777" w:rsidR="006247F6" w:rsidRDefault="006247F6" w:rsidP="0045394B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Наблюдать и исследовать свойства выбранного материала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свойствами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ранее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(бумаги,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картона,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</w:p>
          <w:p w14:paraId="0548D446" w14:textId="77777777" w:rsidR="006247F6" w:rsidRDefault="006247F6" w:rsidP="0045394B">
            <w:pPr>
              <w:pStyle w:val="TableParagraph"/>
              <w:spacing w:before="2" w:line="266" w:lineRule="auto"/>
              <w:ind w:right="166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ходе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исследования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разметки,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соединения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сборки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учётом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ранее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умений;</w:t>
            </w:r>
          </w:p>
        </w:tc>
        <w:tc>
          <w:tcPr>
            <w:tcW w:w="1116" w:type="dxa"/>
          </w:tcPr>
          <w:p w14:paraId="560431D5" w14:textId="77777777" w:rsidR="006247F6" w:rsidRDefault="006247F6" w:rsidP="0045394B">
            <w:pPr>
              <w:pStyle w:val="TableParagraph"/>
              <w:spacing w:line="266" w:lineRule="auto"/>
              <w:ind w:right="98"/>
              <w:rPr>
                <w:sz w:val="15"/>
              </w:rPr>
            </w:pP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Зачет;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79F89F41" w14:textId="77777777" w:rsidR="006247F6" w:rsidRDefault="00022BB4" w:rsidP="0045394B">
            <w:pPr>
              <w:pStyle w:val="TableParagraph"/>
              <w:ind w:left="80"/>
              <w:rPr>
                <w:sz w:val="15"/>
              </w:rPr>
            </w:pPr>
            <w:hyperlink r:id="rId14">
              <w:r w:rsidR="006247F6">
                <w:rPr>
                  <w:w w:val="105"/>
                  <w:sz w:val="15"/>
                </w:rPr>
                <w:t>http://rusheek.ucoz.ru/</w:t>
              </w:r>
            </w:hyperlink>
          </w:p>
        </w:tc>
      </w:tr>
      <w:tr w:rsidR="006247F6" w14:paraId="236DEC92" w14:textId="77777777" w:rsidTr="0045394B">
        <w:trPr>
          <w:trHeight w:val="333"/>
        </w:trPr>
        <w:tc>
          <w:tcPr>
            <w:tcW w:w="4538" w:type="dxa"/>
            <w:gridSpan w:val="2"/>
          </w:tcPr>
          <w:p w14:paraId="4196ABD1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14:paraId="4C4A59FA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0430" w:type="dxa"/>
            <w:gridSpan w:val="6"/>
          </w:tcPr>
          <w:p w14:paraId="5B6A989F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247F6" w14:paraId="291AFC9F" w14:textId="77777777" w:rsidTr="0045394B">
        <w:trPr>
          <w:trHeight w:val="333"/>
        </w:trPr>
        <w:tc>
          <w:tcPr>
            <w:tcW w:w="15496" w:type="dxa"/>
            <w:gridSpan w:val="9"/>
          </w:tcPr>
          <w:p w14:paraId="4B196A97" w14:textId="77777777" w:rsidR="006247F6" w:rsidRDefault="006247F6" w:rsidP="0045394B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Модуль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3.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КОНСТРУИРОВАНИЕ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МОДЕЛИРОВАНИЕ</w:t>
            </w:r>
          </w:p>
        </w:tc>
      </w:tr>
      <w:tr w:rsidR="006247F6" w14:paraId="54714A98" w14:textId="77777777" w:rsidTr="0045394B">
        <w:trPr>
          <w:trHeight w:val="2446"/>
        </w:trPr>
        <w:tc>
          <w:tcPr>
            <w:tcW w:w="468" w:type="dxa"/>
          </w:tcPr>
          <w:p w14:paraId="0B5A2A78" w14:textId="77777777" w:rsidR="006247F6" w:rsidRDefault="006247F6" w:rsidP="0045394B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4070" w:type="dxa"/>
          </w:tcPr>
          <w:p w14:paraId="1D1BF4BE" w14:textId="77777777" w:rsidR="006247F6" w:rsidRDefault="006247F6" w:rsidP="0045394B">
            <w:pPr>
              <w:pStyle w:val="TableParagraph"/>
              <w:spacing w:line="266" w:lineRule="auto"/>
              <w:ind w:left="76" w:right="111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Современные требования к техническим </w:t>
            </w:r>
            <w:r>
              <w:rPr>
                <w:b/>
                <w:w w:val="105"/>
                <w:sz w:val="15"/>
              </w:rPr>
              <w:t>устройствам</w:t>
            </w:r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(экологичность,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безопасность,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эргономичность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14:paraId="5488EADF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3A762A7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7805AE3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422B9579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1D122916" w14:textId="77777777" w:rsidR="006247F6" w:rsidRDefault="006247F6" w:rsidP="0045394B">
            <w:pPr>
              <w:pStyle w:val="TableParagraph"/>
              <w:spacing w:line="266" w:lineRule="auto"/>
              <w:ind w:right="47"/>
              <w:rPr>
                <w:sz w:val="15"/>
              </w:rPr>
            </w:pPr>
            <w:r>
              <w:rPr>
                <w:w w:val="105"/>
                <w:sz w:val="15"/>
              </w:rPr>
              <w:t>Самостоятельно организовывать свою деятельность: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картоном,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 и рационально размещать инструменты и материалы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 соответствии с индивидуальными особенностями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обучающихся, в процессе выполнения изделия самостоятельно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контролировать и при необходимости восстанавливать порядок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рабочем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месте;</w:t>
            </w:r>
          </w:p>
          <w:p w14:paraId="5CBEFA92" w14:textId="77777777" w:rsidR="006247F6" w:rsidRDefault="006247F6" w:rsidP="0045394B">
            <w:pPr>
              <w:pStyle w:val="TableParagraph"/>
              <w:spacing w:before="5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приспособления для ручного труда (гаечный ключ, отвёртка),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применяя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аккуратной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работы;</w:t>
            </w:r>
          </w:p>
          <w:p w14:paraId="259F9B1E" w14:textId="77777777" w:rsidR="006247F6" w:rsidRDefault="006247F6" w:rsidP="0045394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необходимые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каждом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этапе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сборки;</w:t>
            </w:r>
          </w:p>
        </w:tc>
        <w:tc>
          <w:tcPr>
            <w:tcW w:w="1116" w:type="dxa"/>
          </w:tcPr>
          <w:p w14:paraId="770E8CD6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043DDDC4" w14:textId="77777777" w:rsidR="006247F6" w:rsidRDefault="00022BB4" w:rsidP="0045394B">
            <w:pPr>
              <w:pStyle w:val="TableParagraph"/>
              <w:ind w:left="80"/>
              <w:rPr>
                <w:sz w:val="15"/>
              </w:rPr>
            </w:pPr>
            <w:hyperlink r:id="rId15">
              <w:r w:rsidR="006247F6">
                <w:rPr>
                  <w:w w:val="105"/>
                  <w:sz w:val="15"/>
                </w:rPr>
                <w:t>http://www.presentacii.ru/</w:t>
              </w:r>
            </w:hyperlink>
          </w:p>
        </w:tc>
      </w:tr>
    </w:tbl>
    <w:p w14:paraId="1947915F" w14:textId="77777777" w:rsidR="006247F6" w:rsidRDefault="006247F6" w:rsidP="006247F6">
      <w:pPr>
        <w:rPr>
          <w:sz w:val="15"/>
        </w:rPr>
        <w:sectPr w:rsidR="006247F6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70"/>
        <w:gridCol w:w="528"/>
        <w:gridCol w:w="1104"/>
        <w:gridCol w:w="1140"/>
        <w:gridCol w:w="804"/>
        <w:gridCol w:w="4478"/>
        <w:gridCol w:w="1116"/>
        <w:gridCol w:w="1788"/>
      </w:tblGrid>
      <w:tr w:rsidR="006247F6" w14:paraId="70164111" w14:textId="77777777" w:rsidTr="0045394B">
        <w:trPr>
          <w:trHeight w:val="2062"/>
        </w:trPr>
        <w:tc>
          <w:tcPr>
            <w:tcW w:w="468" w:type="dxa"/>
          </w:tcPr>
          <w:p w14:paraId="69A0AF6B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3.2.</w:t>
            </w:r>
          </w:p>
        </w:tc>
        <w:tc>
          <w:tcPr>
            <w:tcW w:w="4070" w:type="dxa"/>
          </w:tcPr>
          <w:p w14:paraId="547687C4" w14:textId="77777777" w:rsidR="006247F6" w:rsidRDefault="006247F6" w:rsidP="0045394B">
            <w:pPr>
              <w:pStyle w:val="TableParagraph"/>
              <w:spacing w:line="266" w:lineRule="auto"/>
              <w:ind w:left="76" w:right="64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Конструирование и моделирование </w:t>
            </w:r>
            <w:r>
              <w:rPr>
                <w:b/>
                <w:w w:val="105"/>
                <w:sz w:val="15"/>
              </w:rPr>
              <w:t>изделий из</w:t>
            </w:r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различных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материалов,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том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числе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наборов</w:t>
            </w:r>
          </w:p>
          <w:p w14:paraId="6243599F" w14:textId="77777777" w:rsidR="006247F6" w:rsidRDefault="006247F6" w:rsidP="0045394B">
            <w:pPr>
              <w:pStyle w:val="TableParagraph"/>
              <w:spacing w:before="2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«Конструктор»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проектному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заданию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собственному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замыслу.</w:t>
            </w:r>
          </w:p>
        </w:tc>
        <w:tc>
          <w:tcPr>
            <w:tcW w:w="528" w:type="dxa"/>
          </w:tcPr>
          <w:p w14:paraId="4CD2066C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304D3906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1D916237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6D7192F2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391F4C3E" w14:textId="77777777" w:rsidR="006247F6" w:rsidRDefault="006247F6" w:rsidP="0045394B">
            <w:pPr>
              <w:pStyle w:val="TableParagraph"/>
              <w:spacing w:line="266" w:lineRule="auto"/>
              <w:ind w:right="9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конструкцию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образцом и определять основные элементы его конструкции.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 свойства металлического и пластмассового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конструктора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объёмных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изделий;</w:t>
            </w:r>
          </w:p>
          <w:p w14:paraId="00BCC9F5" w14:textId="77777777" w:rsidR="006247F6" w:rsidRDefault="006247F6" w:rsidP="0045394B">
            <w:pPr>
              <w:pStyle w:val="TableParagraph"/>
              <w:spacing w:before="3" w:line="266" w:lineRule="auto"/>
              <w:ind w:right="317"/>
              <w:rPr>
                <w:sz w:val="15"/>
              </w:rPr>
            </w:pPr>
            <w:r>
              <w:rPr>
                <w:w w:val="105"/>
                <w:sz w:val="15"/>
              </w:rPr>
              <w:t>Выбирать необходимые для выполнения изделия детали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конструктора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заменить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доступные)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 соединений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(подвижное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 неподвижное);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навыки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металлическим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конструктором;</w:t>
            </w:r>
          </w:p>
          <w:p w14:paraId="659C70E7" w14:textId="77777777" w:rsidR="006247F6" w:rsidRDefault="006247F6" w:rsidP="0045394B">
            <w:pPr>
              <w:pStyle w:val="TableParagraph"/>
              <w:spacing w:before="2" w:line="266" w:lineRule="auto"/>
              <w:ind w:right="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Презентовать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готовые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конструкции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работ;</w:t>
            </w:r>
          </w:p>
        </w:tc>
        <w:tc>
          <w:tcPr>
            <w:tcW w:w="1116" w:type="dxa"/>
          </w:tcPr>
          <w:p w14:paraId="3DA430E6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5EF4CAD5" w14:textId="77777777" w:rsidR="006247F6" w:rsidRDefault="00022BB4" w:rsidP="0045394B">
            <w:pPr>
              <w:pStyle w:val="TableParagraph"/>
              <w:ind w:left="80"/>
              <w:rPr>
                <w:sz w:val="15"/>
              </w:rPr>
            </w:pPr>
            <w:hyperlink r:id="rId16">
              <w:r w:rsidR="006247F6">
                <w:rPr>
                  <w:w w:val="105"/>
                  <w:sz w:val="15"/>
                </w:rPr>
                <w:t>http://easyen.ru/</w:t>
              </w:r>
            </w:hyperlink>
          </w:p>
        </w:tc>
      </w:tr>
      <w:tr w:rsidR="006247F6" w14:paraId="1AC361B9" w14:textId="77777777" w:rsidTr="0045394B">
        <w:trPr>
          <w:trHeight w:val="1293"/>
        </w:trPr>
        <w:tc>
          <w:tcPr>
            <w:tcW w:w="468" w:type="dxa"/>
          </w:tcPr>
          <w:p w14:paraId="20CB1467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4070" w:type="dxa"/>
          </w:tcPr>
          <w:p w14:paraId="29DA6433" w14:textId="77777777" w:rsidR="006247F6" w:rsidRDefault="006247F6" w:rsidP="0045394B">
            <w:pPr>
              <w:pStyle w:val="TableParagraph"/>
              <w:spacing w:line="266" w:lineRule="auto"/>
              <w:ind w:left="76" w:right="40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Поиск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оптимальных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доступных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новых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 xml:space="preserve">конструкторско-технологических проблем </w:t>
            </w:r>
            <w:r>
              <w:rPr>
                <w:b/>
                <w:w w:val="105"/>
                <w:sz w:val="15"/>
              </w:rPr>
              <w:t>на всех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этапах аналитического и технологического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процесса при выполнении индивидуальных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творческих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коллективных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проектных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</w:t>
            </w:r>
          </w:p>
        </w:tc>
        <w:tc>
          <w:tcPr>
            <w:tcW w:w="528" w:type="dxa"/>
          </w:tcPr>
          <w:p w14:paraId="3A42B585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2C3A839D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5BD7DEC6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038A2960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6661FA60" w14:textId="77777777" w:rsidR="006247F6" w:rsidRDefault="006247F6" w:rsidP="0045394B">
            <w:pPr>
              <w:pStyle w:val="TableParagraph"/>
              <w:spacing w:line="266" w:lineRule="auto"/>
              <w:ind w:right="59"/>
              <w:rPr>
                <w:sz w:val="15"/>
              </w:rPr>
            </w:pPr>
            <w:r>
              <w:rPr>
                <w:w w:val="105"/>
                <w:sz w:val="15"/>
              </w:rPr>
              <w:t>Осуществлять поиск оптимальных и доступных новых решений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конструкторско-технологических проблем на всех этапах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аналитического и технологического процесса при 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индивидуальных творческих и коллективных проектных работ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(изменение конструкции изделия, способов </w:t>
            </w:r>
            <w:r>
              <w:rPr>
                <w:w w:val="105"/>
                <w:sz w:val="15"/>
              </w:rPr>
              <w:t>отделки, соединения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</w:p>
        </w:tc>
        <w:tc>
          <w:tcPr>
            <w:tcW w:w="1116" w:type="dxa"/>
          </w:tcPr>
          <w:p w14:paraId="57CF1F0C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3FE6F7F6" w14:textId="77777777" w:rsidR="006247F6" w:rsidRDefault="00022BB4" w:rsidP="0045394B">
            <w:pPr>
              <w:pStyle w:val="TableParagraph"/>
              <w:ind w:left="80"/>
              <w:rPr>
                <w:sz w:val="15"/>
              </w:rPr>
            </w:pPr>
            <w:hyperlink r:id="rId17">
              <w:r w:rsidR="006247F6">
                <w:rPr>
                  <w:w w:val="105"/>
                  <w:sz w:val="15"/>
                </w:rPr>
                <w:t>http://easyen.ru/</w:t>
              </w:r>
            </w:hyperlink>
          </w:p>
        </w:tc>
      </w:tr>
      <w:tr w:rsidR="006247F6" w14:paraId="5E8FD418" w14:textId="77777777" w:rsidTr="0045394B">
        <w:trPr>
          <w:trHeight w:val="717"/>
        </w:trPr>
        <w:tc>
          <w:tcPr>
            <w:tcW w:w="468" w:type="dxa"/>
          </w:tcPr>
          <w:p w14:paraId="5488C960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4070" w:type="dxa"/>
          </w:tcPr>
          <w:p w14:paraId="1EA2598B" w14:textId="77777777" w:rsidR="006247F6" w:rsidRDefault="006247F6" w:rsidP="0045394B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Робототехника. Конструктивные, соединительные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элементы и основные узлы робота. Инструменты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детали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создания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Конструирование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</w:t>
            </w:r>
          </w:p>
        </w:tc>
        <w:tc>
          <w:tcPr>
            <w:tcW w:w="528" w:type="dxa"/>
          </w:tcPr>
          <w:p w14:paraId="5551F207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43BEC9CA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9501CA8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61681D70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723E4BAB" w14:textId="77777777" w:rsidR="006247F6" w:rsidRDefault="006247F6" w:rsidP="0045394B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Конструировать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схемой,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чертежом,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образцом,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инструкцией,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собственным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замыслом;</w:t>
            </w:r>
          </w:p>
        </w:tc>
        <w:tc>
          <w:tcPr>
            <w:tcW w:w="1116" w:type="dxa"/>
          </w:tcPr>
          <w:p w14:paraId="5AE9D43C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577FD80A" w14:textId="77777777" w:rsidR="006247F6" w:rsidRDefault="00022BB4" w:rsidP="0045394B">
            <w:pPr>
              <w:pStyle w:val="TableParagraph"/>
              <w:ind w:left="80"/>
              <w:rPr>
                <w:sz w:val="15"/>
              </w:rPr>
            </w:pPr>
            <w:hyperlink r:id="rId18">
              <w:r w:rsidR="006247F6">
                <w:rPr>
                  <w:w w:val="105"/>
                  <w:sz w:val="15"/>
                </w:rPr>
                <w:t>http://easyen.ru/</w:t>
              </w:r>
            </w:hyperlink>
          </w:p>
        </w:tc>
      </w:tr>
      <w:tr w:rsidR="006247F6" w14:paraId="15B16A2B" w14:textId="77777777" w:rsidTr="0045394B">
        <w:trPr>
          <w:trHeight w:val="1101"/>
        </w:trPr>
        <w:tc>
          <w:tcPr>
            <w:tcW w:w="468" w:type="dxa"/>
          </w:tcPr>
          <w:p w14:paraId="4EC87C1A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4070" w:type="dxa"/>
          </w:tcPr>
          <w:p w14:paraId="7C4DD40C" w14:textId="77777777" w:rsidR="006247F6" w:rsidRDefault="006247F6" w:rsidP="0045394B">
            <w:pPr>
              <w:pStyle w:val="TableParagraph"/>
              <w:spacing w:line="266" w:lineRule="auto"/>
              <w:ind w:left="76" w:right="101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Составление алгоритма </w:t>
            </w:r>
            <w:r>
              <w:rPr>
                <w:b/>
                <w:w w:val="105"/>
                <w:sz w:val="15"/>
              </w:rPr>
              <w:t>действий робота.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Программирование,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тестирование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</w:t>
            </w:r>
          </w:p>
        </w:tc>
        <w:tc>
          <w:tcPr>
            <w:tcW w:w="528" w:type="dxa"/>
          </w:tcPr>
          <w:p w14:paraId="50CCD20F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5CA37379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0591C3A0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440A7C5C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6151A7D7" w14:textId="77777777" w:rsidR="006247F6" w:rsidRDefault="006247F6" w:rsidP="0045394B">
            <w:pPr>
              <w:pStyle w:val="TableParagraph"/>
              <w:spacing w:line="266" w:lineRule="auto"/>
              <w:ind w:right="47"/>
              <w:rPr>
                <w:sz w:val="15"/>
              </w:rPr>
            </w:pPr>
            <w:r>
              <w:rPr>
                <w:w w:val="105"/>
                <w:sz w:val="15"/>
              </w:rPr>
              <w:t>Составлять простой алгоритм действий робота;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Программировать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простейшие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доступные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операции;</w:t>
            </w:r>
          </w:p>
          <w:p w14:paraId="14A0DBD1" w14:textId="77777777" w:rsidR="006247F6" w:rsidRDefault="006247F6" w:rsidP="0045394B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робота;</w:t>
            </w:r>
          </w:p>
          <w:p w14:paraId="7A1DAC4D" w14:textId="77777777" w:rsidR="006247F6" w:rsidRDefault="006247F6" w:rsidP="0045394B">
            <w:pPr>
              <w:pStyle w:val="TableParagraph"/>
              <w:spacing w:before="2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простейшее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преобразование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робота;</w:t>
            </w:r>
          </w:p>
        </w:tc>
        <w:tc>
          <w:tcPr>
            <w:tcW w:w="1116" w:type="dxa"/>
          </w:tcPr>
          <w:p w14:paraId="5F67FBD5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33350FF1" w14:textId="77777777" w:rsidR="006247F6" w:rsidRDefault="006247F6" w:rsidP="0045394B">
            <w:pPr>
              <w:pStyle w:val="TableParagraph"/>
              <w:spacing w:line="266" w:lineRule="auto"/>
              <w:ind w:left="80" w:right="8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multiurok.ru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урок.рф</w:t>
            </w:r>
            <w:proofErr w:type="spellEnd"/>
          </w:p>
        </w:tc>
      </w:tr>
      <w:tr w:rsidR="006247F6" w14:paraId="50AEFD15" w14:textId="77777777" w:rsidTr="0045394B">
        <w:trPr>
          <w:trHeight w:val="717"/>
        </w:trPr>
        <w:tc>
          <w:tcPr>
            <w:tcW w:w="468" w:type="dxa"/>
          </w:tcPr>
          <w:p w14:paraId="5242B063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4070" w:type="dxa"/>
          </w:tcPr>
          <w:p w14:paraId="6375ABB7" w14:textId="77777777" w:rsidR="006247F6" w:rsidRDefault="006247F6" w:rsidP="0045394B">
            <w:pPr>
              <w:pStyle w:val="TableParagraph"/>
              <w:spacing w:line="266" w:lineRule="auto"/>
              <w:ind w:left="76" w:right="331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Преобразование конструкции робота. </w:t>
            </w:r>
            <w:r>
              <w:rPr>
                <w:b/>
                <w:w w:val="105"/>
                <w:sz w:val="15"/>
              </w:rPr>
              <w:t>Презентация</w:t>
            </w:r>
            <w:r>
              <w:rPr>
                <w:b/>
                <w:spacing w:val="-3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</w:t>
            </w:r>
          </w:p>
        </w:tc>
        <w:tc>
          <w:tcPr>
            <w:tcW w:w="528" w:type="dxa"/>
          </w:tcPr>
          <w:p w14:paraId="34497EF2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0297E03C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17821ADE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14:paraId="754D6B8C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3623D3D8" w14:textId="77777777" w:rsidR="006247F6" w:rsidRDefault="006247F6" w:rsidP="0045394B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простейшее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преобразование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робота;</w:t>
            </w:r>
          </w:p>
        </w:tc>
        <w:tc>
          <w:tcPr>
            <w:tcW w:w="1116" w:type="dxa"/>
          </w:tcPr>
          <w:p w14:paraId="1782D439" w14:textId="77777777" w:rsidR="006247F6" w:rsidRDefault="006247F6" w:rsidP="0045394B">
            <w:pPr>
              <w:pStyle w:val="TableParagraph"/>
              <w:spacing w:line="266" w:lineRule="auto"/>
              <w:ind w:right="41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788" w:type="dxa"/>
          </w:tcPr>
          <w:p w14:paraId="11143E84" w14:textId="77777777" w:rsidR="006247F6" w:rsidRDefault="006247F6" w:rsidP="0045394B">
            <w:pPr>
              <w:pStyle w:val="TableParagraph"/>
              <w:spacing w:line="266" w:lineRule="auto"/>
              <w:ind w:left="80" w:right="8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multiurok.ru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урок.рф</w:t>
            </w:r>
            <w:proofErr w:type="spellEnd"/>
          </w:p>
        </w:tc>
      </w:tr>
      <w:tr w:rsidR="006247F6" w14:paraId="1D16F01A" w14:textId="77777777" w:rsidTr="0045394B">
        <w:trPr>
          <w:trHeight w:val="333"/>
        </w:trPr>
        <w:tc>
          <w:tcPr>
            <w:tcW w:w="4538" w:type="dxa"/>
            <w:gridSpan w:val="2"/>
          </w:tcPr>
          <w:p w14:paraId="642FF222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14:paraId="1E68E496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0430" w:type="dxa"/>
            <w:gridSpan w:val="6"/>
          </w:tcPr>
          <w:p w14:paraId="391606FD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247F6" w14:paraId="41860308" w14:textId="77777777" w:rsidTr="0045394B">
        <w:trPr>
          <w:trHeight w:val="333"/>
        </w:trPr>
        <w:tc>
          <w:tcPr>
            <w:tcW w:w="15496" w:type="dxa"/>
            <w:gridSpan w:val="9"/>
          </w:tcPr>
          <w:p w14:paraId="1405E745" w14:textId="77777777" w:rsidR="006247F6" w:rsidRDefault="006247F6" w:rsidP="0045394B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39"/>
                <w:sz w:val="15"/>
              </w:rPr>
              <w:t xml:space="preserve"> </w:t>
            </w:r>
            <w:r>
              <w:rPr>
                <w:b/>
                <w:sz w:val="15"/>
              </w:rPr>
              <w:t>4.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ИНФОРМАЦИОННО-КОММУНИКАТИВНЫЕ</w:t>
            </w:r>
            <w:r>
              <w:rPr>
                <w:b/>
                <w:spacing w:val="39"/>
                <w:sz w:val="15"/>
              </w:rPr>
              <w:t xml:space="preserve"> </w:t>
            </w:r>
            <w:r>
              <w:rPr>
                <w:b/>
                <w:sz w:val="15"/>
              </w:rPr>
              <w:t>ТЕХНОЛОГИИ</w:t>
            </w:r>
          </w:p>
        </w:tc>
      </w:tr>
      <w:tr w:rsidR="006247F6" w14:paraId="05540ECF" w14:textId="77777777" w:rsidTr="0045394B">
        <w:trPr>
          <w:trHeight w:val="2446"/>
        </w:trPr>
        <w:tc>
          <w:tcPr>
            <w:tcW w:w="468" w:type="dxa"/>
          </w:tcPr>
          <w:p w14:paraId="4D2F0FE4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4070" w:type="dxa"/>
          </w:tcPr>
          <w:p w14:paraId="21816A55" w14:textId="77777777" w:rsidR="006247F6" w:rsidRDefault="006247F6" w:rsidP="0045394B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Работа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доступной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информацией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Интернете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цифровых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носителях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информации</w:t>
            </w:r>
          </w:p>
        </w:tc>
        <w:tc>
          <w:tcPr>
            <w:tcW w:w="528" w:type="dxa"/>
          </w:tcPr>
          <w:p w14:paraId="7CD903CF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C742099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E1365EB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4939EE7E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4E7F3702" w14:textId="77777777" w:rsidR="006247F6" w:rsidRDefault="006247F6" w:rsidP="0045394B">
            <w:pPr>
              <w:pStyle w:val="TableParagraph"/>
              <w:spacing w:line="266" w:lineRule="auto"/>
              <w:ind w:right="2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соблюдать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пользования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персональным компьютером. Называть и определять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назначение основных устройств компьютера (с которыми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уроках);</w:t>
            </w:r>
          </w:p>
          <w:p w14:paraId="016E1C66" w14:textId="77777777" w:rsidR="006247F6" w:rsidRDefault="006247F6" w:rsidP="0045394B">
            <w:pPr>
              <w:pStyle w:val="TableParagraph"/>
              <w:spacing w:before="3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Знать современные требования к техническим устройствам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(экологичность, безопасность, эргономичность и др.);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отбирать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Интернете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критериям,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проекта;</w:t>
            </w:r>
          </w:p>
          <w:p w14:paraId="78443245" w14:textId="77777777" w:rsidR="006247F6" w:rsidRDefault="006247F6" w:rsidP="0045394B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передачи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хранения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информации;</w:t>
            </w:r>
          </w:p>
          <w:p w14:paraId="6B496A44" w14:textId="77777777" w:rsidR="006247F6" w:rsidRDefault="006247F6" w:rsidP="0045394B">
            <w:pPr>
              <w:pStyle w:val="TableParagraph"/>
              <w:spacing w:before="2" w:line="266" w:lineRule="auto"/>
              <w:ind w:right="4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воспроизведения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информации;</w:t>
            </w:r>
          </w:p>
        </w:tc>
        <w:tc>
          <w:tcPr>
            <w:tcW w:w="1116" w:type="dxa"/>
          </w:tcPr>
          <w:p w14:paraId="7A7E98FA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65BFACC6" w14:textId="77777777" w:rsidR="006247F6" w:rsidRDefault="006247F6" w:rsidP="0045394B">
            <w:pPr>
              <w:pStyle w:val="TableParagraph"/>
              <w:spacing w:line="266" w:lineRule="auto"/>
              <w:ind w:left="80" w:right="8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multiurok.ru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урок.рф</w:t>
            </w:r>
            <w:proofErr w:type="spellEnd"/>
          </w:p>
        </w:tc>
      </w:tr>
      <w:tr w:rsidR="006247F6" w14:paraId="4837B276" w14:textId="77777777" w:rsidTr="0045394B">
        <w:trPr>
          <w:trHeight w:val="717"/>
        </w:trPr>
        <w:tc>
          <w:tcPr>
            <w:tcW w:w="468" w:type="dxa"/>
          </w:tcPr>
          <w:p w14:paraId="04C8DDBD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4070" w:type="dxa"/>
          </w:tcPr>
          <w:p w14:paraId="28EF5A87" w14:textId="77777777" w:rsidR="006247F6" w:rsidRDefault="006247F6" w:rsidP="0045394B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медиа-ресурсы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художественно-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конструкторской, проектной, предметной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преобразующей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деятельности</w:t>
            </w:r>
          </w:p>
        </w:tc>
        <w:tc>
          <w:tcPr>
            <w:tcW w:w="528" w:type="dxa"/>
          </w:tcPr>
          <w:p w14:paraId="0170AFBC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5B1265BC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6BD5BE1A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01EAEAD4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2C3F7267" w14:textId="77777777" w:rsidR="006247F6" w:rsidRDefault="006247F6" w:rsidP="0045394B">
            <w:pPr>
              <w:pStyle w:val="TableParagraph"/>
              <w:spacing w:line="266" w:lineRule="auto"/>
              <w:ind w:right="29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соотносить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информационные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учебнике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(текст,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иллюстративный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слайдовый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обобщения;</w:t>
            </w:r>
          </w:p>
        </w:tc>
        <w:tc>
          <w:tcPr>
            <w:tcW w:w="1116" w:type="dxa"/>
          </w:tcPr>
          <w:p w14:paraId="1914936B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45682A9D" w14:textId="77777777" w:rsidR="006247F6" w:rsidRDefault="006247F6" w:rsidP="0045394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6247F6" w14:paraId="7D145A30" w14:textId="77777777" w:rsidTr="0045394B">
        <w:trPr>
          <w:trHeight w:val="525"/>
        </w:trPr>
        <w:tc>
          <w:tcPr>
            <w:tcW w:w="468" w:type="dxa"/>
          </w:tcPr>
          <w:p w14:paraId="1BC62226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4070" w:type="dxa"/>
          </w:tcPr>
          <w:p w14:paraId="1B18D802" w14:textId="77777777" w:rsidR="006247F6" w:rsidRDefault="006247F6" w:rsidP="0045394B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Работа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готовыми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цифровыми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материалами</w:t>
            </w:r>
          </w:p>
        </w:tc>
        <w:tc>
          <w:tcPr>
            <w:tcW w:w="528" w:type="dxa"/>
          </w:tcPr>
          <w:p w14:paraId="23239427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26F76453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BD09AEA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0CD41040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3E8029DD" w14:textId="77777777" w:rsidR="006247F6" w:rsidRDefault="006247F6" w:rsidP="0045394B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средства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ИКТ,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разработанных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проектов;</w:t>
            </w:r>
          </w:p>
        </w:tc>
        <w:tc>
          <w:tcPr>
            <w:tcW w:w="1116" w:type="dxa"/>
          </w:tcPr>
          <w:p w14:paraId="55D2C91E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127A68D4" w14:textId="77777777" w:rsidR="006247F6" w:rsidRDefault="006247F6" w:rsidP="0045394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</w:tbl>
    <w:p w14:paraId="10D4E717" w14:textId="77777777" w:rsidR="006247F6" w:rsidRDefault="006247F6" w:rsidP="006247F6">
      <w:pPr>
        <w:rPr>
          <w:sz w:val="15"/>
        </w:rPr>
        <w:sectPr w:rsidR="006247F6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4070"/>
        <w:gridCol w:w="528"/>
        <w:gridCol w:w="1104"/>
        <w:gridCol w:w="1140"/>
        <w:gridCol w:w="804"/>
        <w:gridCol w:w="4478"/>
        <w:gridCol w:w="1116"/>
        <w:gridCol w:w="1788"/>
      </w:tblGrid>
      <w:tr w:rsidR="006247F6" w14:paraId="6C84DF99" w14:textId="77777777" w:rsidTr="0045394B">
        <w:trPr>
          <w:trHeight w:val="909"/>
        </w:trPr>
        <w:tc>
          <w:tcPr>
            <w:tcW w:w="468" w:type="dxa"/>
          </w:tcPr>
          <w:p w14:paraId="52B21660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4.4.</w:t>
            </w:r>
          </w:p>
        </w:tc>
        <w:tc>
          <w:tcPr>
            <w:tcW w:w="4070" w:type="dxa"/>
          </w:tcPr>
          <w:p w14:paraId="1511437C" w14:textId="77777777" w:rsidR="006247F6" w:rsidRDefault="006247F6" w:rsidP="0045394B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Поиск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дополнительной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информации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тематике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творческих и проектных работ, использование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рисунков из ресурса компьютера в оформлении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14:paraId="5256A105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606C26C3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01800E6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04" w:type="dxa"/>
          </w:tcPr>
          <w:p w14:paraId="23E74D46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7B8C4879" w14:textId="77777777" w:rsidR="006247F6" w:rsidRDefault="006247F6" w:rsidP="0045394B">
            <w:pPr>
              <w:pStyle w:val="TableParagraph"/>
              <w:spacing w:line="266" w:lineRule="auto"/>
              <w:ind w:right="294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соотносить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информационные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учебнике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(текст,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иллюстративный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слайдовый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план)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делать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обобщения;</w:t>
            </w:r>
          </w:p>
        </w:tc>
        <w:tc>
          <w:tcPr>
            <w:tcW w:w="1116" w:type="dxa"/>
          </w:tcPr>
          <w:p w14:paraId="4FC54630" w14:textId="77777777" w:rsidR="006247F6" w:rsidRDefault="006247F6" w:rsidP="0045394B">
            <w:pPr>
              <w:pStyle w:val="TableParagraph"/>
              <w:spacing w:line="266" w:lineRule="auto"/>
              <w:ind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788" w:type="dxa"/>
          </w:tcPr>
          <w:p w14:paraId="5E227F92" w14:textId="77777777" w:rsidR="006247F6" w:rsidRDefault="006247F6" w:rsidP="0045394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6247F6" w14:paraId="68F965B4" w14:textId="77777777" w:rsidTr="0045394B">
        <w:trPr>
          <w:trHeight w:val="1293"/>
        </w:trPr>
        <w:tc>
          <w:tcPr>
            <w:tcW w:w="468" w:type="dxa"/>
          </w:tcPr>
          <w:p w14:paraId="4082EF70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4070" w:type="dxa"/>
          </w:tcPr>
          <w:p w14:paraId="7A286317" w14:textId="77777777" w:rsidR="006247F6" w:rsidRDefault="006247F6" w:rsidP="0045394B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Создание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презентаций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PowerPoint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другой</w:t>
            </w:r>
          </w:p>
        </w:tc>
        <w:tc>
          <w:tcPr>
            <w:tcW w:w="528" w:type="dxa"/>
          </w:tcPr>
          <w:p w14:paraId="7A6E6D87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796CBDC3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14:paraId="5BB8ED6E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04" w:type="dxa"/>
          </w:tcPr>
          <w:p w14:paraId="60797E15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478" w:type="dxa"/>
          </w:tcPr>
          <w:p w14:paraId="2FE6E5C3" w14:textId="77777777" w:rsidR="006247F6" w:rsidRDefault="006247F6" w:rsidP="0045394B">
            <w:pPr>
              <w:pStyle w:val="TableParagraph"/>
              <w:spacing w:line="266" w:lineRule="auto"/>
              <w:ind w:right="4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Осваивать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PowerPоint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другой). Создавать и сохранять слайды презентации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PowerPоint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другой);</w:t>
            </w:r>
          </w:p>
          <w:p w14:paraId="48094687" w14:textId="77777777" w:rsidR="006247F6" w:rsidRDefault="006247F6" w:rsidP="0045394B">
            <w:pPr>
              <w:pStyle w:val="TableParagraph"/>
              <w:spacing w:before="2" w:line="266" w:lineRule="auto"/>
              <w:ind w:right="143"/>
              <w:rPr>
                <w:sz w:val="15"/>
              </w:rPr>
            </w:pPr>
            <w:r>
              <w:rPr>
                <w:w w:val="105"/>
                <w:sz w:val="15"/>
              </w:rPr>
              <w:t>Набирать текст и размещать его на слайде программы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PowerPoint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другой),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размещать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иллюстративный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слайде,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дизайн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слайда;</w:t>
            </w:r>
          </w:p>
        </w:tc>
        <w:tc>
          <w:tcPr>
            <w:tcW w:w="1116" w:type="dxa"/>
          </w:tcPr>
          <w:p w14:paraId="26E376F8" w14:textId="77777777" w:rsidR="006247F6" w:rsidRDefault="006247F6" w:rsidP="0045394B">
            <w:pPr>
              <w:pStyle w:val="TableParagraph"/>
              <w:spacing w:line="266" w:lineRule="auto"/>
              <w:ind w:right="41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1788" w:type="dxa"/>
          </w:tcPr>
          <w:p w14:paraId="7F57DE55" w14:textId="77777777" w:rsidR="006247F6" w:rsidRDefault="006247F6" w:rsidP="0045394B">
            <w:pPr>
              <w:pStyle w:val="TableParagraph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https://infourok.ru/</w:t>
            </w:r>
          </w:p>
        </w:tc>
      </w:tr>
      <w:tr w:rsidR="006247F6" w14:paraId="7E81B829" w14:textId="77777777" w:rsidTr="0045394B">
        <w:trPr>
          <w:trHeight w:val="333"/>
        </w:trPr>
        <w:tc>
          <w:tcPr>
            <w:tcW w:w="4538" w:type="dxa"/>
            <w:gridSpan w:val="2"/>
          </w:tcPr>
          <w:p w14:paraId="42BF89ED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14:paraId="491B1347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0430" w:type="dxa"/>
            <w:gridSpan w:val="6"/>
          </w:tcPr>
          <w:p w14:paraId="2EBF5DE4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247F6" w14:paraId="25CF78FD" w14:textId="77777777" w:rsidTr="0045394B">
        <w:trPr>
          <w:trHeight w:val="333"/>
        </w:trPr>
        <w:tc>
          <w:tcPr>
            <w:tcW w:w="4538" w:type="dxa"/>
            <w:gridSpan w:val="2"/>
          </w:tcPr>
          <w:p w14:paraId="5182EFE9" w14:textId="77777777" w:rsidR="006247F6" w:rsidRDefault="006247F6" w:rsidP="0045394B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14:paraId="273A9098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14:paraId="0CC9CD9F" w14:textId="77777777" w:rsidR="006247F6" w:rsidRDefault="006247F6" w:rsidP="0045394B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14:paraId="34E1FB4B" w14:textId="77777777" w:rsidR="006247F6" w:rsidRDefault="006247F6" w:rsidP="0045394B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31</w:t>
            </w:r>
          </w:p>
        </w:tc>
        <w:tc>
          <w:tcPr>
            <w:tcW w:w="8186" w:type="dxa"/>
            <w:gridSpan w:val="4"/>
          </w:tcPr>
          <w:p w14:paraId="5C723E5E" w14:textId="77777777" w:rsidR="006247F6" w:rsidRDefault="006247F6" w:rsidP="0045394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14:paraId="23613769" w14:textId="77777777" w:rsidR="00A45E47" w:rsidRDefault="00A45E47">
      <w:pPr>
        <w:autoSpaceDE w:val="0"/>
        <w:autoSpaceDN w:val="0"/>
        <w:spacing w:after="0" w:line="14" w:lineRule="exact"/>
      </w:pPr>
    </w:p>
    <w:p w14:paraId="63978525" w14:textId="77777777" w:rsidR="00A45E47" w:rsidRDefault="00A45E47">
      <w:pPr>
        <w:sectPr w:rsidR="00A45E47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46DBB9A7" w14:textId="77777777" w:rsidR="00A45E47" w:rsidRDefault="00A45E47">
      <w:pPr>
        <w:autoSpaceDE w:val="0"/>
        <w:autoSpaceDN w:val="0"/>
        <w:spacing w:after="78" w:line="220" w:lineRule="exact"/>
      </w:pPr>
    </w:p>
    <w:p w14:paraId="4D2075B5" w14:textId="77777777" w:rsidR="00A45E47" w:rsidRDefault="00A45E47">
      <w:pPr>
        <w:autoSpaceDE w:val="0"/>
        <w:autoSpaceDN w:val="0"/>
        <w:spacing w:after="78" w:line="220" w:lineRule="exact"/>
      </w:pPr>
    </w:p>
    <w:p w14:paraId="7150865B" w14:textId="77777777" w:rsidR="00A45E47" w:rsidRDefault="0045394B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393F3696" w14:textId="77777777" w:rsidR="0045394B" w:rsidRDefault="0045394B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</w:p>
    <w:p w14:paraId="491DF720" w14:textId="77777777" w:rsidR="0045394B" w:rsidRDefault="0045394B">
      <w:pPr>
        <w:autoSpaceDE w:val="0"/>
        <w:autoSpaceDN w:val="0"/>
        <w:spacing w:before="346" w:after="0" w:line="382" w:lineRule="auto"/>
        <w:ind w:right="1440"/>
        <w:rPr>
          <w:rFonts w:ascii="Times New Roman" w:eastAsia="Times New Roman" w:hAnsi="Times New Roman"/>
          <w:b/>
          <w:color w:val="000000"/>
          <w:sz w:val="24"/>
          <w:lang w:val="ru-RU"/>
        </w:rPr>
      </w:pPr>
      <w:r w:rsidRPr="00D975B5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</w:p>
    <w:p w14:paraId="1D9E7047" w14:textId="77777777" w:rsidR="003C2338" w:rsidRPr="003C2338" w:rsidRDefault="003C2338" w:rsidP="003C2338">
      <w:pPr>
        <w:pStyle w:val="af"/>
        <w:spacing w:before="156" w:line="292" w:lineRule="auto"/>
        <w:ind w:right="8307"/>
        <w:rPr>
          <w:lang w:val="ru-RU"/>
        </w:rPr>
      </w:pPr>
      <w:r w:rsidRPr="003C2338">
        <w:rPr>
          <w:lang w:val="ru-RU"/>
        </w:rPr>
        <w:t>Учебник</w:t>
      </w:r>
      <w:r w:rsidRPr="003C2338">
        <w:rPr>
          <w:spacing w:val="1"/>
          <w:lang w:val="ru-RU"/>
        </w:rPr>
        <w:t xml:space="preserve"> </w:t>
      </w:r>
      <w:r w:rsidRPr="003C2338">
        <w:rPr>
          <w:lang w:val="ru-RU"/>
        </w:rPr>
        <w:t>Методическое</w:t>
      </w:r>
      <w:r w:rsidRPr="003C2338">
        <w:rPr>
          <w:spacing w:val="-9"/>
          <w:lang w:val="ru-RU"/>
        </w:rPr>
        <w:t xml:space="preserve"> </w:t>
      </w:r>
      <w:r>
        <w:rPr>
          <w:spacing w:val="-9"/>
          <w:lang w:val="ru-RU"/>
        </w:rPr>
        <w:t>п</w:t>
      </w:r>
      <w:r w:rsidRPr="003C2338">
        <w:rPr>
          <w:lang w:val="ru-RU"/>
        </w:rPr>
        <w:t>особие</w:t>
      </w:r>
    </w:p>
    <w:p w14:paraId="62460B9D" w14:textId="77777777" w:rsidR="0045394B" w:rsidRPr="0045394B" w:rsidRDefault="0045394B" w:rsidP="0045394B">
      <w:pPr>
        <w:pStyle w:val="af"/>
        <w:spacing w:before="156"/>
        <w:rPr>
          <w:lang w:val="ru-RU"/>
        </w:rPr>
      </w:pPr>
      <w:r w:rsidRPr="0045394B">
        <w:rPr>
          <w:lang w:val="ru-RU"/>
        </w:rPr>
        <w:t>Технология,</w:t>
      </w:r>
      <w:r w:rsidRPr="0045394B">
        <w:rPr>
          <w:spacing w:val="-3"/>
          <w:lang w:val="ru-RU"/>
        </w:rPr>
        <w:t xml:space="preserve"> </w:t>
      </w:r>
      <w:r w:rsidRPr="0045394B">
        <w:rPr>
          <w:lang w:val="ru-RU"/>
        </w:rPr>
        <w:t>4</w:t>
      </w:r>
      <w:r w:rsidRPr="0045394B">
        <w:rPr>
          <w:spacing w:val="-3"/>
          <w:lang w:val="ru-RU"/>
        </w:rPr>
        <w:t xml:space="preserve"> </w:t>
      </w:r>
      <w:r w:rsidRPr="0045394B">
        <w:rPr>
          <w:lang w:val="ru-RU"/>
        </w:rPr>
        <w:t>класс/Роговцева</w:t>
      </w:r>
      <w:r w:rsidRPr="0045394B">
        <w:rPr>
          <w:spacing w:val="-3"/>
          <w:lang w:val="ru-RU"/>
        </w:rPr>
        <w:t xml:space="preserve"> </w:t>
      </w:r>
      <w:r w:rsidRPr="0045394B">
        <w:rPr>
          <w:lang w:val="ru-RU"/>
        </w:rPr>
        <w:t>Н.И.,</w:t>
      </w:r>
      <w:r w:rsidRPr="0045394B">
        <w:rPr>
          <w:spacing w:val="-3"/>
          <w:lang w:val="ru-RU"/>
        </w:rPr>
        <w:t xml:space="preserve"> </w:t>
      </w:r>
      <w:r w:rsidRPr="0045394B">
        <w:rPr>
          <w:lang w:val="ru-RU"/>
        </w:rPr>
        <w:t>Богданова</w:t>
      </w:r>
      <w:r w:rsidRPr="0045394B">
        <w:rPr>
          <w:spacing w:val="-3"/>
          <w:lang w:val="ru-RU"/>
        </w:rPr>
        <w:t xml:space="preserve"> </w:t>
      </w:r>
      <w:r w:rsidRPr="0045394B">
        <w:rPr>
          <w:lang w:val="ru-RU"/>
        </w:rPr>
        <w:t>Н.В.,</w:t>
      </w:r>
      <w:r w:rsidRPr="0045394B">
        <w:rPr>
          <w:spacing w:val="-3"/>
          <w:lang w:val="ru-RU"/>
        </w:rPr>
        <w:t xml:space="preserve"> </w:t>
      </w:r>
      <w:r w:rsidRPr="0045394B">
        <w:rPr>
          <w:lang w:val="ru-RU"/>
        </w:rPr>
        <w:t>Шипилова</w:t>
      </w:r>
      <w:r w:rsidRPr="0045394B">
        <w:rPr>
          <w:spacing w:val="-3"/>
          <w:lang w:val="ru-RU"/>
        </w:rPr>
        <w:t xml:space="preserve"> </w:t>
      </w:r>
      <w:r w:rsidRPr="0045394B">
        <w:rPr>
          <w:lang w:val="ru-RU"/>
        </w:rPr>
        <w:t>Н.В.</w:t>
      </w:r>
      <w:r w:rsidRPr="0045394B">
        <w:rPr>
          <w:spacing w:val="-3"/>
          <w:lang w:val="ru-RU"/>
        </w:rPr>
        <w:t xml:space="preserve"> </w:t>
      </w:r>
      <w:r w:rsidRPr="0045394B">
        <w:rPr>
          <w:lang w:val="ru-RU"/>
        </w:rPr>
        <w:t>и</w:t>
      </w:r>
      <w:r w:rsidRPr="0045394B">
        <w:rPr>
          <w:spacing w:val="-3"/>
          <w:lang w:val="ru-RU"/>
        </w:rPr>
        <w:t xml:space="preserve"> </w:t>
      </w:r>
      <w:r w:rsidRPr="0045394B">
        <w:rPr>
          <w:lang w:val="ru-RU"/>
        </w:rPr>
        <w:t>др.,</w:t>
      </w:r>
      <w:r w:rsidRPr="0045394B">
        <w:rPr>
          <w:spacing w:val="-3"/>
          <w:lang w:val="ru-RU"/>
        </w:rPr>
        <w:t xml:space="preserve"> </w:t>
      </w:r>
      <w:r w:rsidRPr="0045394B">
        <w:rPr>
          <w:lang w:val="ru-RU"/>
        </w:rPr>
        <w:t>Акционерное</w:t>
      </w:r>
      <w:r w:rsidRPr="0045394B">
        <w:rPr>
          <w:spacing w:val="-3"/>
          <w:lang w:val="ru-RU"/>
        </w:rPr>
        <w:t xml:space="preserve"> </w:t>
      </w:r>
      <w:r w:rsidRPr="0045394B">
        <w:rPr>
          <w:lang w:val="ru-RU"/>
        </w:rPr>
        <w:t>общество</w:t>
      </w:r>
    </w:p>
    <w:p w14:paraId="34386C3D" w14:textId="77777777" w:rsidR="00A45E47" w:rsidRPr="00D975B5" w:rsidRDefault="0045394B" w:rsidP="0045394B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45394B">
        <w:rPr>
          <w:lang w:val="ru-RU"/>
        </w:rPr>
        <w:t>«Издательство</w:t>
      </w:r>
      <w:r w:rsidRPr="0045394B">
        <w:rPr>
          <w:spacing w:val="-14"/>
          <w:lang w:val="ru-RU"/>
        </w:rPr>
        <w:t xml:space="preserve"> </w:t>
      </w:r>
      <w:r w:rsidRPr="0045394B">
        <w:rPr>
          <w:lang w:val="ru-RU"/>
        </w:rPr>
        <w:t>«Просвещение»;</w:t>
      </w:r>
      <w:r w:rsidRPr="00D975B5">
        <w:rPr>
          <w:lang w:val="ru-RU"/>
        </w:rPr>
        <w:br/>
      </w: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739D30B5" w14:textId="77777777" w:rsidR="003C2338" w:rsidRPr="00E07471" w:rsidRDefault="003C2338" w:rsidP="003C2338">
      <w:r w:rsidRPr="003C2338">
        <w:t xml:space="preserve">https://infourok.ru/ </w:t>
      </w:r>
    </w:p>
    <w:p w14:paraId="706273B5" w14:textId="77777777" w:rsidR="003C2338" w:rsidRPr="00E07471" w:rsidRDefault="003C2338" w:rsidP="003C2338">
      <w:r w:rsidRPr="003C2338">
        <w:t xml:space="preserve">https://nsportal.ru/ multiurok.ru </w:t>
      </w:r>
      <w:r w:rsidRPr="003C2338">
        <w:rPr>
          <w:lang w:val="ru-RU"/>
        </w:rPr>
        <w:t>урок</w:t>
      </w:r>
      <w:r w:rsidRPr="003C2338">
        <w:t>.</w:t>
      </w:r>
      <w:proofErr w:type="spellStart"/>
      <w:r w:rsidRPr="003C2338">
        <w:rPr>
          <w:lang w:val="ru-RU"/>
        </w:rPr>
        <w:t>рф</w:t>
      </w:r>
      <w:proofErr w:type="spellEnd"/>
      <w:r w:rsidRPr="003C2338">
        <w:t xml:space="preserve"> </w:t>
      </w:r>
    </w:p>
    <w:p w14:paraId="0BFDCC96" w14:textId="77777777" w:rsidR="003C2338" w:rsidRPr="00E07471" w:rsidRDefault="003C2338" w:rsidP="003C2338">
      <w:r w:rsidRPr="003C2338">
        <w:t>http</w:t>
      </w:r>
      <w:r w:rsidRPr="00E07471">
        <w:t>://</w:t>
      </w:r>
      <w:r w:rsidRPr="003C2338">
        <w:t>easyen</w:t>
      </w:r>
      <w:r w:rsidRPr="00E07471">
        <w:t>.</w:t>
      </w:r>
      <w:r w:rsidRPr="003C2338">
        <w:t>ru</w:t>
      </w:r>
      <w:r w:rsidRPr="00E07471">
        <w:t>/</w:t>
      </w:r>
    </w:p>
    <w:p w14:paraId="229E4447" w14:textId="77777777" w:rsidR="003C2338" w:rsidRPr="00E07471" w:rsidRDefault="003C2338" w:rsidP="003C2338">
      <w:pPr>
        <w:sectPr w:rsidR="003C2338" w:rsidRPr="00E07471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 w:rsidRPr="00E07471">
        <w:t>http://www.presentacii.ru/</w:t>
      </w:r>
    </w:p>
    <w:p w14:paraId="2CAE0A99" w14:textId="77777777" w:rsidR="00A45E47" w:rsidRPr="00E07471" w:rsidRDefault="00A45E47">
      <w:pPr>
        <w:autoSpaceDE w:val="0"/>
        <w:autoSpaceDN w:val="0"/>
        <w:spacing w:after="78" w:line="220" w:lineRule="exact"/>
      </w:pPr>
    </w:p>
    <w:p w14:paraId="2BD948E7" w14:textId="77777777" w:rsidR="00A45E47" w:rsidRPr="00D975B5" w:rsidRDefault="0045394B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D975B5">
        <w:rPr>
          <w:lang w:val="ru-RU"/>
        </w:rPr>
        <w:br/>
      </w:r>
      <w:proofErr w:type="spellStart"/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D975B5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14:paraId="49CE9E09" w14:textId="77777777" w:rsidR="00A45E47" w:rsidRPr="00D975B5" w:rsidRDefault="00A45E47">
      <w:pPr>
        <w:rPr>
          <w:lang w:val="ru-RU"/>
        </w:rPr>
        <w:sectPr w:rsidR="00A45E47" w:rsidRPr="00D975B5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6918A20" w14:textId="77777777" w:rsidR="0045394B" w:rsidRPr="00D975B5" w:rsidRDefault="0045394B">
      <w:pPr>
        <w:rPr>
          <w:lang w:val="ru-RU"/>
        </w:rPr>
      </w:pPr>
    </w:p>
    <w:sectPr w:rsidR="0045394B" w:rsidRPr="00D975B5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A130FFD"/>
    <w:multiLevelType w:val="hybridMultilevel"/>
    <w:tmpl w:val="117AC3E4"/>
    <w:lvl w:ilvl="0" w:tplc="B776C3D0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C8CF3EE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A6E06F04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5E5449C0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DBF2922A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EEDE65E2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E9AE4066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1318CE2A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C83E751C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22BB4"/>
    <w:rsid w:val="00034616"/>
    <w:rsid w:val="0006063C"/>
    <w:rsid w:val="0015074B"/>
    <w:rsid w:val="0029639D"/>
    <w:rsid w:val="00326F90"/>
    <w:rsid w:val="003C2338"/>
    <w:rsid w:val="0045394B"/>
    <w:rsid w:val="006247F6"/>
    <w:rsid w:val="00A45E47"/>
    <w:rsid w:val="00AA1D8D"/>
    <w:rsid w:val="00B47730"/>
    <w:rsid w:val="00CB0664"/>
    <w:rsid w:val="00D975B5"/>
    <w:rsid w:val="00E0747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10B5BA"/>
  <w14:defaultImageDpi w14:val="300"/>
  <w15:docId w15:val="{1DDE7E8F-3507-40EF-94F5-39FF27CA9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1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1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1"/>
    <w:unhideWhenUsed/>
    <w:qFormat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Normal">
    <w:name w:val="Table Normal"/>
    <w:uiPriority w:val="2"/>
    <w:semiHidden/>
    <w:unhideWhenUsed/>
    <w:qFormat/>
    <w:rsid w:val="006247F6"/>
    <w:pPr>
      <w:widowControl w:val="0"/>
      <w:autoSpaceDE w:val="0"/>
      <w:autoSpaceDN w:val="0"/>
      <w:spacing w:after="0" w:line="240" w:lineRule="auto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6247F6"/>
    <w:pPr>
      <w:widowControl w:val="0"/>
      <w:autoSpaceDE w:val="0"/>
      <w:autoSpaceDN w:val="0"/>
      <w:spacing w:before="64" w:after="0" w:line="240" w:lineRule="auto"/>
      <w:ind w:left="79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chitelya.com/" TargetMode="External"/><Relationship Id="rId13" Type="http://schemas.openxmlformats.org/officeDocument/2006/relationships/hyperlink" Target="http://rusheek.ucoz.ru/" TargetMode="External"/><Relationship Id="rId18" Type="http://schemas.openxmlformats.org/officeDocument/2006/relationships/hyperlink" Target="http://easyen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zavuch.ru/" TargetMode="External"/><Relationship Id="rId12" Type="http://schemas.openxmlformats.org/officeDocument/2006/relationships/hyperlink" Target="http://rusheek.ucoz.ru/" TargetMode="External"/><Relationship Id="rId17" Type="http://schemas.openxmlformats.org/officeDocument/2006/relationships/hyperlink" Target="http://easyen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asyen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rusheek.uco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resentacii.ru/" TargetMode="External"/><Relationship Id="rId10" Type="http://schemas.openxmlformats.org/officeDocument/2006/relationships/hyperlink" Target="http://uchitelya.co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chitelya.com/" TargetMode="External"/><Relationship Id="rId14" Type="http://schemas.openxmlformats.org/officeDocument/2006/relationships/hyperlink" Target="http://rusheek.ucoz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476FE7-2967-4E5C-9852-D88C801D6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18</Pages>
  <Words>5699</Words>
  <Characters>32490</Characters>
  <Application>Microsoft Office Word</Application>
  <DocSecurity>0</DocSecurity>
  <Lines>270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38113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5</cp:revision>
  <dcterms:created xsi:type="dcterms:W3CDTF">2013-12-23T23:15:00Z</dcterms:created>
  <dcterms:modified xsi:type="dcterms:W3CDTF">2022-06-28T00:59:00Z</dcterms:modified>
  <cp:category/>
</cp:coreProperties>
</file>