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2B0E15" w14:textId="166DE468" w:rsidR="007850F7" w:rsidRDefault="00B1519E">
      <w:pPr>
        <w:autoSpaceDE w:val="0"/>
        <w:autoSpaceDN w:val="0"/>
        <w:spacing w:after="78" w:line="220" w:lineRule="exact"/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24F935BD" wp14:editId="739F471B">
            <wp:simplePos x="0" y="0"/>
            <wp:positionH relativeFrom="column">
              <wp:posOffset>160020</wp:posOffset>
            </wp:positionH>
            <wp:positionV relativeFrom="paragraph">
              <wp:posOffset>1270</wp:posOffset>
            </wp:positionV>
            <wp:extent cx="6353175" cy="9238615"/>
            <wp:effectExtent l="0" t="0" r="9525" b="63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923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978BA69" w14:textId="5870A5A5" w:rsidR="00602817" w:rsidRPr="00602817" w:rsidRDefault="00602817">
      <w:pPr>
        <w:rPr>
          <w:lang w:val="ru-RU"/>
        </w:rPr>
        <w:sectPr w:rsidR="00602817" w:rsidRPr="00602817">
          <w:pgSz w:w="11900" w:h="16840"/>
          <w:pgMar w:top="298" w:right="866" w:bottom="1440" w:left="738" w:header="720" w:footer="720" w:gutter="0"/>
          <w:cols w:space="720" w:equalWidth="0">
            <w:col w:w="10296" w:space="0"/>
          </w:cols>
          <w:docGrid w:linePitch="360"/>
        </w:sectPr>
      </w:pPr>
    </w:p>
    <w:p w14:paraId="0BD99F65" w14:textId="77777777" w:rsidR="007850F7" w:rsidRPr="00602817" w:rsidRDefault="007850F7">
      <w:pPr>
        <w:autoSpaceDE w:val="0"/>
        <w:autoSpaceDN w:val="0"/>
        <w:spacing w:after="78" w:line="220" w:lineRule="exact"/>
        <w:rPr>
          <w:lang w:val="ru-RU"/>
        </w:rPr>
      </w:pPr>
    </w:p>
    <w:p w14:paraId="36C4AB73" w14:textId="77777777" w:rsidR="007850F7" w:rsidRPr="00602817" w:rsidRDefault="00A60A13">
      <w:pPr>
        <w:autoSpaceDE w:val="0"/>
        <w:autoSpaceDN w:val="0"/>
        <w:spacing w:after="0" w:line="230" w:lineRule="auto"/>
        <w:rPr>
          <w:lang w:val="ru-RU"/>
        </w:rPr>
      </w:pPr>
      <w:r w:rsidRPr="00602817">
        <w:rPr>
          <w:rFonts w:ascii="Times New Roman" w:eastAsia="Times New Roman" w:hAnsi="Times New Roman"/>
          <w:b/>
          <w:color w:val="000000"/>
          <w:sz w:val="24"/>
          <w:lang w:val="ru-RU"/>
        </w:rPr>
        <w:t>ПОЯСНИТЕЛЬНАЯ ЗАПИСКА</w:t>
      </w:r>
    </w:p>
    <w:p w14:paraId="31F238BD" w14:textId="77777777" w:rsidR="007850F7" w:rsidRPr="00602817" w:rsidRDefault="00A60A13">
      <w:pPr>
        <w:autoSpaceDE w:val="0"/>
        <w:autoSpaceDN w:val="0"/>
        <w:spacing w:before="346" w:after="0" w:line="271" w:lineRule="auto"/>
        <w:ind w:right="432" w:firstLine="180"/>
        <w:rPr>
          <w:lang w:val="ru-RU"/>
        </w:rPr>
      </w:pP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>Программа по учебному предмету «Технология» включает: пояснительную записку, содержание обучения, планируемые результаты освоения программы учебного предмета, тематическое планирование.</w:t>
      </w:r>
    </w:p>
    <w:p w14:paraId="34777BF5" w14:textId="77777777" w:rsidR="007850F7" w:rsidRPr="00602817" w:rsidRDefault="00A60A13">
      <w:pPr>
        <w:autoSpaceDE w:val="0"/>
        <w:autoSpaceDN w:val="0"/>
        <w:spacing w:before="70" w:after="0"/>
        <w:ind w:right="144" w:firstLine="180"/>
        <w:rPr>
          <w:lang w:val="ru-RU"/>
        </w:rPr>
      </w:pP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 xml:space="preserve">Пояснительная записка отражает общие цели и задачи изучения предмета, характеристику психологических предпосылок к его изучению младшими школьниками; место в структуре учебного плана, а также подходы к отбору содержания, планируемым результатам и тематическому </w:t>
      </w:r>
      <w:r w:rsidRPr="00602817">
        <w:rPr>
          <w:lang w:val="ru-RU"/>
        </w:rPr>
        <w:br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>планированию.</w:t>
      </w:r>
    </w:p>
    <w:p w14:paraId="66DB42EA" w14:textId="77777777" w:rsidR="007850F7" w:rsidRPr="00602817" w:rsidRDefault="00A60A13">
      <w:pPr>
        <w:autoSpaceDE w:val="0"/>
        <w:autoSpaceDN w:val="0"/>
        <w:spacing w:before="70" w:after="0" w:line="286" w:lineRule="auto"/>
        <w:ind w:firstLine="180"/>
        <w:rPr>
          <w:lang w:val="ru-RU"/>
        </w:rPr>
      </w:pP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>Содержание обучения раскрывается через модули. Приведён перечень универсальных учебных действий — познавательных, коммуникативных и регулятивных, формирование которых может быть достигнуто средствами учебного предмета «Технология» с учётом возрастных особенностей обучающихся начальных классов. Во втором классе предлагается пропедевтический уровень формирования УУД, поскольку становление универсальности действий на этом этапе обучения только начинается. В познавательных универсальных учебных действиях выделен специальный раздел «Работа с информацией». С учётом того, что выполнение правил совместной деятельности строится на интеграции регулятивных УУД (определённые волевые усилия, саморегуляция, самоконтроль, проявление терпения и доброжелательности при налаживании отношений) и коммуникативных УУД (способность вербальными средствами устанавливать взаимоотношения), их перечень дан в специальном разделе — «Совместная деятельность».</w:t>
      </w:r>
    </w:p>
    <w:p w14:paraId="04A2EDD8" w14:textId="77777777" w:rsidR="007850F7" w:rsidRPr="00602817" w:rsidRDefault="00A60A13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>Планируемые результаты включают личностные, метапредметные результаты за период обучения, а также предметные достижения младшего школьника за каждый год обучения в начальной школе.</w:t>
      </w:r>
    </w:p>
    <w:p w14:paraId="798B1AFB" w14:textId="77777777" w:rsidR="007850F7" w:rsidRPr="00602817" w:rsidRDefault="00A60A13">
      <w:pPr>
        <w:tabs>
          <w:tab w:val="left" w:pos="180"/>
        </w:tabs>
        <w:autoSpaceDE w:val="0"/>
        <w:autoSpaceDN w:val="0"/>
        <w:spacing w:before="190" w:after="0" w:line="281" w:lineRule="auto"/>
        <w:ind w:right="864"/>
        <w:rPr>
          <w:lang w:val="ru-RU"/>
        </w:rPr>
      </w:pP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b/>
          <w:color w:val="000000"/>
          <w:sz w:val="24"/>
          <w:lang w:val="ru-RU"/>
        </w:rPr>
        <w:t>ОБЩАЯ ХАРАКТЕРИСТИКА УЧЕБНОГО ПРЕДМЕТА «ТЕХНОЛОГИЯ»</w:t>
      </w:r>
      <w:r w:rsidRPr="00602817">
        <w:rPr>
          <w:lang w:val="ru-RU"/>
        </w:rPr>
        <w:br/>
      </w: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>Предлагаемая программа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(предмету) «Технология» и обеспечивает обозначенную в нём содержательную составляющую по данному учебному предмету.</w:t>
      </w:r>
    </w:p>
    <w:p w14:paraId="68971321" w14:textId="77777777" w:rsidR="007850F7" w:rsidRPr="00602817" w:rsidRDefault="00A60A13">
      <w:pPr>
        <w:autoSpaceDE w:val="0"/>
        <w:autoSpaceDN w:val="0"/>
        <w:spacing w:before="70" w:after="0" w:line="286" w:lineRule="auto"/>
        <w:ind w:firstLine="180"/>
        <w:rPr>
          <w:lang w:val="ru-RU"/>
        </w:rPr>
      </w:pP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 xml:space="preserve">В соответствии с требованиями времени и инновационными установками отечественного </w:t>
      </w:r>
      <w:r w:rsidRPr="00602817">
        <w:rPr>
          <w:lang w:val="ru-RU"/>
        </w:rPr>
        <w:br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 xml:space="preserve">образования, обозначенными во ФГОС НОО, данная программа обеспечивает реализацию </w:t>
      </w:r>
      <w:r w:rsidRPr="00602817">
        <w:rPr>
          <w:lang w:val="ru-RU"/>
        </w:rPr>
        <w:br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>обновлённой концептуальной идеи учебного предмета «Технология». Её особенность состоит в формировании у обучающихся социально ценных качеств, креативности и общей культуры личности. Новые социально-экономические условия требуют включения каждого учебного предмета в данный процесс, а уроки технологии обладают большими специфическими резервами для решения данной задачи, особенно на уровне начального образования. В частности, курс технологии обладает возможностями в укреплении фундамента для развития умственной деятельности обучающихся начальных классов.</w:t>
      </w:r>
    </w:p>
    <w:p w14:paraId="06C5D440" w14:textId="77777777" w:rsidR="007850F7" w:rsidRPr="00602817" w:rsidRDefault="00A60A13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>В курсе технологии осуществляется реализация широкого спектра межпредметных связей.</w:t>
      </w:r>
    </w:p>
    <w:p w14:paraId="6E6C4701" w14:textId="77777777" w:rsidR="007850F7" w:rsidRPr="00602817" w:rsidRDefault="00A60A13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Математика </w:t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>— 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числами.</w:t>
      </w:r>
    </w:p>
    <w:p w14:paraId="4AECF490" w14:textId="77777777" w:rsidR="007850F7" w:rsidRPr="00602817" w:rsidRDefault="00A60A13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>Изобразительное искусство — использование средств художественной выразительности, законов и правил декоративно-прикладного искусства и дизайна.</w:t>
      </w:r>
    </w:p>
    <w:p w14:paraId="7F6F143F" w14:textId="77777777" w:rsidR="007850F7" w:rsidRPr="00602817" w:rsidRDefault="00A60A13">
      <w:pPr>
        <w:tabs>
          <w:tab w:val="left" w:pos="180"/>
        </w:tabs>
        <w:autoSpaceDE w:val="0"/>
        <w:autoSpaceDN w:val="0"/>
        <w:spacing w:before="70" w:after="0"/>
        <w:rPr>
          <w:lang w:val="ru-RU"/>
        </w:rPr>
      </w:pP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b/>
          <w:color w:val="000000"/>
          <w:sz w:val="24"/>
          <w:lang w:val="ru-RU"/>
        </w:rPr>
        <w:t>Окружающий мир</w:t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 xml:space="preserve"> — 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традиции. </w:t>
      </w: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b/>
          <w:color w:val="000000"/>
          <w:sz w:val="24"/>
          <w:lang w:val="ru-RU"/>
        </w:rPr>
        <w:t>Родной язык</w:t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 xml:space="preserve"> —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деятельности.</w:t>
      </w:r>
    </w:p>
    <w:p w14:paraId="6368B038" w14:textId="77777777" w:rsidR="007850F7" w:rsidRPr="00602817" w:rsidRDefault="00A60A13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602817">
        <w:rPr>
          <w:rFonts w:ascii="Times New Roman" w:eastAsia="Times New Roman" w:hAnsi="Times New Roman"/>
          <w:b/>
          <w:color w:val="000000"/>
          <w:sz w:val="24"/>
          <w:lang w:val="ru-RU"/>
        </w:rPr>
        <w:t>Литературное чтени</w:t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>е — работа с текстами для создания образа, реализуемого в изделии.</w:t>
      </w:r>
    </w:p>
    <w:p w14:paraId="423D2D95" w14:textId="77777777" w:rsidR="007850F7" w:rsidRPr="00602817" w:rsidRDefault="007850F7">
      <w:pPr>
        <w:rPr>
          <w:lang w:val="ru-RU"/>
        </w:rPr>
        <w:sectPr w:rsidR="007850F7" w:rsidRPr="00602817">
          <w:pgSz w:w="11900" w:h="16840"/>
          <w:pgMar w:top="298" w:right="650" w:bottom="398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400A93C8" w14:textId="77777777" w:rsidR="007850F7" w:rsidRPr="00602817" w:rsidRDefault="007850F7">
      <w:pPr>
        <w:autoSpaceDE w:val="0"/>
        <w:autoSpaceDN w:val="0"/>
        <w:spacing w:after="78" w:line="220" w:lineRule="exact"/>
        <w:rPr>
          <w:lang w:val="ru-RU"/>
        </w:rPr>
      </w:pPr>
    </w:p>
    <w:p w14:paraId="70D433A6" w14:textId="77777777" w:rsidR="007850F7" w:rsidRPr="00602817" w:rsidRDefault="00A60A13">
      <w:pPr>
        <w:autoSpaceDE w:val="0"/>
        <w:autoSpaceDN w:val="0"/>
        <w:spacing w:after="0" w:line="271" w:lineRule="auto"/>
        <w:ind w:right="720" w:firstLine="180"/>
        <w:rPr>
          <w:lang w:val="ru-RU"/>
        </w:rPr>
      </w:pP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>Важнейшая особенность уроков технологии в начальной школе — предметно-практическая деятельность как необходимая составляющая целостного процесса интеллектуального, а также духовного и нравственного развития обучающихся младшего школьного возраста.</w:t>
      </w:r>
    </w:p>
    <w:p w14:paraId="17CE58E6" w14:textId="77777777" w:rsidR="007850F7" w:rsidRPr="00602817" w:rsidRDefault="00A60A13">
      <w:pPr>
        <w:autoSpaceDE w:val="0"/>
        <w:autoSpaceDN w:val="0"/>
        <w:spacing w:before="70" w:after="0"/>
        <w:ind w:firstLine="180"/>
        <w:rPr>
          <w:lang w:val="ru-RU"/>
        </w:rPr>
      </w:pP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 xml:space="preserve">Продуктивная предметная деятельность на уроках технологии является основой формирования познавательных способностей школьников, стремления активно знакомиться с историей </w:t>
      </w:r>
      <w:r w:rsidRPr="00602817">
        <w:rPr>
          <w:lang w:val="ru-RU"/>
        </w:rPr>
        <w:br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>материальной культуры и семейных традиций своего и других народов и уважительного отношения к ним.</w:t>
      </w:r>
    </w:p>
    <w:p w14:paraId="6235311D" w14:textId="77777777" w:rsidR="007850F7" w:rsidRPr="00602817" w:rsidRDefault="00A60A13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>Занятия продуктивной деятельностью закладывают основу для формирования у обучающихся социально-значимых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школьника.</w:t>
      </w:r>
    </w:p>
    <w:p w14:paraId="2DAA2344" w14:textId="77777777" w:rsidR="007850F7" w:rsidRPr="00602817" w:rsidRDefault="00A60A13">
      <w:pPr>
        <w:autoSpaceDE w:val="0"/>
        <w:autoSpaceDN w:val="0"/>
        <w:spacing w:before="72" w:after="0" w:line="271" w:lineRule="auto"/>
        <w:ind w:firstLine="180"/>
        <w:rPr>
          <w:lang w:val="ru-RU"/>
        </w:rPr>
      </w:pP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>На уроках технологии ученики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</w:t>
      </w:r>
    </w:p>
    <w:p w14:paraId="7317B999" w14:textId="77777777" w:rsidR="007850F7" w:rsidRPr="00602817" w:rsidRDefault="00A60A13">
      <w:pPr>
        <w:tabs>
          <w:tab w:val="left" w:pos="180"/>
        </w:tabs>
        <w:autoSpaceDE w:val="0"/>
        <w:autoSpaceDN w:val="0"/>
        <w:spacing w:before="190" w:after="0" w:line="281" w:lineRule="auto"/>
        <w:ind w:right="144"/>
        <w:rPr>
          <w:lang w:val="ru-RU"/>
        </w:rPr>
      </w:pP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b/>
          <w:color w:val="000000"/>
          <w:sz w:val="24"/>
          <w:lang w:val="ru-RU"/>
        </w:rPr>
        <w:t>ЦЕЛИ ИЗУЧЕНИЯ УЧЕБНОГО ПРЕДМЕТА «ТЕХНОЛОГИЯ»</w:t>
      </w:r>
      <w:r w:rsidRPr="00602817">
        <w:rPr>
          <w:lang w:val="ru-RU"/>
        </w:rPr>
        <w:br/>
      </w: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Основной целью </w:t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>предмета является успешная социализация обучающихся, формирование у них функциональной грамотности на базе освоения культурологических и конструкторско-</w:t>
      </w:r>
      <w:r w:rsidRPr="00602817">
        <w:rPr>
          <w:lang w:val="ru-RU"/>
        </w:rPr>
        <w:br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>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умений, представленных в содержании учебного предмета.</w:t>
      </w:r>
    </w:p>
    <w:p w14:paraId="703810E0" w14:textId="77777777" w:rsidR="007850F7" w:rsidRPr="00602817" w:rsidRDefault="00A60A13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>Для реализации основной цели и концептуальной идеи данного предмета необходимо решение системы приоритетных задач: образовательных, развивающих и воспитательных.</w:t>
      </w:r>
    </w:p>
    <w:p w14:paraId="31EC499A" w14:textId="77777777" w:rsidR="007850F7" w:rsidRPr="00602817" w:rsidRDefault="00A60A13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Образовательные задачи курса: </w:t>
      </w:r>
      <w:r w:rsidRPr="00602817">
        <w:rPr>
          <w:lang w:val="ru-RU"/>
        </w:rPr>
        <w:br/>
      </w: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 xml:space="preserve">формирование общих представлений о культуре и организации трудовой деятельности как важной части общей культуры человека; </w:t>
      </w:r>
      <w:r w:rsidRPr="00602817">
        <w:rPr>
          <w:lang w:val="ru-RU"/>
        </w:rPr>
        <w:br/>
      </w: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 xml:space="preserve"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 </w:t>
      </w:r>
      <w:r w:rsidRPr="00602817">
        <w:rPr>
          <w:lang w:val="ru-RU"/>
        </w:rPr>
        <w:br/>
      </w: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 xml:space="preserve">формирование основ </w:t>
      </w:r>
      <w:proofErr w:type="spellStart"/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>чертёжно</w:t>
      </w:r>
      <w:proofErr w:type="spellEnd"/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 xml:space="preserve">-графической грамотности, умения работать с простейшей технологической документацией (рисунок, чертёж, эскиз, схема); </w:t>
      </w:r>
      <w:r w:rsidRPr="00602817">
        <w:rPr>
          <w:lang w:val="ru-RU"/>
        </w:rPr>
        <w:br/>
      </w: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умений.</w:t>
      </w:r>
    </w:p>
    <w:p w14:paraId="50D065E5" w14:textId="77777777" w:rsidR="007850F7" w:rsidRPr="00602817" w:rsidRDefault="00A60A13">
      <w:pPr>
        <w:tabs>
          <w:tab w:val="left" w:pos="180"/>
        </w:tabs>
        <w:autoSpaceDE w:val="0"/>
        <w:autoSpaceDN w:val="0"/>
        <w:spacing w:before="72" w:after="0" w:line="286" w:lineRule="auto"/>
        <w:rPr>
          <w:lang w:val="ru-RU"/>
        </w:rPr>
      </w:pP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Развивающие задачи: </w:t>
      </w:r>
      <w:r w:rsidRPr="00602817">
        <w:rPr>
          <w:lang w:val="ru-RU"/>
        </w:rPr>
        <w:br/>
      </w: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 xml:space="preserve">развитие сенсомоторных процессов, психомоторной координации, глазомера через формирование практических умений; </w:t>
      </w:r>
      <w:r w:rsidRPr="00602817">
        <w:rPr>
          <w:lang w:val="ru-RU"/>
        </w:rPr>
        <w:br/>
      </w: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 xml:space="preserve">расширение культурного кругозора, развитие способности творческого использования полученных знаний и умений в практической деятельности; </w:t>
      </w:r>
      <w:r w:rsidRPr="00602817">
        <w:rPr>
          <w:lang w:val="ru-RU"/>
        </w:rPr>
        <w:br/>
      </w: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 xml:space="preserve"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 </w:t>
      </w:r>
      <w:r w:rsidRPr="00602817">
        <w:rPr>
          <w:lang w:val="ru-RU"/>
        </w:rPr>
        <w:br/>
      </w: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>развитие гибкости и вариативности мышления, способностей к изобретательской деятельности.</w:t>
      </w:r>
    </w:p>
    <w:p w14:paraId="65E1F0EF" w14:textId="77777777" w:rsidR="007850F7" w:rsidRPr="00602817" w:rsidRDefault="00A60A13">
      <w:pPr>
        <w:tabs>
          <w:tab w:val="left" w:pos="180"/>
        </w:tabs>
        <w:autoSpaceDE w:val="0"/>
        <w:autoSpaceDN w:val="0"/>
        <w:spacing w:before="70" w:after="0" w:line="283" w:lineRule="auto"/>
        <w:rPr>
          <w:lang w:val="ru-RU"/>
        </w:rPr>
      </w:pP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Воспитательные задачи: </w:t>
      </w:r>
      <w:r w:rsidRPr="00602817">
        <w:rPr>
          <w:lang w:val="ru-RU"/>
        </w:rPr>
        <w:br/>
      </w: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 xml:space="preserve">воспитание уважительного отношения к людям труда, к культурным традициям, понимания ценности предшествующих культур, отражённых в материальном мире; </w:t>
      </w:r>
      <w:r w:rsidRPr="00602817">
        <w:rPr>
          <w:lang w:val="ru-RU"/>
        </w:rPr>
        <w:br/>
      </w: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 xml:space="preserve"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саморегуляции, активности и инициативности; </w:t>
      </w:r>
      <w:r w:rsidRPr="00602817">
        <w:rPr>
          <w:lang w:val="ru-RU"/>
        </w:rPr>
        <w:br/>
      </w: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>воспитание интереса и творческого отношения к продуктивной созидательной деятельности,</w:t>
      </w:r>
    </w:p>
    <w:p w14:paraId="27E4EC7F" w14:textId="77777777" w:rsidR="007850F7" w:rsidRPr="00602817" w:rsidRDefault="007850F7">
      <w:pPr>
        <w:rPr>
          <w:lang w:val="ru-RU"/>
        </w:rPr>
        <w:sectPr w:rsidR="007850F7" w:rsidRPr="00602817">
          <w:pgSz w:w="11900" w:h="16840"/>
          <w:pgMar w:top="298" w:right="704" w:bottom="368" w:left="666" w:header="720" w:footer="720" w:gutter="0"/>
          <w:cols w:space="720" w:equalWidth="0">
            <w:col w:w="10530" w:space="0"/>
          </w:cols>
          <w:docGrid w:linePitch="360"/>
        </w:sectPr>
      </w:pPr>
    </w:p>
    <w:p w14:paraId="14519EA7" w14:textId="77777777" w:rsidR="007850F7" w:rsidRPr="00602817" w:rsidRDefault="007850F7">
      <w:pPr>
        <w:autoSpaceDE w:val="0"/>
        <w:autoSpaceDN w:val="0"/>
        <w:spacing w:after="66" w:line="220" w:lineRule="exact"/>
        <w:rPr>
          <w:lang w:val="ru-RU"/>
        </w:rPr>
      </w:pPr>
    </w:p>
    <w:p w14:paraId="1A403055" w14:textId="77777777" w:rsidR="007850F7" w:rsidRPr="00602817" w:rsidRDefault="00A60A13">
      <w:pPr>
        <w:tabs>
          <w:tab w:val="left" w:pos="180"/>
        </w:tabs>
        <w:autoSpaceDE w:val="0"/>
        <w:autoSpaceDN w:val="0"/>
        <w:spacing w:after="0" w:line="281" w:lineRule="auto"/>
        <w:ind w:right="288"/>
        <w:rPr>
          <w:lang w:val="ru-RU"/>
        </w:rPr>
      </w:pP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 xml:space="preserve">мотивации успеха и достижений, стремления к творческой самореализации; </w:t>
      </w:r>
      <w:r w:rsidRPr="00602817">
        <w:rPr>
          <w:lang w:val="ru-RU"/>
        </w:rPr>
        <w:br/>
      </w: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 xml:space="preserve"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 </w:t>
      </w:r>
      <w:r w:rsidRPr="00602817">
        <w:rPr>
          <w:lang w:val="ru-RU"/>
        </w:rPr>
        <w:br/>
      </w: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14:paraId="2B8AE12E" w14:textId="77777777" w:rsidR="007850F7" w:rsidRPr="00602817" w:rsidRDefault="00A60A13">
      <w:pPr>
        <w:autoSpaceDE w:val="0"/>
        <w:autoSpaceDN w:val="0"/>
        <w:spacing w:before="190" w:after="0" w:line="271" w:lineRule="auto"/>
        <w:ind w:firstLine="180"/>
        <w:rPr>
          <w:lang w:val="ru-RU"/>
        </w:rPr>
      </w:pPr>
      <w:r w:rsidRPr="0060281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МЕСТО УЧЕБНОГО ПРЕДМЕТА «ТЕХНОЛОГИЯ» В УЧЕБНОМ ПЛАНЕ </w:t>
      </w:r>
      <w:r w:rsidRPr="00602817">
        <w:rPr>
          <w:lang w:val="ru-RU"/>
        </w:rPr>
        <w:br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>Согласно требованиям ФГОС общее число часов на изучение курса «Технология» во 2 классе — 34 часа (по 1 часу в неделю)</w:t>
      </w:r>
    </w:p>
    <w:p w14:paraId="09ED7350" w14:textId="77777777" w:rsidR="007850F7" w:rsidRPr="00602817" w:rsidRDefault="007850F7">
      <w:pPr>
        <w:rPr>
          <w:lang w:val="ru-RU"/>
        </w:rPr>
        <w:sectPr w:rsidR="007850F7" w:rsidRPr="00602817">
          <w:pgSz w:w="11900" w:h="16840"/>
          <w:pgMar w:top="286" w:right="964" w:bottom="1440" w:left="666" w:header="720" w:footer="720" w:gutter="0"/>
          <w:cols w:space="720" w:equalWidth="0">
            <w:col w:w="10270" w:space="0"/>
          </w:cols>
          <w:docGrid w:linePitch="360"/>
        </w:sectPr>
      </w:pPr>
    </w:p>
    <w:p w14:paraId="756D701E" w14:textId="77777777" w:rsidR="007850F7" w:rsidRPr="00602817" w:rsidRDefault="007850F7">
      <w:pPr>
        <w:autoSpaceDE w:val="0"/>
        <w:autoSpaceDN w:val="0"/>
        <w:spacing w:after="78" w:line="220" w:lineRule="exact"/>
        <w:rPr>
          <w:lang w:val="ru-RU"/>
        </w:rPr>
      </w:pPr>
    </w:p>
    <w:p w14:paraId="0273279D" w14:textId="77777777" w:rsidR="007850F7" w:rsidRPr="00602817" w:rsidRDefault="00A60A13">
      <w:pPr>
        <w:autoSpaceDE w:val="0"/>
        <w:autoSpaceDN w:val="0"/>
        <w:spacing w:after="0" w:line="230" w:lineRule="auto"/>
        <w:rPr>
          <w:lang w:val="ru-RU"/>
        </w:rPr>
      </w:pPr>
      <w:r w:rsidRPr="0060281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14:paraId="16C35721" w14:textId="77777777" w:rsidR="007850F7" w:rsidRPr="00602817" w:rsidRDefault="00A60A13">
      <w:pPr>
        <w:tabs>
          <w:tab w:val="left" w:pos="180"/>
        </w:tabs>
        <w:autoSpaceDE w:val="0"/>
        <w:autoSpaceDN w:val="0"/>
        <w:spacing w:before="346" w:after="0"/>
        <w:rPr>
          <w:lang w:val="ru-RU"/>
        </w:rPr>
      </w:pP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1. Технологии, профессии и производства </w:t>
      </w:r>
      <w:r w:rsidRPr="00602817">
        <w:rPr>
          <w:lang w:val="ru-RU"/>
        </w:rPr>
        <w:br/>
      </w: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 xml:space="preserve">Рукотворный мир —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</w:t>
      </w:r>
      <w:r w:rsidRPr="00602817">
        <w:rPr>
          <w:lang w:val="ru-RU"/>
        </w:rPr>
        <w:br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>выразительность. Средства художественной выразительности (композиция, цвет, тон и др.).</w:t>
      </w:r>
    </w:p>
    <w:p w14:paraId="5EF23D18" w14:textId="77777777" w:rsidR="007850F7" w:rsidRPr="00602817" w:rsidRDefault="00A60A13">
      <w:pPr>
        <w:autoSpaceDE w:val="0"/>
        <w:autoSpaceDN w:val="0"/>
        <w:spacing w:before="70" w:after="0" w:line="283" w:lineRule="auto"/>
        <w:ind w:right="144"/>
        <w:rPr>
          <w:lang w:val="ru-RU"/>
        </w:rPr>
      </w:pP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>Изготовление изделий с учётом данного принципа. Общее представление о технологическом процессе: анализ устройства и назначения изделия; выстраивание последовательности практических действий и технологических операций; подбор материалов и инструментов; экономная разметка; обработка с целью получения (выделения) деталей, сборка, отделка изделия;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14:paraId="0E1EA3BA" w14:textId="77777777" w:rsidR="007850F7" w:rsidRPr="00602817" w:rsidRDefault="00A60A13">
      <w:pPr>
        <w:tabs>
          <w:tab w:val="left" w:pos="180"/>
        </w:tabs>
        <w:autoSpaceDE w:val="0"/>
        <w:autoSpaceDN w:val="0"/>
        <w:spacing w:before="70" w:after="0" w:line="262" w:lineRule="auto"/>
        <w:ind w:right="720"/>
        <w:rPr>
          <w:lang w:val="ru-RU"/>
        </w:rPr>
      </w:pP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>Традиции и современность. Новая жизнь древних профессий. Совершенствование их технологических процессов. Мастера и их профессии; правила мастера. Культурные традиции.</w:t>
      </w:r>
    </w:p>
    <w:p w14:paraId="487BE086" w14:textId="77777777" w:rsidR="007850F7" w:rsidRPr="00602817" w:rsidRDefault="00A60A13">
      <w:pPr>
        <w:tabs>
          <w:tab w:val="left" w:pos="180"/>
        </w:tabs>
        <w:autoSpaceDE w:val="0"/>
        <w:autoSpaceDN w:val="0"/>
        <w:spacing w:before="70" w:after="0" w:line="262" w:lineRule="auto"/>
        <w:ind w:right="1152"/>
        <w:rPr>
          <w:lang w:val="ru-RU"/>
        </w:rPr>
      </w:pP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14:paraId="5361593C" w14:textId="77777777" w:rsidR="007850F7" w:rsidRPr="00602817" w:rsidRDefault="00A60A13">
      <w:pPr>
        <w:tabs>
          <w:tab w:val="left" w:pos="180"/>
        </w:tabs>
        <w:autoSpaceDE w:val="0"/>
        <w:autoSpaceDN w:val="0"/>
        <w:spacing w:before="70" w:after="0"/>
        <w:ind w:right="288"/>
        <w:rPr>
          <w:lang w:val="ru-RU"/>
        </w:rPr>
      </w:pP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2. Технологии ручной обработки материалов </w:t>
      </w:r>
      <w:r w:rsidRPr="00602817">
        <w:rPr>
          <w:lang w:val="ru-RU"/>
        </w:rPr>
        <w:br/>
      </w: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14:paraId="58A9237E" w14:textId="77777777" w:rsidR="007850F7" w:rsidRPr="00602817" w:rsidRDefault="00A60A13">
      <w:pPr>
        <w:autoSpaceDE w:val="0"/>
        <w:autoSpaceDN w:val="0"/>
        <w:spacing w:before="70" w:after="0" w:line="281" w:lineRule="auto"/>
        <w:ind w:right="288" w:firstLine="180"/>
        <w:rPr>
          <w:lang w:val="ru-RU"/>
        </w:rPr>
      </w:pP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 xml:space="preserve">Называние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др.), сборка изделия (сшивание). Подвижное соединение деталей изделия. Использование </w:t>
      </w:r>
      <w:r w:rsidRPr="00602817">
        <w:rPr>
          <w:lang w:val="ru-RU"/>
        </w:rPr>
        <w:br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>соответствующих способов обработки материалов в зависимости от вида и назначения изделия.</w:t>
      </w:r>
    </w:p>
    <w:p w14:paraId="6BC38AA9" w14:textId="77777777" w:rsidR="007850F7" w:rsidRPr="00602817" w:rsidRDefault="00A60A13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>Виды условных графических изображений: рисунок, простейший чертёж, эскиз, схема. Чертёжные инструменты — линейка (угольник, циркуль). Их функциональное назначение, конструкция. Приёмы безопасной работы колющими (циркуль) инструментами.</w:t>
      </w:r>
    </w:p>
    <w:p w14:paraId="47AB7931" w14:textId="77777777" w:rsidR="007850F7" w:rsidRPr="00602817" w:rsidRDefault="00A60A13">
      <w:pPr>
        <w:autoSpaceDE w:val="0"/>
        <w:autoSpaceDN w:val="0"/>
        <w:spacing w:before="70" w:after="0" w:line="283" w:lineRule="auto"/>
        <w:ind w:right="144" w:firstLine="180"/>
        <w:rPr>
          <w:lang w:val="ru-RU"/>
        </w:rPr>
      </w:pPr>
      <w:r w:rsidRPr="00602817">
        <w:rPr>
          <w:rFonts w:ascii="Times New Roman" w:eastAsia="Times New Roman" w:hAnsi="Times New Roman"/>
          <w:color w:val="000000"/>
          <w:sz w:val="24"/>
          <w:u w:val="single"/>
          <w:lang w:val="ru-RU"/>
        </w:rPr>
        <w:t>Технология обработки бумаги и картона.</w:t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 xml:space="preserve">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— </w:t>
      </w:r>
      <w:proofErr w:type="spellStart"/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>биговка</w:t>
      </w:r>
      <w:proofErr w:type="spellEnd"/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>. Подвижное соединение деталей на проволоку, толстую нитку.</w:t>
      </w:r>
    </w:p>
    <w:p w14:paraId="18553A20" w14:textId="77777777" w:rsidR="007850F7" w:rsidRPr="00602817" w:rsidRDefault="00A60A13">
      <w:pPr>
        <w:autoSpaceDE w:val="0"/>
        <w:autoSpaceDN w:val="0"/>
        <w:spacing w:before="70" w:after="0" w:line="286" w:lineRule="auto"/>
        <w:ind w:firstLine="180"/>
        <w:rPr>
          <w:lang w:val="ru-RU"/>
        </w:rPr>
      </w:pPr>
      <w:r w:rsidRPr="00602817">
        <w:rPr>
          <w:rFonts w:ascii="Times New Roman" w:eastAsia="Times New Roman" w:hAnsi="Times New Roman"/>
          <w:color w:val="000000"/>
          <w:sz w:val="24"/>
          <w:u w:val="single"/>
          <w:lang w:val="ru-RU"/>
        </w:rPr>
        <w:t>Технология обработки текстильных материалов.</w:t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 xml:space="preserve"> Строение ткани (поперечное и продольное направление нитей). Ткани и нитки растительного происхождения (полученные на основе </w:t>
      </w:r>
      <w:r w:rsidRPr="00602817">
        <w:rPr>
          <w:lang w:val="ru-RU"/>
        </w:rPr>
        <w:br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>натурального сырья). Виды ниток (швейные, мулине). Трикотаж, нетканые материалы (общее представление), его строение и основные свойства. Строчка прямого стежка и её варианты (перевивы, наборы) и/или строчка косого стежка и её варианты (крестик, стебельчатая, ёлочка). Лекало. Разметка с помощью лекала (простейшей выкройки). 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14:paraId="18A391A1" w14:textId="77777777" w:rsidR="007850F7" w:rsidRPr="00602817" w:rsidRDefault="00A60A13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>Использование дополнительных материалов (например, проволока, пряжа, бусины и др.).</w:t>
      </w:r>
    </w:p>
    <w:p w14:paraId="56168336" w14:textId="77777777" w:rsidR="007850F7" w:rsidRPr="00602817" w:rsidRDefault="00A60A13">
      <w:pPr>
        <w:tabs>
          <w:tab w:val="left" w:pos="180"/>
        </w:tabs>
        <w:autoSpaceDE w:val="0"/>
        <w:autoSpaceDN w:val="0"/>
        <w:spacing w:before="70" w:after="0" w:line="271" w:lineRule="auto"/>
        <w:ind w:right="720"/>
        <w:rPr>
          <w:lang w:val="ru-RU"/>
        </w:rPr>
      </w:pP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3. Конструирование и моделирование </w:t>
      </w:r>
      <w:r w:rsidRPr="00602817">
        <w:rPr>
          <w:lang w:val="ru-RU"/>
        </w:rPr>
        <w:br/>
      </w: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14:paraId="38B49186" w14:textId="77777777" w:rsidR="007850F7" w:rsidRPr="00602817" w:rsidRDefault="007850F7">
      <w:pPr>
        <w:rPr>
          <w:lang w:val="ru-RU"/>
        </w:rPr>
        <w:sectPr w:rsidR="007850F7" w:rsidRPr="00602817">
          <w:pgSz w:w="11900" w:h="16840"/>
          <w:pgMar w:top="298" w:right="650" w:bottom="29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023F9288" w14:textId="77777777" w:rsidR="007850F7" w:rsidRPr="00602817" w:rsidRDefault="007850F7">
      <w:pPr>
        <w:autoSpaceDE w:val="0"/>
        <w:autoSpaceDN w:val="0"/>
        <w:spacing w:after="96" w:line="220" w:lineRule="exact"/>
        <w:rPr>
          <w:lang w:val="ru-RU"/>
        </w:rPr>
      </w:pPr>
    </w:p>
    <w:p w14:paraId="5BE51E82" w14:textId="77777777" w:rsidR="007850F7" w:rsidRPr="00602817" w:rsidRDefault="00A60A13">
      <w:pPr>
        <w:autoSpaceDE w:val="0"/>
        <w:autoSpaceDN w:val="0"/>
        <w:spacing w:after="0" w:line="271" w:lineRule="auto"/>
        <w:ind w:firstLine="180"/>
        <w:rPr>
          <w:lang w:val="ru-RU"/>
        </w:rPr>
      </w:pP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14:paraId="7FD0366B" w14:textId="77777777" w:rsidR="007850F7" w:rsidRPr="00602817" w:rsidRDefault="00A60A13">
      <w:pPr>
        <w:autoSpaceDE w:val="0"/>
        <w:autoSpaceDN w:val="0"/>
        <w:spacing w:before="70" w:after="0" w:line="262" w:lineRule="auto"/>
        <w:ind w:left="180" w:right="2304"/>
        <w:rPr>
          <w:lang w:val="ru-RU"/>
        </w:rPr>
      </w:pPr>
      <w:r w:rsidRPr="0060281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4. Информационно-коммуникативные технологии </w:t>
      </w:r>
      <w:r w:rsidRPr="00602817">
        <w:rPr>
          <w:lang w:val="ru-RU"/>
        </w:rPr>
        <w:br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>Демонстрация учителем готовых материалов на информационных носителях.</w:t>
      </w:r>
    </w:p>
    <w:p w14:paraId="71C4ABDE" w14:textId="77777777" w:rsidR="007850F7" w:rsidRPr="00602817" w:rsidRDefault="00A60A13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>Поиск информации. Интернет как источник информации.</w:t>
      </w:r>
    </w:p>
    <w:p w14:paraId="21024D60" w14:textId="77777777" w:rsidR="007850F7" w:rsidRPr="00602817" w:rsidRDefault="00A60A13">
      <w:pPr>
        <w:autoSpaceDE w:val="0"/>
        <w:autoSpaceDN w:val="0"/>
        <w:spacing w:before="190" w:after="0" w:line="286" w:lineRule="auto"/>
        <w:ind w:left="180" w:right="432"/>
        <w:rPr>
          <w:lang w:val="ru-RU"/>
        </w:rPr>
      </w:pPr>
      <w:r w:rsidRPr="0060281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Универсальные учебные действия </w:t>
      </w:r>
      <w:r w:rsidRPr="00602817">
        <w:rPr>
          <w:lang w:val="ru-RU"/>
        </w:rPr>
        <w:br/>
      </w:r>
      <w:r w:rsidRPr="0060281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Познавательные УУД: </w:t>
      </w:r>
      <w:r w:rsidRPr="00602817">
        <w:rPr>
          <w:lang w:val="ru-RU"/>
        </w:rPr>
        <w:br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 xml:space="preserve">ориентироваться в терминах, используемых в технологии (в пределах изученного); </w:t>
      </w:r>
      <w:r w:rsidRPr="00602817">
        <w:rPr>
          <w:lang w:val="ru-RU"/>
        </w:rPr>
        <w:br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работу в соответствии с образцом, инструкцией, устной или письменной; </w:t>
      </w:r>
      <w:r w:rsidRPr="00602817">
        <w:rPr>
          <w:lang w:val="ru-RU"/>
        </w:rPr>
        <w:br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действия анализа и синтеза, сравнения, группировки с учётом указанных критериев; строить рассуждения, делать умозаключения, проверять их в практической работе; </w:t>
      </w:r>
      <w:r w:rsidRPr="00602817">
        <w:rPr>
          <w:lang w:val="ru-RU"/>
        </w:rPr>
        <w:br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 xml:space="preserve">воспроизводить порядок действий при решении учебной/практической задачи; </w:t>
      </w:r>
      <w:r w:rsidRPr="00602817">
        <w:rPr>
          <w:lang w:val="ru-RU"/>
        </w:rPr>
        <w:br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>осуществлять решение простых задач в умственной и материализованной форме.</w:t>
      </w:r>
    </w:p>
    <w:p w14:paraId="705F1ABD" w14:textId="77777777" w:rsidR="007850F7" w:rsidRPr="00602817" w:rsidRDefault="00A60A13">
      <w:pPr>
        <w:tabs>
          <w:tab w:val="left" w:pos="180"/>
        </w:tabs>
        <w:autoSpaceDE w:val="0"/>
        <w:autoSpaceDN w:val="0"/>
        <w:spacing w:before="70" w:after="0"/>
        <w:ind w:right="144"/>
        <w:rPr>
          <w:lang w:val="ru-RU"/>
        </w:rPr>
      </w:pP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Работа с информацией: </w:t>
      </w:r>
      <w:r w:rsidRPr="00602817">
        <w:rPr>
          <w:lang w:val="ru-RU"/>
        </w:rPr>
        <w:br/>
      </w: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 xml:space="preserve">получать информацию из учебника и других дидактических материалов, использовать её в работе; </w:t>
      </w: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 w14:paraId="0B91ADB7" w14:textId="77777777" w:rsidR="007850F7" w:rsidRPr="00602817" w:rsidRDefault="00A60A13">
      <w:pPr>
        <w:tabs>
          <w:tab w:val="left" w:pos="180"/>
        </w:tabs>
        <w:autoSpaceDE w:val="0"/>
        <w:autoSpaceDN w:val="0"/>
        <w:spacing w:before="70" w:after="0" w:line="281" w:lineRule="auto"/>
        <w:rPr>
          <w:lang w:val="ru-RU"/>
        </w:rPr>
      </w:pP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Коммуникативные УУД: </w:t>
      </w:r>
      <w:r w:rsidRPr="00602817">
        <w:rPr>
          <w:lang w:val="ru-RU"/>
        </w:rPr>
        <w:br/>
      </w: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правила участия в учебном диалоге: задавать вопросы, дополнять ответы </w:t>
      </w:r>
      <w:r w:rsidRPr="00602817">
        <w:rPr>
          <w:lang w:val="ru-RU"/>
        </w:rPr>
        <w:br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 xml:space="preserve">одноклассников, высказывать своё мнение; отвечать на вопросы; проявлять уважительное отношение к одноклассникам, внимание к мнению другого; </w:t>
      </w:r>
      <w:r w:rsidRPr="00602817">
        <w:rPr>
          <w:lang w:val="ru-RU"/>
        </w:rPr>
        <w:br/>
      </w: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>делиться впечатлениями о прослушанном (прочитанном) тексте, рассказе учителя; о выполненной работе, созданном изделии.</w:t>
      </w:r>
    </w:p>
    <w:p w14:paraId="6EC1EC11" w14:textId="77777777" w:rsidR="007850F7" w:rsidRPr="00602817" w:rsidRDefault="00A60A13">
      <w:pPr>
        <w:tabs>
          <w:tab w:val="left" w:pos="180"/>
        </w:tabs>
        <w:autoSpaceDE w:val="0"/>
        <w:autoSpaceDN w:val="0"/>
        <w:spacing w:before="70" w:after="0" w:line="286" w:lineRule="auto"/>
        <w:ind w:right="576"/>
        <w:rPr>
          <w:lang w:val="ru-RU"/>
        </w:rPr>
      </w:pP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Регулятивные УУД: </w:t>
      </w:r>
      <w:r w:rsidRPr="00602817">
        <w:rPr>
          <w:lang w:val="ru-RU"/>
        </w:rPr>
        <w:br/>
      </w: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понимать и принимать учебную задачу; </w:t>
      </w:r>
      <w:r w:rsidRPr="00602817">
        <w:rPr>
          <w:lang w:val="ru-RU"/>
        </w:rPr>
        <w:br/>
      </w: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 xml:space="preserve">организовывать свою деятельность; </w:t>
      </w:r>
      <w:r w:rsidRPr="00602817">
        <w:rPr>
          <w:lang w:val="ru-RU"/>
        </w:rPr>
        <w:br/>
      </w: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понимать предлагаемый план действий, действовать по плану; </w:t>
      </w:r>
      <w:r w:rsidRPr="00602817">
        <w:rPr>
          <w:lang w:val="ru-RU"/>
        </w:rPr>
        <w:br/>
      </w: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 xml:space="preserve">прогнозировать необходимые действия для получения практического результата, планировать работу; </w:t>
      </w:r>
      <w:r w:rsidRPr="00602817">
        <w:rPr>
          <w:lang w:val="ru-RU"/>
        </w:rPr>
        <w:br/>
      </w: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действия контроля и оценки; </w:t>
      </w:r>
      <w:r w:rsidRPr="00602817">
        <w:rPr>
          <w:lang w:val="ru-RU"/>
        </w:rPr>
        <w:br/>
      </w: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>воспринимать советы, оценку учителя и одноклассников, стараться учитывать их в работе.</w:t>
      </w:r>
    </w:p>
    <w:p w14:paraId="208A36EC" w14:textId="77777777" w:rsidR="007850F7" w:rsidRPr="00602817" w:rsidRDefault="00A60A13">
      <w:pPr>
        <w:tabs>
          <w:tab w:val="left" w:pos="180"/>
        </w:tabs>
        <w:autoSpaceDE w:val="0"/>
        <w:autoSpaceDN w:val="0"/>
        <w:spacing w:before="72" w:after="0" w:line="281" w:lineRule="auto"/>
        <w:rPr>
          <w:lang w:val="ru-RU"/>
        </w:rPr>
      </w:pP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Совместная деятельность: </w:t>
      </w:r>
      <w:r w:rsidRPr="00602817">
        <w:rPr>
          <w:lang w:val="ru-RU"/>
        </w:rPr>
        <w:br/>
      </w: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элементарную совместную деятельность в процессе изготовления изделий, осуществлять взаимопомощь; </w:t>
      </w:r>
      <w:r w:rsidRPr="00602817">
        <w:rPr>
          <w:lang w:val="ru-RU"/>
        </w:rPr>
        <w:br/>
      </w: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>выполнять правила совместной работы: справедливо распределять работу; договариваться, выполнять ответственно свою часть работы, уважительно относиться к чужому мнению.</w:t>
      </w:r>
    </w:p>
    <w:p w14:paraId="7169C131" w14:textId="77777777" w:rsidR="007850F7" w:rsidRPr="00602817" w:rsidRDefault="007850F7">
      <w:pPr>
        <w:rPr>
          <w:lang w:val="ru-RU"/>
        </w:rPr>
        <w:sectPr w:rsidR="007850F7" w:rsidRPr="00602817">
          <w:pgSz w:w="11900" w:h="16840"/>
          <w:pgMar w:top="316" w:right="692" w:bottom="1440" w:left="666" w:header="720" w:footer="720" w:gutter="0"/>
          <w:cols w:space="720" w:equalWidth="0">
            <w:col w:w="10542" w:space="0"/>
          </w:cols>
          <w:docGrid w:linePitch="360"/>
        </w:sectPr>
      </w:pPr>
    </w:p>
    <w:p w14:paraId="01255D41" w14:textId="77777777" w:rsidR="007850F7" w:rsidRPr="00602817" w:rsidRDefault="007850F7">
      <w:pPr>
        <w:autoSpaceDE w:val="0"/>
        <w:autoSpaceDN w:val="0"/>
        <w:spacing w:after="78" w:line="220" w:lineRule="exact"/>
        <w:rPr>
          <w:lang w:val="ru-RU"/>
        </w:rPr>
      </w:pPr>
    </w:p>
    <w:p w14:paraId="1177422F" w14:textId="77777777" w:rsidR="007850F7" w:rsidRPr="00602817" w:rsidRDefault="00A60A13">
      <w:pPr>
        <w:autoSpaceDE w:val="0"/>
        <w:autoSpaceDN w:val="0"/>
        <w:spacing w:after="0" w:line="262" w:lineRule="auto"/>
        <w:ind w:right="432"/>
        <w:rPr>
          <w:lang w:val="ru-RU"/>
        </w:rPr>
      </w:pPr>
      <w:r w:rsidRPr="00602817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РЕЗУЛЬТАТЫ ОСВОЕНИЯ УЧЕБНОГО ПРЕДМЕТА «</w:t>
      </w:r>
      <w:proofErr w:type="gramStart"/>
      <w:r w:rsidRPr="00602817">
        <w:rPr>
          <w:rFonts w:ascii="Times New Roman" w:eastAsia="Times New Roman" w:hAnsi="Times New Roman"/>
          <w:b/>
          <w:color w:val="000000"/>
          <w:sz w:val="24"/>
          <w:lang w:val="ru-RU"/>
        </w:rPr>
        <w:t>ТЕХНОЛОГИЯ»НА</w:t>
      </w:r>
      <w:proofErr w:type="gramEnd"/>
      <w:r w:rsidRPr="0060281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УРОВНЕ НАЧАЛЬНОГО ОБЩЕГО ОБРАЗОВАНИЯ </w:t>
      </w:r>
    </w:p>
    <w:p w14:paraId="2732C810" w14:textId="77777777" w:rsidR="007850F7" w:rsidRPr="00602817" w:rsidRDefault="00A60A13">
      <w:pPr>
        <w:tabs>
          <w:tab w:val="left" w:pos="180"/>
        </w:tabs>
        <w:autoSpaceDE w:val="0"/>
        <w:autoSpaceDN w:val="0"/>
        <w:spacing w:before="346" w:after="0" w:line="290" w:lineRule="auto"/>
        <w:rPr>
          <w:lang w:val="ru-RU"/>
        </w:rPr>
      </w:pP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ЛИЧНОСТНЫЕ РЕЗУЛЬТАТЫ ОБУЧАЮЩЕГОСЯ </w:t>
      </w:r>
      <w:r w:rsidRPr="00602817">
        <w:rPr>
          <w:lang w:val="ru-RU"/>
        </w:rPr>
        <w:br/>
      </w: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 xml:space="preserve">В результате изучения предмета «Технология» у обучающегося будут сформированы следующие личностные новообразования: </w:t>
      </w:r>
      <w:r w:rsidRPr="00602817">
        <w:rPr>
          <w:lang w:val="ru-RU"/>
        </w:rPr>
        <w:br/>
      </w: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 xml:space="preserve">первоначальные представления о созидательном и нравственном значении труда в жизни человека и общества; уважительное отношение к труду и творчеству мастеров; </w:t>
      </w:r>
      <w:r w:rsidRPr="00602817">
        <w:rPr>
          <w:lang w:val="ru-RU"/>
        </w:rPr>
        <w:br/>
      </w: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 xml:space="preserve">осознание роли человека и используемых им технологий в сохранении гармонического </w:t>
      </w:r>
      <w:r w:rsidRPr="00602817">
        <w:rPr>
          <w:lang w:val="ru-RU"/>
        </w:rPr>
        <w:br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 xml:space="preserve">сосуществования рукотворного мира с миром природы; ответственное отношение к сохранению окружающей среды; </w:t>
      </w:r>
      <w:r w:rsidRPr="00602817">
        <w:rPr>
          <w:lang w:val="ru-RU"/>
        </w:rPr>
        <w:br/>
      </w: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понимание культурно-исторической ценности традиций, отражённых в предметном мире; чувство сопричастности к культуре своего народа, уважительное отношение к культурным традициям других народов; </w:t>
      </w:r>
      <w:r w:rsidRPr="00602817">
        <w:rPr>
          <w:lang w:val="ru-RU"/>
        </w:rPr>
        <w:br/>
      </w: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проявление способности к эстетической оценке окружающей предметной среды; эстетические чувства — эмоционально-положительное восприятие и понимание красоты форм и образов </w:t>
      </w:r>
      <w:r w:rsidRPr="00602817">
        <w:rPr>
          <w:lang w:val="ru-RU"/>
        </w:rPr>
        <w:br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 xml:space="preserve">природных объектов, образцов мировой и отечественной художественной культуры; </w:t>
      </w:r>
      <w:r w:rsidRPr="00602817">
        <w:rPr>
          <w:lang w:val="ru-RU"/>
        </w:rPr>
        <w:br/>
      </w: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проявление положительного отношения и интереса к различным видам творческой преобразующей деятельности, стремление к творческой самореализации; мотивация к творческому труду, работе на результат; способность к различным видам практической преобразующей деятельности; </w:t>
      </w:r>
      <w:r w:rsidRPr="00602817">
        <w:rPr>
          <w:lang w:val="ru-RU"/>
        </w:rPr>
        <w:br/>
      </w: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 </w:t>
      </w: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>готовность вступать в сотрудничество с другими людьми с учётом этики общения; проявление толерантности и доброжелательности.</w:t>
      </w:r>
    </w:p>
    <w:p w14:paraId="6231DBA0" w14:textId="77777777" w:rsidR="007850F7" w:rsidRPr="00602817" w:rsidRDefault="00A60A13">
      <w:pPr>
        <w:autoSpaceDE w:val="0"/>
        <w:autoSpaceDN w:val="0"/>
        <w:spacing w:before="190" w:after="0" w:line="262" w:lineRule="auto"/>
        <w:ind w:left="180" w:right="432"/>
        <w:rPr>
          <w:lang w:val="ru-RU"/>
        </w:rPr>
      </w:pPr>
      <w:r w:rsidRPr="0060281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МЕТАПРЕДМЕТНЫЕ РЕЗУЛЬТАТЫ ОБУЧАЮЩЕГОСЯ </w:t>
      </w:r>
      <w:r w:rsidRPr="00602817">
        <w:rPr>
          <w:lang w:val="ru-RU"/>
        </w:rPr>
        <w:br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>К концу обучения у обучающегося формируются следующие универсальные учебные действия.</w:t>
      </w:r>
    </w:p>
    <w:p w14:paraId="2DC36819" w14:textId="77777777" w:rsidR="007850F7" w:rsidRPr="00602817" w:rsidRDefault="00A60A13">
      <w:pPr>
        <w:tabs>
          <w:tab w:val="left" w:pos="180"/>
        </w:tabs>
        <w:autoSpaceDE w:val="0"/>
        <w:autoSpaceDN w:val="0"/>
        <w:spacing w:before="190" w:after="0" w:line="288" w:lineRule="auto"/>
        <w:ind w:right="288"/>
        <w:rPr>
          <w:lang w:val="ru-RU"/>
        </w:rPr>
      </w:pP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Познавательные УУД: </w:t>
      </w:r>
      <w:r w:rsidRPr="00602817">
        <w:rPr>
          <w:lang w:val="ru-RU"/>
        </w:rPr>
        <w:br/>
      </w: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 xml:space="preserve"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 </w:t>
      </w:r>
      <w:r w:rsidRPr="00602817">
        <w:rPr>
          <w:lang w:val="ru-RU"/>
        </w:rPr>
        <w:br/>
      </w: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 xml:space="preserve">осуществлять анализ объектов и изделий с выделением существенных и несущественных признаков; </w:t>
      </w:r>
      <w:r w:rsidRPr="00602817">
        <w:rPr>
          <w:lang w:val="ru-RU"/>
        </w:rPr>
        <w:br/>
      </w: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 xml:space="preserve">сравнивать группы объектов/изделий, выделять в них общее и различия; </w:t>
      </w:r>
      <w:r w:rsidRPr="00602817">
        <w:rPr>
          <w:lang w:val="ru-RU"/>
        </w:rPr>
        <w:br/>
      </w: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 xml:space="preserve">делать обобщения (технико-технологического и декоративно-художественного характера) по изучаемой тематике; </w:t>
      </w:r>
      <w:r w:rsidRPr="00602817">
        <w:rPr>
          <w:lang w:val="ru-RU"/>
        </w:rPr>
        <w:br/>
      </w: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схемы, модели и простейшие чертежи в собственной практической творческой деятельности; </w:t>
      </w:r>
      <w:r w:rsidRPr="00602817">
        <w:rPr>
          <w:lang w:val="ru-RU"/>
        </w:rPr>
        <w:br/>
      </w: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 xml:space="preserve"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 </w:t>
      </w:r>
      <w:r w:rsidRPr="00602817">
        <w:rPr>
          <w:lang w:val="ru-RU"/>
        </w:rPr>
        <w:br/>
      </w: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14:paraId="3C7D5682" w14:textId="77777777" w:rsidR="007850F7" w:rsidRPr="00602817" w:rsidRDefault="00A60A13">
      <w:pPr>
        <w:tabs>
          <w:tab w:val="left" w:pos="180"/>
        </w:tabs>
        <w:autoSpaceDE w:val="0"/>
        <w:autoSpaceDN w:val="0"/>
        <w:spacing w:before="190" w:after="0" w:line="281" w:lineRule="auto"/>
        <w:ind w:right="432"/>
        <w:rPr>
          <w:lang w:val="ru-RU"/>
        </w:rPr>
      </w:pP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Работа с информацией: </w:t>
      </w:r>
      <w:r w:rsidRPr="00602817">
        <w:rPr>
          <w:lang w:val="ru-RU"/>
        </w:rPr>
        <w:br/>
      </w: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 xml:space="preserve"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 </w:t>
      </w: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форме; выполнять действия моделирования,</w:t>
      </w:r>
    </w:p>
    <w:p w14:paraId="2F6C8162" w14:textId="77777777" w:rsidR="007850F7" w:rsidRPr="00602817" w:rsidRDefault="007850F7">
      <w:pPr>
        <w:rPr>
          <w:lang w:val="ru-RU"/>
        </w:rPr>
        <w:sectPr w:rsidR="007850F7" w:rsidRPr="00602817">
          <w:pgSz w:w="11900" w:h="16840"/>
          <w:pgMar w:top="298" w:right="650" w:bottom="444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70AC635E" w14:textId="77777777" w:rsidR="007850F7" w:rsidRPr="00602817" w:rsidRDefault="007850F7">
      <w:pPr>
        <w:autoSpaceDE w:val="0"/>
        <w:autoSpaceDN w:val="0"/>
        <w:spacing w:after="66" w:line="220" w:lineRule="exact"/>
        <w:rPr>
          <w:lang w:val="ru-RU"/>
        </w:rPr>
      </w:pPr>
    </w:p>
    <w:p w14:paraId="206CF407" w14:textId="77777777" w:rsidR="007850F7" w:rsidRPr="00602817" w:rsidRDefault="00A60A13">
      <w:pPr>
        <w:tabs>
          <w:tab w:val="left" w:pos="180"/>
        </w:tabs>
        <w:autoSpaceDE w:val="0"/>
        <w:autoSpaceDN w:val="0"/>
        <w:spacing w:after="0" w:line="281" w:lineRule="auto"/>
        <w:ind w:right="288"/>
        <w:rPr>
          <w:lang w:val="ru-RU"/>
        </w:rPr>
      </w:pP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 xml:space="preserve">работать с моделями; </w:t>
      </w:r>
      <w:r w:rsidRPr="00602817">
        <w:rPr>
          <w:lang w:val="ru-RU"/>
        </w:rPr>
        <w:br/>
      </w: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 </w:t>
      </w:r>
      <w:r w:rsidRPr="00602817">
        <w:rPr>
          <w:lang w:val="ru-RU"/>
        </w:rPr>
        <w:br/>
      </w: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14:paraId="0EDA7328" w14:textId="77777777" w:rsidR="007850F7" w:rsidRPr="00602817" w:rsidRDefault="00A60A13">
      <w:pPr>
        <w:tabs>
          <w:tab w:val="left" w:pos="180"/>
        </w:tabs>
        <w:autoSpaceDE w:val="0"/>
        <w:autoSpaceDN w:val="0"/>
        <w:spacing w:before="190" w:after="0" w:line="286" w:lineRule="auto"/>
        <w:ind w:right="144"/>
        <w:rPr>
          <w:lang w:val="ru-RU"/>
        </w:rPr>
      </w:pP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Коммуникативные УУД: </w:t>
      </w:r>
      <w:r w:rsidRPr="00602817">
        <w:rPr>
          <w:lang w:val="ru-RU"/>
        </w:rPr>
        <w:br/>
      </w: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 xml:space="preserve">вступать в диалог, задавать собеседнику вопросы, использовать реплики-уточнения и дополнения; формулировать собственное мнение и идеи, аргументированно их излагать; выслушивать разные мнения, учитывать их в диалоге; </w:t>
      </w:r>
      <w:r w:rsidRPr="00602817">
        <w:rPr>
          <w:lang w:val="ru-RU"/>
        </w:rPr>
        <w:br/>
      </w: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 xml:space="preserve">создавать тексты-описания на основе наблюдений (рассматривания) изделий декоративно-прикладного искусства народов России; </w:t>
      </w:r>
      <w:r w:rsidRPr="00602817">
        <w:rPr>
          <w:lang w:val="ru-RU"/>
        </w:rPr>
        <w:br/>
      </w: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 xml:space="preserve"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 </w:t>
      </w:r>
      <w:r w:rsidRPr="00602817">
        <w:rPr>
          <w:lang w:val="ru-RU"/>
        </w:rPr>
        <w:br/>
      </w: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>объяснять последовательность совершаемых действий при создании изделия.</w:t>
      </w:r>
    </w:p>
    <w:p w14:paraId="6D808B5D" w14:textId="77777777" w:rsidR="007850F7" w:rsidRPr="00602817" w:rsidRDefault="00A60A13">
      <w:pPr>
        <w:tabs>
          <w:tab w:val="left" w:pos="180"/>
        </w:tabs>
        <w:autoSpaceDE w:val="0"/>
        <w:autoSpaceDN w:val="0"/>
        <w:spacing w:before="190" w:after="0" w:line="286" w:lineRule="auto"/>
        <w:rPr>
          <w:lang w:val="ru-RU"/>
        </w:rPr>
      </w:pP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Регулятивные УУД: </w:t>
      </w:r>
      <w:r w:rsidRPr="00602817">
        <w:rPr>
          <w:lang w:val="ru-RU"/>
        </w:rPr>
        <w:br/>
      </w: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 xml:space="preserve">рационально организовывать свою работу (подготовка рабочего места, поддержание и наведение порядка, уборка после работы); </w:t>
      </w:r>
      <w:r w:rsidRPr="00602817">
        <w:rPr>
          <w:lang w:val="ru-RU"/>
        </w:rPr>
        <w:br/>
      </w: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правила безопасности труда при выполнении работы; </w:t>
      </w:r>
      <w:r w:rsidRPr="00602817">
        <w:rPr>
          <w:lang w:val="ru-RU"/>
        </w:rPr>
        <w:br/>
      </w: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 xml:space="preserve">планировать работу, соотносить свои действия с поставленной целью; </w:t>
      </w:r>
      <w:r w:rsidRPr="00602817">
        <w:rPr>
          <w:lang w:val="ru-RU"/>
        </w:rPr>
        <w:br/>
      </w: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 xml:space="preserve"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 </w:t>
      </w:r>
      <w:r w:rsidRPr="00602817">
        <w:rPr>
          <w:lang w:val="ru-RU"/>
        </w:rPr>
        <w:br/>
      </w: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действия контроля и оценки; вносить необходимые коррективы в действие после его завершения на основе его оценки и учёта характера сделанных ошибок; </w:t>
      </w:r>
      <w:r w:rsidRPr="00602817">
        <w:rPr>
          <w:lang w:val="ru-RU"/>
        </w:rPr>
        <w:br/>
      </w: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>проявлять волевую саморегуляцию при выполнении работы.</w:t>
      </w:r>
    </w:p>
    <w:p w14:paraId="776F53B6" w14:textId="77777777" w:rsidR="007850F7" w:rsidRPr="00602817" w:rsidRDefault="00A60A13">
      <w:pPr>
        <w:tabs>
          <w:tab w:val="left" w:pos="180"/>
        </w:tabs>
        <w:autoSpaceDE w:val="0"/>
        <w:autoSpaceDN w:val="0"/>
        <w:spacing w:before="190" w:after="0" w:line="286" w:lineRule="auto"/>
        <w:rPr>
          <w:lang w:val="ru-RU"/>
        </w:rPr>
      </w:pP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Совместная деятельность: </w:t>
      </w:r>
      <w:r w:rsidRPr="00602817">
        <w:rPr>
          <w:lang w:val="ru-RU"/>
        </w:rPr>
        <w:br/>
      </w: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 xml:space="preserve"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руководителя/лидера и подчинённого; осуществлять продуктивное сотрудничество; </w:t>
      </w:r>
      <w:r w:rsidRPr="00602817">
        <w:rPr>
          <w:lang w:val="ru-RU"/>
        </w:rPr>
        <w:br/>
      </w: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проявлять интерес к работе товарищей; в доброжелательной форме комментировать и оценивать их достижения, высказывать свои предложения и пожелания; оказывать при необходимости помощь; </w:t>
      </w: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воплощения; предъявлять аргументы для защиты продукта проектной деятельности.</w:t>
      </w:r>
    </w:p>
    <w:p w14:paraId="04EB60BC" w14:textId="77777777" w:rsidR="007850F7" w:rsidRPr="00602817" w:rsidRDefault="00A60A13">
      <w:pPr>
        <w:tabs>
          <w:tab w:val="left" w:pos="180"/>
        </w:tabs>
        <w:autoSpaceDE w:val="0"/>
        <w:autoSpaceDN w:val="0"/>
        <w:spacing w:before="190" w:after="0" w:line="286" w:lineRule="auto"/>
        <w:ind w:right="144"/>
        <w:rPr>
          <w:lang w:val="ru-RU"/>
        </w:rPr>
      </w:pP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 ОСВОЕНИЯ КУРСА «ТЕХНОЛОГИЯ»</w:t>
      </w:r>
      <w:r w:rsidRPr="00602817">
        <w:rPr>
          <w:lang w:val="ru-RU"/>
        </w:rPr>
        <w:br/>
      </w: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>К концу обучения</w:t>
      </w:r>
      <w:r w:rsidRPr="0060281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во втором</w:t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 xml:space="preserve"> классе обучающийся научится: </w:t>
      </w:r>
      <w:r w:rsidRPr="00602817">
        <w:rPr>
          <w:lang w:val="ru-RU"/>
        </w:rPr>
        <w:br/>
      </w: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понимать смысл понятий «инструкционная» («технологическая») карта, «чертёж», «эскиз», «линии чертежа», «развёртка», «макет», «модель», «технология», «технологические операции», «способы обработки» и использовать их в практической деятельности; </w:t>
      </w:r>
      <w:r w:rsidRPr="00602817">
        <w:rPr>
          <w:lang w:val="ru-RU"/>
        </w:rPr>
        <w:br/>
      </w: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задания по самостоятельно составленному плану; </w:t>
      </w:r>
      <w:r w:rsidRPr="00602817">
        <w:rPr>
          <w:lang w:val="ru-RU"/>
        </w:rPr>
        <w:br/>
      </w: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>распознавать элементарные общие правила создания рукотворного мира (прочность, удобство, эстетическая выразительность — симметрия, асимметрия, равновесие); наблюдать гармонию предметов и окружающей среды; называть характерные особенности изученных видов декоративно-прикладного искусства;</w:t>
      </w:r>
    </w:p>
    <w:p w14:paraId="54EACA43" w14:textId="77777777" w:rsidR="007850F7" w:rsidRPr="00602817" w:rsidRDefault="007850F7">
      <w:pPr>
        <w:rPr>
          <w:lang w:val="ru-RU"/>
        </w:rPr>
        <w:sectPr w:rsidR="007850F7" w:rsidRPr="00602817">
          <w:pgSz w:w="11900" w:h="16840"/>
          <w:pgMar w:top="286" w:right="668" w:bottom="368" w:left="666" w:header="720" w:footer="720" w:gutter="0"/>
          <w:cols w:space="720" w:equalWidth="0">
            <w:col w:w="10566" w:space="0"/>
          </w:cols>
          <w:docGrid w:linePitch="360"/>
        </w:sectPr>
      </w:pPr>
    </w:p>
    <w:p w14:paraId="4E5E4E7F" w14:textId="77777777" w:rsidR="007850F7" w:rsidRPr="00602817" w:rsidRDefault="007850F7">
      <w:pPr>
        <w:autoSpaceDE w:val="0"/>
        <w:autoSpaceDN w:val="0"/>
        <w:spacing w:after="78" w:line="220" w:lineRule="exact"/>
        <w:rPr>
          <w:lang w:val="ru-RU"/>
        </w:rPr>
      </w:pPr>
    </w:p>
    <w:p w14:paraId="12F63608" w14:textId="77777777" w:rsidR="007850F7" w:rsidRPr="00602817" w:rsidRDefault="00A60A13">
      <w:pPr>
        <w:tabs>
          <w:tab w:val="left" w:pos="180"/>
        </w:tabs>
        <w:autoSpaceDE w:val="0"/>
        <w:autoSpaceDN w:val="0"/>
        <w:spacing w:after="0" w:line="290" w:lineRule="auto"/>
        <w:rPr>
          <w:lang w:val="ru-RU"/>
        </w:rPr>
      </w:pP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 xml:space="preserve">выделять, называть и применять изученные общие правила создания рукотворного мира в своей предметно-творческой деятельности; </w:t>
      </w:r>
      <w:r w:rsidRPr="00602817">
        <w:rPr>
          <w:lang w:val="ru-RU"/>
        </w:rPr>
        <w:br/>
      </w: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 xml:space="preserve">самостоятельно готовить рабочее место в соответствии с видом деятельности, поддерживать порядок во время работы, убирать рабочее место; </w:t>
      </w:r>
      <w:r w:rsidRPr="00602817">
        <w:rPr>
          <w:lang w:val="ru-RU"/>
        </w:rPr>
        <w:br/>
      </w: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 xml:space="preserve">анализировать задание/образец по предложенным вопросам, памятке или инструкции, </w:t>
      </w:r>
      <w:r w:rsidRPr="00602817">
        <w:rPr>
          <w:lang w:val="ru-RU"/>
        </w:rPr>
        <w:br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 xml:space="preserve">самостоятельно выполнять доступные задания с опорой на инструкционную (технологическую) карту; </w:t>
      </w:r>
      <w:r w:rsidRPr="00602817">
        <w:rPr>
          <w:lang w:val="ru-RU"/>
        </w:rPr>
        <w:br/>
      </w: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 xml:space="preserve">самостоятельно отбирать материалы и инструменты для работы; исследовать свойства новых изучаемых материалов (толстый картон, натуральные ткани, нитки, проволока и др.); </w:t>
      </w:r>
      <w:r w:rsidRPr="00602817">
        <w:rPr>
          <w:lang w:val="ru-RU"/>
        </w:rPr>
        <w:br/>
      </w: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 xml:space="preserve">читать простейшие чертежи (эскизы), называть линии чертежа (линия контура и надреза, линия выносная и размерная, линия сгиба, линия симметрии); </w:t>
      </w:r>
      <w:r w:rsidRPr="00602817">
        <w:rPr>
          <w:lang w:val="ru-RU"/>
        </w:rPr>
        <w:br/>
      </w: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(эскиз); чертить окружность с помощью циркуля; </w:t>
      </w:r>
      <w:r w:rsidRPr="00602817">
        <w:rPr>
          <w:lang w:val="ru-RU"/>
        </w:rPr>
        <w:br/>
      </w: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</w:t>
      </w:r>
      <w:proofErr w:type="spellStart"/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>биговку</w:t>
      </w:r>
      <w:proofErr w:type="spellEnd"/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 xml:space="preserve">; </w:t>
      </w:r>
      <w:r w:rsidRPr="00602817">
        <w:rPr>
          <w:lang w:val="ru-RU"/>
        </w:rPr>
        <w:br/>
      </w: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построение простейшего лекала (выкройки) правильной геометрической формы и разметку деталей кроя на ткани по нему/ней; </w:t>
      </w:r>
      <w:r w:rsidRPr="00602817">
        <w:rPr>
          <w:lang w:val="ru-RU"/>
        </w:rPr>
        <w:br/>
      </w: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 xml:space="preserve">оформлять изделия и соединять детали освоенными ручными строчками; </w:t>
      </w:r>
      <w:r w:rsidRPr="00602817">
        <w:rPr>
          <w:lang w:val="ru-RU"/>
        </w:rPr>
        <w:br/>
      </w: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понимать смысл понятия «развёртка» (трёхмерного предмета); соотносить объёмную конструкцию с изображениями её развёртки; </w:t>
      </w:r>
      <w:r w:rsidRPr="00602817">
        <w:rPr>
          <w:lang w:val="ru-RU"/>
        </w:rPr>
        <w:br/>
      </w: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 xml:space="preserve">отличать макет от модели, строить трёхмерный макет из готовой развёртки; </w:t>
      </w:r>
      <w:r w:rsidRPr="00602817">
        <w:rPr>
          <w:lang w:val="ru-RU"/>
        </w:rPr>
        <w:br/>
      </w: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 xml:space="preserve">определять неподвижный и подвижный способ соединения деталей и выполнять подвижное и неподвижное соединения известными способами; </w:t>
      </w:r>
      <w:r w:rsidRPr="00602817">
        <w:rPr>
          <w:lang w:val="ru-RU"/>
        </w:rPr>
        <w:br/>
      </w: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 xml:space="preserve">конструировать и моделировать изделия из различных материалов по модели, простейшему чертежу или эскизу; </w:t>
      </w:r>
      <w:r w:rsidRPr="00602817">
        <w:rPr>
          <w:lang w:val="ru-RU"/>
        </w:rPr>
        <w:br/>
      </w: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 xml:space="preserve">решать несложные конструкторско-технологические задачи; </w:t>
      </w:r>
      <w:r w:rsidRPr="00602817">
        <w:rPr>
          <w:lang w:val="ru-RU"/>
        </w:rPr>
        <w:br/>
      </w: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 xml:space="preserve">применять освоенные знания и практические умения (технологические, графические, </w:t>
      </w:r>
      <w:r w:rsidRPr="00602817">
        <w:rPr>
          <w:lang w:val="ru-RU"/>
        </w:rPr>
        <w:br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 xml:space="preserve">конструкторские) в самостоятельной интеллектуальной и практической деятельности; </w:t>
      </w:r>
      <w:r w:rsidRPr="00602817">
        <w:rPr>
          <w:lang w:val="ru-RU"/>
        </w:rPr>
        <w:br/>
      </w: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 xml:space="preserve">делать выбор, какое мнение принять — своё или другое, высказанное в ходе обсуждения; </w:t>
      </w:r>
      <w:r w:rsidRPr="00602817">
        <w:rPr>
          <w:lang w:val="ru-RU"/>
        </w:rPr>
        <w:br/>
      </w: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работу в малых группах, осуществлять сотрудничество; </w:t>
      </w:r>
      <w:r w:rsidRPr="00602817">
        <w:rPr>
          <w:lang w:val="ru-RU"/>
        </w:rPr>
        <w:br/>
      </w: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понимать особенности проектной деятельности, осуществлять под руководством учителя </w:t>
      </w:r>
      <w:r w:rsidRPr="00602817">
        <w:rPr>
          <w:lang w:val="ru-RU"/>
        </w:rPr>
        <w:br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 xml:space="preserve">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 </w:t>
      </w:r>
      <w:r w:rsidRPr="00602817">
        <w:rPr>
          <w:lang w:val="ru-RU"/>
        </w:rPr>
        <w:br/>
      </w:r>
      <w:r w:rsidRPr="00602817">
        <w:rPr>
          <w:lang w:val="ru-RU"/>
        </w:rPr>
        <w:tab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>называть профессии людей, работающих в сфере обслуживания.</w:t>
      </w:r>
    </w:p>
    <w:p w14:paraId="0A8386DC" w14:textId="77777777" w:rsidR="007850F7" w:rsidRPr="00602817" w:rsidRDefault="007850F7">
      <w:pPr>
        <w:rPr>
          <w:lang w:val="ru-RU"/>
        </w:rPr>
        <w:sectPr w:rsidR="007850F7" w:rsidRPr="00602817">
          <w:pgSz w:w="11900" w:h="16840"/>
          <w:pgMar w:top="298" w:right="662" w:bottom="1440" w:left="666" w:header="720" w:footer="720" w:gutter="0"/>
          <w:cols w:space="720" w:equalWidth="0">
            <w:col w:w="10572" w:space="0"/>
          </w:cols>
          <w:docGrid w:linePitch="360"/>
        </w:sectPr>
      </w:pPr>
    </w:p>
    <w:p w14:paraId="72D95101" w14:textId="77777777" w:rsidR="007850F7" w:rsidRPr="00602817" w:rsidRDefault="007850F7">
      <w:pPr>
        <w:autoSpaceDE w:val="0"/>
        <w:autoSpaceDN w:val="0"/>
        <w:spacing w:after="64" w:line="220" w:lineRule="exact"/>
        <w:rPr>
          <w:lang w:val="ru-RU"/>
        </w:rPr>
      </w:pPr>
    </w:p>
    <w:p w14:paraId="16057E37" w14:textId="77777777" w:rsidR="007850F7" w:rsidRDefault="00A60A13">
      <w:pPr>
        <w:autoSpaceDE w:val="0"/>
        <w:autoSpaceDN w:val="0"/>
        <w:spacing w:after="258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528"/>
        <w:gridCol w:w="528"/>
        <w:gridCol w:w="1104"/>
        <w:gridCol w:w="1140"/>
        <w:gridCol w:w="804"/>
        <w:gridCol w:w="4180"/>
        <w:gridCol w:w="1080"/>
        <w:gridCol w:w="1670"/>
      </w:tblGrid>
      <w:tr w:rsidR="007850F7" w14:paraId="5FF7F5E4" w14:textId="77777777">
        <w:trPr>
          <w:trHeight w:hRule="exact" w:val="348"/>
        </w:trPr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C7B85A" w14:textId="77777777" w:rsidR="007850F7" w:rsidRDefault="00A60A13">
            <w:pPr>
              <w:autoSpaceDE w:val="0"/>
              <w:autoSpaceDN w:val="0"/>
              <w:spacing w:before="78" w:after="0" w:line="245" w:lineRule="auto"/>
              <w:ind w:right="144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п/п</w:t>
            </w:r>
          </w:p>
        </w:tc>
        <w:tc>
          <w:tcPr>
            <w:tcW w:w="45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F8539F" w14:textId="77777777" w:rsidR="007850F7" w:rsidRPr="00602817" w:rsidRDefault="00A60A13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60281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Наименование разделов и тем программы</w:t>
            </w:r>
          </w:p>
        </w:tc>
        <w:tc>
          <w:tcPr>
            <w:tcW w:w="27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ACEF93" w14:textId="77777777" w:rsidR="007850F7" w:rsidRDefault="00A60A13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Количество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часов</w:t>
            </w:r>
            <w:proofErr w:type="spellEnd"/>
          </w:p>
        </w:tc>
        <w:tc>
          <w:tcPr>
            <w:tcW w:w="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516FBB0F" w14:textId="77777777" w:rsidR="007850F7" w:rsidRDefault="00A60A13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изучения</w:t>
            </w:r>
          </w:p>
        </w:tc>
        <w:tc>
          <w:tcPr>
            <w:tcW w:w="4180" w:type="dxa"/>
            <w:vMerge w:val="restart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68146D" w14:textId="77777777" w:rsidR="007850F7" w:rsidRDefault="00A60A1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 деятельности</w:t>
            </w: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E47B9B" w14:textId="77777777" w:rsidR="007850F7" w:rsidRDefault="00A60A13">
            <w:pPr>
              <w:autoSpaceDE w:val="0"/>
              <w:autoSpaceDN w:val="0"/>
              <w:spacing w:before="78" w:after="0" w:line="247" w:lineRule="auto"/>
              <w:ind w:left="72" w:right="288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Виды,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формы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контроля</w:t>
            </w:r>
          </w:p>
        </w:tc>
        <w:tc>
          <w:tcPr>
            <w:tcW w:w="16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66B343" w14:textId="77777777" w:rsidR="007850F7" w:rsidRDefault="00A60A13">
            <w:pPr>
              <w:autoSpaceDE w:val="0"/>
              <w:autoSpaceDN w:val="0"/>
              <w:spacing w:before="78" w:after="0" w:line="250" w:lineRule="auto"/>
              <w:ind w:left="72" w:right="288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Электронные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(цифровые)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образовательные ресурсы</w:t>
            </w:r>
          </w:p>
        </w:tc>
      </w:tr>
      <w:tr w:rsidR="007850F7" w14:paraId="788E2294" w14:textId="77777777">
        <w:trPr>
          <w:trHeight w:hRule="exact" w:val="576"/>
        </w:trPr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122E4" w14:textId="77777777" w:rsidR="007850F7" w:rsidRDefault="007850F7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4505B" w14:textId="77777777" w:rsidR="007850F7" w:rsidRDefault="007850F7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4B907F" w14:textId="77777777" w:rsidR="007850F7" w:rsidRDefault="00A60A13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всего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F31F05" w14:textId="77777777" w:rsidR="007850F7" w:rsidRDefault="00A60A13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контрольные работы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F9D636" w14:textId="77777777" w:rsidR="007850F7" w:rsidRDefault="00A60A13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практические работы</w:t>
            </w: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119BB5D4" w14:textId="77777777" w:rsidR="007850F7" w:rsidRDefault="007850F7"/>
        </w:tc>
        <w:tc>
          <w:tcPr>
            <w:tcW w:w="1726" w:type="dxa"/>
            <w:vMerge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1D9B422F" w14:textId="77777777" w:rsidR="007850F7" w:rsidRDefault="007850F7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6D971" w14:textId="77777777" w:rsidR="007850F7" w:rsidRDefault="007850F7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0B220" w14:textId="77777777" w:rsidR="007850F7" w:rsidRDefault="007850F7"/>
        </w:tc>
      </w:tr>
      <w:tr w:rsidR="007850F7" w:rsidRPr="00B1519E" w14:paraId="2443136B" w14:textId="77777777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D1875E" w14:textId="77777777" w:rsidR="007850F7" w:rsidRPr="00602817" w:rsidRDefault="00A60A13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60281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Модуль 1. ТЕХНОЛОГИИ, ПРОФЕССИИ И ПРОИЗВОДСТВА</w:t>
            </w:r>
          </w:p>
        </w:tc>
      </w:tr>
      <w:tr w:rsidR="007850F7" w14:paraId="4E5C06BD" w14:textId="77777777">
        <w:trPr>
          <w:trHeight w:hRule="exact" w:val="926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4CA37F" w14:textId="77777777" w:rsidR="007850F7" w:rsidRDefault="00A60A13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1.1.</w:t>
            </w:r>
          </w:p>
        </w:tc>
        <w:tc>
          <w:tcPr>
            <w:tcW w:w="4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291EBE" w14:textId="77777777" w:rsidR="007850F7" w:rsidRPr="00602817" w:rsidRDefault="00A60A13">
            <w:pPr>
              <w:autoSpaceDE w:val="0"/>
              <w:autoSpaceDN w:val="0"/>
              <w:spacing w:before="76" w:after="0" w:line="230" w:lineRule="auto"/>
              <w:ind w:left="72"/>
              <w:rPr>
                <w:lang w:val="ru-RU"/>
              </w:rPr>
            </w:pPr>
            <w:r w:rsidRPr="0060281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Рукотворный мир — результат труда человека.</w:t>
            </w:r>
          </w:p>
          <w:p w14:paraId="3B8D5689" w14:textId="77777777" w:rsidR="007850F7" w:rsidRPr="00602817" w:rsidRDefault="00A60A13">
            <w:pPr>
              <w:autoSpaceDE w:val="0"/>
              <w:autoSpaceDN w:val="0"/>
              <w:spacing w:before="20" w:after="0" w:line="250" w:lineRule="auto"/>
              <w:ind w:left="72" w:right="432"/>
              <w:rPr>
                <w:lang w:val="ru-RU"/>
              </w:rPr>
            </w:pPr>
            <w:r w:rsidRPr="0060281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Элементарные представления об основном принципе создания мира вещей: прочность конструкции, удобство использования, эстетическая выразительность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3D94BF" w14:textId="77777777" w:rsidR="007850F7" w:rsidRDefault="00A60A13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802819" w14:textId="77777777" w:rsidR="007850F7" w:rsidRDefault="00A60A13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8F1037" w14:textId="77777777" w:rsidR="007850F7" w:rsidRDefault="00A60A13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136DCC40" w14:textId="77777777" w:rsidR="007850F7" w:rsidRDefault="007850F7"/>
        </w:tc>
        <w:tc>
          <w:tcPr>
            <w:tcW w:w="4180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41648D" w14:textId="77777777" w:rsidR="007850F7" w:rsidRPr="00602817" w:rsidRDefault="00A60A13">
            <w:pPr>
              <w:autoSpaceDE w:val="0"/>
              <w:autoSpaceDN w:val="0"/>
              <w:spacing w:before="76" w:after="0" w:line="250" w:lineRule="auto"/>
              <w:ind w:right="144"/>
              <w:jc w:val="center"/>
              <w:rPr>
                <w:lang w:val="ru-RU"/>
              </w:rPr>
            </w:pPr>
            <w:r w:rsidRPr="0060281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Формировать элементарные представления об основном принципе создания мира вещей: прочность конструкции, удобство использования, эстетическая выразительность.</w:t>
            </w:r>
          </w:p>
          <w:p w14:paraId="45BB62FE" w14:textId="77777777" w:rsidR="007850F7" w:rsidRPr="00602817" w:rsidRDefault="00A60A13">
            <w:pPr>
              <w:autoSpaceDE w:val="0"/>
              <w:autoSpaceDN w:val="0"/>
              <w:spacing w:before="18" w:after="0" w:line="233" w:lineRule="auto"/>
              <w:ind w:left="72"/>
              <w:rPr>
                <w:lang w:val="ru-RU"/>
              </w:rPr>
            </w:pPr>
            <w:r w:rsidRPr="0060281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Изготавливать изделия с учётом данного принципа;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D18829" w14:textId="77777777" w:rsidR="007850F7" w:rsidRDefault="00A60A13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615739" w14:textId="77777777" w:rsidR="007850F7" w:rsidRDefault="00A60A13">
            <w:pPr>
              <w:autoSpaceDE w:val="0"/>
              <w:autoSpaceDN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collection.edu.ru/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https://uchebnik.mos.ru/</w:t>
            </w:r>
          </w:p>
        </w:tc>
      </w:tr>
      <w:tr w:rsidR="007850F7" w14:paraId="63942596" w14:textId="77777777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7B631E" w14:textId="77777777" w:rsidR="007850F7" w:rsidRDefault="00A60A13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1.2.</w:t>
            </w:r>
          </w:p>
        </w:tc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96434E" w14:textId="77777777" w:rsidR="007850F7" w:rsidRDefault="00A60A13">
            <w:pPr>
              <w:autoSpaceDE w:val="0"/>
              <w:autoSpaceDN w:val="0"/>
              <w:spacing w:before="76" w:after="0" w:line="250" w:lineRule="auto"/>
              <w:ind w:left="72" w:right="288"/>
            </w:pPr>
            <w:r w:rsidRPr="0060281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Средства художественной выразительности (композиция, цвет, тон и др.).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Изготовление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изделий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с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учётом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данного принципа.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A0ACCD" w14:textId="77777777" w:rsidR="007850F7" w:rsidRDefault="00A60A1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12076A" w14:textId="77777777" w:rsidR="007850F7" w:rsidRDefault="00A60A1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B370A2" w14:textId="77777777" w:rsidR="007850F7" w:rsidRDefault="00A60A1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0DF4CBE6" w14:textId="77777777" w:rsidR="007850F7" w:rsidRDefault="007850F7"/>
        </w:tc>
        <w:tc>
          <w:tcPr>
            <w:tcW w:w="418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3EF041" w14:textId="77777777" w:rsidR="007850F7" w:rsidRPr="00602817" w:rsidRDefault="00A60A13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60281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Использовать при работе над изделием средства </w:t>
            </w:r>
            <w:r w:rsidRPr="00602817">
              <w:rPr>
                <w:lang w:val="ru-RU"/>
              </w:rPr>
              <w:br/>
            </w:r>
            <w:r w:rsidRPr="0060281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художественной выразительности (композиция, цвет, тон и др.);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939BD9" w14:textId="77777777" w:rsidR="007850F7" w:rsidRDefault="00A60A13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CE8A15" w14:textId="77777777" w:rsidR="007850F7" w:rsidRDefault="00A60A13">
            <w:pPr>
              <w:autoSpaceDE w:val="0"/>
              <w:autoSpaceDN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collection.edu.ru/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https://uchebnik.mos.ru/</w:t>
            </w:r>
          </w:p>
        </w:tc>
      </w:tr>
      <w:tr w:rsidR="007850F7" w14:paraId="743E9247" w14:textId="77777777">
        <w:trPr>
          <w:trHeight w:hRule="exact" w:val="169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72E327" w14:textId="77777777" w:rsidR="007850F7" w:rsidRDefault="00A60A13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1.3.</w:t>
            </w:r>
          </w:p>
        </w:tc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812C14" w14:textId="77777777" w:rsidR="007850F7" w:rsidRPr="00602817" w:rsidRDefault="00A60A13">
            <w:pPr>
              <w:autoSpaceDE w:val="0"/>
              <w:autoSpaceDN w:val="0"/>
              <w:spacing w:before="78" w:after="0" w:line="254" w:lineRule="auto"/>
              <w:ind w:left="72" w:right="144"/>
              <w:rPr>
                <w:lang w:val="ru-RU"/>
              </w:rPr>
            </w:pPr>
            <w:r w:rsidRPr="0060281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Общее представление о технологическом процессе: анализ устройства и назначения изделия; выстраивание </w:t>
            </w:r>
            <w:r w:rsidRPr="00602817">
              <w:rPr>
                <w:lang w:val="ru-RU"/>
              </w:rPr>
              <w:br/>
            </w:r>
            <w:r w:rsidRPr="0060281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последовательности практических действий и </w:t>
            </w:r>
            <w:r w:rsidRPr="00602817">
              <w:rPr>
                <w:lang w:val="ru-RU"/>
              </w:rPr>
              <w:br/>
            </w:r>
            <w:r w:rsidRPr="0060281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технологических операций; подбор материалов </w:t>
            </w:r>
            <w:r w:rsidRPr="00602817">
              <w:rPr>
                <w:lang w:val="ru-RU"/>
              </w:rPr>
              <w:br/>
            </w:r>
            <w:r w:rsidRPr="0060281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и инструментов; экономная разметка; обработка с целью получения (выделения) деталей, сборка, отделка изделия; проверка изделия в действии, внесение необходимых дополнений и изменений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84DE18" w14:textId="77777777" w:rsidR="007850F7" w:rsidRDefault="00A60A1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492EF7" w14:textId="77777777" w:rsidR="007850F7" w:rsidRDefault="00A60A1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9B711B" w14:textId="77777777" w:rsidR="007850F7" w:rsidRDefault="00A60A1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354ED534" w14:textId="77777777" w:rsidR="007850F7" w:rsidRDefault="007850F7"/>
        </w:tc>
        <w:tc>
          <w:tcPr>
            <w:tcW w:w="418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55EECE" w14:textId="77777777" w:rsidR="007850F7" w:rsidRPr="00602817" w:rsidRDefault="00A60A13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60281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Формировать общее представление о технологическом процессе: анализ устройства и назначения изделия; </w:t>
            </w:r>
            <w:r w:rsidRPr="00602817">
              <w:rPr>
                <w:lang w:val="ru-RU"/>
              </w:rPr>
              <w:br/>
            </w:r>
            <w:r w:rsidRPr="0060281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выстраивание последовательности практических действий и технологических операций; подбор материалов и </w:t>
            </w:r>
            <w:r w:rsidRPr="00602817">
              <w:rPr>
                <w:lang w:val="ru-RU"/>
              </w:rPr>
              <w:br/>
            </w:r>
            <w:r w:rsidRPr="0060281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инструментов; экономная разметка; обработка с целью получения (выделения) деталей, формообразование </w:t>
            </w:r>
            <w:r w:rsidRPr="00602817">
              <w:rPr>
                <w:lang w:val="ru-RU"/>
              </w:rPr>
              <w:br/>
            </w:r>
            <w:r w:rsidRPr="0060281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деталей, сборка, отделка изделия; проверка изделия в </w:t>
            </w:r>
            <w:r w:rsidRPr="00602817">
              <w:rPr>
                <w:lang w:val="ru-RU"/>
              </w:rPr>
              <w:br/>
            </w:r>
            <w:r w:rsidRPr="0060281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действии, внесение необходимых дополнений и изменений;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B7102D" w14:textId="77777777" w:rsidR="007850F7" w:rsidRDefault="00A60A13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F48928" w14:textId="77777777" w:rsidR="007850F7" w:rsidRDefault="00A60A13">
            <w:pPr>
              <w:autoSpaceDE w:val="0"/>
              <w:autoSpaceDN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collection.edu.ru/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https://uchebnik.mos.ru/</w:t>
            </w:r>
          </w:p>
        </w:tc>
      </w:tr>
      <w:tr w:rsidR="007850F7" w14:paraId="5A255A7D" w14:textId="77777777">
        <w:trPr>
          <w:trHeight w:hRule="exact" w:val="92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7EAA53" w14:textId="77777777" w:rsidR="007850F7" w:rsidRDefault="00A60A13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1.4.</w:t>
            </w:r>
          </w:p>
        </w:tc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5907CB" w14:textId="77777777" w:rsidR="007850F7" w:rsidRPr="00602817" w:rsidRDefault="00A60A13">
            <w:pPr>
              <w:autoSpaceDE w:val="0"/>
              <w:autoSpaceDN w:val="0"/>
              <w:spacing w:before="78" w:after="0" w:line="245" w:lineRule="auto"/>
              <w:ind w:left="72" w:right="864"/>
              <w:rPr>
                <w:lang w:val="ru-RU"/>
              </w:rPr>
            </w:pPr>
            <w:r w:rsidRPr="0060281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Изготовление изделий из различных материалов с соблюдением этапов технологического процесса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8CE830" w14:textId="77777777" w:rsidR="007850F7" w:rsidRDefault="00A60A1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B4536E" w14:textId="77777777" w:rsidR="007850F7" w:rsidRDefault="00A60A1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F15C35" w14:textId="77777777" w:rsidR="007850F7" w:rsidRDefault="00A60A1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416B2E67" w14:textId="77777777" w:rsidR="007850F7" w:rsidRDefault="007850F7"/>
        </w:tc>
        <w:tc>
          <w:tcPr>
            <w:tcW w:w="418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DFF464" w14:textId="77777777" w:rsidR="007850F7" w:rsidRDefault="00A60A13">
            <w:pPr>
              <w:autoSpaceDE w:val="0"/>
              <w:autoSpaceDN w:val="0"/>
              <w:spacing w:before="78" w:after="0" w:line="250" w:lineRule="auto"/>
              <w:ind w:left="72" w:right="720"/>
            </w:pPr>
            <w:r w:rsidRPr="0060281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Изготавливать изделия из различных материалов, использовать свойства материалов при работе над изделием.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Подготавливать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материалы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к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AF8B66" w14:textId="77777777" w:rsidR="007850F7" w:rsidRDefault="00A60A13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83B78C" w14:textId="77777777" w:rsidR="007850F7" w:rsidRDefault="00A60A13">
            <w:pPr>
              <w:autoSpaceDE w:val="0"/>
              <w:autoSpaceDN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collection.edu.ru/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https://uchebnik.mos.ru/</w:t>
            </w:r>
          </w:p>
        </w:tc>
      </w:tr>
      <w:tr w:rsidR="007850F7" w14:paraId="5E2C98CC" w14:textId="77777777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0D4513" w14:textId="77777777" w:rsidR="007850F7" w:rsidRDefault="00A60A13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1.5.</w:t>
            </w:r>
          </w:p>
        </w:tc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1FD7AD" w14:textId="77777777" w:rsidR="007850F7" w:rsidRPr="00602817" w:rsidRDefault="00A60A13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60281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Традиции и современность. Новая жизнь древних </w:t>
            </w:r>
            <w:proofErr w:type="gramStart"/>
            <w:r w:rsidRPr="0060281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про-</w:t>
            </w:r>
            <w:proofErr w:type="spellStart"/>
            <w:r w:rsidRPr="0060281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фессий</w:t>
            </w:r>
            <w:proofErr w:type="spellEnd"/>
            <w:proofErr w:type="gramEnd"/>
            <w:r w:rsidRPr="0060281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. Совершенствование их технологических процессов.</w:t>
            </w:r>
          </w:p>
          <w:p w14:paraId="2EA1BF4C" w14:textId="77777777" w:rsidR="007850F7" w:rsidRDefault="00A60A13">
            <w:pPr>
              <w:autoSpaceDE w:val="0"/>
              <w:autoSpaceDN w:val="0"/>
              <w:spacing w:before="18" w:after="0" w:line="245" w:lineRule="auto"/>
              <w:ind w:left="72" w:right="432"/>
            </w:pPr>
            <w:r w:rsidRPr="0060281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Мастера и их профессии; правила мастера.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Культурные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традиции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3489F9" w14:textId="77777777" w:rsidR="007850F7" w:rsidRDefault="00A60A1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9DD440" w14:textId="77777777" w:rsidR="007850F7" w:rsidRDefault="00A60A1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E456F9" w14:textId="77777777" w:rsidR="007850F7" w:rsidRDefault="00A60A1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7FE93903" w14:textId="77777777" w:rsidR="007850F7" w:rsidRDefault="007850F7"/>
        </w:tc>
        <w:tc>
          <w:tcPr>
            <w:tcW w:w="418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3D2EE3" w14:textId="77777777" w:rsidR="007850F7" w:rsidRPr="00602817" w:rsidRDefault="00A60A13">
            <w:pPr>
              <w:autoSpaceDE w:val="0"/>
              <w:autoSpaceDN w:val="0"/>
              <w:spacing w:before="76" w:after="0" w:line="250" w:lineRule="auto"/>
              <w:ind w:left="72" w:right="432"/>
              <w:rPr>
                <w:lang w:val="ru-RU"/>
              </w:rPr>
            </w:pPr>
            <w:r w:rsidRPr="0060281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Выполнять отделку в соответствии с особенностями декоративных орнаментов разных народов России (растительный, геометрический и другие орнаменты);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3C8B9E" w14:textId="77777777" w:rsidR="007850F7" w:rsidRDefault="00A60A13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C4D503" w14:textId="77777777" w:rsidR="007850F7" w:rsidRDefault="00A60A13">
            <w:pPr>
              <w:autoSpaceDE w:val="0"/>
              <w:autoSpaceDN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collection.edu.ru/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https://uchebnik.mos.ru/</w:t>
            </w:r>
          </w:p>
        </w:tc>
      </w:tr>
      <w:tr w:rsidR="007850F7" w14:paraId="27EA1363" w14:textId="77777777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EEB99A" w14:textId="77777777" w:rsidR="007850F7" w:rsidRDefault="00A60A13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1.6.</w:t>
            </w:r>
          </w:p>
        </w:tc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532D93" w14:textId="77777777" w:rsidR="007850F7" w:rsidRPr="00602817" w:rsidRDefault="00A60A13">
            <w:pPr>
              <w:autoSpaceDE w:val="0"/>
              <w:autoSpaceDN w:val="0"/>
              <w:spacing w:before="78" w:after="0" w:line="245" w:lineRule="auto"/>
              <w:ind w:left="72" w:right="576"/>
              <w:rPr>
                <w:lang w:val="ru-RU"/>
              </w:rPr>
            </w:pPr>
            <w:r w:rsidRPr="0060281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Элементарная творческая и проектная деятельность (создание замысла, его детализация и воплощение).</w:t>
            </w:r>
          </w:p>
          <w:p w14:paraId="76083824" w14:textId="77777777" w:rsidR="007850F7" w:rsidRDefault="00A60A13">
            <w:pPr>
              <w:autoSpaceDE w:val="0"/>
              <w:autoSpaceDN w:val="0"/>
              <w:spacing w:before="2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Несложные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коллективные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групповые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проекты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5EB1D1" w14:textId="77777777" w:rsidR="007850F7" w:rsidRDefault="00A60A1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D878C4" w14:textId="77777777" w:rsidR="007850F7" w:rsidRDefault="00A60A1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9DC8E1" w14:textId="77777777" w:rsidR="007850F7" w:rsidRDefault="00A60A1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263012C4" w14:textId="77777777" w:rsidR="007850F7" w:rsidRDefault="007850F7"/>
        </w:tc>
        <w:tc>
          <w:tcPr>
            <w:tcW w:w="418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4CB76E" w14:textId="77777777" w:rsidR="007850F7" w:rsidRPr="00602817" w:rsidRDefault="00A60A13">
            <w:pPr>
              <w:autoSpaceDE w:val="0"/>
              <w:autoSpaceDN w:val="0"/>
              <w:spacing w:before="78" w:after="0" w:line="245" w:lineRule="auto"/>
              <w:ind w:left="72" w:right="432"/>
              <w:rPr>
                <w:lang w:val="ru-RU"/>
              </w:rPr>
            </w:pPr>
            <w:r w:rsidRPr="0060281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Изучать особенности профессиональной деятельности людей, связанной с изучаемым материалом;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25C2B7" w14:textId="77777777" w:rsidR="007850F7" w:rsidRDefault="00A60A13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ABB274" w14:textId="77777777" w:rsidR="007850F7" w:rsidRDefault="00A60A13">
            <w:pPr>
              <w:autoSpaceDE w:val="0"/>
              <w:autoSpaceDN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collection.edu.ru/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https://uchebnik.mos.ru/</w:t>
            </w:r>
          </w:p>
        </w:tc>
      </w:tr>
      <w:tr w:rsidR="007850F7" w14:paraId="4ABB2F6E" w14:textId="77777777">
        <w:trPr>
          <w:trHeight w:hRule="exact" w:val="348"/>
        </w:trPr>
        <w:tc>
          <w:tcPr>
            <w:tcW w:w="4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F6918F" w14:textId="77777777" w:rsidR="007850F7" w:rsidRDefault="00A60A1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3AF78F" w14:textId="77777777" w:rsidR="007850F7" w:rsidRDefault="00A60A1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</w:t>
            </w:r>
          </w:p>
        </w:tc>
        <w:tc>
          <w:tcPr>
            <w:tcW w:w="99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381644" w14:textId="77777777" w:rsidR="007850F7" w:rsidRDefault="007850F7"/>
        </w:tc>
      </w:tr>
      <w:tr w:rsidR="007850F7" w:rsidRPr="00B1519E" w14:paraId="3F728E44" w14:textId="77777777">
        <w:trPr>
          <w:trHeight w:hRule="exact" w:val="350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176B0D" w14:textId="77777777" w:rsidR="007850F7" w:rsidRPr="00602817" w:rsidRDefault="00A60A13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60281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Модуль 2. ТЕХНОЛОГИИ РУЧНОЙ ОБРАБОТКИ МАТЕРИАЛОВ</w:t>
            </w:r>
          </w:p>
        </w:tc>
      </w:tr>
      <w:tr w:rsidR="007850F7" w14:paraId="17DED164" w14:textId="77777777">
        <w:trPr>
          <w:trHeight w:hRule="exact" w:val="1096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C8978D" w14:textId="77777777" w:rsidR="007850F7" w:rsidRDefault="00A60A13">
            <w:pPr>
              <w:autoSpaceDE w:val="0"/>
              <w:autoSpaceDN w:val="0"/>
              <w:spacing w:before="7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2.1.</w:t>
            </w:r>
          </w:p>
        </w:tc>
        <w:tc>
          <w:tcPr>
            <w:tcW w:w="4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6AD5B0" w14:textId="77777777" w:rsidR="007850F7" w:rsidRDefault="00A60A13">
            <w:pPr>
              <w:autoSpaceDE w:val="0"/>
              <w:autoSpaceDN w:val="0"/>
              <w:spacing w:before="74" w:after="0" w:line="252" w:lineRule="auto"/>
              <w:ind w:left="72"/>
            </w:pPr>
            <w:r w:rsidRPr="0060281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Многообразие материалов, их свойств и их практическое применение в жизни. Исследование и сравнение </w:t>
            </w:r>
            <w:r w:rsidRPr="00602817">
              <w:rPr>
                <w:lang w:val="ru-RU"/>
              </w:rPr>
              <w:br/>
            </w:r>
            <w:r w:rsidRPr="0060281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элементарных физических, механических и технологических свойств различных материалов.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Выбор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материалов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их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декоративно-художественным и конструктивным свойствам.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949621" w14:textId="77777777" w:rsidR="007850F7" w:rsidRDefault="00A60A13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505DFC" w14:textId="77777777" w:rsidR="007850F7" w:rsidRDefault="00A60A13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3258E6" w14:textId="77777777" w:rsidR="007850F7" w:rsidRDefault="00A60A13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6E894CEA" w14:textId="77777777" w:rsidR="007850F7" w:rsidRDefault="007850F7"/>
        </w:tc>
        <w:tc>
          <w:tcPr>
            <w:tcW w:w="4180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589349" w14:textId="77777777" w:rsidR="007850F7" w:rsidRPr="00602817" w:rsidRDefault="00A60A13">
            <w:pPr>
              <w:autoSpaceDE w:val="0"/>
              <w:autoSpaceDN w:val="0"/>
              <w:spacing w:before="74" w:after="0" w:line="245" w:lineRule="auto"/>
              <w:ind w:left="72" w:right="432"/>
              <w:rPr>
                <w:lang w:val="ru-RU"/>
              </w:rPr>
            </w:pPr>
            <w:r w:rsidRPr="0060281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Сравнивать природные материалы по их свойствам и способам использования;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172F1C" w14:textId="77777777" w:rsidR="007850F7" w:rsidRDefault="00A60A13">
            <w:pPr>
              <w:autoSpaceDE w:val="0"/>
              <w:autoSpaceDN w:val="0"/>
              <w:spacing w:before="74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772BFA" w14:textId="77777777" w:rsidR="007850F7" w:rsidRDefault="00A60A13">
            <w:pPr>
              <w:autoSpaceDE w:val="0"/>
              <w:autoSpaceDN w:val="0"/>
              <w:spacing w:before="74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collection.edu.ru/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https://uchebnik.mos.ru/</w:t>
            </w:r>
          </w:p>
        </w:tc>
      </w:tr>
    </w:tbl>
    <w:p w14:paraId="5A13AC50" w14:textId="77777777" w:rsidR="007850F7" w:rsidRDefault="007850F7">
      <w:pPr>
        <w:autoSpaceDE w:val="0"/>
        <w:autoSpaceDN w:val="0"/>
        <w:spacing w:after="0" w:line="14" w:lineRule="exact"/>
      </w:pPr>
    </w:p>
    <w:p w14:paraId="3FC661BD" w14:textId="77777777" w:rsidR="007850F7" w:rsidRDefault="007850F7">
      <w:pPr>
        <w:sectPr w:rsidR="007850F7">
          <w:pgSz w:w="16840" w:h="11900"/>
          <w:pgMar w:top="282" w:right="640" w:bottom="724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38A05FFC" w14:textId="77777777" w:rsidR="007850F7" w:rsidRDefault="007850F7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528"/>
        <w:gridCol w:w="528"/>
        <w:gridCol w:w="1104"/>
        <w:gridCol w:w="1140"/>
        <w:gridCol w:w="804"/>
        <w:gridCol w:w="4180"/>
        <w:gridCol w:w="1080"/>
        <w:gridCol w:w="1670"/>
      </w:tblGrid>
      <w:tr w:rsidR="007850F7" w14:paraId="22394268" w14:textId="77777777">
        <w:trPr>
          <w:trHeight w:hRule="exact" w:val="207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8F1598" w14:textId="77777777" w:rsidR="007850F7" w:rsidRDefault="00A60A13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2.2.</w:t>
            </w:r>
          </w:p>
        </w:tc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3C5A43" w14:textId="77777777" w:rsidR="007850F7" w:rsidRPr="00602817" w:rsidRDefault="00A60A13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60281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Называние и выполнение основных технологических операций ручной обработки материалов в процессе </w:t>
            </w:r>
            <w:r w:rsidRPr="00602817">
              <w:rPr>
                <w:lang w:val="ru-RU"/>
              </w:rPr>
              <w:br/>
            </w:r>
            <w:r w:rsidRPr="0060281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</w:t>
            </w:r>
            <w:proofErr w:type="spellStart"/>
            <w:r w:rsidRPr="0060281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бу</w:t>
            </w:r>
            <w:proofErr w:type="spellEnd"/>
            <w:r w:rsidRPr="0060281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-</w:t>
            </w:r>
            <w:r w:rsidRPr="00602817">
              <w:rPr>
                <w:lang w:val="ru-RU"/>
              </w:rPr>
              <w:br/>
            </w:r>
            <w:r w:rsidRPr="0060281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маги и др.), сборка изделия (сшивание)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5F8180" w14:textId="77777777" w:rsidR="007850F7" w:rsidRDefault="00A60A1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F7D815" w14:textId="77777777" w:rsidR="007850F7" w:rsidRDefault="00A60A1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29432B" w14:textId="77777777" w:rsidR="007850F7" w:rsidRDefault="00A60A1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5002A289" w14:textId="77777777" w:rsidR="007850F7" w:rsidRDefault="007850F7"/>
        </w:tc>
        <w:tc>
          <w:tcPr>
            <w:tcW w:w="418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223A6A" w14:textId="77777777" w:rsidR="007850F7" w:rsidRPr="00602817" w:rsidRDefault="00A60A13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60281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Анализировать конструкцию изделия, обсуждать варианты изготовления изделия, называть и выполнять основные технологические операции ручной обработки материалов в процессе изготовления изделия: разметку деталей с </w:t>
            </w:r>
            <w:r w:rsidRPr="00602817">
              <w:rPr>
                <w:lang w:val="ru-RU"/>
              </w:rPr>
              <w:br/>
            </w:r>
            <w:r w:rsidRPr="0060281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помощью линейки (угольника, циркуля), выделение </w:t>
            </w:r>
            <w:r w:rsidRPr="00602817">
              <w:rPr>
                <w:lang w:val="ru-RU"/>
              </w:rPr>
              <w:br/>
            </w:r>
            <w:r w:rsidRPr="0060281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деталей, формообразование деталей (сгибание, складывание тонкого картона и плотных видов бумаги), сборку изделия (склеивание) и отделку изделия или его деталей по </w:t>
            </w:r>
            <w:r w:rsidRPr="00602817">
              <w:rPr>
                <w:lang w:val="ru-RU"/>
              </w:rPr>
              <w:br/>
            </w:r>
            <w:r w:rsidRPr="0060281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заданному образцу и самостоятельно при выполнении </w:t>
            </w:r>
            <w:r w:rsidRPr="00602817">
              <w:rPr>
                <w:lang w:val="ru-RU"/>
              </w:rPr>
              <w:br/>
            </w:r>
            <w:r w:rsidRPr="0060281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изделия в изученной технике;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27A36B" w14:textId="77777777" w:rsidR="007850F7" w:rsidRDefault="00A60A13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B4E81B" w14:textId="77777777" w:rsidR="007850F7" w:rsidRDefault="00A60A13">
            <w:pPr>
              <w:autoSpaceDE w:val="0"/>
              <w:autoSpaceDN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collection.edu.ru/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https://uchebnik.mos.ru/</w:t>
            </w:r>
          </w:p>
        </w:tc>
      </w:tr>
      <w:tr w:rsidR="007850F7" w14:paraId="5B8AE49F" w14:textId="77777777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B54728" w14:textId="77777777" w:rsidR="007850F7" w:rsidRDefault="00A60A13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2.3.</w:t>
            </w:r>
          </w:p>
        </w:tc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7785ED" w14:textId="77777777" w:rsidR="007850F7" w:rsidRDefault="00A60A1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Подвижное соединение деталей изделия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599803" w14:textId="77777777" w:rsidR="007850F7" w:rsidRDefault="00A60A1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29666F" w14:textId="77777777" w:rsidR="007850F7" w:rsidRDefault="00A60A1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4B84C6" w14:textId="77777777" w:rsidR="007850F7" w:rsidRDefault="00A60A1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2531483E" w14:textId="77777777" w:rsidR="007850F7" w:rsidRDefault="007850F7"/>
        </w:tc>
        <w:tc>
          <w:tcPr>
            <w:tcW w:w="418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AD41B8" w14:textId="77777777" w:rsidR="007850F7" w:rsidRPr="00602817" w:rsidRDefault="00A60A13">
            <w:pPr>
              <w:autoSpaceDE w:val="0"/>
              <w:autoSpaceDN w:val="0"/>
              <w:spacing w:before="76" w:after="0" w:line="245" w:lineRule="auto"/>
              <w:ind w:left="72"/>
              <w:rPr>
                <w:lang w:val="ru-RU"/>
              </w:rPr>
            </w:pPr>
            <w:r w:rsidRPr="0060281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Различать подвижные и неподвижные соединения деталей в конструкции; использовать щелевой замок;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BF2FD3" w14:textId="77777777" w:rsidR="007850F7" w:rsidRDefault="00A60A13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9A6E6B" w14:textId="77777777" w:rsidR="007850F7" w:rsidRDefault="00A60A13">
            <w:pPr>
              <w:autoSpaceDE w:val="0"/>
              <w:autoSpaceDN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collection.edu.ru/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https://uchebnik.mos.ru/</w:t>
            </w:r>
          </w:p>
        </w:tc>
      </w:tr>
      <w:tr w:rsidR="007850F7" w14:paraId="4E53F79E" w14:textId="77777777">
        <w:trPr>
          <w:trHeight w:hRule="exact" w:val="111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719B39" w14:textId="77777777" w:rsidR="007850F7" w:rsidRDefault="00A60A13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2.4.</w:t>
            </w:r>
          </w:p>
        </w:tc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5CD663" w14:textId="77777777" w:rsidR="007850F7" w:rsidRPr="00602817" w:rsidRDefault="00A60A13">
            <w:pPr>
              <w:autoSpaceDE w:val="0"/>
              <w:autoSpaceDN w:val="0"/>
              <w:spacing w:before="76" w:after="0" w:line="245" w:lineRule="auto"/>
              <w:ind w:left="72" w:right="288"/>
              <w:rPr>
                <w:lang w:val="ru-RU"/>
              </w:rPr>
            </w:pPr>
            <w:r w:rsidRPr="0060281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Использование соответствующих способов обработки материалов в зависимости от вида и назначения изделия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997765" w14:textId="77777777" w:rsidR="007850F7" w:rsidRDefault="00A60A1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863907" w14:textId="77777777" w:rsidR="007850F7" w:rsidRDefault="00A60A1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46AB7F" w14:textId="77777777" w:rsidR="007850F7" w:rsidRDefault="00A60A1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6B2DD477" w14:textId="77777777" w:rsidR="007850F7" w:rsidRDefault="007850F7"/>
        </w:tc>
        <w:tc>
          <w:tcPr>
            <w:tcW w:w="418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3CD550" w14:textId="77777777" w:rsidR="007850F7" w:rsidRPr="00602817" w:rsidRDefault="00A60A13">
            <w:pPr>
              <w:autoSpaceDE w:val="0"/>
              <w:autoSpaceDN w:val="0"/>
              <w:spacing w:before="76" w:after="0" w:line="252" w:lineRule="auto"/>
              <w:ind w:left="72"/>
              <w:rPr>
                <w:lang w:val="ru-RU"/>
              </w:rPr>
            </w:pPr>
            <w:r w:rsidRPr="0060281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Понимать общие правила создания предметов рукотворного мира: соответствие изделия обстановке, удобство </w:t>
            </w:r>
            <w:r w:rsidRPr="00602817">
              <w:rPr>
                <w:lang w:val="ru-RU"/>
              </w:rPr>
              <w:br/>
            </w:r>
            <w:r w:rsidRPr="0060281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использования (функциональность), эстетическая </w:t>
            </w:r>
            <w:r w:rsidRPr="00602817">
              <w:rPr>
                <w:lang w:val="ru-RU"/>
              </w:rPr>
              <w:br/>
            </w:r>
            <w:r w:rsidRPr="0060281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выразительность, прочность конструкции, </w:t>
            </w:r>
            <w:r w:rsidRPr="00602817">
              <w:rPr>
                <w:lang w:val="ru-RU"/>
              </w:rPr>
              <w:br/>
            </w:r>
            <w:r w:rsidRPr="0060281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руководствоваться ими в практической деятельности;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D0301C" w14:textId="77777777" w:rsidR="007850F7" w:rsidRDefault="00A60A13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D2780A" w14:textId="77777777" w:rsidR="007850F7" w:rsidRDefault="00A60A13">
            <w:pPr>
              <w:autoSpaceDE w:val="0"/>
              <w:autoSpaceDN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collection.edu.ru/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https://uchebnik.mos.ru/</w:t>
            </w:r>
          </w:p>
        </w:tc>
      </w:tr>
      <w:tr w:rsidR="007850F7" w14:paraId="1891B2F9" w14:textId="77777777">
        <w:trPr>
          <w:trHeight w:hRule="exact" w:val="112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4F3607" w14:textId="77777777" w:rsidR="007850F7" w:rsidRDefault="00A60A13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2.5.</w:t>
            </w:r>
          </w:p>
        </w:tc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D864EA" w14:textId="77777777" w:rsidR="007850F7" w:rsidRPr="00602817" w:rsidRDefault="00A60A13">
            <w:pPr>
              <w:autoSpaceDE w:val="0"/>
              <w:autoSpaceDN w:val="0"/>
              <w:spacing w:before="78" w:after="0" w:line="245" w:lineRule="auto"/>
              <w:ind w:left="72" w:right="576"/>
              <w:rPr>
                <w:lang w:val="ru-RU"/>
              </w:rPr>
            </w:pPr>
            <w:r w:rsidRPr="0060281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Виды условных графических изображений: рисунок, простейший чертёж, эскиз, схема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A42B97" w14:textId="77777777" w:rsidR="007850F7" w:rsidRDefault="00A60A1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291DBE" w14:textId="77777777" w:rsidR="007850F7" w:rsidRDefault="00A60A1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66CC5B" w14:textId="77777777" w:rsidR="007850F7" w:rsidRDefault="00A60A1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52BA79BA" w14:textId="77777777" w:rsidR="007850F7" w:rsidRDefault="007850F7"/>
        </w:tc>
        <w:tc>
          <w:tcPr>
            <w:tcW w:w="418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DCB706" w14:textId="77777777" w:rsidR="007850F7" w:rsidRPr="00602817" w:rsidRDefault="00A60A13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60281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Различать виды условных графических изображений: рисунок, простейший чертёж, эскиз, схема. Использовать в практической работе чертёжные инструменты — линейку (угольник, циркуль), знать их функциональное назначение, конструкцию;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6654F1" w14:textId="77777777" w:rsidR="007850F7" w:rsidRDefault="00A60A13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D593BE" w14:textId="77777777" w:rsidR="007850F7" w:rsidRDefault="00A60A13">
            <w:pPr>
              <w:autoSpaceDE w:val="0"/>
              <w:autoSpaceDN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collection.edu.ru/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https://uchebnik.mos.ru/</w:t>
            </w:r>
          </w:p>
        </w:tc>
      </w:tr>
      <w:tr w:rsidR="007850F7" w14:paraId="03995112" w14:textId="77777777">
        <w:trPr>
          <w:trHeight w:hRule="exact" w:val="92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8BB0DB" w14:textId="77777777" w:rsidR="007850F7" w:rsidRDefault="00A60A13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2.6.</w:t>
            </w:r>
          </w:p>
        </w:tc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0C9675" w14:textId="77777777" w:rsidR="007850F7" w:rsidRPr="00602817" w:rsidRDefault="00A60A13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 w:rsidRPr="0060281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Чертёжные инструменты — линейка (угольник, циркуль). Их функциональное назначение, конструкция. Приёмы безопасной работы колющими (циркуль) инструментами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F4B244" w14:textId="77777777" w:rsidR="007850F7" w:rsidRDefault="00A60A1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67912D" w14:textId="77777777" w:rsidR="007850F7" w:rsidRDefault="00A60A1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394737" w14:textId="77777777" w:rsidR="007850F7" w:rsidRDefault="00A60A1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696DB09E" w14:textId="77777777" w:rsidR="007850F7" w:rsidRDefault="007850F7"/>
        </w:tc>
        <w:tc>
          <w:tcPr>
            <w:tcW w:w="418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1D7A9C" w14:textId="77777777" w:rsidR="007850F7" w:rsidRPr="00602817" w:rsidRDefault="00A60A13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60281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Осваивать построение окружности и разметку деталей с помощью циркуля;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F58B02" w14:textId="77777777" w:rsidR="007850F7" w:rsidRDefault="00A60A13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E2D1D9" w14:textId="77777777" w:rsidR="007850F7" w:rsidRDefault="00A60A13">
            <w:pPr>
              <w:autoSpaceDE w:val="0"/>
              <w:autoSpaceDN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collection.edu.ru/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https://uchebnik.mos.ru/</w:t>
            </w:r>
          </w:p>
        </w:tc>
      </w:tr>
      <w:tr w:rsidR="007850F7" w14:paraId="41EB80B2" w14:textId="77777777">
        <w:trPr>
          <w:trHeight w:hRule="exact" w:val="130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C7CDD9" w14:textId="77777777" w:rsidR="007850F7" w:rsidRDefault="00A60A13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2.7.</w:t>
            </w:r>
          </w:p>
        </w:tc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30BB0D" w14:textId="77777777" w:rsidR="007850F7" w:rsidRPr="00602817" w:rsidRDefault="00A60A13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60281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Технология обработки бумаги и картона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84A490" w14:textId="77777777" w:rsidR="007850F7" w:rsidRDefault="00A60A1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A9DCB1" w14:textId="77777777" w:rsidR="007850F7" w:rsidRDefault="00A60A1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842481" w14:textId="77777777" w:rsidR="007850F7" w:rsidRDefault="00A60A1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1179372B" w14:textId="77777777" w:rsidR="007850F7" w:rsidRDefault="007850F7"/>
        </w:tc>
        <w:tc>
          <w:tcPr>
            <w:tcW w:w="418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4618FA" w14:textId="77777777" w:rsidR="007850F7" w:rsidRPr="00602817" w:rsidRDefault="00A60A13">
            <w:pPr>
              <w:autoSpaceDE w:val="0"/>
              <w:autoSpaceDN w:val="0"/>
              <w:spacing w:before="76" w:after="0" w:line="252" w:lineRule="auto"/>
              <w:ind w:left="72"/>
              <w:rPr>
                <w:lang w:val="ru-RU"/>
              </w:rPr>
            </w:pPr>
            <w:r w:rsidRPr="0060281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Наблюдать, сравнивать, сопоставлять свойства бумаги (состав, цвет, прочность); определять виды бумаг. Называть особенности использования различных видов бумаги. С помощью учителя выбирать вид бумаги для изготовления изделия. Осваивать отдельные приёмы работы с бумагой, правила безопасной работы, правила разметки деталей;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391D0B" w14:textId="77777777" w:rsidR="007850F7" w:rsidRDefault="00A60A13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1BE9F7" w14:textId="77777777" w:rsidR="007850F7" w:rsidRDefault="00A60A13">
            <w:pPr>
              <w:autoSpaceDE w:val="0"/>
              <w:autoSpaceDN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collection.edu.ru/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https://uchebnik.mos.ru/</w:t>
            </w:r>
          </w:p>
        </w:tc>
      </w:tr>
      <w:tr w:rsidR="007850F7" w14:paraId="1DBB2CFD" w14:textId="77777777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B50FF3" w14:textId="77777777" w:rsidR="007850F7" w:rsidRDefault="00A60A13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2.8.</w:t>
            </w:r>
          </w:p>
        </w:tc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31843D" w14:textId="77777777" w:rsidR="007850F7" w:rsidRDefault="00A60A13">
            <w:pPr>
              <w:autoSpaceDE w:val="0"/>
              <w:autoSpaceDN w:val="0"/>
              <w:spacing w:before="78" w:after="0" w:line="247" w:lineRule="auto"/>
              <w:ind w:left="72" w:right="288"/>
            </w:pPr>
            <w:r w:rsidRPr="0060281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Назначение линий чертежа (контур, линия разреза, сгиба, выносная, размерная).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Чтение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условных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графических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изображений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AB0363" w14:textId="77777777" w:rsidR="007850F7" w:rsidRDefault="00A60A1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ADB4AC" w14:textId="77777777" w:rsidR="007850F7" w:rsidRDefault="00A60A1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F8FDCF" w14:textId="77777777" w:rsidR="007850F7" w:rsidRDefault="00A60A1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5D2DA113" w14:textId="77777777" w:rsidR="007850F7" w:rsidRDefault="007850F7"/>
        </w:tc>
        <w:tc>
          <w:tcPr>
            <w:tcW w:w="418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893C8E" w14:textId="77777777" w:rsidR="007850F7" w:rsidRPr="00602817" w:rsidRDefault="00A60A13">
            <w:pPr>
              <w:autoSpaceDE w:val="0"/>
              <w:autoSpaceDN w:val="0"/>
              <w:spacing w:before="78" w:after="0" w:line="247" w:lineRule="auto"/>
              <w:ind w:left="72" w:right="144"/>
              <w:rPr>
                <w:lang w:val="ru-RU"/>
              </w:rPr>
            </w:pPr>
            <w:r w:rsidRPr="0060281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Читать графическую чертёжную документацию: рисунок, простейший чертёж, эскиз и схему с учётом условных обозначений;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E4E795" w14:textId="77777777" w:rsidR="007850F7" w:rsidRDefault="00A60A13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950A5C" w14:textId="77777777" w:rsidR="007850F7" w:rsidRDefault="00A60A13">
            <w:pPr>
              <w:autoSpaceDE w:val="0"/>
              <w:autoSpaceDN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collection.edu.ru/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https://uchebnik.mos.ru/</w:t>
            </w:r>
          </w:p>
        </w:tc>
      </w:tr>
      <w:tr w:rsidR="007850F7" w14:paraId="464134F0" w14:textId="77777777">
        <w:trPr>
          <w:trHeight w:hRule="exact" w:val="92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B996EA" w14:textId="77777777" w:rsidR="007850F7" w:rsidRDefault="00A60A13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2.9.</w:t>
            </w:r>
          </w:p>
        </w:tc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DF60E7" w14:textId="77777777" w:rsidR="007850F7" w:rsidRPr="00602817" w:rsidRDefault="00A60A13">
            <w:pPr>
              <w:autoSpaceDE w:val="0"/>
              <w:autoSpaceDN w:val="0"/>
              <w:spacing w:before="78" w:after="0" w:line="245" w:lineRule="auto"/>
              <w:ind w:left="72" w:right="720"/>
              <w:rPr>
                <w:lang w:val="ru-RU"/>
              </w:rPr>
            </w:pPr>
            <w:r w:rsidRPr="0060281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Построение прямоугольника от двух прямых углов (от одного прямого угла).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956C36" w14:textId="77777777" w:rsidR="007850F7" w:rsidRDefault="00A60A1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653BD7" w14:textId="77777777" w:rsidR="007850F7" w:rsidRDefault="00A60A1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B59A58" w14:textId="77777777" w:rsidR="007850F7" w:rsidRDefault="00A60A1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54EF09E5" w14:textId="77777777" w:rsidR="007850F7" w:rsidRDefault="007850F7"/>
        </w:tc>
        <w:tc>
          <w:tcPr>
            <w:tcW w:w="418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5B6D8E" w14:textId="77777777" w:rsidR="007850F7" w:rsidRPr="00602817" w:rsidRDefault="00A60A13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60281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Выполнять построение прямоугольника от двух прямых углов, от одного прямого угла;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86D8D8" w14:textId="77777777" w:rsidR="007850F7" w:rsidRDefault="00A60A13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39C4D6" w14:textId="77777777" w:rsidR="007850F7" w:rsidRDefault="00A60A13">
            <w:pPr>
              <w:autoSpaceDE w:val="0"/>
              <w:autoSpaceDN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collection.edu.ru/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https://uchebnik.mos.ru/</w:t>
            </w:r>
          </w:p>
        </w:tc>
      </w:tr>
      <w:tr w:rsidR="007850F7" w14:paraId="65F5C4B3" w14:textId="77777777">
        <w:trPr>
          <w:trHeight w:hRule="exact" w:val="90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98A3F1" w14:textId="77777777" w:rsidR="007850F7" w:rsidRDefault="00A60A13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2.10</w:t>
            </w:r>
          </w:p>
        </w:tc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D63CB3" w14:textId="77777777" w:rsidR="007850F7" w:rsidRPr="00602817" w:rsidRDefault="00A60A13">
            <w:pPr>
              <w:autoSpaceDE w:val="0"/>
              <w:autoSpaceDN w:val="0"/>
              <w:spacing w:before="76" w:after="0" w:line="245" w:lineRule="auto"/>
              <w:ind w:left="72" w:right="1440"/>
              <w:rPr>
                <w:lang w:val="ru-RU"/>
              </w:rPr>
            </w:pPr>
            <w:r w:rsidRPr="0060281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Сгибание и складывание тонкого картона и плотных видов бумаги — </w:t>
            </w:r>
            <w:proofErr w:type="spellStart"/>
            <w:r w:rsidRPr="0060281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биговка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E38B4C" w14:textId="77777777" w:rsidR="007850F7" w:rsidRDefault="00A60A1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63CE82" w14:textId="77777777" w:rsidR="007850F7" w:rsidRDefault="00A60A1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F61A49" w14:textId="77777777" w:rsidR="007850F7" w:rsidRDefault="00A60A1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1C5B19D2" w14:textId="77777777" w:rsidR="007850F7" w:rsidRDefault="007850F7"/>
        </w:tc>
        <w:tc>
          <w:tcPr>
            <w:tcW w:w="418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FA42B6" w14:textId="77777777" w:rsidR="007850F7" w:rsidRPr="00602817" w:rsidRDefault="00A60A13">
            <w:pPr>
              <w:autoSpaceDE w:val="0"/>
              <w:autoSpaceDN w:val="0"/>
              <w:spacing w:before="76" w:after="0" w:line="250" w:lineRule="auto"/>
              <w:ind w:left="72" w:right="288"/>
              <w:rPr>
                <w:lang w:val="ru-RU"/>
              </w:rPr>
            </w:pPr>
            <w:r w:rsidRPr="0060281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 выполнении операций разметки и сборки деталей использовать особенности работы с тонким картоном и плотными видами бумаги, выполнять </w:t>
            </w:r>
            <w:proofErr w:type="spellStart"/>
            <w:r w:rsidRPr="0060281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биговку</w:t>
            </w:r>
            <w:proofErr w:type="spellEnd"/>
            <w:r w:rsidRPr="0060281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DE2D83" w14:textId="77777777" w:rsidR="007850F7" w:rsidRDefault="00A60A13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84DBEC" w14:textId="77777777" w:rsidR="007850F7" w:rsidRDefault="00A60A13">
            <w:pPr>
              <w:autoSpaceDE w:val="0"/>
              <w:autoSpaceDN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collection.edu.ru/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https://uchebnik.mos.ru/</w:t>
            </w:r>
          </w:p>
        </w:tc>
      </w:tr>
    </w:tbl>
    <w:p w14:paraId="2087EA4F" w14:textId="77777777" w:rsidR="007850F7" w:rsidRDefault="007850F7">
      <w:pPr>
        <w:autoSpaceDE w:val="0"/>
        <w:autoSpaceDN w:val="0"/>
        <w:spacing w:after="0" w:line="14" w:lineRule="exact"/>
      </w:pPr>
    </w:p>
    <w:p w14:paraId="1934A607" w14:textId="77777777" w:rsidR="007850F7" w:rsidRDefault="007850F7">
      <w:pPr>
        <w:sectPr w:rsidR="007850F7">
          <w:pgSz w:w="16840" w:h="11900"/>
          <w:pgMar w:top="284" w:right="640" w:bottom="532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13D21F68" w14:textId="77777777" w:rsidR="007850F7" w:rsidRDefault="007850F7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528"/>
        <w:gridCol w:w="528"/>
        <w:gridCol w:w="1104"/>
        <w:gridCol w:w="1140"/>
        <w:gridCol w:w="804"/>
        <w:gridCol w:w="4180"/>
        <w:gridCol w:w="1080"/>
        <w:gridCol w:w="1670"/>
      </w:tblGrid>
      <w:tr w:rsidR="007850F7" w14:paraId="13BEE065" w14:textId="77777777">
        <w:trPr>
          <w:trHeight w:hRule="exact" w:val="207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0B897B" w14:textId="77777777" w:rsidR="007850F7" w:rsidRDefault="00A60A13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2.11.</w:t>
            </w:r>
          </w:p>
        </w:tc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A6366E" w14:textId="77777777" w:rsidR="007850F7" w:rsidRPr="00602817" w:rsidRDefault="00A60A13">
            <w:pPr>
              <w:autoSpaceDE w:val="0"/>
              <w:autoSpaceDN w:val="0"/>
              <w:spacing w:before="78" w:after="0" w:line="247" w:lineRule="auto"/>
              <w:ind w:left="72"/>
              <w:rPr>
                <w:lang w:val="ru-RU"/>
              </w:rPr>
            </w:pPr>
            <w:r w:rsidRPr="0060281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Разметка деталей с опорой на простейший чертёж, эскиз. Изготовление изделий по рисунку, простейшему чертежу или эскизу, схеме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8318D1" w14:textId="77777777" w:rsidR="007850F7" w:rsidRDefault="00A60A1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5BD156" w14:textId="77777777" w:rsidR="007850F7" w:rsidRDefault="00A60A1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7A87B0" w14:textId="77777777" w:rsidR="007850F7" w:rsidRDefault="00A60A1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07B454AA" w14:textId="77777777" w:rsidR="007850F7" w:rsidRDefault="007850F7"/>
        </w:tc>
        <w:tc>
          <w:tcPr>
            <w:tcW w:w="418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20BC8D" w14:textId="77777777" w:rsidR="007850F7" w:rsidRPr="00602817" w:rsidRDefault="00A60A13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60281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Анализировать конструкцию изделия, обсуждать варианты изготовления изделия, называть и выполнять основные технологические операции ручной обработки материалов в процессе изготовления изделия: разметку деталей с </w:t>
            </w:r>
            <w:r w:rsidRPr="00602817">
              <w:rPr>
                <w:lang w:val="ru-RU"/>
              </w:rPr>
              <w:br/>
            </w:r>
            <w:r w:rsidRPr="0060281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помощью линейки (угольника, циркуля), выделение </w:t>
            </w:r>
            <w:r w:rsidRPr="00602817">
              <w:rPr>
                <w:lang w:val="ru-RU"/>
              </w:rPr>
              <w:br/>
            </w:r>
            <w:r w:rsidRPr="0060281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деталей, формообразование деталей (сгибание, складывание тонкого картона и плотных видов бумаги), сборку изделия (склеивание) и отделку изделия или его деталей по </w:t>
            </w:r>
            <w:r w:rsidRPr="00602817">
              <w:rPr>
                <w:lang w:val="ru-RU"/>
              </w:rPr>
              <w:br/>
            </w:r>
            <w:r w:rsidRPr="0060281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заданному образцу и самостоятельно при выполнении </w:t>
            </w:r>
            <w:r w:rsidRPr="00602817">
              <w:rPr>
                <w:lang w:val="ru-RU"/>
              </w:rPr>
              <w:br/>
            </w:r>
            <w:r w:rsidRPr="0060281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изделия в изученной технике;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EE28F0" w14:textId="77777777" w:rsidR="007850F7" w:rsidRDefault="00A60A13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A5767A" w14:textId="77777777" w:rsidR="007850F7" w:rsidRDefault="00A60A13">
            <w:pPr>
              <w:autoSpaceDE w:val="0"/>
              <w:autoSpaceDN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collection.edu.ru/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https://uchebnik.mos.ru/</w:t>
            </w:r>
          </w:p>
        </w:tc>
      </w:tr>
      <w:tr w:rsidR="007850F7" w14:paraId="3D6DDC0D" w14:textId="77777777">
        <w:trPr>
          <w:trHeight w:hRule="exact" w:val="150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B32D67" w14:textId="77777777" w:rsidR="007850F7" w:rsidRDefault="00A60A13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2.12.</w:t>
            </w:r>
          </w:p>
        </w:tc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E1906D" w14:textId="77777777" w:rsidR="007850F7" w:rsidRPr="00602817" w:rsidRDefault="00A60A13">
            <w:pPr>
              <w:autoSpaceDE w:val="0"/>
              <w:autoSpaceDN w:val="0"/>
              <w:spacing w:before="76" w:after="0" w:line="245" w:lineRule="auto"/>
              <w:ind w:left="72" w:right="1008"/>
              <w:rPr>
                <w:lang w:val="ru-RU"/>
              </w:rPr>
            </w:pPr>
            <w:r w:rsidRPr="0060281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Использование измерений, вычислений </w:t>
            </w:r>
            <w:r w:rsidRPr="00602817">
              <w:rPr>
                <w:lang w:val="ru-RU"/>
              </w:rPr>
              <w:br/>
            </w:r>
            <w:r w:rsidRPr="0060281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и построений для решения практических задач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6E6E6F" w14:textId="77777777" w:rsidR="007850F7" w:rsidRDefault="00A60A1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8F3AB8" w14:textId="77777777" w:rsidR="007850F7" w:rsidRDefault="00A60A1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CC66A2" w14:textId="77777777" w:rsidR="007850F7" w:rsidRDefault="00A60A1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308A1AC3" w14:textId="77777777" w:rsidR="007850F7" w:rsidRDefault="007850F7"/>
        </w:tc>
        <w:tc>
          <w:tcPr>
            <w:tcW w:w="418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317060" w14:textId="77777777" w:rsidR="007850F7" w:rsidRPr="00602817" w:rsidRDefault="00A60A13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r w:rsidRPr="0060281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 заданному образцу организовывать свою деятельность: подготавливать рабочее место для работы с пластичными материалами, правильно и рационально размещать </w:t>
            </w:r>
            <w:r w:rsidRPr="00602817">
              <w:rPr>
                <w:lang w:val="ru-RU"/>
              </w:rPr>
              <w:br/>
            </w:r>
            <w:r w:rsidRPr="0060281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инструменты и материалы в соответствии с </w:t>
            </w:r>
            <w:r w:rsidRPr="00602817">
              <w:rPr>
                <w:lang w:val="ru-RU"/>
              </w:rPr>
              <w:br/>
            </w:r>
            <w:r w:rsidRPr="0060281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индивидуальными особенностями, под контролем учителя в процессе выполнения изделия проверять и восстанавливать порядок на рабочем месте; убирать рабочее место;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B0DBEE" w14:textId="77777777" w:rsidR="007850F7" w:rsidRDefault="00A60A13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F21720" w14:textId="77777777" w:rsidR="007850F7" w:rsidRDefault="00A60A13">
            <w:pPr>
              <w:autoSpaceDE w:val="0"/>
              <w:autoSpaceDN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collection.edu.ru/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https://uchebnik.mos.ru/</w:t>
            </w:r>
          </w:p>
        </w:tc>
      </w:tr>
      <w:tr w:rsidR="007850F7" w14:paraId="41EC4B71" w14:textId="77777777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9FA5C1" w14:textId="77777777" w:rsidR="007850F7" w:rsidRDefault="00A60A13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2.13.</w:t>
            </w:r>
          </w:p>
        </w:tc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A6BE73" w14:textId="77777777" w:rsidR="007850F7" w:rsidRPr="00602817" w:rsidRDefault="00A60A13">
            <w:pPr>
              <w:autoSpaceDE w:val="0"/>
              <w:autoSpaceDN w:val="0"/>
              <w:spacing w:before="78" w:after="0" w:line="245" w:lineRule="auto"/>
              <w:ind w:left="72" w:right="432"/>
              <w:rPr>
                <w:lang w:val="ru-RU"/>
              </w:rPr>
            </w:pPr>
            <w:r w:rsidRPr="0060281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Подвижное соединение деталей на проволоку, толстую нитку.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E4F362" w14:textId="77777777" w:rsidR="007850F7" w:rsidRDefault="00A60A1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59B384" w14:textId="77777777" w:rsidR="007850F7" w:rsidRDefault="00A60A1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48C2A5" w14:textId="77777777" w:rsidR="007850F7" w:rsidRDefault="00A60A1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745FF8CC" w14:textId="77777777" w:rsidR="007850F7" w:rsidRDefault="007850F7"/>
        </w:tc>
        <w:tc>
          <w:tcPr>
            <w:tcW w:w="418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D8A78B" w14:textId="77777777" w:rsidR="007850F7" w:rsidRPr="00602817" w:rsidRDefault="00A60A13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60281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Различать подвижные и неподвижные соединения деталей в конструкции; использовать щелевой замок;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A035AC" w14:textId="77777777" w:rsidR="007850F7" w:rsidRDefault="00A60A13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37C779" w14:textId="77777777" w:rsidR="007850F7" w:rsidRDefault="00A60A13">
            <w:pPr>
              <w:autoSpaceDE w:val="0"/>
              <w:autoSpaceDN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collection.edu.ru/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https://uchebnik.mos.ru/</w:t>
            </w:r>
          </w:p>
        </w:tc>
      </w:tr>
      <w:tr w:rsidR="007850F7" w14:paraId="5856A12A" w14:textId="77777777">
        <w:trPr>
          <w:trHeight w:hRule="exact" w:val="150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1709C4" w14:textId="77777777" w:rsidR="007850F7" w:rsidRDefault="00A60A13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2.14.</w:t>
            </w:r>
          </w:p>
        </w:tc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DE6445" w14:textId="77777777" w:rsidR="007850F7" w:rsidRPr="00602817" w:rsidRDefault="00A60A13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 w:rsidRPr="0060281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B96A27" w14:textId="77777777" w:rsidR="007850F7" w:rsidRDefault="00A60A1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2A581E" w14:textId="77777777" w:rsidR="007850F7" w:rsidRDefault="00A60A1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838423" w14:textId="77777777" w:rsidR="007850F7" w:rsidRDefault="00A60A1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3C711BB1" w14:textId="77777777" w:rsidR="007850F7" w:rsidRDefault="007850F7"/>
        </w:tc>
        <w:tc>
          <w:tcPr>
            <w:tcW w:w="418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401B22" w14:textId="77777777" w:rsidR="007850F7" w:rsidRDefault="00A60A13">
            <w:pPr>
              <w:autoSpaceDE w:val="0"/>
              <w:autoSpaceDN w:val="0"/>
              <w:spacing w:before="78" w:after="0" w:line="254" w:lineRule="auto"/>
              <w:ind w:left="72" w:right="144"/>
            </w:pPr>
            <w:r w:rsidRPr="0060281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Наблюдать строение ткани (поперечное и продольное направление нитей), ткани и нитки растительного </w:t>
            </w:r>
            <w:r w:rsidRPr="00602817">
              <w:rPr>
                <w:lang w:val="ru-RU"/>
              </w:rPr>
              <w:br/>
            </w:r>
            <w:r w:rsidRPr="0060281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происхождения (полученные на основе натурального сырья), различать виды натуральных тканей: </w:t>
            </w:r>
            <w:r w:rsidRPr="00602817">
              <w:rPr>
                <w:lang w:val="ru-RU"/>
              </w:rPr>
              <w:br/>
            </w:r>
            <w:r w:rsidRPr="0060281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хлопчатобумажные, шёлковые, шерстяные, их </w:t>
            </w:r>
            <w:r w:rsidRPr="00602817">
              <w:rPr>
                <w:lang w:val="ru-RU"/>
              </w:rPr>
              <w:br/>
            </w:r>
            <w:r w:rsidRPr="0060281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происхождение, сравнение образцов.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Определять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лицевую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изнаночную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стороны тканей (кроме шерстяных);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5DCC47" w14:textId="77777777" w:rsidR="007850F7" w:rsidRDefault="00A60A13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72B354" w14:textId="77777777" w:rsidR="007850F7" w:rsidRDefault="00A60A13">
            <w:pPr>
              <w:autoSpaceDE w:val="0"/>
              <w:autoSpaceDN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collection.edu.ru/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https://uchebnik.mos.ru/</w:t>
            </w:r>
          </w:p>
        </w:tc>
      </w:tr>
      <w:tr w:rsidR="007850F7" w14:paraId="2C356E11" w14:textId="77777777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71A7A5" w14:textId="77777777" w:rsidR="007850F7" w:rsidRDefault="00A60A13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2.15.</w:t>
            </w:r>
          </w:p>
        </w:tc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39212F" w14:textId="77777777" w:rsidR="007850F7" w:rsidRDefault="00A60A1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 ниток (швейные, мулине)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BAE369" w14:textId="77777777" w:rsidR="007850F7" w:rsidRDefault="00A60A1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B31D18" w14:textId="77777777" w:rsidR="007850F7" w:rsidRDefault="00A60A1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6FF56A" w14:textId="77777777" w:rsidR="007850F7" w:rsidRDefault="00A60A1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2326B93A" w14:textId="77777777" w:rsidR="007850F7" w:rsidRDefault="007850F7"/>
        </w:tc>
        <w:tc>
          <w:tcPr>
            <w:tcW w:w="418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9CB81E" w14:textId="77777777" w:rsidR="007850F7" w:rsidRPr="00602817" w:rsidRDefault="00A60A13">
            <w:pPr>
              <w:autoSpaceDE w:val="0"/>
              <w:autoSpaceDN w:val="0"/>
              <w:spacing w:before="76" w:after="0" w:line="245" w:lineRule="auto"/>
              <w:ind w:left="72" w:right="432"/>
              <w:rPr>
                <w:lang w:val="ru-RU"/>
              </w:rPr>
            </w:pPr>
            <w:r w:rsidRPr="0060281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Определять виды ниток: шёлковые, мулине, швейные, пряжа, их использование;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502CC4" w14:textId="77777777" w:rsidR="007850F7" w:rsidRDefault="00A60A13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D23B30" w14:textId="77777777" w:rsidR="007850F7" w:rsidRDefault="00A60A13">
            <w:pPr>
              <w:autoSpaceDE w:val="0"/>
              <w:autoSpaceDN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collection.edu.ru/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https://uchebnik.mos.ru/</w:t>
            </w:r>
          </w:p>
        </w:tc>
      </w:tr>
      <w:tr w:rsidR="007850F7" w14:paraId="6A952E17" w14:textId="77777777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CC3C8C" w14:textId="77777777" w:rsidR="007850F7" w:rsidRDefault="00A60A13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2.16.</w:t>
            </w:r>
          </w:p>
        </w:tc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3B8D70" w14:textId="77777777" w:rsidR="007850F7" w:rsidRPr="00602817" w:rsidRDefault="00A60A13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60281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Трикотаж, нетканые материалы (общее представление), его строение и основные свойства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AE05EF" w14:textId="77777777" w:rsidR="007850F7" w:rsidRDefault="00A60A1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269298" w14:textId="77777777" w:rsidR="007850F7" w:rsidRDefault="00A60A1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D292EF" w14:textId="77777777" w:rsidR="007850F7" w:rsidRDefault="00A60A1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1B5B99C4" w14:textId="77777777" w:rsidR="007850F7" w:rsidRDefault="007850F7"/>
        </w:tc>
        <w:tc>
          <w:tcPr>
            <w:tcW w:w="418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26BDDC" w14:textId="77777777" w:rsidR="007850F7" w:rsidRPr="00602817" w:rsidRDefault="00A60A13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60281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Классифицировать изучаемые материалы (ткани, трикотаж, нетканые) по способу изготовления, нитям основ; нитки по назначению и происхождению, изучаемые материалы по сырью, из которого они изготовлены;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4E6999" w14:textId="77777777" w:rsidR="007850F7" w:rsidRDefault="00A60A13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361A21" w14:textId="77777777" w:rsidR="007850F7" w:rsidRDefault="00A60A13">
            <w:pPr>
              <w:autoSpaceDE w:val="0"/>
              <w:autoSpaceDN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collection.edu.ru/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https://uchebnik.mos.ru/</w:t>
            </w:r>
          </w:p>
        </w:tc>
      </w:tr>
      <w:tr w:rsidR="007850F7" w14:paraId="51899C7B" w14:textId="77777777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161AD8" w14:textId="77777777" w:rsidR="007850F7" w:rsidRDefault="00A60A13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2.17.</w:t>
            </w:r>
          </w:p>
        </w:tc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10BF4B" w14:textId="77777777" w:rsidR="007850F7" w:rsidRPr="00602817" w:rsidRDefault="00A60A13">
            <w:pPr>
              <w:autoSpaceDE w:val="0"/>
              <w:autoSpaceDN w:val="0"/>
              <w:spacing w:before="78" w:after="0" w:line="247" w:lineRule="auto"/>
              <w:ind w:left="72" w:right="432"/>
              <w:rPr>
                <w:lang w:val="ru-RU"/>
              </w:rPr>
            </w:pPr>
            <w:r w:rsidRPr="0060281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Варианты строчки прямого стежка (перевивы, наборы) и/или строчка косого стежка и её варианты (крестик, стебельчатая, ёлочка)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87463C" w14:textId="77777777" w:rsidR="007850F7" w:rsidRDefault="00A60A1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9E4929" w14:textId="77777777" w:rsidR="007850F7" w:rsidRDefault="00A60A1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6980D1" w14:textId="77777777" w:rsidR="007850F7" w:rsidRDefault="00A60A1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757F7A02" w14:textId="77777777" w:rsidR="007850F7" w:rsidRDefault="007850F7"/>
        </w:tc>
        <w:tc>
          <w:tcPr>
            <w:tcW w:w="418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78A5C0" w14:textId="77777777" w:rsidR="007850F7" w:rsidRPr="00602817" w:rsidRDefault="00A60A13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60281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Соединять детали кроя изученными строчками;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7B7683" w14:textId="77777777" w:rsidR="007850F7" w:rsidRDefault="00A60A13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7E6F89" w14:textId="77777777" w:rsidR="007850F7" w:rsidRDefault="00A60A13">
            <w:pPr>
              <w:autoSpaceDE w:val="0"/>
              <w:autoSpaceDN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collection.edu.ru/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https://uchebnik.mos.ru/</w:t>
            </w:r>
          </w:p>
        </w:tc>
      </w:tr>
      <w:tr w:rsidR="007850F7" w14:paraId="76987ED7" w14:textId="77777777">
        <w:trPr>
          <w:trHeight w:hRule="exact" w:val="92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44FFFD" w14:textId="77777777" w:rsidR="007850F7" w:rsidRDefault="00A60A13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2.18.</w:t>
            </w:r>
          </w:p>
        </w:tc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1D5691" w14:textId="77777777" w:rsidR="007850F7" w:rsidRPr="00602817" w:rsidRDefault="00A60A13">
            <w:pPr>
              <w:autoSpaceDE w:val="0"/>
              <w:autoSpaceDN w:val="0"/>
              <w:spacing w:before="78" w:after="0" w:line="230" w:lineRule="auto"/>
              <w:jc w:val="center"/>
              <w:rPr>
                <w:lang w:val="ru-RU"/>
              </w:rPr>
            </w:pPr>
            <w:r w:rsidRPr="0060281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Лекало. Разметка с помощью лекала (простейшей выкройки)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8EC15C" w14:textId="77777777" w:rsidR="007850F7" w:rsidRDefault="00A60A1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9CA13E" w14:textId="77777777" w:rsidR="007850F7" w:rsidRDefault="00A60A1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E2918D" w14:textId="77777777" w:rsidR="007850F7" w:rsidRDefault="00A60A1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59F6B9BE" w14:textId="77777777" w:rsidR="007850F7" w:rsidRDefault="007850F7"/>
        </w:tc>
        <w:tc>
          <w:tcPr>
            <w:tcW w:w="418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40A0F6" w14:textId="77777777" w:rsidR="007850F7" w:rsidRPr="00602817" w:rsidRDefault="00A60A13">
            <w:pPr>
              <w:autoSpaceDE w:val="0"/>
              <w:autoSpaceDN w:val="0"/>
              <w:spacing w:before="78" w:after="0" w:line="245" w:lineRule="auto"/>
              <w:ind w:left="72" w:right="432"/>
              <w:rPr>
                <w:lang w:val="ru-RU"/>
              </w:rPr>
            </w:pPr>
            <w:r w:rsidRPr="0060281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Выполнять разметку с помощью лекала (простейшей выкройки);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6BEFA1" w14:textId="77777777" w:rsidR="007850F7" w:rsidRDefault="00A60A13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D4F3C5" w14:textId="77777777" w:rsidR="007850F7" w:rsidRDefault="00A60A13">
            <w:pPr>
              <w:autoSpaceDE w:val="0"/>
              <w:autoSpaceDN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collection.edu.ru/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https://uchebnik.mos.ru/</w:t>
            </w:r>
          </w:p>
        </w:tc>
      </w:tr>
      <w:tr w:rsidR="007850F7" w14:paraId="6712CC1F" w14:textId="77777777">
        <w:trPr>
          <w:trHeight w:hRule="exact" w:val="90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46F9BC" w14:textId="77777777" w:rsidR="007850F7" w:rsidRDefault="00A60A13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2.19.</w:t>
            </w:r>
          </w:p>
        </w:tc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E79668" w14:textId="77777777" w:rsidR="007850F7" w:rsidRPr="00602817" w:rsidRDefault="00A60A13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60281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Технологическая последовательность изготовления </w:t>
            </w:r>
            <w:r w:rsidRPr="00602817">
              <w:rPr>
                <w:lang w:val="ru-RU"/>
              </w:rPr>
              <w:br/>
            </w:r>
            <w:r w:rsidRPr="0060281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несложного швейного изделия (разметка деталей, </w:t>
            </w:r>
            <w:r w:rsidRPr="00602817">
              <w:rPr>
                <w:lang w:val="ru-RU"/>
              </w:rPr>
              <w:br/>
            </w:r>
            <w:r w:rsidRPr="0060281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выкраивание деталей, отделка деталей, сшивание деталей)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821050" w14:textId="77777777" w:rsidR="007850F7" w:rsidRDefault="00A60A1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B8A28E" w14:textId="77777777" w:rsidR="007850F7" w:rsidRDefault="00A60A1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410516" w14:textId="77777777" w:rsidR="007850F7" w:rsidRDefault="00A60A1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4E6D2596" w14:textId="77777777" w:rsidR="007850F7" w:rsidRDefault="007850F7"/>
        </w:tc>
        <w:tc>
          <w:tcPr>
            <w:tcW w:w="418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47CA6D" w14:textId="77777777" w:rsidR="007850F7" w:rsidRPr="00602817" w:rsidRDefault="00A60A13">
            <w:pPr>
              <w:autoSpaceDE w:val="0"/>
              <w:autoSpaceDN w:val="0"/>
              <w:spacing w:before="76" w:after="0" w:line="245" w:lineRule="auto"/>
              <w:ind w:left="72" w:right="432"/>
              <w:rPr>
                <w:lang w:val="ru-RU"/>
              </w:rPr>
            </w:pPr>
            <w:r w:rsidRPr="0060281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Составлять план работы, работать по технологической карте;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2D96C1" w14:textId="77777777" w:rsidR="007850F7" w:rsidRDefault="00A60A13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FD5E2D" w14:textId="77777777" w:rsidR="007850F7" w:rsidRDefault="00A60A13">
            <w:pPr>
              <w:autoSpaceDE w:val="0"/>
              <w:autoSpaceDN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collection.edu.ru/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https://uchebnik.mos.ru/</w:t>
            </w:r>
          </w:p>
        </w:tc>
      </w:tr>
    </w:tbl>
    <w:p w14:paraId="572DB10E" w14:textId="77777777" w:rsidR="007850F7" w:rsidRDefault="007850F7">
      <w:pPr>
        <w:autoSpaceDE w:val="0"/>
        <w:autoSpaceDN w:val="0"/>
        <w:spacing w:after="0" w:line="14" w:lineRule="exact"/>
      </w:pPr>
    </w:p>
    <w:p w14:paraId="0EEE403A" w14:textId="77777777" w:rsidR="007850F7" w:rsidRDefault="007850F7">
      <w:pPr>
        <w:sectPr w:rsidR="007850F7">
          <w:pgSz w:w="16840" w:h="11900"/>
          <w:pgMar w:top="284" w:right="640" w:bottom="346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6522B840" w14:textId="77777777" w:rsidR="007850F7" w:rsidRDefault="007850F7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528"/>
        <w:gridCol w:w="528"/>
        <w:gridCol w:w="1104"/>
        <w:gridCol w:w="1140"/>
        <w:gridCol w:w="804"/>
        <w:gridCol w:w="4180"/>
        <w:gridCol w:w="1080"/>
        <w:gridCol w:w="1670"/>
      </w:tblGrid>
      <w:tr w:rsidR="007850F7" w14:paraId="67FDBD8B" w14:textId="77777777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035E86" w14:textId="77777777" w:rsidR="007850F7" w:rsidRDefault="00A60A13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2.20.</w:t>
            </w:r>
          </w:p>
        </w:tc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4DE40B" w14:textId="77777777" w:rsidR="007850F7" w:rsidRPr="00602817" w:rsidRDefault="00A60A13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60281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Использование дополнительных материалов (например, проволока, пряжа, бусины и др.)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3237A9" w14:textId="77777777" w:rsidR="007850F7" w:rsidRDefault="00A60A1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8E48DD" w14:textId="77777777" w:rsidR="007850F7" w:rsidRDefault="00A60A1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8E2F43" w14:textId="77777777" w:rsidR="007850F7" w:rsidRDefault="00A60A1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2AB7E32D" w14:textId="77777777" w:rsidR="007850F7" w:rsidRDefault="007850F7"/>
        </w:tc>
        <w:tc>
          <w:tcPr>
            <w:tcW w:w="418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92F3E9" w14:textId="77777777" w:rsidR="007850F7" w:rsidRPr="00602817" w:rsidRDefault="00A60A13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60281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Использовать дополнительные материалы при работе над изделием;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A4252E" w14:textId="77777777" w:rsidR="007850F7" w:rsidRDefault="00A60A13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335982" w14:textId="77777777" w:rsidR="007850F7" w:rsidRDefault="00A60A13">
            <w:pPr>
              <w:autoSpaceDE w:val="0"/>
              <w:autoSpaceDN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collection.edu.ru/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https://uchebnik.mos.ru/</w:t>
            </w:r>
          </w:p>
        </w:tc>
      </w:tr>
      <w:tr w:rsidR="007850F7" w14:paraId="33D3B984" w14:textId="77777777">
        <w:trPr>
          <w:trHeight w:hRule="exact" w:val="348"/>
        </w:trPr>
        <w:tc>
          <w:tcPr>
            <w:tcW w:w="4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5D7E3A" w14:textId="77777777" w:rsidR="007850F7" w:rsidRDefault="00A60A1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C02CCA" w14:textId="77777777" w:rsidR="007850F7" w:rsidRDefault="00A60A1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14</w:t>
            </w:r>
          </w:p>
        </w:tc>
        <w:tc>
          <w:tcPr>
            <w:tcW w:w="99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834AA6" w14:textId="77777777" w:rsidR="007850F7" w:rsidRDefault="007850F7"/>
        </w:tc>
      </w:tr>
      <w:tr w:rsidR="007850F7" w14:paraId="55AE9C10" w14:textId="77777777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80D66B" w14:textId="77777777" w:rsidR="007850F7" w:rsidRDefault="00A60A1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Модуль 3. КОНСТРУИРОВАНИЕ И МОДЕЛИРОВАНИЕ</w:t>
            </w:r>
          </w:p>
        </w:tc>
      </w:tr>
      <w:tr w:rsidR="007850F7" w14:paraId="4B70691B" w14:textId="77777777">
        <w:trPr>
          <w:trHeight w:hRule="exact" w:val="926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A5FFCF" w14:textId="77777777" w:rsidR="007850F7" w:rsidRDefault="00A60A13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3.1.</w:t>
            </w:r>
          </w:p>
        </w:tc>
        <w:tc>
          <w:tcPr>
            <w:tcW w:w="4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53748D" w14:textId="77777777" w:rsidR="007850F7" w:rsidRDefault="00A60A13">
            <w:pPr>
              <w:autoSpaceDE w:val="0"/>
              <w:autoSpaceDN w:val="0"/>
              <w:spacing w:before="76" w:after="0" w:line="250" w:lineRule="auto"/>
              <w:ind w:left="72"/>
            </w:pPr>
            <w:r w:rsidRPr="0060281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Основные и дополнительные детали. Общее представление о правилах создания гармоничной композиции.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Симметрия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способы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разметки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и конструирования симметричных форм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AB2296" w14:textId="77777777" w:rsidR="007850F7" w:rsidRDefault="00A60A13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5A9468" w14:textId="77777777" w:rsidR="007850F7" w:rsidRDefault="00A60A13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FC314C" w14:textId="77777777" w:rsidR="007850F7" w:rsidRDefault="00A60A13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23FC1072" w14:textId="77777777" w:rsidR="007850F7" w:rsidRDefault="007850F7"/>
        </w:tc>
        <w:tc>
          <w:tcPr>
            <w:tcW w:w="4180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0FA51B" w14:textId="77777777" w:rsidR="007850F7" w:rsidRPr="00602817" w:rsidRDefault="00A60A13">
            <w:pPr>
              <w:autoSpaceDE w:val="0"/>
              <w:autoSpaceDN w:val="0"/>
              <w:spacing w:before="76" w:after="0" w:line="245" w:lineRule="auto"/>
              <w:ind w:left="72" w:right="288"/>
              <w:rPr>
                <w:lang w:val="ru-RU"/>
              </w:rPr>
            </w:pPr>
            <w:r w:rsidRPr="0060281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При выполнении практических работ учитывать правила создания гармоничной композиции;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3DBF6C" w14:textId="77777777" w:rsidR="007850F7" w:rsidRDefault="00A60A13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E55810" w14:textId="77777777" w:rsidR="007850F7" w:rsidRDefault="00A60A13">
            <w:pPr>
              <w:autoSpaceDE w:val="0"/>
              <w:autoSpaceDN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collection.edu.ru/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https://uchebnik.mos.ru/</w:t>
            </w:r>
          </w:p>
        </w:tc>
      </w:tr>
      <w:tr w:rsidR="007850F7" w14:paraId="3F9515E6" w14:textId="77777777">
        <w:trPr>
          <w:trHeight w:hRule="exact" w:val="130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7CFE10" w14:textId="77777777" w:rsidR="007850F7" w:rsidRDefault="00A60A13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3.2.</w:t>
            </w:r>
          </w:p>
        </w:tc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2B69B5" w14:textId="77777777" w:rsidR="007850F7" w:rsidRPr="00602817" w:rsidRDefault="00A60A13">
            <w:pPr>
              <w:autoSpaceDE w:val="0"/>
              <w:autoSpaceDN w:val="0"/>
              <w:spacing w:before="76" w:after="0" w:line="245" w:lineRule="auto"/>
              <w:ind w:left="72" w:right="288"/>
              <w:rPr>
                <w:lang w:val="ru-RU"/>
              </w:rPr>
            </w:pPr>
            <w:r w:rsidRPr="0060281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Конструирование и моделирование изделий из различных материалов по простейшему чертежу или эскизу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82F995" w14:textId="77777777" w:rsidR="007850F7" w:rsidRDefault="00A60A1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AD7EC7" w14:textId="77777777" w:rsidR="007850F7" w:rsidRDefault="00A60A1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E5829F" w14:textId="77777777" w:rsidR="007850F7" w:rsidRDefault="00A60A1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50D0B792" w14:textId="77777777" w:rsidR="007850F7" w:rsidRDefault="007850F7"/>
        </w:tc>
        <w:tc>
          <w:tcPr>
            <w:tcW w:w="418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1F4383" w14:textId="77777777" w:rsidR="007850F7" w:rsidRPr="00602817" w:rsidRDefault="00A60A13">
            <w:pPr>
              <w:autoSpaceDE w:val="0"/>
              <w:autoSpaceDN w:val="0"/>
              <w:spacing w:before="76" w:after="0" w:line="252" w:lineRule="auto"/>
              <w:ind w:left="72" w:right="432"/>
              <w:rPr>
                <w:lang w:val="ru-RU"/>
              </w:rPr>
            </w:pPr>
            <w:r w:rsidRPr="0060281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Выделять основные и дополнительные детали </w:t>
            </w:r>
            <w:r w:rsidRPr="00602817">
              <w:rPr>
                <w:lang w:val="ru-RU"/>
              </w:rPr>
              <w:br/>
            </w:r>
            <w:r w:rsidRPr="0060281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конструкции, называть их форму и определять способ соединения; анализировать конструкцию изделия по рисунку, фотографии, схеме и готовому образцу; конструировать и моделировать изделия из различных материалов по простейшему чертежу или эскизу;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6DF2E0" w14:textId="77777777" w:rsidR="007850F7" w:rsidRDefault="00A60A13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0B3FA2" w14:textId="77777777" w:rsidR="007850F7" w:rsidRDefault="00A60A13">
            <w:pPr>
              <w:autoSpaceDE w:val="0"/>
              <w:autoSpaceDN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collection.edu.ru/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https://uchebnik.mos.ru/</w:t>
            </w:r>
          </w:p>
        </w:tc>
      </w:tr>
      <w:tr w:rsidR="007850F7" w14:paraId="18CFE6E1" w14:textId="77777777">
        <w:trPr>
          <w:trHeight w:hRule="exact" w:val="140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75EFB2" w14:textId="77777777" w:rsidR="007850F7" w:rsidRDefault="00A60A13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3.3.</w:t>
            </w:r>
          </w:p>
        </w:tc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796305" w14:textId="77777777" w:rsidR="007850F7" w:rsidRDefault="00A60A1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Подвижное соединение деталей конструкции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D88B1C" w14:textId="77777777" w:rsidR="007850F7" w:rsidRDefault="00A60A1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5D9846" w14:textId="77777777" w:rsidR="007850F7" w:rsidRDefault="00A60A1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A78CDF" w14:textId="77777777" w:rsidR="007850F7" w:rsidRDefault="00A60A1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50D41FE0" w14:textId="77777777" w:rsidR="007850F7" w:rsidRDefault="007850F7"/>
        </w:tc>
        <w:tc>
          <w:tcPr>
            <w:tcW w:w="4180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D7BE8C" w14:textId="77777777" w:rsidR="007850F7" w:rsidRPr="00602817" w:rsidRDefault="00A60A13">
            <w:pPr>
              <w:autoSpaceDE w:val="0"/>
              <w:autoSpaceDN w:val="0"/>
              <w:spacing w:before="78" w:after="0" w:line="252" w:lineRule="auto"/>
              <w:ind w:left="72" w:right="432"/>
              <w:rPr>
                <w:lang w:val="ru-RU"/>
              </w:rPr>
            </w:pPr>
            <w:r w:rsidRPr="0060281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Выделять основные и дополнительные детали </w:t>
            </w:r>
            <w:r w:rsidRPr="00602817">
              <w:rPr>
                <w:lang w:val="ru-RU"/>
              </w:rPr>
              <w:br/>
            </w:r>
            <w:r w:rsidRPr="0060281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конструкции, называть их форму и определять способ соединения; анализировать конструкцию изделия по рисунку, фотографии, схеме и готовому образцу; конструировать и моделировать изделия из различных материалов по простейшему чертежу или эскизу;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B5E976" w14:textId="77777777" w:rsidR="007850F7" w:rsidRDefault="00A60A13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CA1D39" w14:textId="77777777" w:rsidR="007850F7" w:rsidRDefault="00A60A13">
            <w:pPr>
              <w:autoSpaceDE w:val="0"/>
              <w:autoSpaceDN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collection.edu.ru/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https://uchebnik.mos.ru/</w:t>
            </w:r>
          </w:p>
        </w:tc>
      </w:tr>
      <w:tr w:rsidR="007850F7" w14:paraId="2A28AEC6" w14:textId="77777777">
        <w:trPr>
          <w:trHeight w:hRule="exact" w:val="1308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D9110A" w14:textId="77777777" w:rsidR="007850F7" w:rsidRDefault="00A60A13">
            <w:pPr>
              <w:autoSpaceDE w:val="0"/>
              <w:autoSpaceDN w:val="0"/>
              <w:spacing w:before="7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3.4.</w:t>
            </w:r>
          </w:p>
        </w:tc>
        <w:tc>
          <w:tcPr>
            <w:tcW w:w="4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6F9B86" w14:textId="77777777" w:rsidR="007850F7" w:rsidRPr="00602817" w:rsidRDefault="00A60A13">
            <w:pPr>
              <w:autoSpaceDE w:val="0"/>
              <w:autoSpaceDN w:val="0"/>
              <w:spacing w:before="74" w:after="0" w:line="245" w:lineRule="auto"/>
              <w:ind w:left="72" w:right="432"/>
              <w:rPr>
                <w:lang w:val="ru-RU"/>
              </w:rPr>
            </w:pPr>
            <w:r w:rsidRPr="0060281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Внесение элементарных конструктивных изменений и дополнений в изделие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AE5D49" w14:textId="77777777" w:rsidR="007850F7" w:rsidRDefault="00A60A13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3DB23A" w14:textId="77777777" w:rsidR="007850F7" w:rsidRDefault="00A60A13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EB4CE3" w14:textId="77777777" w:rsidR="007850F7" w:rsidRDefault="00A60A13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26F176EF" w14:textId="77777777" w:rsidR="007850F7" w:rsidRDefault="007850F7"/>
        </w:tc>
        <w:tc>
          <w:tcPr>
            <w:tcW w:w="4180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6C79D5" w14:textId="77777777" w:rsidR="007850F7" w:rsidRPr="00602817" w:rsidRDefault="00A60A13">
            <w:pPr>
              <w:autoSpaceDE w:val="0"/>
              <w:autoSpaceDN w:val="0"/>
              <w:spacing w:before="74" w:after="0" w:line="252" w:lineRule="auto"/>
              <w:ind w:left="72" w:right="144"/>
              <w:rPr>
                <w:lang w:val="ru-RU"/>
              </w:rPr>
            </w:pPr>
            <w:r w:rsidRPr="0060281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Вносить элементарные конструктивные изменения и дополнения в изделие в связи с </w:t>
            </w:r>
            <w:r w:rsidRPr="00602817">
              <w:rPr>
                <w:lang w:val="ru-RU"/>
              </w:rPr>
              <w:br/>
            </w:r>
            <w:r w:rsidRPr="0060281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дополненными/изменёнными функциями/условиями использования: изменять детали конструкции изделия для создания разных его вариантов, вносить творческие </w:t>
            </w:r>
            <w:r w:rsidRPr="00602817">
              <w:rPr>
                <w:lang w:val="ru-RU"/>
              </w:rPr>
              <w:br/>
            </w:r>
            <w:r w:rsidRPr="0060281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изменения в создаваемые изделия;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8A8D0A" w14:textId="77777777" w:rsidR="007850F7" w:rsidRDefault="00A60A13">
            <w:pPr>
              <w:autoSpaceDE w:val="0"/>
              <w:autoSpaceDN w:val="0"/>
              <w:spacing w:before="74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517600" w14:textId="77777777" w:rsidR="007850F7" w:rsidRDefault="00A60A13">
            <w:pPr>
              <w:autoSpaceDE w:val="0"/>
              <w:autoSpaceDN w:val="0"/>
              <w:spacing w:before="74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collection.edu.ru/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https://uchebnik.mos.ru/</w:t>
            </w:r>
          </w:p>
        </w:tc>
      </w:tr>
      <w:tr w:rsidR="007850F7" w14:paraId="59E41A93" w14:textId="77777777">
        <w:trPr>
          <w:trHeight w:hRule="exact" w:val="348"/>
        </w:trPr>
        <w:tc>
          <w:tcPr>
            <w:tcW w:w="4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C5B46C" w14:textId="77777777" w:rsidR="007850F7" w:rsidRDefault="00A60A1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A792EA" w14:textId="77777777" w:rsidR="007850F7" w:rsidRDefault="00A60A1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</w:t>
            </w:r>
          </w:p>
        </w:tc>
        <w:tc>
          <w:tcPr>
            <w:tcW w:w="99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BBE245" w14:textId="77777777" w:rsidR="007850F7" w:rsidRDefault="007850F7"/>
        </w:tc>
      </w:tr>
      <w:tr w:rsidR="007850F7" w14:paraId="090FD98E" w14:textId="77777777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DC6B5F" w14:textId="77777777" w:rsidR="007850F7" w:rsidRDefault="00A60A1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Модуль 4. ИНФОРМАЦИОННО-КОММУНИКАТИВНЫЕ ТЕХНОЛОГИИ</w:t>
            </w:r>
          </w:p>
        </w:tc>
      </w:tr>
      <w:tr w:rsidR="007850F7" w14:paraId="6E195D8B" w14:textId="77777777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19DF59" w14:textId="77777777" w:rsidR="007850F7" w:rsidRDefault="00A60A13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4.1.</w:t>
            </w:r>
          </w:p>
        </w:tc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9A2D1A" w14:textId="77777777" w:rsidR="007850F7" w:rsidRPr="00602817" w:rsidRDefault="00A60A13">
            <w:pPr>
              <w:autoSpaceDE w:val="0"/>
              <w:autoSpaceDN w:val="0"/>
              <w:spacing w:before="78" w:after="0" w:line="245" w:lineRule="auto"/>
              <w:ind w:left="72" w:right="1008"/>
              <w:rPr>
                <w:lang w:val="ru-RU"/>
              </w:rPr>
            </w:pPr>
            <w:r w:rsidRPr="0060281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Демонстрация учителем готовых материалов на информационных носителях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C11B22" w14:textId="77777777" w:rsidR="007850F7" w:rsidRDefault="00A60A1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3AB548" w14:textId="77777777" w:rsidR="007850F7" w:rsidRDefault="00A60A1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493B09" w14:textId="77777777" w:rsidR="007850F7" w:rsidRDefault="00A60A1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566AA4BB" w14:textId="77777777" w:rsidR="007850F7" w:rsidRDefault="007850F7"/>
        </w:tc>
        <w:tc>
          <w:tcPr>
            <w:tcW w:w="418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3E7951" w14:textId="77777777" w:rsidR="007850F7" w:rsidRPr="00602817" w:rsidRDefault="00A60A13">
            <w:pPr>
              <w:autoSpaceDE w:val="0"/>
              <w:autoSpaceDN w:val="0"/>
              <w:spacing w:before="78" w:after="0" w:line="245" w:lineRule="auto"/>
              <w:ind w:left="72" w:right="576"/>
              <w:rPr>
                <w:lang w:val="ru-RU"/>
              </w:rPr>
            </w:pPr>
            <w:r w:rsidRPr="0060281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Анализировать готовые материалы, представленные учителем на информационных носителях;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C0FB07" w14:textId="77777777" w:rsidR="007850F7" w:rsidRDefault="00A60A13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6B3D3F" w14:textId="77777777" w:rsidR="007850F7" w:rsidRDefault="00A60A13">
            <w:pPr>
              <w:autoSpaceDE w:val="0"/>
              <w:autoSpaceDN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collection.edu.ru/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https://uchebnik.mos.ru/</w:t>
            </w:r>
          </w:p>
        </w:tc>
      </w:tr>
      <w:tr w:rsidR="007850F7" w14:paraId="37B831E7" w14:textId="77777777">
        <w:trPr>
          <w:trHeight w:hRule="exact" w:val="92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269E85" w14:textId="77777777" w:rsidR="007850F7" w:rsidRDefault="00A60A13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4.2.</w:t>
            </w:r>
          </w:p>
        </w:tc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9C4C6E" w14:textId="77777777" w:rsidR="007850F7" w:rsidRPr="00602817" w:rsidRDefault="00A60A13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60281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Поиск информации. Интернет как источник информации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2CD1F5" w14:textId="77777777" w:rsidR="007850F7" w:rsidRDefault="00A60A1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7F6E1C" w14:textId="77777777" w:rsidR="007850F7" w:rsidRDefault="00A60A1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AFF44D" w14:textId="77777777" w:rsidR="007850F7" w:rsidRDefault="00A60A1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2F3BF66E" w14:textId="77777777" w:rsidR="007850F7" w:rsidRDefault="007850F7"/>
        </w:tc>
        <w:tc>
          <w:tcPr>
            <w:tcW w:w="418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69A63D" w14:textId="77777777" w:rsidR="007850F7" w:rsidRPr="00602817" w:rsidRDefault="00A60A13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60281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Осуществлять поиск информации, в том числе в Интернете под руководством взрослого;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1B488E" w14:textId="77777777" w:rsidR="007850F7" w:rsidRDefault="00A60A13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BB339F" w14:textId="77777777" w:rsidR="007850F7" w:rsidRDefault="00A60A13">
            <w:pPr>
              <w:autoSpaceDE w:val="0"/>
              <w:autoSpaceDN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collection.edu.ru/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https://uchebnik.mos.ru/</w:t>
            </w:r>
          </w:p>
        </w:tc>
      </w:tr>
      <w:tr w:rsidR="007850F7" w14:paraId="1C82ED25" w14:textId="77777777">
        <w:trPr>
          <w:trHeight w:hRule="exact" w:val="348"/>
        </w:trPr>
        <w:tc>
          <w:tcPr>
            <w:tcW w:w="4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5F4E46" w14:textId="77777777" w:rsidR="007850F7" w:rsidRDefault="00A60A1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4AA7B9" w14:textId="77777777" w:rsidR="007850F7" w:rsidRDefault="00A60A1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99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114B4E" w14:textId="77777777" w:rsidR="007850F7" w:rsidRDefault="007850F7"/>
        </w:tc>
      </w:tr>
      <w:tr w:rsidR="007850F7" w14:paraId="27BCCAC3" w14:textId="77777777">
        <w:trPr>
          <w:trHeight w:hRule="exact" w:val="328"/>
        </w:trPr>
        <w:tc>
          <w:tcPr>
            <w:tcW w:w="4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D05704" w14:textId="77777777" w:rsidR="007850F7" w:rsidRPr="00602817" w:rsidRDefault="00A60A13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60281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ОБЩЕЕ КОЛИЧЕСТВО ЧАСОВ ПО ПРОГРАММЕ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A72599" w14:textId="77777777" w:rsidR="007850F7" w:rsidRDefault="00A60A1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5A1CB3" w14:textId="77777777" w:rsidR="007850F7" w:rsidRDefault="00A60A1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0BC8C1" w14:textId="77777777" w:rsidR="007850F7" w:rsidRDefault="00A60A1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7.5</w:t>
            </w:r>
          </w:p>
        </w:tc>
        <w:tc>
          <w:tcPr>
            <w:tcW w:w="77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218A20" w14:textId="77777777" w:rsidR="007850F7" w:rsidRDefault="007850F7"/>
        </w:tc>
      </w:tr>
    </w:tbl>
    <w:p w14:paraId="10BB6C37" w14:textId="77777777" w:rsidR="007850F7" w:rsidRDefault="007850F7">
      <w:pPr>
        <w:autoSpaceDE w:val="0"/>
        <w:autoSpaceDN w:val="0"/>
        <w:spacing w:after="0" w:line="14" w:lineRule="exact"/>
      </w:pPr>
    </w:p>
    <w:p w14:paraId="01333780" w14:textId="77777777" w:rsidR="007850F7" w:rsidRDefault="007850F7">
      <w:pPr>
        <w:sectPr w:rsidR="007850F7">
          <w:pgSz w:w="16840" w:h="11900"/>
          <w:pgMar w:top="284" w:right="640" w:bottom="754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3188C8DC" w14:textId="77777777" w:rsidR="007850F7" w:rsidRDefault="007850F7">
      <w:pPr>
        <w:autoSpaceDE w:val="0"/>
        <w:autoSpaceDN w:val="0"/>
        <w:spacing w:after="78" w:line="220" w:lineRule="exact"/>
      </w:pPr>
    </w:p>
    <w:p w14:paraId="678E5F16" w14:textId="77777777" w:rsidR="007850F7" w:rsidRPr="00602817" w:rsidRDefault="00A60A13">
      <w:pPr>
        <w:autoSpaceDE w:val="0"/>
        <w:autoSpaceDN w:val="0"/>
        <w:spacing w:after="0" w:line="230" w:lineRule="auto"/>
        <w:rPr>
          <w:lang w:val="ru-RU"/>
        </w:rPr>
      </w:pPr>
      <w:r w:rsidRPr="0060281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УЧЕБНО-МЕТОДИЧЕСКОЕ ОБЕСПЕЧЕНИЕ ОБРАЗОВАТЕЛЬНОГО ПРОЦЕССА </w:t>
      </w:r>
    </w:p>
    <w:p w14:paraId="5BE2AD8D" w14:textId="77777777" w:rsidR="007850F7" w:rsidRPr="00602817" w:rsidRDefault="00A60A13">
      <w:pPr>
        <w:autoSpaceDE w:val="0"/>
        <w:autoSpaceDN w:val="0"/>
        <w:spacing w:before="346" w:after="0" w:line="300" w:lineRule="auto"/>
        <w:rPr>
          <w:lang w:val="ru-RU"/>
        </w:rPr>
      </w:pPr>
      <w:r w:rsidRPr="0060281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ОБЯЗАТЕЛЬНЫЕ УЧЕБНЫЕ МАТЕРИАЛЫ ДЛЯ УЧЕНИКА </w:t>
      </w:r>
      <w:r w:rsidRPr="00602817">
        <w:rPr>
          <w:lang w:val="ru-RU"/>
        </w:rPr>
        <w:br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>Технология, 2 класс/</w:t>
      </w:r>
      <w:proofErr w:type="spellStart"/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>Лутцева</w:t>
      </w:r>
      <w:proofErr w:type="spellEnd"/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 xml:space="preserve"> Е.А., Зуева Т.П., Акционерное общество «Издательство «Просвещение»; Введите свой вариант:</w:t>
      </w:r>
    </w:p>
    <w:p w14:paraId="2228DCE8" w14:textId="77777777" w:rsidR="007850F7" w:rsidRPr="00602817" w:rsidRDefault="00A60A13">
      <w:pPr>
        <w:autoSpaceDE w:val="0"/>
        <w:autoSpaceDN w:val="0"/>
        <w:spacing w:before="262" w:after="0" w:line="230" w:lineRule="auto"/>
        <w:rPr>
          <w:lang w:val="ru-RU"/>
        </w:rPr>
      </w:pPr>
      <w:r w:rsidRPr="00602817">
        <w:rPr>
          <w:rFonts w:ascii="Times New Roman" w:eastAsia="Times New Roman" w:hAnsi="Times New Roman"/>
          <w:b/>
          <w:color w:val="000000"/>
          <w:sz w:val="24"/>
          <w:lang w:val="ru-RU"/>
        </w:rPr>
        <w:t>МЕТОДИЧЕСКИЕ МАТЕРИАЛЫ ДЛЯ УЧИТЕЛЯ</w:t>
      </w:r>
    </w:p>
    <w:p w14:paraId="14AF6C3A" w14:textId="77777777" w:rsidR="007850F7" w:rsidRPr="00602817" w:rsidRDefault="00A60A13">
      <w:pPr>
        <w:autoSpaceDE w:val="0"/>
        <w:autoSpaceDN w:val="0"/>
        <w:spacing w:before="262" w:after="0" w:line="298" w:lineRule="auto"/>
        <w:ind w:right="1440"/>
        <w:rPr>
          <w:lang w:val="ru-RU"/>
        </w:rPr>
      </w:pPr>
      <w:r w:rsidRPr="0060281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ЦИФРОВЫЕ ОБРАЗОВАТЕЛЬНЫЕ РЕСУРСЫ И РЕСУРСЫ СЕТИ ИНТЕРНЕТ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school</w:t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collection</w:t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edu</w:t>
      </w:r>
      <w:proofErr w:type="spellEnd"/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 xml:space="preserve">/ </w:t>
      </w:r>
      <w:r w:rsidRPr="00602817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resh</w:t>
      </w:r>
      <w:proofErr w:type="spellEnd"/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edu</w:t>
      </w:r>
      <w:proofErr w:type="spellEnd"/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 xml:space="preserve">/ </w:t>
      </w:r>
      <w:r w:rsidRPr="00602817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uchebnik</w:t>
      </w:r>
      <w:proofErr w:type="spellEnd"/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mos</w:t>
      </w:r>
      <w:proofErr w:type="spellEnd"/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>/</w:t>
      </w:r>
    </w:p>
    <w:p w14:paraId="28D7AC89" w14:textId="77777777" w:rsidR="007850F7" w:rsidRPr="00602817" w:rsidRDefault="007850F7">
      <w:pPr>
        <w:rPr>
          <w:lang w:val="ru-RU"/>
        </w:rPr>
        <w:sectPr w:rsidR="007850F7" w:rsidRPr="00602817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7502D7D6" w14:textId="77777777" w:rsidR="007850F7" w:rsidRPr="00602817" w:rsidRDefault="007850F7">
      <w:pPr>
        <w:autoSpaceDE w:val="0"/>
        <w:autoSpaceDN w:val="0"/>
        <w:spacing w:after="78" w:line="220" w:lineRule="exact"/>
        <w:rPr>
          <w:lang w:val="ru-RU"/>
        </w:rPr>
      </w:pPr>
    </w:p>
    <w:p w14:paraId="091F254E" w14:textId="77777777" w:rsidR="007850F7" w:rsidRPr="00602817" w:rsidRDefault="00A60A13">
      <w:pPr>
        <w:autoSpaceDE w:val="0"/>
        <w:autoSpaceDN w:val="0"/>
        <w:spacing w:after="0" w:line="398" w:lineRule="auto"/>
        <w:ind w:right="432"/>
        <w:rPr>
          <w:lang w:val="ru-RU"/>
        </w:rPr>
      </w:pPr>
      <w:r w:rsidRPr="0060281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МАТЕРИАЛЬНО-ТЕХНИЧЕСКОЕ ОБЕСПЕЧЕНИЕ ОБРАЗОВАТЕЛЬНОГО ПРОЦЕССА УЧЕБНОЕ ОБОРУДОВАНИЕ </w:t>
      </w:r>
      <w:r w:rsidRPr="00602817">
        <w:rPr>
          <w:lang w:val="ru-RU"/>
        </w:rPr>
        <w:br/>
      </w:r>
      <w:r w:rsidRPr="00602817">
        <w:rPr>
          <w:rFonts w:ascii="Times New Roman" w:eastAsia="Times New Roman" w:hAnsi="Times New Roman"/>
          <w:color w:val="000000"/>
          <w:sz w:val="24"/>
          <w:lang w:val="ru-RU"/>
        </w:rPr>
        <w:t xml:space="preserve">Интерактивная доска, справочные таблицы </w:t>
      </w:r>
      <w:r w:rsidRPr="00602817">
        <w:rPr>
          <w:lang w:val="ru-RU"/>
        </w:rPr>
        <w:br/>
      </w:r>
      <w:r w:rsidRPr="00602817"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 ДЛЯ ПРОВЕДЕНИЯ ПРАКТИЧЕСКИХ РАБОТ, ДЕМОНСТРАЦИЙ</w:t>
      </w:r>
    </w:p>
    <w:p w14:paraId="0AE6DEDB" w14:textId="77777777" w:rsidR="007850F7" w:rsidRPr="00602817" w:rsidRDefault="007850F7">
      <w:pPr>
        <w:rPr>
          <w:lang w:val="ru-RU"/>
        </w:rPr>
        <w:sectPr w:rsidR="007850F7" w:rsidRPr="00602817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56002FE7" w14:textId="77777777" w:rsidR="00A60A13" w:rsidRPr="00602817" w:rsidRDefault="00A60A13">
      <w:pPr>
        <w:rPr>
          <w:lang w:val="ru-RU"/>
        </w:rPr>
      </w:pPr>
    </w:p>
    <w:sectPr w:rsidR="00A60A13" w:rsidRPr="00602817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602817"/>
    <w:rsid w:val="007850F7"/>
    <w:rsid w:val="00A60A13"/>
    <w:rsid w:val="00AA1D8D"/>
    <w:rsid w:val="00B1519E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453DED5"/>
  <w14:defaultImageDpi w14:val="300"/>
  <w15:docId w15:val="{7C3D2533-B11C-4469-880C-1EDB63E60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123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5381</Words>
  <Characters>30675</Characters>
  <Application>Microsoft Office Word</Application>
  <DocSecurity>0</DocSecurity>
  <Lines>255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35985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НАТАША</cp:lastModifiedBy>
  <cp:revision>3</cp:revision>
  <dcterms:created xsi:type="dcterms:W3CDTF">2013-12-23T23:15:00Z</dcterms:created>
  <dcterms:modified xsi:type="dcterms:W3CDTF">2022-06-28T00:30:00Z</dcterms:modified>
  <cp:category/>
</cp:coreProperties>
</file>